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3CD99" w14:textId="77777777" w:rsidR="003F3E0C" w:rsidRPr="006C63EB" w:rsidRDefault="003F3E0C" w:rsidP="003F3E0C">
      <w:pPr>
        <w:jc w:val="both"/>
        <w:rPr>
          <w:sz w:val="24"/>
          <w:szCs w:val="24"/>
        </w:rPr>
      </w:pPr>
    </w:p>
    <w:p w14:paraId="2A232BBE" w14:textId="77777777" w:rsidR="003F3E0C" w:rsidRDefault="003F3E0C" w:rsidP="003F3E0C">
      <w:pPr>
        <w:jc w:val="center"/>
        <w:rPr>
          <w:sz w:val="28"/>
          <w:szCs w:val="28"/>
        </w:rPr>
      </w:pPr>
      <w:r>
        <w:rPr>
          <w:sz w:val="28"/>
          <w:szCs w:val="28"/>
        </w:rPr>
        <w:t>1718</w:t>
      </w:r>
    </w:p>
    <w:p w14:paraId="2251E49A" w14:textId="77777777" w:rsidR="003F3E0C" w:rsidRDefault="003F3E0C" w:rsidP="003F3E0C">
      <w:pPr>
        <w:jc w:val="center"/>
        <w:rPr>
          <w:i/>
          <w:iCs/>
          <w:sz w:val="24"/>
          <w:szCs w:val="24"/>
        </w:rPr>
      </w:pPr>
      <w:r w:rsidRPr="008306BB">
        <w:rPr>
          <w:b/>
          <w:bCs/>
          <w:i/>
          <w:iCs/>
          <w:sz w:val="24"/>
          <w:szCs w:val="24"/>
        </w:rPr>
        <w:t xml:space="preserve">Instruzione per li coperti e solari delle nove </w:t>
      </w:r>
      <w:r>
        <w:rPr>
          <w:b/>
          <w:bCs/>
          <w:i/>
          <w:iCs/>
          <w:sz w:val="24"/>
          <w:szCs w:val="24"/>
        </w:rPr>
        <w:t>C</w:t>
      </w:r>
      <w:r w:rsidRPr="008306BB">
        <w:rPr>
          <w:b/>
          <w:bCs/>
          <w:i/>
          <w:iCs/>
          <w:sz w:val="24"/>
          <w:szCs w:val="24"/>
        </w:rPr>
        <w:t>aserme a Porta Susina</w:t>
      </w:r>
      <w:r>
        <w:rPr>
          <w:rStyle w:val="Rimandonotaapidipagina"/>
          <w:b/>
          <w:bCs/>
          <w:i/>
          <w:iCs/>
          <w:sz w:val="24"/>
          <w:szCs w:val="24"/>
        </w:rPr>
        <w:footnoteReference w:id="5"/>
      </w:r>
      <w:r w:rsidR="00000000">
        <w:rPr>
          <w:i/>
          <w:iCs/>
          <w:sz w:val="24"/>
          <w:szCs w:val="24"/>
        </w:rPr>
        <w:pict w14:anchorId="5E8DB281">
          <v:rect id="_x0000_i1184" style="width:0;height:1.5pt" o:hralign="center" o:hrstd="t" o:hr="t" fillcolor="#a0a0a0" stroked="f"/>
        </w:pict>
      </w:r>
    </w:p>
    <w:p w14:paraId="3ABBB3D9" w14:textId="77777777" w:rsidR="003F3E0C" w:rsidRDefault="003F3E0C" w:rsidP="003F3E0C">
      <w:pPr>
        <w:jc w:val="both"/>
        <w:rPr>
          <w:i/>
          <w:iCs/>
          <w:sz w:val="24"/>
          <w:szCs w:val="24"/>
        </w:rPr>
      </w:pPr>
      <w:r>
        <w:rPr>
          <w:i/>
          <w:iCs/>
          <w:sz w:val="24"/>
          <w:szCs w:val="24"/>
        </w:rPr>
        <w:t>I coperti si faranno 2° il disegnio con suoi conversi e colmi necesarij al coprimento delli medesimi e li legniami da inpiegarsi saranno di malezzo o di rovire del rosso e non del biancho tutti senza difetti aprovati e della quantità che sarà necesario al sodo e stabile coprimento di detti tetti di coponi e della grandezza loro.</w:t>
      </w:r>
    </w:p>
    <w:p w14:paraId="4DEF65BF" w14:textId="77777777" w:rsidR="003F3E0C" w:rsidRDefault="003F3E0C" w:rsidP="003F3E0C">
      <w:pPr>
        <w:jc w:val="both"/>
        <w:rPr>
          <w:i/>
          <w:iCs/>
          <w:sz w:val="24"/>
          <w:szCs w:val="24"/>
        </w:rPr>
      </w:pPr>
      <w:r>
        <w:rPr>
          <w:i/>
          <w:iCs/>
          <w:sz w:val="24"/>
          <w:szCs w:val="24"/>
        </w:rPr>
        <w:t>Li travi principale cioè cavriate e colmi saranno di grosezza onze 7 in 8 e mezza al meno e 2° porterà la largezza del coperto li travi saranno di grosezza oncie 6 in 7 e mezza li paradossi onze 5 di grosezza nel più meno le reme saranno di due campi grosse in punta onze 2 ½ non coprendo la scorta.</w:t>
      </w:r>
    </w:p>
    <w:p w14:paraId="741F2906" w14:textId="77777777" w:rsidR="003F3E0C" w:rsidRDefault="003F3E0C" w:rsidP="003F3E0C">
      <w:pPr>
        <w:jc w:val="both"/>
        <w:rPr>
          <w:i/>
          <w:iCs/>
          <w:sz w:val="24"/>
          <w:szCs w:val="24"/>
        </w:rPr>
      </w:pPr>
      <w:r>
        <w:rPr>
          <w:i/>
          <w:iCs/>
          <w:sz w:val="24"/>
          <w:szCs w:val="24"/>
        </w:rPr>
        <w:t>Li listelli saranno d’albera grossi di netto per una parte onza 1 ½ e onza 1 per l’altra al meno ben secchi e non vecchi e dove la lungezza di detti legni portasse magior grosezza sia data a proporzione della sopra detta longezza e sosistenza del coperto a copponi. Saranno tenuti a fare ogni sorte di armature per detto coperto con suoi boni legature e cavichi di ferro e saeti e gaselli nel incontri ben inchiodati e 2° gli verrà ordinato.</w:t>
      </w:r>
    </w:p>
    <w:p w14:paraId="6A75C6CF" w14:textId="77777777" w:rsidR="003F3E0C" w:rsidRDefault="003F3E0C" w:rsidP="003F3E0C">
      <w:pPr>
        <w:jc w:val="both"/>
        <w:rPr>
          <w:i/>
          <w:iCs/>
          <w:sz w:val="24"/>
          <w:szCs w:val="24"/>
        </w:rPr>
      </w:pPr>
      <w:r>
        <w:rPr>
          <w:i/>
          <w:iCs/>
          <w:sz w:val="24"/>
          <w:szCs w:val="24"/>
        </w:rPr>
        <w:lastRenderedPageBreak/>
        <w:t>Li paradossi non saranno più distanti l’uno dall’altro di piedi quatro e le reme non più d’onze otto di acciò tra una rema e l’altra e li listelli si ripartiranno in modo che i coponi restino ben incastrate e appogiati.</w:t>
      </w:r>
    </w:p>
    <w:p w14:paraId="4358E850" w14:textId="77777777" w:rsidR="003F3E0C" w:rsidRDefault="003F3E0C" w:rsidP="003F3E0C">
      <w:pPr>
        <w:jc w:val="both"/>
        <w:rPr>
          <w:i/>
          <w:iCs/>
          <w:sz w:val="24"/>
          <w:szCs w:val="24"/>
        </w:rPr>
      </w:pPr>
      <w:r>
        <w:rPr>
          <w:i/>
          <w:iCs/>
          <w:sz w:val="24"/>
          <w:szCs w:val="24"/>
        </w:rPr>
        <w:t>Li bolzoni et agucia si metteranno ove sarà il bisognio e li legniame saranno della qualità sopra detta cioè di malezzo o vero di rovere verso d’approvata grosezza.</w:t>
      </w:r>
    </w:p>
    <w:p w14:paraId="44D51B3B" w14:textId="77777777" w:rsidR="003F3E0C" w:rsidRDefault="003F3E0C" w:rsidP="003F3E0C">
      <w:pPr>
        <w:jc w:val="both"/>
        <w:rPr>
          <w:i/>
          <w:iCs/>
          <w:sz w:val="24"/>
          <w:szCs w:val="24"/>
        </w:rPr>
      </w:pPr>
      <w:r>
        <w:rPr>
          <w:i/>
          <w:iCs/>
          <w:sz w:val="24"/>
          <w:szCs w:val="24"/>
        </w:rPr>
        <w:t>Tutti li legniame grossi saranno incamigliate a suoi luogi onde sarà necesario con beni caviglie di fino d’approvata grosezza e longezza e le reme l’inchioderanno con chiodi suficienti e approvati nelli paradossi e ove sarà necesario.</w:t>
      </w:r>
    </w:p>
    <w:p w14:paraId="3E827BED" w14:textId="77777777" w:rsidR="003F3E0C" w:rsidRDefault="003F3E0C" w:rsidP="003F3E0C">
      <w:pPr>
        <w:jc w:val="both"/>
        <w:rPr>
          <w:i/>
          <w:iCs/>
          <w:sz w:val="24"/>
          <w:szCs w:val="24"/>
        </w:rPr>
      </w:pPr>
      <w:r>
        <w:rPr>
          <w:i/>
          <w:iCs/>
          <w:sz w:val="24"/>
          <w:szCs w:val="24"/>
        </w:rPr>
        <w:t>Li listelli saranno inchiodati in ne luogi cioè nelle teste e nel mezzo con chiodi proporzionati alla grosezza loro e ben ribatuti ove saranno saette con suoi gatelli ben inchiodati tutta a opera perfetta.</w:t>
      </w:r>
    </w:p>
    <w:p w14:paraId="2ED9169B" w14:textId="77777777" w:rsidR="003F3E0C" w:rsidRDefault="003F3E0C" w:rsidP="003F3E0C">
      <w:pPr>
        <w:jc w:val="both"/>
        <w:rPr>
          <w:i/>
          <w:iCs/>
          <w:sz w:val="24"/>
          <w:szCs w:val="24"/>
        </w:rPr>
      </w:pPr>
      <w:r>
        <w:rPr>
          <w:i/>
          <w:iCs/>
          <w:sz w:val="24"/>
          <w:szCs w:val="24"/>
        </w:rPr>
        <w:t>I copponi saranno di Moncaglieri ben cotti sonanti e si metteranno in opera in modo che cavalchino un sopra l’altro al meno onze 3 e questo s’intende tantto ne canali di sotto quanto ne i rovesci di sopra e l’Impresario sarà tenuto mutare i coppi quali doppo e geli d’un inverno si fossero guastati o sfiorati.</w:t>
      </w:r>
    </w:p>
    <w:p w14:paraId="5944F42D" w14:textId="77777777" w:rsidR="003F3E0C" w:rsidRDefault="003F3E0C" w:rsidP="003F3E0C">
      <w:pPr>
        <w:jc w:val="both"/>
        <w:rPr>
          <w:i/>
          <w:iCs/>
          <w:sz w:val="24"/>
          <w:szCs w:val="24"/>
        </w:rPr>
      </w:pPr>
      <w:r>
        <w:rPr>
          <w:i/>
          <w:iCs/>
          <w:sz w:val="24"/>
          <w:szCs w:val="24"/>
        </w:rPr>
        <w:t>E dove sono le teste de fornelli fare le loro comesure e tutto quello che sarà necesario per impedire le piogge che nelli medesimi vengono tutta a opera conlaudata.</w:t>
      </w:r>
    </w:p>
    <w:p w14:paraId="45584135" w14:textId="77777777" w:rsidR="003F3E0C" w:rsidRDefault="003F3E0C" w:rsidP="003F3E0C">
      <w:pPr>
        <w:jc w:val="both"/>
        <w:rPr>
          <w:i/>
          <w:iCs/>
          <w:sz w:val="24"/>
          <w:szCs w:val="24"/>
        </w:rPr>
      </w:pPr>
      <w:r>
        <w:rPr>
          <w:i/>
          <w:iCs/>
          <w:sz w:val="24"/>
          <w:szCs w:val="24"/>
        </w:rPr>
        <w:t>Le misure si faranno alla mente delle Reggie constituzioni e havendo l’impresario qualche dificoltà circa al senzo della presente istruzione la doverà proporre inanzi altri mentre si starà alla determinzazione del Emo consiglio.</w:t>
      </w:r>
    </w:p>
    <w:p w14:paraId="65CA6671" w14:textId="77777777" w:rsidR="003F3E0C" w:rsidRDefault="003F3E0C" w:rsidP="003F3E0C">
      <w:pPr>
        <w:jc w:val="center"/>
        <w:rPr>
          <w:i/>
          <w:iCs/>
          <w:sz w:val="24"/>
          <w:szCs w:val="24"/>
        </w:rPr>
      </w:pPr>
      <w:r>
        <w:rPr>
          <w:i/>
          <w:iCs/>
          <w:sz w:val="24"/>
          <w:szCs w:val="24"/>
        </w:rPr>
        <w:t>Per li solari</w:t>
      </w:r>
    </w:p>
    <w:p w14:paraId="20C8F53D" w14:textId="77777777" w:rsidR="003F3E0C" w:rsidRDefault="003F3E0C" w:rsidP="003F3E0C">
      <w:pPr>
        <w:jc w:val="both"/>
        <w:rPr>
          <w:i/>
          <w:iCs/>
          <w:sz w:val="24"/>
          <w:szCs w:val="24"/>
        </w:rPr>
      </w:pPr>
      <w:r>
        <w:rPr>
          <w:i/>
          <w:iCs/>
          <w:sz w:val="24"/>
          <w:szCs w:val="24"/>
        </w:rPr>
        <w:t>Li travi che si doveranno impiegare per li solari saranno di malezzo o pure di rovire ben staggionati senza nodi difetti spaccature crepature o altro mancamento quale potesse pregiudicare alla fortezza e resistenza del trave e però a giudizio del Architetto o soprastante.</w:t>
      </w:r>
    </w:p>
    <w:p w14:paraId="5874E61F" w14:textId="77777777" w:rsidR="003F3E0C" w:rsidRDefault="003F3E0C" w:rsidP="003F3E0C">
      <w:pPr>
        <w:jc w:val="both"/>
        <w:rPr>
          <w:i/>
          <w:iCs/>
          <w:sz w:val="24"/>
          <w:szCs w:val="24"/>
        </w:rPr>
      </w:pPr>
      <w:r>
        <w:rPr>
          <w:i/>
          <w:iCs/>
          <w:sz w:val="24"/>
          <w:szCs w:val="24"/>
        </w:rPr>
        <w:t>La longezza de travi sudetti saranno però perfezionati alle misure delle stanze e la grosezza saranno di onze 5 ½ per l’altra e altri di onze 6 ½ e onze 8 e a perfezione della sua longezza nelle più grande stanze e nelle più piccole saranno spianati e quadrati a tutti le 4° faccie ben cadunati e pianati politi e doveranno rientrare e appogiare nelle muraglie onze 6 in 7 messi bene in piano e a livello perfetto.</w:t>
      </w:r>
    </w:p>
    <w:p w14:paraId="17AD1F9C" w14:textId="77777777" w:rsidR="003F3E0C" w:rsidRDefault="003F3E0C" w:rsidP="003F3E0C">
      <w:pPr>
        <w:jc w:val="both"/>
        <w:rPr>
          <w:i/>
          <w:iCs/>
          <w:sz w:val="24"/>
          <w:szCs w:val="24"/>
        </w:rPr>
      </w:pPr>
      <w:r>
        <w:rPr>
          <w:i/>
          <w:iCs/>
          <w:sz w:val="24"/>
          <w:szCs w:val="24"/>
        </w:rPr>
        <w:t>Li metteranno i suoi travetti di rovere ben staggionati quali saranno onze 2 per un mezzo e onze 3 per l’altro ben dritti senza groppi scaglie rovine e pregiudiziale alla fortezza tutti pianati politi e cordonati e aprovati e che entrino onze 3e nella muraglia e che si tocchino nelle teste in mezzo de sommeri.</w:t>
      </w:r>
    </w:p>
    <w:p w14:paraId="67A2702C" w14:textId="77777777" w:rsidR="003F3E0C" w:rsidRDefault="003F3E0C" w:rsidP="003F3E0C">
      <w:pPr>
        <w:jc w:val="both"/>
        <w:rPr>
          <w:i/>
          <w:iCs/>
          <w:sz w:val="24"/>
          <w:szCs w:val="24"/>
        </w:rPr>
      </w:pPr>
      <w:r>
        <w:rPr>
          <w:i/>
          <w:iCs/>
          <w:sz w:val="24"/>
          <w:szCs w:val="24"/>
        </w:rPr>
        <w:t>Le distanze tra l’uno e l’altro non saranno più di onze 8 di netto e in contro a i sommeri si metteranno li giambini con le loro cornicette ben politi e inchiodati nelli travicelli e nelli spazi d’un travicello e l’altro 2° i solari a profilo e i cornicetti verso il muro un solo chiodo dove viene il travicello.</w:t>
      </w:r>
    </w:p>
    <w:p w14:paraId="5DB63348" w14:textId="77777777" w:rsidR="003F3E0C" w:rsidRDefault="003F3E0C" w:rsidP="003F3E0C">
      <w:pPr>
        <w:jc w:val="both"/>
        <w:rPr>
          <w:i/>
          <w:iCs/>
          <w:sz w:val="24"/>
          <w:szCs w:val="24"/>
        </w:rPr>
      </w:pPr>
      <w:r>
        <w:rPr>
          <w:i/>
          <w:iCs/>
          <w:sz w:val="24"/>
          <w:szCs w:val="24"/>
        </w:rPr>
        <w:t>Li listelli saranno ben profilati e messi a linea retta da un pezzo all’altro e la distanza non meno di onze 8 acciò resti un quadro perfetto.</w:t>
      </w:r>
    </w:p>
    <w:p w14:paraId="31DA2F31" w14:textId="77777777" w:rsidR="003F3E0C" w:rsidRDefault="003F3E0C" w:rsidP="003F3E0C">
      <w:pPr>
        <w:jc w:val="both"/>
        <w:rPr>
          <w:i/>
          <w:iCs/>
          <w:sz w:val="24"/>
          <w:szCs w:val="24"/>
        </w:rPr>
      </w:pPr>
      <w:r>
        <w:rPr>
          <w:i/>
          <w:iCs/>
          <w:sz w:val="24"/>
          <w:szCs w:val="24"/>
        </w:rPr>
        <w:lastRenderedPageBreak/>
        <w:t>Sopra i sommeri travetti e profili si farà il suo solaro con tonde o asci d’albera bene uniti cimossati ben stagionati pianati politi d’una parte e approvati e ciaschuna di dette assi o tonde sarà inchiodata a due parte per ogni travicello con chiodi di spprovata grosezza e sopra le gabinature e sommeri si coprerà d’assi bene inchiodati doppo che saranno ben divisi e imbocati li gambini nelle prte interiori. Ove saranno le canne de fornelli si disponeranno le teste de travicelli in forma che non possa pericolare per il foro con mettere de pianeli in calcina o teste di mattoni a taglio di quella maniera che sarà necesario saranno tenuti di fare i buchi o roture per mettere i travetti in luogo che sarà necesario il solaro.</w:t>
      </w:r>
    </w:p>
    <w:p w14:paraId="1A514312" w14:textId="77777777" w:rsidR="003F3E0C" w:rsidRDefault="003F3E0C" w:rsidP="003F3E0C">
      <w:pPr>
        <w:jc w:val="both"/>
        <w:rPr>
          <w:i/>
          <w:iCs/>
          <w:sz w:val="24"/>
          <w:szCs w:val="24"/>
        </w:rPr>
      </w:pPr>
      <w:r>
        <w:rPr>
          <w:i/>
          <w:iCs/>
          <w:sz w:val="24"/>
          <w:szCs w:val="24"/>
        </w:rPr>
        <w:t>Li solari investiti o a sofietta si osserveranno le misure a qualità di legniame come sopra e misure oservando che le tavole siano incanalite e nelle sommeri ben coperti a tutta pulizia. I sofietti saranno nelli vani del coperto e vedendovi qualche armatura per regolla si intende che siano obligati l’assi d’albera ben stagionati e di aprovata grosezza il tutto a opera conlaudata e bene inchiodati.</w:t>
      </w:r>
    </w:p>
    <w:p w14:paraId="3A86BBF7" w14:textId="77777777" w:rsidR="003F3E0C" w:rsidRDefault="003F3E0C" w:rsidP="003F3E0C">
      <w:pPr>
        <w:jc w:val="both"/>
        <w:rPr>
          <w:i/>
          <w:iCs/>
          <w:sz w:val="24"/>
          <w:szCs w:val="24"/>
        </w:rPr>
      </w:pPr>
      <w:r>
        <w:rPr>
          <w:i/>
          <w:iCs/>
          <w:sz w:val="24"/>
          <w:szCs w:val="24"/>
        </w:rPr>
        <w:t>Le campate delli solari saranno 2° la grandezza delle stanze e spalette per regere delli sommeri da una misura di piedi 4 4 ½ in piedi 5 e 2° sarà necesario alla grosezza del solaro e della meno lungezza de tavicelli e tutta a opera conlaudata e perfetta.</w:t>
      </w:r>
    </w:p>
    <w:p w14:paraId="5DE5D5EF" w14:textId="77777777" w:rsidR="003F3E0C" w:rsidRDefault="003F3E0C" w:rsidP="003F3E0C">
      <w:pPr>
        <w:jc w:val="both"/>
        <w:rPr>
          <w:i/>
          <w:iCs/>
          <w:sz w:val="24"/>
          <w:szCs w:val="24"/>
        </w:rPr>
      </w:pPr>
      <w:r>
        <w:rPr>
          <w:i/>
          <w:iCs/>
          <w:sz w:val="24"/>
          <w:szCs w:val="24"/>
        </w:rPr>
        <w:t>Se averà qualche dificoltà come sopra ho detto giudica che sarà chiarito.</w:t>
      </w:r>
      <w:r w:rsidR="00000000">
        <w:rPr>
          <w:i/>
          <w:iCs/>
          <w:sz w:val="24"/>
          <w:szCs w:val="24"/>
        </w:rPr>
        <w:pict w14:anchorId="7D05D853">
          <v:rect id="_x0000_i1185" style="width:0;height:1.5pt" o:hralign="center" o:hrstd="t" o:hr="t" fillcolor="#a0a0a0" stroked="f"/>
        </w:pict>
      </w:r>
    </w:p>
    <w:p w14:paraId="554D1E8B" w14:textId="77777777" w:rsidR="003F3E0C" w:rsidRDefault="003F3E0C" w:rsidP="003F3E0C">
      <w:pPr>
        <w:jc w:val="right"/>
        <w:rPr>
          <w:i/>
          <w:iCs/>
          <w:sz w:val="24"/>
          <w:szCs w:val="24"/>
        </w:rPr>
      </w:pPr>
      <w:r w:rsidRPr="008306BB">
        <w:rPr>
          <w:i/>
          <w:iCs/>
          <w:sz w:val="24"/>
          <w:szCs w:val="24"/>
        </w:rPr>
        <w:t>giorno di 8 Luglio 1718</w:t>
      </w:r>
    </w:p>
    <w:p w14:paraId="0A99A9D8" w14:textId="77777777" w:rsidR="003F3E0C" w:rsidRDefault="003F3E0C" w:rsidP="003F3E0C">
      <w:pPr>
        <w:jc w:val="right"/>
        <w:rPr>
          <w:i/>
          <w:iCs/>
          <w:sz w:val="24"/>
          <w:szCs w:val="24"/>
        </w:rPr>
      </w:pPr>
      <w:r>
        <w:rPr>
          <w:i/>
          <w:iCs/>
          <w:sz w:val="24"/>
          <w:szCs w:val="24"/>
        </w:rPr>
        <w:t>Don Filippo Juvarra Architetto</w:t>
      </w:r>
      <w:r w:rsidR="00000000">
        <w:rPr>
          <w:i/>
          <w:iCs/>
          <w:sz w:val="24"/>
          <w:szCs w:val="24"/>
        </w:rPr>
        <w:pict w14:anchorId="6448E3B5">
          <v:rect id="_x0000_i1186" style="width:0;height:1.5pt" o:hralign="center" o:hrstd="t" o:hr="t" fillcolor="#a0a0a0" stroked="f"/>
        </w:pict>
      </w:r>
    </w:p>
    <w:p w14:paraId="441573CC" w14:textId="77777777" w:rsidR="003F3E0C" w:rsidRDefault="003F3E0C" w:rsidP="003F3E0C">
      <w:pPr>
        <w:jc w:val="both"/>
        <w:rPr>
          <w:sz w:val="24"/>
          <w:szCs w:val="24"/>
        </w:rPr>
      </w:pPr>
      <w:r w:rsidRPr="008306BB">
        <w:rPr>
          <w:sz w:val="24"/>
          <w:szCs w:val="24"/>
        </w:rPr>
        <w:t>Archivio di Stato di Torino | Sezioni Riunite | Ministero della guerra | Azienda generale di fabbriche e fortificazioni (1733-1797) già Azienda generale d'artiglieria, fabbriche e fortificazioni (1717-1733) | Contratti fortificazioni | Mazzo 5 (1717-1718)</w:t>
      </w:r>
      <w:r>
        <w:rPr>
          <w:sz w:val="24"/>
          <w:szCs w:val="24"/>
        </w:rPr>
        <w:t xml:space="preserve"> | foll. 246-247-248-249.</w:t>
      </w:r>
    </w:p>
    <w:p w14:paraId="06083905" w14:textId="77777777" w:rsidR="003F3E0C" w:rsidRDefault="003F3E0C" w:rsidP="003F3E0C">
      <w:pPr>
        <w:rPr>
          <w:sz w:val="24"/>
          <w:szCs w:val="24"/>
        </w:rPr>
      </w:pPr>
    </w:p>
    <w:p w14:paraId="04803B7A" w14:textId="77777777" w:rsidR="003F3E0C" w:rsidRDefault="003F3E0C" w:rsidP="003F3E0C">
      <w:pPr>
        <w:jc w:val="center"/>
        <w:rPr>
          <w:sz w:val="28"/>
          <w:szCs w:val="28"/>
        </w:rPr>
      </w:pPr>
      <w:r>
        <w:rPr>
          <w:sz w:val="28"/>
          <w:szCs w:val="28"/>
        </w:rPr>
        <w:t>1720</w:t>
      </w:r>
    </w:p>
    <w:p w14:paraId="467675CF" w14:textId="77777777" w:rsidR="003F3E0C" w:rsidRDefault="003F3E0C" w:rsidP="003F3E0C">
      <w:pPr>
        <w:jc w:val="center"/>
        <w:rPr>
          <w:b/>
          <w:bCs/>
          <w:sz w:val="24"/>
          <w:szCs w:val="24"/>
        </w:rPr>
      </w:pPr>
      <w:r w:rsidRPr="008306BB">
        <w:rPr>
          <w:b/>
          <w:bCs/>
          <w:sz w:val="24"/>
          <w:szCs w:val="24"/>
        </w:rPr>
        <w:t xml:space="preserve">Instruzione per le serraglie di </w:t>
      </w:r>
      <w:r>
        <w:rPr>
          <w:b/>
          <w:bCs/>
          <w:sz w:val="24"/>
          <w:szCs w:val="24"/>
        </w:rPr>
        <w:t>p</w:t>
      </w:r>
      <w:r w:rsidRPr="008306BB">
        <w:rPr>
          <w:b/>
          <w:bCs/>
          <w:sz w:val="24"/>
          <w:szCs w:val="24"/>
        </w:rPr>
        <w:t xml:space="preserve">orte e finestre con suoi chiasili per servizio delle nove </w:t>
      </w:r>
      <w:r>
        <w:rPr>
          <w:b/>
          <w:bCs/>
          <w:sz w:val="24"/>
          <w:szCs w:val="24"/>
        </w:rPr>
        <w:t>C</w:t>
      </w:r>
      <w:r w:rsidRPr="008306BB">
        <w:rPr>
          <w:b/>
          <w:bCs/>
          <w:sz w:val="24"/>
          <w:szCs w:val="24"/>
        </w:rPr>
        <w:t>aserme di Porta Susina</w:t>
      </w:r>
    </w:p>
    <w:p w14:paraId="499272C5" w14:textId="77777777" w:rsidR="003F3E0C" w:rsidRDefault="00000000" w:rsidP="003F3E0C">
      <w:pPr>
        <w:jc w:val="both"/>
        <w:rPr>
          <w:i/>
          <w:iCs/>
          <w:sz w:val="24"/>
          <w:szCs w:val="24"/>
        </w:rPr>
      </w:pPr>
      <w:r>
        <w:rPr>
          <w:i/>
          <w:iCs/>
          <w:sz w:val="24"/>
          <w:szCs w:val="24"/>
        </w:rPr>
        <w:pict w14:anchorId="5B5484D2">
          <v:rect id="_x0000_i1187" style="width:0;height:1.5pt" o:hralign="center" o:hrstd="t" o:hr="t" fillcolor="#a0a0a0" stroked="f"/>
        </w:pict>
      </w:r>
      <w:r w:rsidR="003F3E0C">
        <w:rPr>
          <w:i/>
          <w:iCs/>
          <w:sz w:val="24"/>
          <w:szCs w:val="24"/>
        </w:rPr>
        <w:t>Tutte le seraglie di porte saranno di legnio di rovere ben staggionato con suoi panelli a conpramano esteriormente e rasati interiormente e caduna d’esse sarà divisa in due parti con 3e panelli per cadun e’esse e di grosezza un onza al meno di tutta perfezzione e a opera conlaudata.</w:t>
      </w:r>
    </w:p>
    <w:p w14:paraId="1249D0FA" w14:textId="77777777" w:rsidR="003F3E0C" w:rsidRDefault="003F3E0C" w:rsidP="003F3E0C">
      <w:pPr>
        <w:jc w:val="both"/>
        <w:rPr>
          <w:i/>
          <w:iCs/>
          <w:sz w:val="24"/>
          <w:szCs w:val="24"/>
        </w:rPr>
      </w:pPr>
      <w:r>
        <w:rPr>
          <w:i/>
          <w:iCs/>
          <w:sz w:val="24"/>
          <w:szCs w:val="24"/>
        </w:rPr>
        <w:t>Le serraglie delle finestre saranno parimente a semblaggio come le porte sopra dette con suoi montanti e rametti di rovere ben staggionato e di suficiente largezza e i panelli saranno di legnio ben staggionato cioè d’Alberone ben sodo e secco e senza difetti e dette serraglie sarano in 3e o 4° panelli e 2° ricercherà la grandezza dell’apertura in opera tutto a opera conlaudata.</w:t>
      </w:r>
    </w:p>
    <w:p w14:paraId="34E2BF64" w14:textId="77777777" w:rsidR="003F3E0C" w:rsidRDefault="003F3E0C" w:rsidP="003F3E0C">
      <w:pPr>
        <w:jc w:val="both"/>
        <w:rPr>
          <w:i/>
          <w:iCs/>
          <w:sz w:val="24"/>
          <w:szCs w:val="24"/>
        </w:rPr>
      </w:pPr>
      <w:r>
        <w:rPr>
          <w:i/>
          <w:iCs/>
          <w:sz w:val="24"/>
          <w:szCs w:val="24"/>
        </w:rPr>
        <w:lastRenderedPageBreak/>
        <w:t>Li chiasili saranno con suoi telaroni a torno fermi nella muraglia di legnio di rovere ben staggionato con suoi voletti che si aprino di legnio di noce colorita e non biancha e staggionata senza nesun defetto della grosezza sopra detta di onza una.</w:t>
      </w:r>
    </w:p>
    <w:p w14:paraId="79D53E7C" w14:textId="77777777" w:rsidR="003F3E0C" w:rsidRDefault="003F3E0C" w:rsidP="003F3E0C">
      <w:pPr>
        <w:jc w:val="both"/>
        <w:rPr>
          <w:i/>
          <w:iCs/>
          <w:sz w:val="24"/>
          <w:szCs w:val="24"/>
        </w:rPr>
      </w:pPr>
      <w:r>
        <w:rPr>
          <w:i/>
          <w:iCs/>
          <w:sz w:val="24"/>
          <w:szCs w:val="24"/>
        </w:rPr>
        <w:t>Tutte le porte che saranno esteriormente cioè fuori e dentro il cortile o meno sopra li poggioli di intenderanno di rovere e quelli nell interiore della fabricha saranno con suoi mattoni di rovere della grosezza sopra detta dell onza con suoi panelli a copra mano di fuori e rasati di dentro di legnio d’alberone ben secco e staggionato tutta a opera conlaudata.</w:t>
      </w:r>
    </w:p>
    <w:p w14:paraId="04CB0F1D" w14:textId="77777777" w:rsidR="003F3E0C" w:rsidRDefault="003F3E0C" w:rsidP="003F3E0C">
      <w:pPr>
        <w:jc w:val="both"/>
        <w:rPr>
          <w:i/>
          <w:iCs/>
          <w:sz w:val="24"/>
          <w:szCs w:val="24"/>
        </w:rPr>
      </w:pPr>
      <w:r>
        <w:rPr>
          <w:i/>
          <w:iCs/>
          <w:sz w:val="24"/>
          <w:szCs w:val="24"/>
        </w:rPr>
        <w:t>Saranno tenuti i medesimi impresarij a pigliarsi le misure delli rami acciò non possono comprire l’errori che si saranno nelle lungezza e largezza che son tenuti di farlli e più o meno conforme si troveranno sul posto. Le aperture tantto nel piano terreno che piani superiori.</w:t>
      </w:r>
    </w:p>
    <w:p w14:paraId="7D0F8CF2" w14:textId="77777777" w:rsidR="003F3E0C" w:rsidRDefault="003F3E0C" w:rsidP="003F3E0C">
      <w:pPr>
        <w:jc w:val="both"/>
        <w:rPr>
          <w:i/>
          <w:iCs/>
          <w:sz w:val="24"/>
          <w:szCs w:val="24"/>
        </w:rPr>
      </w:pPr>
      <w:r>
        <w:rPr>
          <w:i/>
          <w:iCs/>
          <w:sz w:val="24"/>
          <w:szCs w:val="24"/>
        </w:rPr>
        <w:t>Il tutto fatto 2° ricercha la perfetione dell’arte e misure sopra cennate tutta a opera conlaudata.</w:t>
      </w:r>
      <w:r w:rsidR="00000000">
        <w:rPr>
          <w:i/>
          <w:iCs/>
          <w:sz w:val="24"/>
          <w:szCs w:val="24"/>
        </w:rPr>
        <w:pict w14:anchorId="547865F9">
          <v:rect id="_x0000_i1188" style="width:0;height:1.5pt" o:hralign="center" o:hrstd="t" o:hr="t" fillcolor="#a0a0a0" stroked="f"/>
        </w:pict>
      </w:r>
    </w:p>
    <w:p w14:paraId="589F0FB5" w14:textId="77777777" w:rsidR="003F3E0C" w:rsidRDefault="003F3E0C" w:rsidP="003F3E0C">
      <w:pPr>
        <w:jc w:val="right"/>
        <w:rPr>
          <w:i/>
          <w:iCs/>
          <w:sz w:val="24"/>
          <w:szCs w:val="24"/>
        </w:rPr>
      </w:pPr>
      <w:r w:rsidRPr="008306BB">
        <w:rPr>
          <w:i/>
          <w:iCs/>
          <w:sz w:val="24"/>
          <w:szCs w:val="24"/>
        </w:rPr>
        <w:t>Torino giorno di 27 Genna</w:t>
      </w:r>
      <w:r>
        <w:rPr>
          <w:i/>
          <w:iCs/>
          <w:sz w:val="24"/>
          <w:szCs w:val="24"/>
        </w:rPr>
        <w:t>r</w:t>
      </w:r>
      <w:r w:rsidRPr="008306BB">
        <w:rPr>
          <w:i/>
          <w:iCs/>
          <w:sz w:val="24"/>
          <w:szCs w:val="24"/>
        </w:rPr>
        <w:t>o 1720</w:t>
      </w:r>
      <w:r w:rsidR="00000000">
        <w:rPr>
          <w:i/>
          <w:iCs/>
          <w:sz w:val="24"/>
          <w:szCs w:val="24"/>
        </w:rPr>
        <w:pict w14:anchorId="29ECDAB3">
          <v:rect id="_x0000_i1189" style="width:0;height:1.5pt" o:hralign="center" o:hrstd="t" o:hr="t" fillcolor="#a0a0a0" stroked="f"/>
        </w:pict>
      </w:r>
    </w:p>
    <w:p w14:paraId="692A6CE4" w14:textId="77777777" w:rsidR="003F3E0C" w:rsidRDefault="003F3E0C" w:rsidP="003F3E0C">
      <w:pPr>
        <w:jc w:val="center"/>
        <w:rPr>
          <w:i/>
          <w:iCs/>
          <w:sz w:val="24"/>
          <w:szCs w:val="24"/>
        </w:rPr>
      </w:pPr>
      <w:r>
        <w:rPr>
          <w:i/>
          <w:iCs/>
          <w:sz w:val="24"/>
          <w:szCs w:val="24"/>
        </w:rPr>
        <w:t>Misura delle porte</w:t>
      </w:r>
    </w:p>
    <w:p w14:paraId="1BA05460" w14:textId="77777777" w:rsidR="003F3E0C" w:rsidRDefault="003F3E0C" w:rsidP="003F3E0C">
      <w:pPr>
        <w:jc w:val="center"/>
        <w:rPr>
          <w:i/>
          <w:iCs/>
          <w:sz w:val="24"/>
          <w:szCs w:val="24"/>
        </w:rPr>
      </w:pPr>
      <w:r>
        <w:rPr>
          <w:i/>
          <w:iCs/>
          <w:sz w:val="24"/>
          <w:szCs w:val="24"/>
        </w:rPr>
        <w:t>Piano di terra</w:t>
      </w:r>
    </w:p>
    <w:p w14:paraId="70D1AFC7" w14:textId="77777777" w:rsidR="003F3E0C" w:rsidRDefault="003F3E0C" w:rsidP="003F3E0C">
      <w:pPr>
        <w:jc w:val="both"/>
        <w:rPr>
          <w:i/>
          <w:iCs/>
          <w:sz w:val="24"/>
          <w:szCs w:val="24"/>
        </w:rPr>
      </w:pPr>
      <w:r>
        <w:rPr>
          <w:i/>
          <w:iCs/>
          <w:sz w:val="24"/>
          <w:szCs w:val="24"/>
        </w:rPr>
        <w:t>Le porte largezza onze 0.2.6</w:t>
      </w:r>
    </w:p>
    <w:p w14:paraId="37515B61" w14:textId="77777777" w:rsidR="003F3E0C" w:rsidRDefault="003F3E0C" w:rsidP="003F3E0C">
      <w:pPr>
        <w:jc w:val="both"/>
        <w:rPr>
          <w:i/>
          <w:iCs/>
          <w:sz w:val="24"/>
          <w:szCs w:val="24"/>
        </w:rPr>
      </w:pPr>
      <w:r>
        <w:rPr>
          <w:i/>
          <w:iCs/>
          <w:sz w:val="24"/>
          <w:szCs w:val="24"/>
        </w:rPr>
        <w:t>Altezza onze 0.5.2 ] circa</w:t>
      </w:r>
    </w:p>
    <w:p w14:paraId="472B7C44" w14:textId="77777777" w:rsidR="003F3E0C" w:rsidRDefault="003F3E0C" w:rsidP="003F3E0C">
      <w:pPr>
        <w:jc w:val="both"/>
        <w:rPr>
          <w:i/>
          <w:iCs/>
          <w:sz w:val="24"/>
          <w:szCs w:val="24"/>
        </w:rPr>
      </w:pPr>
      <w:r>
        <w:rPr>
          <w:i/>
          <w:iCs/>
          <w:sz w:val="24"/>
          <w:szCs w:val="24"/>
        </w:rPr>
        <w:t>Le finestre largezza onze 0.2.6</w:t>
      </w:r>
    </w:p>
    <w:p w14:paraId="6A4B2959" w14:textId="77777777" w:rsidR="003F3E0C" w:rsidRDefault="003F3E0C" w:rsidP="003F3E0C">
      <w:pPr>
        <w:jc w:val="both"/>
        <w:rPr>
          <w:i/>
          <w:iCs/>
          <w:sz w:val="24"/>
          <w:szCs w:val="24"/>
        </w:rPr>
      </w:pPr>
      <w:r>
        <w:rPr>
          <w:i/>
          <w:iCs/>
          <w:sz w:val="24"/>
          <w:szCs w:val="24"/>
        </w:rPr>
        <w:t>Altezza onze 0.5.1 ] circa</w:t>
      </w:r>
    </w:p>
    <w:p w14:paraId="607E23B5" w14:textId="77777777" w:rsidR="003F3E0C" w:rsidRDefault="003F3E0C" w:rsidP="003F3E0C">
      <w:pPr>
        <w:jc w:val="center"/>
        <w:rPr>
          <w:i/>
          <w:iCs/>
          <w:sz w:val="24"/>
          <w:szCs w:val="24"/>
        </w:rPr>
      </w:pPr>
      <w:r>
        <w:rPr>
          <w:i/>
          <w:iCs/>
          <w:sz w:val="24"/>
          <w:szCs w:val="24"/>
        </w:rPr>
        <w:t>Secondo piano</w:t>
      </w:r>
    </w:p>
    <w:p w14:paraId="622CB191" w14:textId="77777777" w:rsidR="003F3E0C" w:rsidRDefault="003F3E0C" w:rsidP="003F3E0C">
      <w:pPr>
        <w:jc w:val="both"/>
        <w:rPr>
          <w:i/>
          <w:iCs/>
          <w:sz w:val="24"/>
          <w:szCs w:val="24"/>
        </w:rPr>
      </w:pPr>
      <w:r>
        <w:rPr>
          <w:i/>
          <w:iCs/>
          <w:sz w:val="24"/>
          <w:szCs w:val="24"/>
        </w:rPr>
        <w:t>Porte largezza onze 0.2.6</w:t>
      </w:r>
    </w:p>
    <w:p w14:paraId="67A4E735" w14:textId="77777777" w:rsidR="003F3E0C" w:rsidRDefault="003F3E0C" w:rsidP="003F3E0C">
      <w:pPr>
        <w:jc w:val="both"/>
        <w:rPr>
          <w:i/>
          <w:iCs/>
          <w:sz w:val="24"/>
          <w:szCs w:val="24"/>
        </w:rPr>
      </w:pPr>
      <w:r>
        <w:rPr>
          <w:i/>
          <w:iCs/>
          <w:sz w:val="24"/>
          <w:szCs w:val="24"/>
        </w:rPr>
        <w:t>Altezza onze 0.4.10 ] circa</w:t>
      </w:r>
    </w:p>
    <w:p w14:paraId="3C46CCCC" w14:textId="77777777" w:rsidR="003F3E0C" w:rsidRDefault="003F3E0C" w:rsidP="003F3E0C">
      <w:pPr>
        <w:jc w:val="both"/>
        <w:rPr>
          <w:i/>
          <w:iCs/>
          <w:sz w:val="24"/>
          <w:szCs w:val="24"/>
        </w:rPr>
      </w:pPr>
      <w:r>
        <w:rPr>
          <w:i/>
          <w:iCs/>
          <w:sz w:val="24"/>
          <w:szCs w:val="24"/>
        </w:rPr>
        <w:t>Finestre largezza onze 0.2.6</w:t>
      </w:r>
    </w:p>
    <w:p w14:paraId="032B8135" w14:textId="77777777" w:rsidR="003F3E0C" w:rsidRDefault="003F3E0C" w:rsidP="003F3E0C">
      <w:pPr>
        <w:jc w:val="both"/>
        <w:rPr>
          <w:i/>
          <w:iCs/>
          <w:sz w:val="24"/>
          <w:szCs w:val="24"/>
        </w:rPr>
      </w:pPr>
      <w:r>
        <w:rPr>
          <w:i/>
          <w:iCs/>
          <w:sz w:val="24"/>
          <w:szCs w:val="24"/>
        </w:rPr>
        <w:t>Altezza onze 0.3.10 ] circa</w:t>
      </w:r>
    </w:p>
    <w:p w14:paraId="37089297" w14:textId="77777777" w:rsidR="003F3E0C" w:rsidRDefault="003F3E0C" w:rsidP="003F3E0C">
      <w:pPr>
        <w:jc w:val="center"/>
        <w:rPr>
          <w:i/>
          <w:iCs/>
          <w:sz w:val="24"/>
          <w:szCs w:val="24"/>
        </w:rPr>
      </w:pPr>
      <w:r>
        <w:rPr>
          <w:i/>
          <w:iCs/>
          <w:sz w:val="24"/>
          <w:szCs w:val="24"/>
        </w:rPr>
        <w:t>Terzo piano</w:t>
      </w:r>
    </w:p>
    <w:p w14:paraId="5EEC7782" w14:textId="77777777" w:rsidR="003F3E0C" w:rsidRDefault="003F3E0C" w:rsidP="003F3E0C">
      <w:pPr>
        <w:jc w:val="both"/>
        <w:rPr>
          <w:i/>
          <w:iCs/>
          <w:sz w:val="24"/>
          <w:szCs w:val="24"/>
        </w:rPr>
      </w:pPr>
      <w:r>
        <w:rPr>
          <w:i/>
          <w:iCs/>
          <w:sz w:val="24"/>
          <w:szCs w:val="24"/>
        </w:rPr>
        <w:t>Porte longezza onze 0.2.3</w:t>
      </w:r>
    </w:p>
    <w:p w14:paraId="30B1A01A" w14:textId="77777777" w:rsidR="003F3E0C" w:rsidRDefault="003F3E0C" w:rsidP="003F3E0C">
      <w:pPr>
        <w:jc w:val="both"/>
        <w:rPr>
          <w:i/>
          <w:iCs/>
          <w:sz w:val="24"/>
          <w:szCs w:val="24"/>
        </w:rPr>
      </w:pPr>
      <w:r>
        <w:rPr>
          <w:i/>
          <w:iCs/>
          <w:sz w:val="24"/>
          <w:szCs w:val="24"/>
        </w:rPr>
        <w:t>Altezza onze 0.4.9 ] circa</w:t>
      </w:r>
    </w:p>
    <w:p w14:paraId="2957D22C" w14:textId="77777777" w:rsidR="003F3E0C" w:rsidRDefault="003F3E0C" w:rsidP="003F3E0C">
      <w:pPr>
        <w:jc w:val="both"/>
        <w:rPr>
          <w:i/>
          <w:iCs/>
          <w:sz w:val="24"/>
          <w:szCs w:val="24"/>
        </w:rPr>
      </w:pPr>
      <w:r>
        <w:rPr>
          <w:i/>
          <w:iCs/>
          <w:sz w:val="24"/>
          <w:szCs w:val="24"/>
        </w:rPr>
        <w:t>Finestre onze 0.2.3</w:t>
      </w:r>
    </w:p>
    <w:p w14:paraId="2926BBD3" w14:textId="77777777" w:rsidR="003F3E0C" w:rsidRDefault="003F3E0C" w:rsidP="003F3E0C">
      <w:pPr>
        <w:jc w:val="both"/>
        <w:rPr>
          <w:i/>
          <w:iCs/>
          <w:sz w:val="24"/>
          <w:szCs w:val="24"/>
        </w:rPr>
      </w:pPr>
      <w:r>
        <w:rPr>
          <w:i/>
          <w:iCs/>
          <w:sz w:val="24"/>
          <w:szCs w:val="24"/>
        </w:rPr>
        <w:t>Altezza onze 0.5.0 ] circa</w:t>
      </w:r>
      <w:r w:rsidR="00000000">
        <w:rPr>
          <w:i/>
          <w:iCs/>
          <w:sz w:val="24"/>
          <w:szCs w:val="24"/>
        </w:rPr>
        <w:pict w14:anchorId="7E8EC550">
          <v:rect id="_x0000_i1190" style="width:0;height:1.5pt" o:hralign="center" o:hrstd="t" o:hr="t" fillcolor="#a0a0a0" stroked="f"/>
        </w:pict>
      </w:r>
    </w:p>
    <w:p w14:paraId="4E005F53" w14:textId="77777777" w:rsidR="003F3E0C" w:rsidRDefault="003F3E0C" w:rsidP="003F3E0C">
      <w:pPr>
        <w:jc w:val="right"/>
        <w:rPr>
          <w:i/>
          <w:iCs/>
          <w:sz w:val="24"/>
          <w:szCs w:val="24"/>
        </w:rPr>
      </w:pPr>
      <w:r>
        <w:rPr>
          <w:i/>
          <w:iCs/>
          <w:sz w:val="24"/>
          <w:szCs w:val="24"/>
        </w:rPr>
        <w:t>Cavaliere Don Filippo Juvarra Architetto</w:t>
      </w:r>
      <w:r w:rsidR="00000000">
        <w:rPr>
          <w:i/>
          <w:iCs/>
          <w:sz w:val="24"/>
          <w:szCs w:val="24"/>
        </w:rPr>
        <w:pict w14:anchorId="4634886C">
          <v:rect id="_x0000_i1191" style="width:0;height:1.5pt" o:hralign="center" o:hrstd="t" o:hr="t" fillcolor="#a0a0a0" stroked="f"/>
        </w:pict>
      </w:r>
    </w:p>
    <w:p w14:paraId="7F55CC8A" w14:textId="77777777" w:rsidR="003F3E0C" w:rsidRDefault="003F3E0C" w:rsidP="003F3E0C">
      <w:pPr>
        <w:jc w:val="both"/>
        <w:rPr>
          <w:sz w:val="24"/>
          <w:szCs w:val="24"/>
        </w:rPr>
      </w:pPr>
      <w:r w:rsidRPr="008306BB">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7 (1720)</w:t>
      </w:r>
      <w:r>
        <w:rPr>
          <w:sz w:val="24"/>
          <w:szCs w:val="24"/>
        </w:rPr>
        <w:t xml:space="preserve"> | fol. 40.</w:t>
      </w:r>
    </w:p>
    <w:p w14:paraId="1994BEB9" w14:textId="77777777" w:rsidR="003F3E0C" w:rsidRDefault="003F3E0C" w:rsidP="003F3E0C">
      <w:pPr>
        <w:rPr>
          <w:sz w:val="24"/>
          <w:szCs w:val="24"/>
        </w:rPr>
      </w:pPr>
    </w:p>
    <w:p w14:paraId="7A658AF5" w14:textId="77777777" w:rsidR="003F3E0C" w:rsidRDefault="003F3E0C" w:rsidP="003F3E0C">
      <w:pPr>
        <w:jc w:val="center"/>
        <w:rPr>
          <w:i/>
          <w:iCs/>
          <w:sz w:val="24"/>
          <w:szCs w:val="24"/>
        </w:rPr>
      </w:pPr>
      <w:r w:rsidRPr="00A77351">
        <w:rPr>
          <w:b/>
          <w:bCs/>
          <w:i/>
          <w:iCs/>
          <w:sz w:val="24"/>
          <w:szCs w:val="24"/>
        </w:rPr>
        <w:t xml:space="preserve">Instruzione per la ferramenta delle seraglie di </w:t>
      </w:r>
      <w:r>
        <w:rPr>
          <w:b/>
          <w:bCs/>
          <w:i/>
          <w:iCs/>
          <w:sz w:val="24"/>
          <w:szCs w:val="24"/>
        </w:rPr>
        <w:t>p</w:t>
      </w:r>
      <w:r w:rsidRPr="00A77351">
        <w:rPr>
          <w:b/>
          <w:bCs/>
          <w:i/>
          <w:iCs/>
          <w:sz w:val="24"/>
          <w:szCs w:val="24"/>
        </w:rPr>
        <w:t>orte et finestre con loro chiasili alle nuove Caserme di Porta Susina</w:t>
      </w:r>
      <w:r w:rsidR="00000000">
        <w:rPr>
          <w:i/>
          <w:iCs/>
          <w:sz w:val="24"/>
          <w:szCs w:val="24"/>
        </w:rPr>
        <w:pict w14:anchorId="68626289">
          <v:rect id="_x0000_i1192" style="width:0;height:1.5pt" o:hralign="center" o:hrstd="t" o:hr="t" fillcolor="#a0a0a0" stroked="f"/>
        </w:pict>
      </w:r>
    </w:p>
    <w:p w14:paraId="2490CB59" w14:textId="77777777" w:rsidR="003F3E0C" w:rsidRDefault="003F3E0C" w:rsidP="003F3E0C">
      <w:pPr>
        <w:jc w:val="both"/>
        <w:rPr>
          <w:i/>
          <w:iCs/>
          <w:sz w:val="24"/>
          <w:szCs w:val="24"/>
        </w:rPr>
      </w:pPr>
      <w:r>
        <w:rPr>
          <w:i/>
          <w:iCs/>
          <w:sz w:val="24"/>
          <w:szCs w:val="24"/>
        </w:rPr>
        <w:t>Primo tutte le seraglie di porte saranno ferrate ogni apertura con quatro vervelle a bontà che giungano d’un montante all’altro chiodate con n° cinque chiodi avitati et ribatuti con suoi pollici di longhezza almeno onze quatro grosezza proportionata con sua seratura inclusonata con tola mostra e sulla ferogliera con due chiodi avitati et ribattuti et li chiodi che s’adopereranno per inchiodar le serrature saranno di longheza tale che si possino ribattere almeno mez onza.</w:t>
      </w:r>
    </w:p>
    <w:p w14:paraId="61D5D000" w14:textId="77777777" w:rsidR="003F3E0C" w:rsidRDefault="003F3E0C" w:rsidP="003F3E0C">
      <w:pPr>
        <w:jc w:val="both"/>
        <w:rPr>
          <w:i/>
          <w:iCs/>
          <w:sz w:val="24"/>
          <w:szCs w:val="24"/>
        </w:rPr>
      </w:pPr>
      <w:r>
        <w:rPr>
          <w:i/>
          <w:iCs/>
          <w:sz w:val="24"/>
          <w:szCs w:val="24"/>
        </w:rPr>
        <w:t>Caduna d’esse seraglie havrà parimente suo crocho di longheza onze quindeci o più se l’esigierà la grossezza de muri et di grossezza da un terzo sino a mez onza con l’anello da infiggersi nel muro non meno d’onze tre di grossezza proportionata con suo anello inchiodato con quatro chiodi ribatuti et tutto quanto sovra da osservarsi a tutti li piani.</w:t>
      </w:r>
    </w:p>
    <w:p w14:paraId="62997274" w14:textId="77777777" w:rsidR="003F3E0C" w:rsidRDefault="003F3E0C" w:rsidP="003F3E0C">
      <w:pPr>
        <w:jc w:val="both"/>
        <w:rPr>
          <w:i/>
          <w:iCs/>
          <w:sz w:val="24"/>
          <w:szCs w:val="24"/>
        </w:rPr>
      </w:pPr>
      <w:r>
        <w:rPr>
          <w:i/>
          <w:iCs/>
          <w:sz w:val="24"/>
          <w:szCs w:val="24"/>
        </w:rPr>
        <w:t>Li chiassili di caduna finestra et di caduno piano l’avranno caduno otto fichie suoi polici due maniglie doppie et due semplici con otto parte di longhezza di netto almeno onze tre con due chiodi proporcionati et polliti per caduna per inchiodarle.</w:t>
      </w:r>
    </w:p>
    <w:p w14:paraId="33C8BFE8" w14:textId="77777777" w:rsidR="003F3E0C" w:rsidRDefault="003F3E0C" w:rsidP="003F3E0C">
      <w:pPr>
        <w:jc w:val="both"/>
        <w:rPr>
          <w:i/>
          <w:iCs/>
          <w:sz w:val="24"/>
          <w:szCs w:val="24"/>
        </w:rPr>
      </w:pPr>
      <w:r>
        <w:rPr>
          <w:i/>
          <w:iCs/>
          <w:sz w:val="24"/>
          <w:szCs w:val="24"/>
        </w:rPr>
        <w:t>Le seraglie di caduna delle saranno ferrate con quatro vervelle et quatro pollici con cinque chiodi avitati et ribattuti caduna come si è detto delle seraglie di porte come pure havranno il suo crocho nel mezzo anelli et chiodi come si è detto delle sudette porte.</w:t>
      </w:r>
    </w:p>
    <w:p w14:paraId="3776F31C" w14:textId="77777777" w:rsidR="003F3E0C" w:rsidRDefault="003F3E0C" w:rsidP="003F3E0C">
      <w:pPr>
        <w:jc w:val="both"/>
        <w:rPr>
          <w:i/>
          <w:iCs/>
          <w:sz w:val="24"/>
          <w:szCs w:val="24"/>
        </w:rPr>
      </w:pPr>
      <w:r>
        <w:rPr>
          <w:i/>
          <w:iCs/>
          <w:sz w:val="24"/>
          <w:szCs w:val="24"/>
        </w:rPr>
        <w:t>Tanto delle seraglie di porte come di quelle delle finestre et chiasili per le luoro feramente s’osserverà il modo et forma delle mostre si per la bontà del ferro come per le longhezze et grossezze di caduna pezza tutta a opera conlaudata e secondo le mostre sopra dette e asistere alla mettitura in opera.</w:t>
      </w:r>
      <w:r w:rsidR="00000000">
        <w:rPr>
          <w:i/>
          <w:iCs/>
          <w:sz w:val="24"/>
          <w:szCs w:val="24"/>
        </w:rPr>
        <w:pict w14:anchorId="216B10AA">
          <v:rect id="_x0000_i1193" style="width:0;height:1.5pt" o:hralign="center" o:hrstd="t" o:hr="t" fillcolor="#a0a0a0" stroked="f"/>
        </w:pict>
      </w:r>
    </w:p>
    <w:p w14:paraId="69594C1E" w14:textId="77777777" w:rsidR="003F3E0C" w:rsidRDefault="003F3E0C" w:rsidP="003F3E0C">
      <w:pPr>
        <w:jc w:val="right"/>
        <w:rPr>
          <w:i/>
          <w:iCs/>
          <w:sz w:val="24"/>
          <w:szCs w:val="24"/>
        </w:rPr>
      </w:pPr>
      <w:r w:rsidRPr="008306BB">
        <w:rPr>
          <w:i/>
          <w:iCs/>
          <w:sz w:val="24"/>
          <w:szCs w:val="24"/>
        </w:rPr>
        <w:t>giorno di 2 Marzo 1720</w:t>
      </w:r>
    </w:p>
    <w:p w14:paraId="21C9F7A9" w14:textId="77777777" w:rsidR="003F3E0C" w:rsidRDefault="003F3E0C" w:rsidP="003F3E0C">
      <w:pPr>
        <w:jc w:val="right"/>
        <w:rPr>
          <w:i/>
          <w:iCs/>
          <w:sz w:val="24"/>
          <w:szCs w:val="24"/>
        </w:rPr>
      </w:pPr>
      <w:r>
        <w:rPr>
          <w:i/>
          <w:iCs/>
          <w:sz w:val="24"/>
          <w:szCs w:val="24"/>
        </w:rPr>
        <w:t>Cavaliere Don Filippo Juvarra Architetto</w:t>
      </w:r>
      <w:r w:rsidR="00000000">
        <w:rPr>
          <w:i/>
          <w:iCs/>
          <w:sz w:val="24"/>
          <w:szCs w:val="24"/>
        </w:rPr>
        <w:pict w14:anchorId="236B1D01">
          <v:rect id="_x0000_i1194" style="width:0;height:1.5pt" o:hralign="center" o:hrstd="t" o:hr="t" fillcolor="#a0a0a0" stroked="f"/>
        </w:pict>
      </w:r>
    </w:p>
    <w:p w14:paraId="5C2EE349" w14:textId="77777777" w:rsidR="003F3E0C" w:rsidRDefault="003F3E0C" w:rsidP="003F3E0C">
      <w:pPr>
        <w:jc w:val="both"/>
        <w:rPr>
          <w:sz w:val="24"/>
          <w:szCs w:val="24"/>
        </w:rPr>
      </w:pPr>
      <w:r w:rsidRPr="008306BB">
        <w:rPr>
          <w:sz w:val="24"/>
          <w:szCs w:val="24"/>
        </w:rPr>
        <w:t>Archivio di Stato di Torino | Sezioni Riunite | Ministero della guerra | Azienda generale di fabbriche e fortificazioni (1733-1797) già Azienda generale d'artiglieria, fabbriche e fortificazioni (1717-1733) | Contratti fortificazioni | Mazzo 7 (1720)</w:t>
      </w:r>
      <w:r>
        <w:rPr>
          <w:sz w:val="24"/>
          <w:szCs w:val="24"/>
        </w:rPr>
        <w:t xml:space="preserve"> | fol. 96.</w:t>
      </w:r>
    </w:p>
    <w:p w14:paraId="0DD26002" w14:textId="77777777" w:rsidR="003F3E0C" w:rsidRDefault="003F3E0C" w:rsidP="003F3E0C">
      <w:pPr>
        <w:rPr>
          <w:sz w:val="24"/>
          <w:szCs w:val="24"/>
        </w:rPr>
      </w:pPr>
    </w:p>
    <w:p w14:paraId="5AB9E333" w14:textId="77777777" w:rsidR="003F3E0C" w:rsidRDefault="003F3E0C" w:rsidP="003F3E0C">
      <w:pPr>
        <w:jc w:val="center"/>
        <w:rPr>
          <w:i/>
          <w:iCs/>
          <w:sz w:val="24"/>
          <w:szCs w:val="24"/>
        </w:rPr>
      </w:pPr>
      <w:r w:rsidRPr="00A77351">
        <w:rPr>
          <w:b/>
          <w:bCs/>
          <w:i/>
          <w:iCs/>
          <w:sz w:val="24"/>
          <w:szCs w:val="24"/>
        </w:rPr>
        <w:t>Instruzione per li canali di t</w:t>
      </w:r>
      <w:r>
        <w:rPr>
          <w:b/>
          <w:bCs/>
          <w:i/>
          <w:iCs/>
          <w:sz w:val="24"/>
          <w:szCs w:val="24"/>
        </w:rPr>
        <w:t>oll</w:t>
      </w:r>
      <w:r w:rsidRPr="00A77351">
        <w:rPr>
          <w:b/>
          <w:bCs/>
          <w:i/>
          <w:iCs/>
          <w:sz w:val="24"/>
          <w:szCs w:val="24"/>
        </w:rPr>
        <w:t xml:space="preserve">a per servizio delle nove </w:t>
      </w:r>
      <w:r>
        <w:rPr>
          <w:b/>
          <w:bCs/>
          <w:i/>
          <w:iCs/>
          <w:sz w:val="24"/>
          <w:szCs w:val="24"/>
        </w:rPr>
        <w:t>C</w:t>
      </w:r>
      <w:r w:rsidRPr="00A77351">
        <w:rPr>
          <w:b/>
          <w:bCs/>
          <w:i/>
          <w:iCs/>
          <w:sz w:val="24"/>
          <w:szCs w:val="24"/>
        </w:rPr>
        <w:t>aserme di Porta Susina</w:t>
      </w:r>
      <w:r w:rsidR="00000000">
        <w:rPr>
          <w:i/>
          <w:iCs/>
          <w:sz w:val="24"/>
          <w:szCs w:val="24"/>
        </w:rPr>
        <w:pict w14:anchorId="5F4481A2">
          <v:rect id="_x0000_i1195" style="width:0;height:1.5pt" o:hralign="center" o:hrstd="t" o:hr="t" fillcolor="#a0a0a0" stroked="f"/>
        </w:pict>
      </w:r>
    </w:p>
    <w:p w14:paraId="284DF764" w14:textId="77777777" w:rsidR="003F3E0C" w:rsidRDefault="003F3E0C" w:rsidP="003F3E0C">
      <w:pPr>
        <w:jc w:val="both"/>
        <w:rPr>
          <w:i/>
          <w:iCs/>
          <w:sz w:val="24"/>
          <w:szCs w:val="24"/>
        </w:rPr>
      </w:pPr>
      <w:r>
        <w:rPr>
          <w:i/>
          <w:iCs/>
          <w:sz w:val="24"/>
          <w:szCs w:val="24"/>
        </w:rPr>
        <w:t xml:space="preserve">I canali da mettersi intorno delli coperti tantto nella strada che nel cortile saranno di tolla o fatta detta della cave forte grande e saranno con sue saldature così stagnio e che cavalchino </w:t>
      </w:r>
      <w:r>
        <w:rPr>
          <w:i/>
          <w:iCs/>
          <w:sz w:val="24"/>
          <w:szCs w:val="24"/>
        </w:rPr>
        <w:lastRenderedPageBreak/>
        <w:t>suficientemente e della meglio forma che si praticano i detti canali saranno retti con le loro cicognie di ferro di grosezza secondo il solito e siano inciodati a i listelli con 3e chiodi suficienti. La distanza da una cicognia a l’altra non sia più d’un piede e siano fortificati con filo di rame per maggior porti sodezza.</w:t>
      </w:r>
    </w:p>
    <w:p w14:paraId="52188554" w14:textId="77777777" w:rsidR="003F3E0C" w:rsidRDefault="003F3E0C" w:rsidP="003F3E0C">
      <w:pPr>
        <w:jc w:val="both"/>
        <w:rPr>
          <w:i/>
          <w:iCs/>
          <w:sz w:val="24"/>
          <w:szCs w:val="24"/>
        </w:rPr>
      </w:pPr>
      <w:r>
        <w:rPr>
          <w:i/>
          <w:iCs/>
          <w:sz w:val="24"/>
          <w:szCs w:val="24"/>
        </w:rPr>
        <w:t>Per facilitare il scolo all’aque si metteranno canoni parimente di tolla sudetta della grosezza che sarà necesaria e la distanza d’una al altra sarà 2° il comparto e stessa di detto coperto e quelli verso la gran strada saranno guarniti e quelli nell cortile semplici rette entrambi con filo di rame ben conlegate.</w:t>
      </w:r>
    </w:p>
    <w:p w14:paraId="11BFC4BB" w14:textId="77777777" w:rsidR="003F3E0C" w:rsidRDefault="003F3E0C" w:rsidP="003F3E0C">
      <w:pPr>
        <w:jc w:val="both"/>
        <w:rPr>
          <w:i/>
          <w:iCs/>
          <w:sz w:val="24"/>
          <w:szCs w:val="24"/>
        </w:rPr>
      </w:pPr>
      <w:r>
        <w:rPr>
          <w:i/>
          <w:iCs/>
          <w:sz w:val="24"/>
          <w:szCs w:val="24"/>
        </w:rPr>
        <w:t>Si metteranno le canali di tola sudetta quando a luogo delle conmesse delli lucelli e lateralmente a essi quali saranno cioè quelle laterali incastrade nell stibio delli detti lucelli al meno una mezza onza e che siano inchiodati con diligenza ogni onze 6 in circa e dove sarà necesario acciò possa con sicurezza impedire le piogge che vadino dentro.</w:t>
      </w:r>
    </w:p>
    <w:p w14:paraId="04EAEBEA" w14:textId="77777777" w:rsidR="003F3E0C" w:rsidRDefault="003F3E0C" w:rsidP="003F3E0C">
      <w:pPr>
        <w:jc w:val="both"/>
        <w:rPr>
          <w:i/>
          <w:iCs/>
          <w:sz w:val="24"/>
          <w:szCs w:val="24"/>
        </w:rPr>
      </w:pPr>
      <w:r>
        <w:rPr>
          <w:i/>
          <w:iCs/>
          <w:sz w:val="24"/>
          <w:szCs w:val="24"/>
        </w:rPr>
        <w:t>E le detti canoni e converse si faranno per tutto dove sarà necesario e in ordine alle saldature siano fatte di ferro stagnio e che li frogli della fatta nelli saldature canalichi al meno un quarto d’onza e che pendino meno li canoni e fatti della meglia forma che si possa e si usa tutta a opera conlaudata e approvata.</w:t>
      </w:r>
    </w:p>
    <w:p w14:paraId="43692967" w14:textId="77777777" w:rsidR="003F3E0C" w:rsidRDefault="00000000" w:rsidP="003F3E0C">
      <w:pPr>
        <w:jc w:val="both"/>
        <w:rPr>
          <w:i/>
          <w:iCs/>
          <w:sz w:val="24"/>
          <w:szCs w:val="24"/>
        </w:rPr>
      </w:pPr>
      <w:r>
        <w:rPr>
          <w:i/>
          <w:iCs/>
          <w:sz w:val="24"/>
          <w:szCs w:val="24"/>
        </w:rPr>
        <w:pict w14:anchorId="622E0E9F">
          <v:rect id="_x0000_i1196" style="width:0;height:1.5pt" o:hralign="center" o:hrstd="t" o:hr="t" fillcolor="#a0a0a0" stroked="f"/>
        </w:pict>
      </w:r>
    </w:p>
    <w:p w14:paraId="34663381" w14:textId="77777777" w:rsidR="003F3E0C" w:rsidRDefault="003F3E0C" w:rsidP="003F3E0C">
      <w:pPr>
        <w:jc w:val="right"/>
        <w:rPr>
          <w:i/>
          <w:iCs/>
          <w:sz w:val="24"/>
          <w:szCs w:val="24"/>
        </w:rPr>
      </w:pPr>
      <w:r w:rsidRPr="00A77351">
        <w:rPr>
          <w:i/>
          <w:iCs/>
          <w:sz w:val="24"/>
          <w:szCs w:val="24"/>
        </w:rPr>
        <w:t>Torino giorno di 31 Luglio 1720</w:t>
      </w:r>
    </w:p>
    <w:p w14:paraId="4FD2A298" w14:textId="77777777" w:rsidR="003F3E0C" w:rsidRDefault="003F3E0C" w:rsidP="003F3E0C">
      <w:pPr>
        <w:jc w:val="right"/>
        <w:rPr>
          <w:i/>
          <w:iCs/>
          <w:sz w:val="24"/>
          <w:szCs w:val="24"/>
        </w:rPr>
      </w:pPr>
      <w:r>
        <w:rPr>
          <w:i/>
          <w:iCs/>
          <w:sz w:val="24"/>
          <w:szCs w:val="24"/>
        </w:rPr>
        <w:t>Cavaliere Don Filippo Juvarra Architetto</w:t>
      </w:r>
      <w:r w:rsidR="00000000">
        <w:rPr>
          <w:i/>
          <w:iCs/>
          <w:sz w:val="24"/>
          <w:szCs w:val="24"/>
        </w:rPr>
        <w:pict w14:anchorId="1BF3E3BF">
          <v:rect id="_x0000_i1197" style="width:0;height:1.5pt" o:hralign="center" o:hrstd="t" o:hr="t" fillcolor="#a0a0a0" stroked="f"/>
        </w:pict>
      </w:r>
    </w:p>
    <w:p w14:paraId="5EB48D0A" w14:textId="77777777" w:rsidR="003F3E0C" w:rsidRDefault="003F3E0C" w:rsidP="003F3E0C">
      <w:pPr>
        <w:jc w:val="both"/>
        <w:rPr>
          <w:sz w:val="24"/>
          <w:szCs w:val="24"/>
        </w:rPr>
      </w:pPr>
      <w:r w:rsidRPr="008306BB">
        <w:rPr>
          <w:sz w:val="24"/>
          <w:szCs w:val="24"/>
        </w:rPr>
        <w:t>Archivio di Stato di Torino | Sezioni Riunite | Ministero della guerra | Azienda generale di fabbriche e fortificazioni (1733-1797) già Azienda generale d'artiglieria, fabbriche e fortificazioni (1717-1733) | Contratti fortificazioni | Mazzo 7 (1720)</w:t>
      </w:r>
      <w:r>
        <w:rPr>
          <w:sz w:val="24"/>
          <w:szCs w:val="24"/>
        </w:rPr>
        <w:t xml:space="preserve"> | fol. 240.</w:t>
      </w:r>
    </w:p>
    <w:p w14:paraId="4F93A115" w14:textId="77777777" w:rsidR="003F3E0C" w:rsidRDefault="003F3E0C" w:rsidP="003F3E0C">
      <w:pPr>
        <w:rPr>
          <w:sz w:val="24"/>
          <w:szCs w:val="24"/>
        </w:rPr>
      </w:pPr>
    </w:p>
    <w:p w14:paraId="6D978468" w14:textId="77777777" w:rsidR="003F3E0C" w:rsidRDefault="003F3E0C" w:rsidP="003F3E0C">
      <w:pPr>
        <w:jc w:val="center"/>
        <w:rPr>
          <w:sz w:val="28"/>
          <w:szCs w:val="28"/>
        </w:rPr>
      </w:pPr>
      <w:r>
        <w:rPr>
          <w:sz w:val="28"/>
          <w:szCs w:val="28"/>
        </w:rPr>
        <w:t>1722</w:t>
      </w:r>
    </w:p>
    <w:p w14:paraId="68BF8B8E" w14:textId="77777777" w:rsidR="003F3E0C" w:rsidRDefault="003F3E0C" w:rsidP="003F3E0C">
      <w:pPr>
        <w:jc w:val="center"/>
        <w:rPr>
          <w:i/>
          <w:iCs/>
          <w:sz w:val="24"/>
          <w:szCs w:val="24"/>
        </w:rPr>
      </w:pPr>
      <w:r w:rsidRPr="00A77351">
        <w:rPr>
          <w:b/>
          <w:bCs/>
          <w:i/>
          <w:iCs/>
          <w:sz w:val="24"/>
          <w:szCs w:val="24"/>
        </w:rPr>
        <w:t>Instruzione per continuare porte della Caserma nella nova Porta Susina</w:t>
      </w:r>
      <w:r w:rsidR="00000000">
        <w:rPr>
          <w:i/>
          <w:iCs/>
          <w:sz w:val="24"/>
          <w:szCs w:val="24"/>
        </w:rPr>
        <w:pict w14:anchorId="7674E522">
          <v:rect id="_x0000_i1198" style="width:0;height:1.5pt" o:hralign="center" o:hrstd="t" o:hr="t" fillcolor="#a0a0a0" stroked="f"/>
        </w:pict>
      </w:r>
    </w:p>
    <w:p w14:paraId="1759B781" w14:textId="77777777" w:rsidR="003F3E0C" w:rsidRDefault="003F3E0C" w:rsidP="003F3E0C">
      <w:pPr>
        <w:jc w:val="center"/>
        <w:rPr>
          <w:i/>
          <w:iCs/>
          <w:sz w:val="24"/>
          <w:szCs w:val="24"/>
        </w:rPr>
      </w:pPr>
      <w:r>
        <w:rPr>
          <w:i/>
          <w:iCs/>
          <w:sz w:val="24"/>
          <w:szCs w:val="24"/>
        </w:rPr>
        <w:t>Muraglia ordinaria</w:t>
      </w:r>
    </w:p>
    <w:p w14:paraId="67E19F6F" w14:textId="77777777" w:rsidR="003F3E0C" w:rsidRDefault="003F3E0C" w:rsidP="003F3E0C">
      <w:pPr>
        <w:jc w:val="both"/>
        <w:rPr>
          <w:i/>
          <w:iCs/>
          <w:sz w:val="24"/>
          <w:szCs w:val="24"/>
        </w:rPr>
      </w:pPr>
      <w:r>
        <w:rPr>
          <w:i/>
          <w:iCs/>
          <w:sz w:val="24"/>
          <w:szCs w:val="24"/>
        </w:rPr>
        <w:t>La detta muraglia ordinaria sarà di pietre ben unite e scagliata con sue scanzelli di mattoni e la distanza tra uno e l’altro scanzello non sarà più di onze 9 che sarebono nelli spigoli 5 altezza di mattoni saranno ben batuti con il martello e li scanzelli di mattoni ben sottili in calcina per tutta la sua grosezza con essere bene abagniati e poscia la sua calcinata per tutto saranno anche tenuti di fare li voltini di onze 6 come anche i sordini per tutta la grosezza di detta muraglia con tutti i spigoli di porte e finestre e spaletti di fornelli come anche li sguanciati d’ogni ramo di onze 9 di grosezza al più con suoi sproni di muraglia ordinaria con l’scanzelli della medema altezza di sopra che siano tutti a un piano.</w:t>
      </w:r>
    </w:p>
    <w:p w14:paraId="55AE61C7" w14:textId="77777777" w:rsidR="003F3E0C" w:rsidRDefault="003F3E0C" w:rsidP="003F3E0C">
      <w:pPr>
        <w:jc w:val="both"/>
        <w:rPr>
          <w:i/>
          <w:iCs/>
          <w:sz w:val="24"/>
          <w:szCs w:val="24"/>
        </w:rPr>
      </w:pPr>
      <w:r>
        <w:rPr>
          <w:i/>
          <w:iCs/>
          <w:sz w:val="24"/>
          <w:szCs w:val="24"/>
        </w:rPr>
        <w:t>Saranno dette muraglie a piombo perfetto e li scanzelli in piano.</w:t>
      </w:r>
    </w:p>
    <w:p w14:paraId="1DEA042F" w14:textId="77777777" w:rsidR="003F3E0C" w:rsidRDefault="003F3E0C" w:rsidP="003F3E0C">
      <w:pPr>
        <w:jc w:val="both"/>
        <w:rPr>
          <w:i/>
          <w:iCs/>
          <w:sz w:val="24"/>
          <w:szCs w:val="24"/>
        </w:rPr>
      </w:pPr>
      <w:r>
        <w:rPr>
          <w:i/>
          <w:iCs/>
          <w:sz w:val="24"/>
          <w:szCs w:val="24"/>
        </w:rPr>
        <w:lastRenderedPageBreak/>
        <w:t>La clacina che si deve adoprare sarà fatta di Soperga con sabia ben granita e griggia di cava netta di terra o detta sabia rossa e dell’istessa s’adoperà una 3</w:t>
      </w:r>
      <w:r w:rsidRPr="007A395D">
        <w:rPr>
          <w:i/>
          <w:iCs/>
          <w:sz w:val="24"/>
          <w:szCs w:val="24"/>
          <w:vertAlign w:val="superscript"/>
        </w:rPr>
        <w:t>a</w:t>
      </w:r>
      <w:r>
        <w:rPr>
          <w:i/>
          <w:iCs/>
          <w:sz w:val="24"/>
          <w:szCs w:val="24"/>
        </w:rPr>
        <w:t xml:space="preserve"> parte e due 3</w:t>
      </w:r>
      <w:r w:rsidRPr="007A395D">
        <w:rPr>
          <w:i/>
          <w:iCs/>
          <w:sz w:val="24"/>
          <w:szCs w:val="24"/>
          <w:vertAlign w:val="superscript"/>
        </w:rPr>
        <w:t>i</w:t>
      </w:r>
      <w:r>
        <w:rPr>
          <w:i/>
          <w:iCs/>
          <w:sz w:val="24"/>
          <w:szCs w:val="24"/>
        </w:rPr>
        <w:t xml:space="preserve"> di sabia granita vi sia il tutto bene impastato con calcina perfetta e giustamente grassa.</w:t>
      </w:r>
    </w:p>
    <w:p w14:paraId="35AF4056" w14:textId="77777777" w:rsidR="003F3E0C" w:rsidRDefault="003F3E0C" w:rsidP="003F3E0C">
      <w:pPr>
        <w:jc w:val="both"/>
        <w:rPr>
          <w:i/>
          <w:iCs/>
          <w:sz w:val="24"/>
          <w:szCs w:val="24"/>
        </w:rPr>
      </w:pPr>
      <w:r>
        <w:rPr>
          <w:i/>
          <w:iCs/>
          <w:sz w:val="24"/>
          <w:szCs w:val="24"/>
        </w:rPr>
        <w:t>Saranno tenuti d’imbocare dette muraglie a pietra coperta come anche i ferrulli di dentro ben lisci e piani parimente saranno obligati di mettere li radici e sue graffe e bolzoni 2° sarà necesario e questi saranno provisti dall Reggio uficio delle Fabriche di Sa. Ma.</w:t>
      </w:r>
    </w:p>
    <w:p w14:paraId="1F44051A" w14:textId="77777777" w:rsidR="003F3E0C" w:rsidRDefault="003F3E0C" w:rsidP="003F3E0C">
      <w:pPr>
        <w:jc w:val="center"/>
        <w:rPr>
          <w:i/>
          <w:iCs/>
          <w:sz w:val="24"/>
          <w:szCs w:val="24"/>
        </w:rPr>
      </w:pPr>
      <w:r>
        <w:rPr>
          <w:i/>
          <w:iCs/>
          <w:sz w:val="24"/>
          <w:szCs w:val="24"/>
        </w:rPr>
        <w:t>Muraglia ordinaria con sua incamisatura</w:t>
      </w:r>
    </w:p>
    <w:p w14:paraId="0F847277" w14:textId="77777777" w:rsidR="003F3E0C" w:rsidRDefault="003F3E0C" w:rsidP="003F3E0C">
      <w:pPr>
        <w:jc w:val="both"/>
        <w:rPr>
          <w:i/>
          <w:iCs/>
          <w:sz w:val="24"/>
          <w:szCs w:val="24"/>
        </w:rPr>
      </w:pPr>
      <w:r>
        <w:rPr>
          <w:i/>
          <w:iCs/>
          <w:sz w:val="24"/>
          <w:szCs w:val="24"/>
        </w:rPr>
        <w:t>La detta muraglia ordinaria sarà con li scanzelli 2° la prima detta con questa disatanza che faranno l’incamisata esteriormente di onze 6 e 3 che fa in misura onze 4 ½ ben sotile in calcina che non ascenda più dall 3° d’onza di calcina fra un mattone e l’altro.</w:t>
      </w:r>
    </w:p>
    <w:p w14:paraId="672805A9" w14:textId="77777777" w:rsidR="003F3E0C" w:rsidRDefault="003F3E0C" w:rsidP="003F3E0C">
      <w:pPr>
        <w:jc w:val="both"/>
        <w:rPr>
          <w:i/>
          <w:iCs/>
          <w:sz w:val="24"/>
          <w:szCs w:val="24"/>
        </w:rPr>
      </w:pPr>
      <w:r>
        <w:rPr>
          <w:i/>
          <w:iCs/>
          <w:sz w:val="24"/>
          <w:szCs w:val="24"/>
        </w:rPr>
        <w:t>Saranno tenuti di lasciare i buchi dove anderanno i travi o meno i modiglioni di pietra per li pogioli il tutto ben fatto a opera conlaudata.</w:t>
      </w:r>
    </w:p>
    <w:p w14:paraId="056E1AB6" w14:textId="77777777" w:rsidR="003F3E0C" w:rsidRDefault="003F3E0C" w:rsidP="003F3E0C">
      <w:pPr>
        <w:jc w:val="center"/>
        <w:rPr>
          <w:i/>
          <w:iCs/>
          <w:sz w:val="24"/>
          <w:szCs w:val="24"/>
        </w:rPr>
      </w:pPr>
      <w:r>
        <w:rPr>
          <w:i/>
          <w:iCs/>
          <w:sz w:val="24"/>
          <w:szCs w:val="24"/>
        </w:rPr>
        <w:t>Muraglia di mattone</w:t>
      </w:r>
    </w:p>
    <w:p w14:paraId="6C036453" w14:textId="77777777" w:rsidR="003F3E0C" w:rsidRDefault="003F3E0C" w:rsidP="003F3E0C">
      <w:pPr>
        <w:jc w:val="both"/>
        <w:rPr>
          <w:i/>
          <w:iCs/>
          <w:sz w:val="24"/>
          <w:szCs w:val="24"/>
        </w:rPr>
      </w:pPr>
      <w:r>
        <w:rPr>
          <w:i/>
          <w:iCs/>
          <w:sz w:val="24"/>
          <w:szCs w:val="24"/>
        </w:rPr>
        <w:t>La muraglia di mattoni sarà di tutta perfezione lavorata e sotilmente in tutte le sue porte con sua calcina in ogni 3e corsi per tutta la sua grosezza e saranno imbuciate tanto esteriormente che internamente a mattone scoperto e saranno tenuti di mettere le radici come anche la calcina sarà pasata o meno sarà la sabia passata a la grigia sottile no acedendo la grosezza dall 3e d’onza sopra detto.</w:t>
      </w:r>
    </w:p>
    <w:p w14:paraId="592CA46F" w14:textId="77777777" w:rsidR="003F3E0C" w:rsidRDefault="003F3E0C" w:rsidP="003F3E0C">
      <w:pPr>
        <w:jc w:val="both"/>
        <w:rPr>
          <w:i/>
          <w:iCs/>
          <w:sz w:val="24"/>
          <w:szCs w:val="24"/>
        </w:rPr>
      </w:pPr>
      <w:r>
        <w:rPr>
          <w:i/>
          <w:iCs/>
          <w:sz w:val="24"/>
          <w:szCs w:val="24"/>
        </w:rPr>
        <w:t>Il cornicione sarà 2° la sacoma che sarà l’architetto qualche cosa che saranno d’estimo cioè remanendo in ordine alle impiombature tantto di angoli porte finestre e altre cose simili come anche le lesene di muraglia saranno in conto a misura il tutto a opera conlaudata e aprovata.</w:t>
      </w:r>
    </w:p>
    <w:p w14:paraId="20AD1FE7" w14:textId="77777777" w:rsidR="003F3E0C" w:rsidRDefault="003F3E0C" w:rsidP="003F3E0C">
      <w:pPr>
        <w:jc w:val="both"/>
        <w:rPr>
          <w:i/>
          <w:iCs/>
          <w:sz w:val="24"/>
          <w:szCs w:val="24"/>
        </w:rPr>
      </w:pPr>
      <w:r>
        <w:rPr>
          <w:i/>
          <w:iCs/>
          <w:sz w:val="24"/>
          <w:szCs w:val="24"/>
        </w:rPr>
        <w:t xml:space="preserve">Cavo di terra </w:t>
      </w:r>
    </w:p>
    <w:p w14:paraId="2CAD91C6" w14:textId="77777777" w:rsidR="003F3E0C" w:rsidRDefault="003F3E0C" w:rsidP="003F3E0C">
      <w:pPr>
        <w:jc w:val="both"/>
        <w:rPr>
          <w:i/>
          <w:iCs/>
          <w:sz w:val="24"/>
          <w:szCs w:val="24"/>
        </w:rPr>
      </w:pPr>
      <w:r>
        <w:rPr>
          <w:i/>
          <w:iCs/>
          <w:sz w:val="24"/>
          <w:szCs w:val="24"/>
        </w:rPr>
        <w:t>Sarà detto cavo fatto dove e necesario far le muraglie e in piano perfetto acciò si possa fondare in piano e poscia saranno obligati di ricazare le muraglie con la terra a opera di detta cava acciò non sia la muraglia danegiata dalle piogge e sarà battuta vicino alle mura il tutto fatto a opera conlaudata.</w:t>
      </w:r>
      <w:r w:rsidR="00000000">
        <w:rPr>
          <w:i/>
          <w:iCs/>
          <w:sz w:val="24"/>
          <w:szCs w:val="24"/>
        </w:rPr>
        <w:pict w14:anchorId="7D8745E1">
          <v:rect id="_x0000_i1199" style="width:0;height:1.5pt" o:hralign="center" o:hrstd="t" o:hr="t" fillcolor="#a0a0a0" stroked="f"/>
        </w:pict>
      </w:r>
    </w:p>
    <w:p w14:paraId="19BE1CE4" w14:textId="77777777" w:rsidR="003F3E0C" w:rsidRDefault="003F3E0C" w:rsidP="003F3E0C">
      <w:pPr>
        <w:jc w:val="right"/>
        <w:rPr>
          <w:i/>
          <w:iCs/>
          <w:sz w:val="24"/>
          <w:szCs w:val="24"/>
        </w:rPr>
      </w:pPr>
      <w:r>
        <w:rPr>
          <w:i/>
          <w:iCs/>
          <w:sz w:val="24"/>
          <w:szCs w:val="24"/>
        </w:rPr>
        <w:t>4 giugno 1722</w:t>
      </w:r>
    </w:p>
    <w:p w14:paraId="2D672701" w14:textId="77777777" w:rsidR="003F3E0C" w:rsidRDefault="003F3E0C" w:rsidP="003F3E0C">
      <w:pPr>
        <w:jc w:val="right"/>
        <w:rPr>
          <w:i/>
          <w:iCs/>
          <w:sz w:val="24"/>
          <w:szCs w:val="24"/>
        </w:rPr>
      </w:pPr>
      <w:r>
        <w:rPr>
          <w:i/>
          <w:iCs/>
          <w:sz w:val="24"/>
          <w:szCs w:val="24"/>
        </w:rPr>
        <w:t>Cavaliere Don Filippo Juvarra Architetto</w:t>
      </w:r>
      <w:r w:rsidR="00000000">
        <w:rPr>
          <w:i/>
          <w:iCs/>
          <w:sz w:val="24"/>
          <w:szCs w:val="24"/>
        </w:rPr>
        <w:pict w14:anchorId="4990C4BF">
          <v:rect id="_x0000_i1200" style="width:0;height:1.5pt" o:hralign="center" o:hrstd="t" o:hr="t" fillcolor="#a0a0a0" stroked="f"/>
        </w:pict>
      </w:r>
    </w:p>
    <w:p w14:paraId="69501279" w14:textId="77777777" w:rsidR="003F3E0C" w:rsidRPr="00A77351" w:rsidRDefault="003F3E0C" w:rsidP="003F3E0C">
      <w:pPr>
        <w:jc w:val="both"/>
        <w:rPr>
          <w:b/>
          <w:bCs/>
          <w:i/>
          <w:iCs/>
          <w:sz w:val="24"/>
          <w:szCs w:val="24"/>
        </w:rPr>
      </w:pPr>
      <w:r w:rsidRPr="008C2D5B">
        <w:rPr>
          <w:sz w:val="24"/>
          <w:szCs w:val="24"/>
        </w:rPr>
        <w:t>Archivio di Stato di Torino | Sezioni Riunite | Ministero della guerra | Azienda generale di fabbriche e fortificazioni (1733-1797) già Azienda generale d'artiglieria, fabbriche e fortificazioni (1717-1733) | Contratti fortificazioni | Mazzo 9 (1712-1723) | foll. 66-67.</w:t>
      </w:r>
    </w:p>
    <w:p w14:paraId="3FE1A63E" w14:textId="77777777" w:rsidR="003F3E0C" w:rsidRDefault="003F3E0C" w:rsidP="003F3E0C">
      <w:pPr>
        <w:rPr>
          <w:sz w:val="24"/>
          <w:szCs w:val="24"/>
        </w:rPr>
      </w:pPr>
    </w:p>
    <w:p w14:paraId="4EB35CC8" w14:textId="77777777" w:rsidR="003F3E0C" w:rsidRDefault="003F3E0C" w:rsidP="003F3E0C">
      <w:pPr>
        <w:jc w:val="center"/>
        <w:rPr>
          <w:sz w:val="28"/>
          <w:szCs w:val="28"/>
        </w:rPr>
      </w:pPr>
      <w:r>
        <w:rPr>
          <w:sz w:val="28"/>
          <w:szCs w:val="28"/>
        </w:rPr>
        <w:t>1728</w:t>
      </w:r>
    </w:p>
    <w:p w14:paraId="51FB50B4" w14:textId="77777777" w:rsidR="003F3E0C" w:rsidRDefault="003F3E0C" w:rsidP="003F3E0C">
      <w:pPr>
        <w:jc w:val="center"/>
        <w:rPr>
          <w:i/>
          <w:iCs/>
          <w:sz w:val="24"/>
          <w:szCs w:val="24"/>
        </w:rPr>
      </w:pPr>
      <w:r w:rsidRPr="008C2D5B">
        <w:rPr>
          <w:b/>
          <w:bCs/>
          <w:i/>
          <w:iCs/>
          <w:sz w:val="24"/>
          <w:szCs w:val="24"/>
        </w:rPr>
        <w:t>Instruzione per l'infr</w:t>
      </w:r>
      <w:r>
        <w:rPr>
          <w:b/>
          <w:bCs/>
          <w:i/>
          <w:iCs/>
          <w:sz w:val="24"/>
          <w:szCs w:val="24"/>
        </w:rPr>
        <w:t>a</w:t>
      </w:r>
      <w:r w:rsidRPr="008C2D5B">
        <w:rPr>
          <w:b/>
          <w:bCs/>
          <w:i/>
          <w:iCs/>
          <w:sz w:val="24"/>
          <w:szCs w:val="24"/>
        </w:rPr>
        <w:t xml:space="preserve">asti </w:t>
      </w:r>
      <w:r>
        <w:rPr>
          <w:b/>
          <w:bCs/>
          <w:i/>
          <w:iCs/>
          <w:sz w:val="24"/>
          <w:szCs w:val="24"/>
        </w:rPr>
        <w:t>t</w:t>
      </w:r>
      <w:r w:rsidRPr="008C2D5B">
        <w:rPr>
          <w:b/>
          <w:bCs/>
          <w:i/>
          <w:iCs/>
          <w:sz w:val="24"/>
          <w:szCs w:val="24"/>
        </w:rPr>
        <w:t>ravagli</w:t>
      </w:r>
      <w:r>
        <w:rPr>
          <w:b/>
          <w:bCs/>
          <w:i/>
          <w:iCs/>
          <w:sz w:val="24"/>
          <w:szCs w:val="24"/>
        </w:rPr>
        <w:t>j</w:t>
      </w:r>
      <w:r w:rsidRPr="008C2D5B">
        <w:rPr>
          <w:b/>
          <w:bCs/>
          <w:i/>
          <w:iCs/>
          <w:sz w:val="24"/>
          <w:szCs w:val="24"/>
        </w:rPr>
        <w:t xml:space="preserve"> da farsi alle Caserme di Porta Susina di questa </w:t>
      </w:r>
      <w:r>
        <w:rPr>
          <w:b/>
          <w:bCs/>
          <w:i/>
          <w:iCs/>
          <w:sz w:val="24"/>
          <w:szCs w:val="24"/>
        </w:rPr>
        <w:t>c</w:t>
      </w:r>
      <w:r w:rsidRPr="008C2D5B">
        <w:rPr>
          <w:b/>
          <w:bCs/>
          <w:i/>
          <w:iCs/>
          <w:sz w:val="24"/>
          <w:szCs w:val="24"/>
        </w:rPr>
        <w:t>ittà</w:t>
      </w:r>
      <w:r w:rsidR="00000000">
        <w:rPr>
          <w:i/>
          <w:iCs/>
          <w:sz w:val="24"/>
          <w:szCs w:val="24"/>
        </w:rPr>
        <w:pict w14:anchorId="51D89E8A">
          <v:rect id="_x0000_i1201" style="width:0;height:1.5pt" o:hralign="center" o:hrstd="t" o:hr="t" fillcolor="#a0a0a0" stroked="f"/>
        </w:pict>
      </w:r>
    </w:p>
    <w:p w14:paraId="3153E062" w14:textId="77777777" w:rsidR="003F3E0C" w:rsidRDefault="003F3E0C" w:rsidP="003F3E0C">
      <w:pPr>
        <w:jc w:val="both"/>
        <w:rPr>
          <w:i/>
          <w:iCs/>
          <w:sz w:val="24"/>
          <w:szCs w:val="24"/>
        </w:rPr>
      </w:pPr>
      <w:r>
        <w:rPr>
          <w:i/>
          <w:iCs/>
          <w:sz w:val="24"/>
          <w:szCs w:val="24"/>
        </w:rPr>
        <w:lastRenderedPageBreak/>
        <w:t>Primo.  Si rialzaranno le muraglie di cinta del Quartiere di Sant’Celso tutto attorno sino all’altezza di quelle del Quartiere di San Danielle, et quelle da levante, e ponente saranno con incamiciata d’oncie quatro e mezza communate con le spalle, e volto delle aperture di mattoni operate come le già fatte.</w:t>
      </w:r>
    </w:p>
    <w:p w14:paraId="79D3E504" w14:textId="77777777" w:rsidR="003F3E0C" w:rsidRDefault="003F3E0C" w:rsidP="003F3E0C">
      <w:pPr>
        <w:jc w:val="both"/>
        <w:rPr>
          <w:i/>
          <w:iCs/>
          <w:sz w:val="24"/>
          <w:szCs w:val="24"/>
        </w:rPr>
      </w:pPr>
      <w:r>
        <w:rPr>
          <w:i/>
          <w:iCs/>
          <w:sz w:val="24"/>
          <w:szCs w:val="24"/>
        </w:rPr>
        <w:t>La muraglia di faciata verzo mezo giorno si continuarà ordinaria con le sue centure di mattoni dell’altezza come le già fatte non più ben inteso che sarà obligo dell’Impresaro di fare le spalle, volti delle aperture e smorse delle muraglie di tramezza da continuarsi tutte di mattoni, quali saranno comprese nelle muraglie ordinarie il tutto ben a linea retta, et a piombo perfetto, imboccate le ordinarie a pietra rasa, et quelle di mattoni per comissura.</w:t>
      </w:r>
    </w:p>
    <w:p w14:paraId="5105CD5A" w14:textId="77777777" w:rsidR="003F3E0C" w:rsidRDefault="003F3E0C" w:rsidP="003F3E0C">
      <w:pPr>
        <w:jc w:val="both"/>
        <w:rPr>
          <w:i/>
          <w:iCs/>
          <w:sz w:val="24"/>
          <w:szCs w:val="24"/>
        </w:rPr>
      </w:pPr>
      <w:r>
        <w:rPr>
          <w:i/>
          <w:iCs/>
          <w:sz w:val="24"/>
          <w:szCs w:val="24"/>
        </w:rPr>
        <w:t>Si chiuderanno le finestre che si indicheranno sul posto tanto delli sotterranei come del primo piano con muraglia ordinaria d’oncie dieci di spessezza con luoro centure construtte nel modo sovra et infra descrivendo et ciò tanto quelle del sudetto Quartiere Sant’Celso come quelle di San Daniele, lasciandovi esteriormente una finta d’oncie due almeno.</w:t>
      </w:r>
    </w:p>
    <w:p w14:paraId="66A3DC1F" w14:textId="77777777" w:rsidR="003F3E0C" w:rsidRDefault="003F3E0C" w:rsidP="003F3E0C">
      <w:pPr>
        <w:jc w:val="both"/>
        <w:rPr>
          <w:i/>
          <w:iCs/>
          <w:sz w:val="24"/>
          <w:szCs w:val="24"/>
        </w:rPr>
      </w:pPr>
      <w:r>
        <w:rPr>
          <w:i/>
          <w:iCs/>
          <w:sz w:val="24"/>
          <w:szCs w:val="24"/>
        </w:rPr>
        <w:t>Dovrà l’Impresaro far discuoprire diligentemente tutte le sudette muraglie da rialzarsi con far riporre in sicuro li coppi indi terminato il travaglio di farà di nuovo ricuoprire le medeme mediante il prezzo che si convenirà per cadun trabucco lineale compreso le pietre per porvi sopra per contegno de medeme restando a conto di S. M. di farli proveder li coppi mancanti.</w:t>
      </w:r>
    </w:p>
    <w:p w14:paraId="374076B7" w14:textId="77777777" w:rsidR="003F3E0C" w:rsidRDefault="003F3E0C" w:rsidP="003F3E0C">
      <w:pPr>
        <w:jc w:val="both"/>
        <w:rPr>
          <w:i/>
          <w:iCs/>
          <w:sz w:val="24"/>
          <w:szCs w:val="24"/>
        </w:rPr>
      </w:pPr>
      <w:r>
        <w:rPr>
          <w:i/>
          <w:iCs/>
          <w:sz w:val="24"/>
          <w:szCs w:val="24"/>
        </w:rPr>
        <w:t>Tutte le sovrascritte muraglie saranno fatte con ottimi materiali, mattoni ben cotti, ben bagnati avanti e nel tempo che si metteranno in opera e le sue salite calcinate ad ogni due corsi et sopra caduna centura che dovranno abbraciare tutta la grosezza delle muraglie e la calcina sarà forte di Soperga bagnata in pietra e non in polvere ben collata et impastata sufficientemente grassa a piacimento di chi dirigerà il travaglio con sabbia metà di Dora e metà di Cavo ben granita e depurata da nita e terra impiegata in modo che nelle muraglie ordinarie circondi tutte le pietre e scaglie et nelle muraglie di mattoni circondi pure le medemi non però di maggior grossezza nelle comisure d’un terzo d’oncia al più.</w:t>
      </w:r>
    </w:p>
    <w:p w14:paraId="3F172212" w14:textId="77777777" w:rsidR="003F3E0C" w:rsidRDefault="003F3E0C" w:rsidP="003F3E0C">
      <w:pPr>
        <w:jc w:val="both"/>
        <w:rPr>
          <w:i/>
          <w:iCs/>
          <w:sz w:val="24"/>
          <w:szCs w:val="24"/>
        </w:rPr>
      </w:pPr>
      <w:r>
        <w:rPr>
          <w:i/>
          <w:iCs/>
          <w:sz w:val="24"/>
          <w:szCs w:val="24"/>
        </w:rPr>
        <w:t>Si provederanno dodeci ferrate da mettersi sei alle finestre de sotterranei al Quartiere di Sant’Celso sudetto et n° sei a quello di San Daniele tutte a mandola di ferro della qualità, bontà, grosezza e riparto come le già esistenti et in modo che prendino nelle muraglie almeno oncie due cadun bastone per caduna parte e saranno piantate con buoni materiali come sovra e metà gesso da buoni e periti mastri.</w:t>
      </w:r>
    </w:p>
    <w:p w14:paraId="7582F356" w14:textId="77777777" w:rsidR="003F3E0C" w:rsidRDefault="003F3E0C" w:rsidP="003F3E0C">
      <w:pPr>
        <w:jc w:val="both"/>
        <w:rPr>
          <w:i/>
          <w:iCs/>
          <w:sz w:val="24"/>
          <w:szCs w:val="24"/>
        </w:rPr>
      </w:pPr>
      <w:r>
        <w:rPr>
          <w:i/>
          <w:iCs/>
          <w:sz w:val="24"/>
          <w:szCs w:val="24"/>
        </w:rPr>
        <w:t>Si faranno circa dieci nove ferrace in piano per li sotterranei sotto li portici detto e soi due Quartieri quali saranno della misura qualità buontà e spessezza di quelle già esistenti et si infigeranno et si assicuraranno con piombo nelli tellari di pietra come le sudette già in opera e tanto le une che le altre il ferraro prenderà solo la misura nelle aperture che li veranno indicate sul posto.</w:t>
      </w:r>
    </w:p>
    <w:p w14:paraId="3BBE328A" w14:textId="77777777" w:rsidR="003F3E0C" w:rsidRDefault="003F3E0C" w:rsidP="003F3E0C">
      <w:pPr>
        <w:jc w:val="both"/>
        <w:rPr>
          <w:i/>
          <w:iCs/>
          <w:sz w:val="24"/>
          <w:szCs w:val="24"/>
        </w:rPr>
      </w:pPr>
      <w:r>
        <w:rPr>
          <w:i/>
          <w:iCs/>
          <w:sz w:val="24"/>
          <w:szCs w:val="24"/>
        </w:rPr>
        <w:t xml:space="preserve">Il sternito sotto e soi portici sarà fatto di pietre picole con guide alli pilastri e crociere nell’intervalli tutte e sue pietre piantate di punta sovra terreno sodo e battuto ben serrate asieme indi vi si porrà sopra sabbia ben granita quale riempirà perfettamente tutte le comissure poscia si piatarà con soliti pistoni e si venderà uguale et al perfetto piano che li verrà prescritto in simil modo dovrasi fare quello di pietra ordinario per pavimento de due cortili con li livelli e declivij che li verranno pavimenti prescritti sul posto restando a carico dell’Impresaro sternitore </w:t>
      </w:r>
      <w:r>
        <w:rPr>
          <w:i/>
          <w:iCs/>
          <w:sz w:val="24"/>
          <w:szCs w:val="24"/>
        </w:rPr>
        <w:lastRenderedPageBreak/>
        <w:t>di farsi li piani necesarij per li medemi provedersi le pietre e sabbia necessaria et ove mancasse terra per compimento de medesimi piani si farà trasportare sul posto per conto di S. M.</w:t>
      </w:r>
    </w:p>
    <w:p w14:paraId="0AA59B32" w14:textId="77777777" w:rsidR="003F3E0C" w:rsidRDefault="003F3E0C" w:rsidP="003F3E0C">
      <w:pPr>
        <w:jc w:val="both"/>
        <w:rPr>
          <w:i/>
          <w:iCs/>
          <w:sz w:val="24"/>
          <w:szCs w:val="24"/>
        </w:rPr>
      </w:pPr>
      <w:r>
        <w:rPr>
          <w:i/>
          <w:iCs/>
          <w:sz w:val="24"/>
          <w:szCs w:val="24"/>
        </w:rPr>
        <w:t>Per contenere il sudetto sternito sotto li portici vi si metteranno li gradini di pietra esistenti nel cortile del pallazzovechio et ove ne mancassero vi si faranno le coltellate di mattoni sotto quali gradini vi si farà in faciata un muro di mattoni di spessezza oncie quatro e mezza communata et il rimanente di muraglia ordinaria nel modo sovra prescritto.</w:t>
      </w:r>
    </w:p>
    <w:p w14:paraId="0E3F9673" w14:textId="77777777" w:rsidR="003F3E0C" w:rsidRDefault="003F3E0C" w:rsidP="003F3E0C">
      <w:pPr>
        <w:jc w:val="both"/>
        <w:rPr>
          <w:i/>
          <w:iCs/>
          <w:sz w:val="24"/>
          <w:szCs w:val="24"/>
        </w:rPr>
      </w:pPr>
      <w:r>
        <w:rPr>
          <w:i/>
          <w:iCs/>
          <w:sz w:val="24"/>
          <w:szCs w:val="24"/>
        </w:rPr>
        <w:t>Qual lavoro si farà fre dall’Impresaro da muro et avanti che segna la construzione d’esso sternito.</w:t>
      </w:r>
    </w:p>
    <w:p w14:paraId="387B5F9E" w14:textId="77777777" w:rsidR="003F3E0C" w:rsidRDefault="003F3E0C" w:rsidP="003F3E0C">
      <w:pPr>
        <w:jc w:val="both"/>
        <w:rPr>
          <w:i/>
          <w:iCs/>
          <w:sz w:val="24"/>
          <w:szCs w:val="24"/>
        </w:rPr>
      </w:pPr>
      <w:r>
        <w:rPr>
          <w:i/>
          <w:iCs/>
          <w:sz w:val="24"/>
          <w:szCs w:val="24"/>
        </w:rPr>
        <w:t>I quali travaglij tutti saranno compiti per tutto li 15 Agosto anno corrente  et ad opera collaudata.</w:t>
      </w:r>
      <w:r w:rsidR="00000000">
        <w:rPr>
          <w:i/>
          <w:iCs/>
          <w:sz w:val="24"/>
          <w:szCs w:val="24"/>
        </w:rPr>
        <w:pict w14:anchorId="7E46F516">
          <v:rect id="_x0000_i1202" style="width:0;height:1.5pt" o:hralign="center" o:hrstd="t" o:hr="t" fillcolor="#a0a0a0" stroked="f"/>
        </w:pict>
      </w:r>
    </w:p>
    <w:p w14:paraId="700FFFD2" w14:textId="77777777" w:rsidR="003F3E0C" w:rsidRDefault="003F3E0C" w:rsidP="003F3E0C">
      <w:pPr>
        <w:jc w:val="right"/>
        <w:rPr>
          <w:i/>
          <w:iCs/>
          <w:sz w:val="24"/>
          <w:szCs w:val="24"/>
        </w:rPr>
      </w:pPr>
      <w:r>
        <w:rPr>
          <w:i/>
          <w:iCs/>
          <w:sz w:val="24"/>
          <w:szCs w:val="24"/>
        </w:rPr>
        <w:t>Torino li 20 Aprile 1728</w:t>
      </w:r>
    </w:p>
    <w:p w14:paraId="30D609CF" w14:textId="77777777" w:rsidR="003F3E0C" w:rsidRDefault="003F3E0C" w:rsidP="003F3E0C">
      <w:pPr>
        <w:jc w:val="right"/>
        <w:rPr>
          <w:i/>
          <w:iCs/>
          <w:sz w:val="24"/>
          <w:szCs w:val="24"/>
        </w:rPr>
      </w:pPr>
      <w:r>
        <w:rPr>
          <w:i/>
          <w:iCs/>
          <w:sz w:val="24"/>
          <w:szCs w:val="24"/>
        </w:rPr>
        <w:t>Cavaliere Don Filippo Juvarra Primo Architetto</w:t>
      </w:r>
      <w:r w:rsidR="00000000">
        <w:rPr>
          <w:i/>
          <w:iCs/>
          <w:sz w:val="24"/>
          <w:szCs w:val="24"/>
        </w:rPr>
        <w:pict w14:anchorId="03354ED9">
          <v:rect id="_x0000_i1203" style="width:0;height:1.5pt" o:hralign="center" o:hrstd="t" o:hr="t" fillcolor="#a0a0a0" stroked="f"/>
        </w:pict>
      </w:r>
    </w:p>
    <w:p w14:paraId="1E43210B" w14:textId="77777777" w:rsidR="003F3E0C" w:rsidRDefault="003F3E0C" w:rsidP="003F3E0C">
      <w:pPr>
        <w:jc w:val="both"/>
        <w:rPr>
          <w:b/>
          <w:bCs/>
          <w:i/>
          <w:iCs/>
          <w:sz w:val="24"/>
          <w:szCs w:val="24"/>
        </w:rPr>
      </w:pPr>
      <w:r w:rsidRPr="008C2D5B">
        <w:rPr>
          <w:sz w:val="24"/>
          <w:szCs w:val="24"/>
        </w:rPr>
        <w:t>Archivio di Stato di Torino | Sezioni Riunite | Ministero della guerra | Azienda generale di fabbriche e fortificazioni (1733-1797) già Azienda generale d'artiglieria, fabbriche e fortificazioni (1717-1733) | Contratti fortificazioni | Mazzo 17 (1728) | foll. 91-92.</w:t>
      </w:r>
    </w:p>
    <w:p w14:paraId="10576A7B" w14:textId="77777777" w:rsidR="003F3E0C" w:rsidRPr="00AC3CE6" w:rsidRDefault="003F3E0C" w:rsidP="003F3E0C">
      <w:pPr>
        <w:jc w:val="both"/>
        <w:rPr>
          <w:b/>
          <w:bCs/>
          <w:i/>
          <w:iCs/>
          <w:sz w:val="24"/>
          <w:szCs w:val="24"/>
        </w:rPr>
      </w:pPr>
    </w:p>
    <w:p w14:paraId="049CAF1A" w14:textId="77777777" w:rsidR="003F3E0C" w:rsidRPr="003B01E4" w:rsidRDefault="003F3E0C" w:rsidP="003F3E0C">
      <w:pPr>
        <w:rPr>
          <w:b/>
          <w:bCs/>
          <w:sz w:val="28"/>
          <w:szCs w:val="28"/>
        </w:rPr>
      </w:pPr>
      <w:r w:rsidRPr="003B01E4">
        <w:rPr>
          <w:b/>
          <w:bCs/>
          <w:sz w:val="28"/>
          <w:szCs w:val="28"/>
        </w:rPr>
        <w:t>ISTRUZIONI | I Castello di Rivoli</w:t>
      </w:r>
    </w:p>
    <w:p w14:paraId="09F637B0" w14:textId="77777777" w:rsidR="003F3E0C" w:rsidRDefault="003F3E0C" w:rsidP="003F3E0C">
      <w:pPr>
        <w:jc w:val="center"/>
        <w:rPr>
          <w:sz w:val="28"/>
          <w:szCs w:val="28"/>
        </w:rPr>
      </w:pPr>
      <w:r>
        <w:rPr>
          <w:sz w:val="28"/>
          <w:szCs w:val="28"/>
        </w:rPr>
        <w:t>1716</w:t>
      </w:r>
    </w:p>
    <w:p w14:paraId="45C31A1A" w14:textId="77777777" w:rsidR="003F3E0C" w:rsidRDefault="003F3E0C" w:rsidP="003F3E0C">
      <w:pPr>
        <w:jc w:val="center"/>
        <w:rPr>
          <w:i/>
          <w:iCs/>
          <w:sz w:val="24"/>
          <w:szCs w:val="24"/>
        </w:rPr>
      </w:pPr>
      <w:r w:rsidRPr="00CC09E9">
        <w:rPr>
          <w:b/>
          <w:bCs/>
          <w:sz w:val="24"/>
          <w:szCs w:val="24"/>
        </w:rPr>
        <w:t>Instruzione de i travagli e proseguimento della fabricha al Real Palazzo di Rivoli</w:t>
      </w:r>
      <w:r w:rsidR="00000000">
        <w:rPr>
          <w:i/>
          <w:iCs/>
          <w:sz w:val="24"/>
          <w:szCs w:val="24"/>
        </w:rPr>
        <w:pict w14:anchorId="2F1E8611">
          <v:rect id="_x0000_i1204" style="width:0;height:1.5pt" o:hralign="center" o:hrstd="t" o:hr="t" fillcolor="#a0a0a0" stroked="f"/>
        </w:pict>
      </w:r>
    </w:p>
    <w:p w14:paraId="68CD3601" w14:textId="77777777" w:rsidR="003F3E0C" w:rsidRDefault="003F3E0C" w:rsidP="003F3E0C">
      <w:pPr>
        <w:jc w:val="center"/>
        <w:rPr>
          <w:i/>
          <w:iCs/>
          <w:sz w:val="24"/>
          <w:szCs w:val="24"/>
        </w:rPr>
      </w:pPr>
      <w:r>
        <w:rPr>
          <w:i/>
          <w:iCs/>
          <w:sz w:val="24"/>
          <w:szCs w:val="24"/>
        </w:rPr>
        <w:t>Cavo di terra</w:t>
      </w:r>
    </w:p>
    <w:p w14:paraId="239DA70C" w14:textId="77777777" w:rsidR="003F3E0C" w:rsidRDefault="003F3E0C" w:rsidP="003F3E0C">
      <w:pPr>
        <w:jc w:val="both"/>
        <w:rPr>
          <w:i/>
          <w:iCs/>
          <w:sz w:val="24"/>
          <w:szCs w:val="24"/>
        </w:rPr>
      </w:pPr>
      <w:r>
        <w:rPr>
          <w:i/>
          <w:iCs/>
          <w:sz w:val="24"/>
          <w:szCs w:val="24"/>
        </w:rPr>
        <w:t>Si caverà la terra necesaria per ben fondere qual si sia muraglia di fondamento o grotta e detto cavo sarà della profondità e longezza che gli sarà ordinato ricercando solamente i giaroni impetiti che sarano a l’estimo degl’esperti e trasporteranno detta terra dove vi rarà ordinato per il solito trasporto di trab. 25 e il resto di soli il trab. 3 se si troverà qualche antichità sarà in beneficio delle Reggie finanze.</w:t>
      </w:r>
    </w:p>
    <w:p w14:paraId="721E334D" w14:textId="77777777" w:rsidR="003F3E0C" w:rsidRDefault="003F3E0C" w:rsidP="003F3E0C">
      <w:pPr>
        <w:jc w:val="center"/>
        <w:rPr>
          <w:i/>
          <w:iCs/>
          <w:sz w:val="24"/>
          <w:szCs w:val="24"/>
        </w:rPr>
      </w:pPr>
      <w:r>
        <w:rPr>
          <w:i/>
          <w:iCs/>
          <w:sz w:val="24"/>
          <w:szCs w:val="24"/>
        </w:rPr>
        <w:t>Demolizione e scalcinamento de materiali</w:t>
      </w:r>
    </w:p>
    <w:p w14:paraId="0BA2F6CE" w14:textId="77777777" w:rsidR="003F3E0C" w:rsidRDefault="003F3E0C" w:rsidP="003F3E0C">
      <w:pPr>
        <w:jc w:val="both"/>
        <w:rPr>
          <w:i/>
          <w:iCs/>
          <w:sz w:val="24"/>
          <w:szCs w:val="24"/>
        </w:rPr>
      </w:pPr>
      <w:r>
        <w:rPr>
          <w:i/>
          <w:iCs/>
          <w:sz w:val="24"/>
          <w:szCs w:val="24"/>
        </w:rPr>
        <w:t>Si demoliranno tutte le muraglie vecchie che saranno d’impedimento alla nova fabricha e saranno tenuti di scalcinarlli con tutta diligenza e ammuchiarlli dove ci sarà indicato dal sopra stante con dividere separatamente i mattoni dalle pietre.</w:t>
      </w:r>
    </w:p>
    <w:p w14:paraId="05E2EA9F" w14:textId="77777777" w:rsidR="003F3E0C" w:rsidRDefault="003F3E0C" w:rsidP="003F3E0C">
      <w:pPr>
        <w:jc w:val="center"/>
        <w:rPr>
          <w:i/>
          <w:iCs/>
          <w:sz w:val="24"/>
          <w:szCs w:val="24"/>
        </w:rPr>
      </w:pPr>
      <w:r>
        <w:rPr>
          <w:i/>
          <w:iCs/>
          <w:sz w:val="24"/>
          <w:szCs w:val="24"/>
        </w:rPr>
        <w:t>Muraglia ordinaria di pietra con sue cinte di mattoni</w:t>
      </w:r>
    </w:p>
    <w:p w14:paraId="6D4F8890" w14:textId="77777777" w:rsidR="003F3E0C" w:rsidRDefault="003F3E0C" w:rsidP="003F3E0C">
      <w:pPr>
        <w:jc w:val="both"/>
        <w:rPr>
          <w:i/>
          <w:iCs/>
          <w:sz w:val="24"/>
          <w:szCs w:val="24"/>
        </w:rPr>
      </w:pPr>
      <w:r>
        <w:rPr>
          <w:i/>
          <w:iCs/>
          <w:sz w:val="24"/>
          <w:szCs w:val="24"/>
        </w:rPr>
        <w:t xml:space="preserve">Si faranno tutte le muraglie ordinarie con scanzelli di pietre e sue cinte di mattoni con caduna e sabbia da divisi formando le sudette cinte di mattoni novi ben stagionati per tutta la grosezza o largezza della muraglia ogni scanzello sarà d’once 8 con sue calcinate facendo rodere le sudette pietre in calcina e ben battute col martello scagliate ben guarnite e imbocate a pietra </w:t>
      </w:r>
      <w:r>
        <w:rPr>
          <w:i/>
          <w:iCs/>
          <w:sz w:val="24"/>
          <w:szCs w:val="24"/>
        </w:rPr>
        <w:lastRenderedPageBreak/>
        <w:t>coperta con mettervi qualche testa di mattone e deti scanzelli per tutta la sua grosezza con suoi spalle di porte finestre e qual si sia altro ramo fornelli con mattoni ben stagionati e approvati con i suoi voltini sordini archi canne di camini ben lavorati 2° la mostra che gli sarà ordinato il tutto sarà lavorato con bona calcina e sabie e mattoni bene cotti e stagionati con la distanza che nelle cinte di mattoni o spaletti non ci sia altro che un quarto d’onza di caduna ben pasata. La grosezza di dette spaletti sordini e archi sarà d’un mattone di punta e l’altro di testa cioè di onze 9 e 2° verrà ordinato dal architeto per la magior sosistenza.</w:t>
      </w:r>
    </w:p>
    <w:p w14:paraId="1F36DC00" w14:textId="77777777" w:rsidR="003F3E0C" w:rsidRDefault="003F3E0C" w:rsidP="003F3E0C">
      <w:pPr>
        <w:jc w:val="center"/>
        <w:rPr>
          <w:i/>
          <w:iCs/>
          <w:sz w:val="24"/>
          <w:szCs w:val="24"/>
        </w:rPr>
      </w:pPr>
      <w:r>
        <w:rPr>
          <w:i/>
          <w:iCs/>
          <w:sz w:val="24"/>
          <w:szCs w:val="24"/>
        </w:rPr>
        <w:t>Muraglia di mattoni</w:t>
      </w:r>
    </w:p>
    <w:p w14:paraId="16A29DD5" w14:textId="77777777" w:rsidR="003F3E0C" w:rsidRDefault="003F3E0C" w:rsidP="003F3E0C">
      <w:pPr>
        <w:jc w:val="both"/>
        <w:rPr>
          <w:i/>
          <w:iCs/>
          <w:sz w:val="24"/>
          <w:szCs w:val="24"/>
        </w:rPr>
      </w:pPr>
      <w:r>
        <w:rPr>
          <w:i/>
          <w:iCs/>
          <w:sz w:val="24"/>
          <w:szCs w:val="24"/>
        </w:rPr>
        <w:t>La muraglia di mattone sarà di tutta perfezione construtta con mattoni novi ben cotti stagionati e approvati inazi di meterlli in opera dall sopra stante e tutto detta muraglia sempre a piombo e i corsi sempre in piano perfetto ben battute e in ogni 3e corsi di mattoni. La sua calcinata per tutta la grosezza della muraglia la distanza fra un mattone e l’altro acciò sia più di un quarto di oncia e inazi di meterlli in opera siano abagniate a maton coperto e restino bene in calcina con suoi voltini d’un mattone di punta e l’altro di testa e che impostare per 6 onze nell muro della spaletta sopra de quali si farà i suoi sordini di tutta monta della grosezza sopra detta e la monta de voltini sarà ragionevole 2° si ordinerà saranno parimente tenute di fare i camini e suoi canne della grandezza che gli sarà ordinato tutto ben contrutta con bone calcine e sabie ben calcinati e pasati con infrascare e vicino le medesime per tutta la sua altezza e longezza.</w:t>
      </w:r>
    </w:p>
    <w:p w14:paraId="778D9FD6" w14:textId="77777777" w:rsidR="003F3E0C" w:rsidRDefault="003F3E0C" w:rsidP="003F3E0C">
      <w:pPr>
        <w:jc w:val="center"/>
        <w:rPr>
          <w:i/>
          <w:iCs/>
          <w:sz w:val="24"/>
          <w:szCs w:val="24"/>
        </w:rPr>
      </w:pPr>
      <w:r>
        <w:rPr>
          <w:i/>
          <w:iCs/>
          <w:sz w:val="24"/>
          <w:szCs w:val="24"/>
        </w:rPr>
        <w:t>Volte e archi</w:t>
      </w:r>
    </w:p>
    <w:p w14:paraId="0F39BC12" w14:textId="77777777" w:rsidR="003F3E0C" w:rsidRDefault="003F3E0C" w:rsidP="003F3E0C">
      <w:pPr>
        <w:jc w:val="both"/>
        <w:rPr>
          <w:i/>
          <w:iCs/>
          <w:sz w:val="24"/>
          <w:szCs w:val="24"/>
        </w:rPr>
      </w:pPr>
      <w:r>
        <w:rPr>
          <w:i/>
          <w:iCs/>
          <w:sz w:val="24"/>
          <w:szCs w:val="24"/>
        </w:rPr>
        <w:t>Più si formeranno tutte le volte di qual si sia forma e grosezza 2° li verrà ordinato di mattoni novi ben cotti e staggionati con calcina ben pasata cioè con la metà forte di soperga e la metà da dirsi con suoi rinfianchi e voltini ben impostati e lavorati con le solite distanze sopra dette.</w:t>
      </w:r>
    </w:p>
    <w:p w14:paraId="34F0C499" w14:textId="77777777" w:rsidR="003F3E0C" w:rsidRDefault="003F3E0C" w:rsidP="003F3E0C">
      <w:pPr>
        <w:jc w:val="center"/>
        <w:rPr>
          <w:i/>
          <w:iCs/>
          <w:sz w:val="24"/>
          <w:szCs w:val="24"/>
        </w:rPr>
      </w:pPr>
      <w:r>
        <w:rPr>
          <w:i/>
          <w:iCs/>
          <w:sz w:val="24"/>
          <w:szCs w:val="24"/>
        </w:rPr>
        <w:t>Muraglia incamisata</w:t>
      </w:r>
    </w:p>
    <w:p w14:paraId="13B2F50E" w14:textId="77777777" w:rsidR="003F3E0C" w:rsidRDefault="003F3E0C" w:rsidP="003F3E0C">
      <w:pPr>
        <w:jc w:val="both"/>
        <w:rPr>
          <w:i/>
          <w:iCs/>
          <w:sz w:val="24"/>
          <w:szCs w:val="24"/>
        </w:rPr>
      </w:pPr>
      <w:r>
        <w:rPr>
          <w:i/>
          <w:iCs/>
          <w:sz w:val="24"/>
          <w:szCs w:val="24"/>
        </w:rPr>
        <w:t>Si construiranno tutte le muraglie incamisate da due parte o lati con mattoni ben cotti et approvati con calcina come di dirà con suoi cinte per tutta la grosezza della muraglia e suoi scanzelli di onze otto e in ogni cinta le sue calcinate per tutta la grosezza della muraglia parimente fomeranno le spalle di porte finestre cappe e canne de fornelli laterale ad esse aperture di onze ondeci comunate il tutto operato come sopra.</w:t>
      </w:r>
    </w:p>
    <w:p w14:paraId="536FDAE6" w14:textId="77777777" w:rsidR="003F3E0C" w:rsidRDefault="003F3E0C" w:rsidP="003F3E0C">
      <w:pPr>
        <w:jc w:val="center"/>
        <w:rPr>
          <w:i/>
          <w:iCs/>
          <w:sz w:val="24"/>
          <w:szCs w:val="24"/>
        </w:rPr>
      </w:pPr>
      <w:r>
        <w:rPr>
          <w:i/>
          <w:iCs/>
          <w:sz w:val="24"/>
          <w:szCs w:val="24"/>
        </w:rPr>
        <w:t>Qualità delle calcine esabbie</w:t>
      </w:r>
    </w:p>
    <w:p w14:paraId="052D87F8" w14:textId="77777777" w:rsidR="003F3E0C" w:rsidRDefault="003F3E0C" w:rsidP="003F3E0C">
      <w:pPr>
        <w:jc w:val="both"/>
        <w:rPr>
          <w:i/>
          <w:iCs/>
          <w:sz w:val="24"/>
          <w:szCs w:val="24"/>
        </w:rPr>
      </w:pPr>
      <w:r>
        <w:rPr>
          <w:i/>
          <w:iCs/>
          <w:sz w:val="24"/>
          <w:szCs w:val="24"/>
        </w:rPr>
        <w:t>La calcina che si doverà aporre alle dette muraglie sarà mistia delle fornaci di Russinasso nella Valgioia territorio di Vaugina e sino alla metà della fabricha con metà di Superga forte e che dette calcine non siano messe in polvere ma in pietra e inazi di meterlli in opera siano provati e approvatidal architetto o sopra stante.</w:t>
      </w:r>
    </w:p>
    <w:p w14:paraId="3EC5E37A" w14:textId="77777777" w:rsidR="003F3E0C" w:rsidRDefault="003F3E0C" w:rsidP="003F3E0C">
      <w:pPr>
        <w:jc w:val="both"/>
        <w:rPr>
          <w:i/>
          <w:iCs/>
          <w:sz w:val="24"/>
          <w:szCs w:val="24"/>
        </w:rPr>
      </w:pPr>
      <w:r>
        <w:rPr>
          <w:i/>
          <w:iCs/>
          <w:sz w:val="24"/>
          <w:szCs w:val="24"/>
        </w:rPr>
        <w:t>Le sabbie saranno di due maniere cioè la metà sabbia griggia bon granita di cava d’Alpignano ben purgata e pasata senza terra e l’altra metà della Perosa della più granita e senza terra e ben purgata non potendo metere in opera altra sabia senza espressa licenza del Emo Conseglio.</w:t>
      </w:r>
    </w:p>
    <w:p w14:paraId="48B48381" w14:textId="77777777" w:rsidR="003F3E0C" w:rsidRDefault="003F3E0C" w:rsidP="003F3E0C">
      <w:pPr>
        <w:jc w:val="center"/>
        <w:rPr>
          <w:i/>
          <w:iCs/>
          <w:sz w:val="24"/>
          <w:szCs w:val="24"/>
        </w:rPr>
      </w:pPr>
      <w:r>
        <w:rPr>
          <w:i/>
          <w:iCs/>
          <w:sz w:val="24"/>
          <w:szCs w:val="24"/>
        </w:rPr>
        <w:t>Sterniti di quadretoni stilati rigati</w:t>
      </w:r>
    </w:p>
    <w:p w14:paraId="5025D0F1" w14:textId="77777777" w:rsidR="003F3E0C" w:rsidRDefault="003F3E0C" w:rsidP="003F3E0C">
      <w:pPr>
        <w:jc w:val="both"/>
        <w:rPr>
          <w:i/>
          <w:iCs/>
          <w:sz w:val="24"/>
          <w:szCs w:val="24"/>
        </w:rPr>
      </w:pPr>
      <w:r>
        <w:rPr>
          <w:i/>
          <w:iCs/>
          <w:sz w:val="24"/>
          <w:szCs w:val="24"/>
        </w:rPr>
        <w:t xml:space="preserve">I sterni saranno di quadrettoni ben squadrati e tagliati sotto squadra e messi in piano perfetto e siano ben cotti e stagionati con fondi bene bagniate inazi di meterlli in opera con farlli nuove in </w:t>
      </w:r>
      <w:r>
        <w:rPr>
          <w:i/>
          <w:iCs/>
          <w:sz w:val="24"/>
          <w:szCs w:val="24"/>
        </w:rPr>
        <w:lastRenderedPageBreak/>
        <w:t>bona calcina grassa e in distanza fra un quadretone e l’altro sia al meno un in 10 parte d’onza con asistere che si devono sceglere tutti i ben cotti e siano aprovati dal architetto o sopra stante.</w:t>
      </w:r>
    </w:p>
    <w:p w14:paraId="55CD88AA" w14:textId="77777777" w:rsidR="003F3E0C" w:rsidRDefault="003F3E0C" w:rsidP="003F3E0C">
      <w:pPr>
        <w:jc w:val="center"/>
        <w:rPr>
          <w:i/>
          <w:iCs/>
          <w:sz w:val="24"/>
          <w:szCs w:val="24"/>
        </w:rPr>
      </w:pPr>
      <w:r>
        <w:rPr>
          <w:i/>
          <w:iCs/>
          <w:sz w:val="24"/>
          <w:szCs w:val="24"/>
        </w:rPr>
        <w:t>Sterniti di quadretoni ordinari pianelli rustici</w:t>
      </w:r>
    </w:p>
    <w:p w14:paraId="4900B6CD" w14:textId="77777777" w:rsidR="003F3E0C" w:rsidRDefault="003F3E0C" w:rsidP="003F3E0C">
      <w:pPr>
        <w:jc w:val="both"/>
        <w:rPr>
          <w:i/>
          <w:iCs/>
          <w:sz w:val="24"/>
          <w:szCs w:val="24"/>
        </w:rPr>
      </w:pPr>
      <w:r>
        <w:rPr>
          <w:i/>
          <w:iCs/>
          <w:sz w:val="24"/>
          <w:szCs w:val="24"/>
        </w:rPr>
        <w:t>Si cercherà che siano ben cotti stagionati e spianata con bona calcina grassa e bene divisa asieme dalla meglior forma che si deve con le sopra dette qualità.</w:t>
      </w:r>
    </w:p>
    <w:p w14:paraId="3B71B688" w14:textId="77777777" w:rsidR="003F3E0C" w:rsidRDefault="003F3E0C" w:rsidP="003F3E0C">
      <w:pPr>
        <w:jc w:val="center"/>
        <w:rPr>
          <w:i/>
          <w:iCs/>
          <w:sz w:val="24"/>
          <w:szCs w:val="24"/>
        </w:rPr>
      </w:pPr>
      <w:r>
        <w:rPr>
          <w:i/>
          <w:iCs/>
          <w:sz w:val="24"/>
          <w:szCs w:val="24"/>
        </w:rPr>
        <w:t>Stabiliture</w:t>
      </w:r>
    </w:p>
    <w:p w14:paraId="14745401" w14:textId="77777777" w:rsidR="003F3E0C" w:rsidRDefault="003F3E0C" w:rsidP="003F3E0C">
      <w:pPr>
        <w:jc w:val="both"/>
        <w:rPr>
          <w:i/>
          <w:iCs/>
          <w:sz w:val="24"/>
          <w:szCs w:val="24"/>
        </w:rPr>
      </w:pPr>
      <w:r>
        <w:rPr>
          <w:i/>
          <w:iCs/>
          <w:sz w:val="24"/>
          <w:szCs w:val="24"/>
        </w:rPr>
        <w:t>Le stabiliture che si doveranno fare in detta fabricha saranno fatti a l’italiana con suoi rigoni e i suoi spicoli o angoli siano sempre a piombo perfetto con le infrascature di calcina forte sabia grosa e granita e le stabiliture con calcina dolce e sabia grisa ben pasata e lisce e in piano perfetto per ogni verso e i spigoli e angoli siano construiti con un 3° di gesso acciò siano più sode e stabile.</w:t>
      </w:r>
    </w:p>
    <w:p w14:paraId="4DC7609C" w14:textId="77777777" w:rsidR="003F3E0C" w:rsidRDefault="003F3E0C" w:rsidP="003F3E0C">
      <w:pPr>
        <w:jc w:val="center"/>
        <w:rPr>
          <w:i/>
          <w:iCs/>
          <w:sz w:val="24"/>
          <w:szCs w:val="24"/>
        </w:rPr>
      </w:pPr>
      <w:r>
        <w:rPr>
          <w:i/>
          <w:iCs/>
          <w:sz w:val="24"/>
          <w:szCs w:val="24"/>
        </w:rPr>
        <w:t>Stibij di listelli</w:t>
      </w:r>
    </w:p>
    <w:p w14:paraId="74D22DFD" w14:textId="77777777" w:rsidR="003F3E0C" w:rsidRDefault="003F3E0C" w:rsidP="003F3E0C">
      <w:pPr>
        <w:jc w:val="both"/>
        <w:rPr>
          <w:i/>
          <w:iCs/>
          <w:sz w:val="24"/>
          <w:szCs w:val="24"/>
        </w:rPr>
      </w:pPr>
      <w:r>
        <w:rPr>
          <w:i/>
          <w:iCs/>
          <w:sz w:val="24"/>
          <w:szCs w:val="24"/>
        </w:rPr>
        <w:t>Si faranno tutti li stibij di listelli d’albera tanto ordinarij che doppij con suoi armamenti tantto doppij che semplici con listelli e remme ben dritti et a piombo bene inchiodati il tutto 2° si verrà ordinato li quali listelli saranno verdi o pure si faranno stare 3e giorni nelli aqua inazi di meterlli in opera quali stibij si riempirano con calcina forte di soperga conoservare che due terzi della sudetta calcina e un terzo di gesso con imbiancare tutte le spalle e volti d’ogni aperture e bene inchiodati sodi.</w:t>
      </w:r>
    </w:p>
    <w:p w14:paraId="3E3B43A3" w14:textId="77777777" w:rsidR="003F3E0C" w:rsidRDefault="003F3E0C" w:rsidP="003F3E0C">
      <w:pPr>
        <w:jc w:val="both"/>
        <w:rPr>
          <w:i/>
          <w:iCs/>
          <w:sz w:val="24"/>
          <w:szCs w:val="24"/>
        </w:rPr>
      </w:pPr>
      <w:r>
        <w:rPr>
          <w:i/>
          <w:iCs/>
          <w:sz w:val="24"/>
          <w:szCs w:val="24"/>
        </w:rPr>
        <w:t>Saranno tenuti di mettere tutte le chiave di ferro e radici di legnio e bolzoni ne i siti che ci saranno ordinati per fortezza del opera.</w:t>
      </w:r>
    </w:p>
    <w:p w14:paraId="029EA075" w14:textId="77777777" w:rsidR="003F3E0C" w:rsidRDefault="003F3E0C" w:rsidP="003F3E0C">
      <w:pPr>
        <w:jc w:val="both"/>
        <w:rPr>
          <w:i/>
          <w:iCs/>
          <w:sz w:val="24"/>
          <w:szCs w:val="24"/>
        </w:rPr>
      </w:pPr>
      <w:r>
        <w:rPr>
          <w:i/>
          <w:iCs/>
          <w:sz w:val="24"/>
          <w:szCs w:val="24"/>
        </w:rPr>
        <w:t>Doveranno meter maestri boni e perfetti dal asse altrimente tutto quello che non sarà fatto 2° il disegnio e come porta la sua arte siano tenuti a loro spese rifarlli e l’ordina al soprastante di mandarli dal lavoro.</w:t>
      </w:r>
    </w:p>
    <w:p w14:paraId="1A7E4C9F" w14:textId="77777777" w:rsidR="003F3E0C" w:rsidRDefault="003F3E0C" w:rsidP="003F3E0C">
      <w:pPr>
        <w:jc w:val="both"/>
        <w:rPr>
          <w:i/>
          <w:iCs/>
          <w:sz w:val="24"/>
          <w:szCs w:val="24"/>
        </w:rPr>
      </w:pPr>
      <w:r>
        <w:rPr>
          <w:i/>
          <w:iCs/>
          <w:sz w:val="24"/>
          <w:szCs w:val="24"/>
        </w:rPr>
        <w:t>Saranno obediti i disegni e oservare i profili che gli veranno dati e se saranno nel opera sfagliate saranno tenuti come sopra a loro spese rifarlli.</w:t>
      </w:r>
    </w:p>
    <w:p w14:paraId="7A4E385E" w14:textId="77777777" w:rsidR="003F3E0C" w:rsidRDefault="003F3E0C" w:rsidP="003F3E0C">
      <w:pPr>
        <w:jc w:val="both"/>
        <w:rPr>
          <w:i/>
          <w:iCs/>
          <w:sz w:val="24"/>
          <w:szCs w:val="24"/>
        </w:rPr>
      </w:pPr>
      <w:r>
        <w:rPr>
          <w:i/>
          <w:iCs/>
          <w:sz w:val="24"/>
          <w:szCs w:val="24"/>
        </w:rPr>
        <w:t>Se nel tempo che si lavora o per anni 3e si vedesse qualche fisura o movimento del fabrica per qual si sia occasione cioè d’errore male construtta o mancanza delle materie siano obligati rifarlla a loro spese.</w:t>
      </w:r>
    </w:p>
    <w:p w14:paraId="25D55F5E" w14:textId="77777777" w:rsidR="003F3E0C" w:rsidRDefault="003F3E0C" w:rsidP="003F3E0C">
      <w:pPr>
        <w:jc w:val="both"/>
        <w:rPr>
          <w:i/>
          <w:iCs/>
          <w:sz w:val="24"/>
          <w:szCs w:val="24"/>
        </w:rPr>
      </w:pPr>
      <w:r>
        <w:rPr>
          <w:i/>
          <w:iCs/>
          <w:sz w:val="24"/>
          <w:szCs w:val="24"/>
        </w:rPr>
        <w:t>Le misure si faranno alla mostra delle Reggie constituzione e avendo l’impresario qualche dificoltà circa il senzo e inteligenza della presente istruzione la doverà proporre per essere schiarito inazi la stipulazione del contratto altrimenti doppo se starà alla dicisione dell Emo Conseglio.</w:t>
      </w:r>
      <w:r w:rsidR="00000000">
        <w:rPr>
          <w:i/>
          <w:iCs/>
          <w:sz w:val="24"/>
          <w:szCs w:val="24"/>
        </w:rPr>
        <w:pict w14:anchorId="410A0C99">
          <v:rect id="_x0000_i1205" style="width:0;height:1.5pt" o:hralign="center" o:hrstd="t" o:hr="t" fillcolor="#a0a0a0" stroked="f"/>
        </w:pict>
      </w:r>
    </w:p>
    <w:p w14:paraId="05B85E50" w14:textId="77777777" w:rsidR="003F3E0C" w:rsidRDefault="003F3E0C" w:rsidP="003F3E0C">
      <w:pPr>
        <w:jc w:val="right"/>
        <w:rPr>
          <w:i/>
          <w:iCs/>
          <w:sz w:val="24"/>
          <w:szCs w:val="24"/>
        </w:rPr>
      </w:pPr>
      <w:r w:rsidRPr="00CC09E9">
        <w:rPr>
          <w:i/>
          <w:iCs/>
          <w:sz w:val="24"/>
          <w:szCs w:val="24"/>
        </w:rPr>
        <w:t>giorno di 31 Luglio 1716</w:t>
      </w:r>
    </w:p>
    <w:p w14:paraId="0D06C948" w14:textId="77777777" w:rsidR="003F3E0C" w:rsidRDefault="003F3E0C" w:rsidP="003F3E0C">
      <w:pPr>
        <w:jc w:val="right"/>
        <w:rPr>
          <w:i/>
          <w:iCs/>
          <w:sz w:val="24"/>
          <w:szCs w:val="24"/>
        </w:rPr>
      </w:pPr>
      <w:r>
        <w:rPr>
          <w:i/>
          <w:iCs/>
          <w:sz w:val="24"/>
          <w:szCs w:val="24"/>
        </w:rPr>
        <w:t>Don Filippo Juvarra Architetto</w:t>
      </w:r>
      <w:r w:rsidR="00000000">
        <w:rPr>
          <w:i/>
          <w:iCs/>
          <w:sz w:val="24"/>
          <w:szCs w:val="24"/>
        </w:rPr>
        <w:pict w14:anchorId="399232EF">
          <v:rect id="_x0000_i1206" style="width:0;height:1.5pt" o:hralign="center" o:hrstd="t" o:hr="t" fillcolor="#a0a0a0" stroked="f"/>
        </w:pict>
      </w:r>
    </w:p>
    <w:p w14:paraId="586474B2" w14:textId="77777777" w:rsidR="003F3E0C" w:rsidRDefault="003F3E0C" w:rsidP="003F3E0C">
      <w:pPr>
        <w:jc w:val="both"/>
        <w:rPr>
          <w:sz w:val="24"/>
          <w:szCs w:val="24"/>
        </w:rPr>
      </w:pPr>
      <w:r w:rsidRPr="00CC09E9">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3 (1715-1716)</w:t>
      </w:r>
      <w:r>
        <w:rPr>
          <w:sz w:val="24"/>
          <w:szCs w:val="24"/>
        </w:rPr>
        <w:t xml:space="preserve"> | foll. 132-133-134.</w:t>
      </w:r>
    </w:p>
    <w:p w14:paraId="20DDAA95" w14:textId="77777777" w:rsidR="003F3E0C" w:rsidRDefault="003F3E0C" w:rsidP="003F3E0C">
      <w:pPr>
        <w:jc w:val="both"/>
        <w:rPr>
          <w:sz w:val="24"/>
          <w:szCs w:val="24"/>
        </w:rPr>
      </w:pPr>
    </w:p>
    <w:p w14:paraId="72E5C867" w14:textId="77777777" w:rsidR="003F3E0C" w:rsidRDefault="003F3E0C" w:rsidP="003F3E0C">
      <w:pPr>
        <w:jc w:val="center"/>
        <w:rPr>
          <w:sz w:val="28"/>
          <w:szCs w:val="28"/>
        </w:rPr>
      </w:pPr>
      <w:r>
        <w:rPr>
          <w:sz w:val="28"/>
          <w:szCs w:val="28"/>
        </w:rPr>
        <w:t>1717</w:t>
      </w:r>
    </w:p>
    <w:p w14:paraId="7446130C" w14:textId="77777777" w:rsidR="003F3E0C" w:rsidRDefault="003F3E0C" w:rsidP="003F3E0C">
      <w:pPr>
        <w:jc w:val="center"/>
        <w:rPr>
          <w:i/>
          <w:iCs/>
          <w:sz w:val="24"/>
          <w:szCs w:val="24"/>
        </w:rPr>
      </w:pPr>
      <w:r w:rsidRPr="00CC09E9">
        <w:rPr>
          <w:b/>
          <w:bCs/>
          <w:sz w:val="24"/>
          <w:szCs w:val="24"/>
        </w:rPr>
        <w:t xml:space="preserve">Instruzione per </w:t>
      </w:r>
      <w:r>
        <w:rPr>
          <w:b/>
          <w:bCs/>
          <w:sz w:val="24"/>
          <w:szCs w:val="24"/>
        </w:rPr>
        <w:t>bene</w:t>
      </w:r>
      <w:r w:rsidRPr="00CC09E9">
        <w:rPr>
          <w:b/>
          <w:bCs/>
          <w:sz w:val="24"/>
          <w:szCs w:val="24"/>
        </w:rPr>
        <w:t xml:space="preserve"> eseguire l'ornamento di stucco da farsi nel gabinetto di Sa</w:t>
      </w:r>
      <w:r>
        <w:rPr>
          <w:b/>
          <w:bCs/>
          <w:sz w:val="24"/>
          <w:szCs w:val="24"/>
        </w:rPr>
        <w:t>.</w:t>
      </w:r>
      <w:r w:rsidRPr="00CC09E9">
        <w:rPr>
          <w:b/>
          <w:bCs/>
          <w:sz w:val="24"/>
          <w:szCs w:val="24"/>
        </w:rPr>
        <w:t xml:space="preserve"> Aa</w:t>
      </w:r>
      <w:r>
        <w:rPr>
          <w:b/>
          <w:bCs/>
          <w:sz w:val="24"/>
          <w:szCs w:val="24"/>
        </w:rPr>
        <w:t>.</w:t>
      </w:r>
      <w:r w:rsidRPr="00CC09E9">
        <w:rPr>
          <w:b/>
          <w:bCs/>
          <w:sz w:val="24"/>
          <w:szCs w:val="24"/>
        </w:rPr>
        <w:t xml:space="preserve"> Reale nel Castello di Rivoli</w:t>
      </w:r>
      <w:r w:rsidR="00000000">
        <w:rPr>
          <w:i/>
          <w:iCs/>
          <w:sz w:val="24"/>
          <w:szCs w:val="24"/>
        </w:rPr>
        <w:pict w14:anchorId="38B8BD23">
          <v:rect id="_x0000_i1207" style="width:0;height:1.5pt" o:hralign="center" o:hrstd="t" o:hr="t" fillcolor="#a0a0a0" stroked="f"/>
        </w:pict>
      </w:r>
    </w:p>
    <w:p w14:paraId="3F55A879" w14:textId="77777777" w:rsidR="003F3E0C" w:rsidRDefault="003F3E0C" w:rsidP="003F3E0C">
      <w:pPr>
        <w:jc w:val="both"/>
        <w:rPr>
          <w:i/>
          <w:iCs/>
          <w:sz w:val="24"/>
          <w:szCs w:val="24"/>
        </w:rPr>
      </w:pPr>
      <w:r>
        <w:rPr>
          <w:i/>
          <w:iCs/>
          <w:sz w:val="24"/>
          <w:szCs w:val="24"/>
        </w:rPr>
        <w:t>Primo. Sarà obligato di provedere tutto il materiale cioè calcina gesso polvere di marmo e servizio e tutti i ferri che saranno necesarij a tal opera con pagare al estimo il ponte che servirà per detto ornamento.</w:t>
      </w:r>
    </w:p>
    <w:p w14:paraId="542D0033" w14:textId="77777777" w:rsidR="003F3E0C" w:rsidRDefault="003F3E0C" w:rsidP="003F3E0C">
      <w:pPr>
        <w:jc w:val="both"/>
        <w:rPr>
          <w:i/>
          <w:iCs/>
          <w:sz w:val="24"/>
          <w:szCs w:val="24"/>
        </w:rPr>
      </w:pPr>
      <w:r>
        <w:rPr>
          <w:i/>
          <w:iCs/>
          <w:sz w:val="24"/>
          <w:szCs w:val="24"/>
        </w:rPr>
        <w:t>Secondo. Lascerà geometricamente la grosezza del quadro di mezzo conforme dimostra il disegnio segniato A e l’ornamento crescerà proporzionalmente 2° la monta della volta.</w:t>
      </w:r>
    </w:p>
    <w:p w14:paraId="5D6D80FD" w14:textId="77777777" w:rsidR="003F3E0C" w:rsidRDefault="003F3E0C" w:rsidP="003F3E0C">
      <w:pPr>
        <w:jc w:val="both"/>
        <w:rPr>
          <w:i/>
          <w:iCs/>
          <w:sz w:val="24"/>
          <w:szCs w:val="24"/>
        </w:rPr>
      </w:pPr>
      <w:r>
        <w:rPr>
          <w:i/>
          <w:iCs/>
          <w:sz w:val="24"/>
          <w:szCs w:val="24"/>
        </w:rPr>
        <w:t>3° che la sacoma della cornice del quadro di mezo sia data dal architetto e tutto sia di gran rilievo 2° verrà indicato dal detto architetto e tre ordini di intaglio con doverne abozare una quarta parte a doppo farlla rivedere a l’architetto e poscia proseguire il lavoro.</w:t>
      </w:r>
    </w:p>
    <w:p w14:paraId="4CFA494B" w14:textId="77777777" w:rsidR="003F3E0C" w:rsidRDefault="003F3E0C" w:rsidP="003F3E0C">
      <w:pPr>
        <w:jc w:val="both"/>
        <w:rPr>
          <w:i/>
          <w:iCs/>
          <w:sz w:val="24"/>
          <w:szCs w:val="24"/>
        </w:rPr>
      </w:pPr>
      <w:r>
        <w:rPr>
          <w:i/>
          <w:iCs/>
          <w:sz w:val="24"/>
          <w:szCs w:val="24"/>
        </w:rPr>
        <w:t>4° che l’angoli vi sia come dimostra in piccolo il disegnio ligeroglifichi de i quatro lati del mondo che si darà il disegnio distinta da caduna con i festoni che l’ornano di frutti e fiori e altri cose che si provederanno in dette parti del mondo tutto bene lavorato di rilievo.</w:t>
      </w:r>
    </w:p>
    <w:p w14:paraId="38DAA4DA" w14:textId="77777777" w:rsidR="003F3E0C" w:rsidRDefault="003F3E0C" w:rsidP="003F3E0C">
      <w:pPr>
        <w:jc w:val="both"/>
        <w:rPr>
          <w:i/>
          <w:iCs/>
          <w:sz w:val="24"/>
          <w:szCs w:val="24"/>
        </w:rPr>
      </w:pPr>
      <w:r>
        <w:rPr>
          <w:i/>
          <w:iCs/>
          <w:sz w:val="24"/>
          <w:szCs w:val="24"/>
        </w:rPr>
        <w:t>5° che l’altri ornamenti che restano nelli spazij sporti siano ben fatti le corone Reggie saranno di tutto rilievo con l’altezza della detta attuazione 2° dimostra il disegnio.</w:t>
      </w:r>
    </w:p>
    <w:p w14:paraId="36F31A89" w14:textId="77777777" w:rsidR="003F3E0C" w:rsidRDefault="003F3E0C" w:rsidP="003F3E0C">
      <w:pPr>
        <w:jc w:val="both"/>
        <w:rPr>
          <w:i/>
          <w:iCs/>
          <w:sz w:val="24"/>
          <w:szCs w:val="24"/>
        </w:rPr>
      </w:pPr>
      <w:r>
        <w:rPr>
          <w:i/>
          <w:iCs/>
          <w:sz w:val="24"/>
          <w:szCs w:val="24"/>
        </w:rPr>
        <w:t>6° La cornice che esiste di rilievo sarà intagliata a 3e ordini d’ornamento che l’architetto determinerà sul posto.</w:t>
      </w:r>
    </w:p>
    <w:p w14:paraId="274DBD5B" w14:textId="77777777" w:rsidR="003F3E0C" w:rsidRDefault="003F3E0C" w:rsidP="003F3E0C">
      <w:pPr>
        <w:jc w:val="both"/>
        <w:rPr>
          <w:i/>
          <w:iCs/>
          <w:sz w:val="24"/>
          <w:szCs w:val="24"/>
        </w:rPr>
      </w:pPr>
      <w:r>
        <w:rPr>
          <w:i/>
          <w:iCs/>
          <w:sz w:val="24"/>
          <w:szCs w:val="24"/>
        </w:rPr>
        <w:t>Il tutto sarà bene fatto di rilievo con suoi fiori dentro e ben incastrati e fatta 2à il disegnio e indicamento sul opera del architetto a tutta opera conlaudata.</w:t>
      </w:r>
      <w:r w:rsidR="00000000">
        <w:rPr>
          <w:i/>
          <w:iCs/>
          <w:sz w:val="24"/>
          <w:szCs w:val="24"/>
        </w:rPr>
        <w:pict w14:anchorId="223CB80A">
          <v:rect id="_x0000_i1208" style="width:0;height:1.5pt" o:hralign="center" o:hrstd="t" o:hr="t" fillcolor="#a0a0a0" stroked="f"/>
        </w:pict>
      </w:r>
    </w:p>
    <w:p w14:paraId="6C661FC0" w14:textId="77777777" w:rsidR="003F3E0C" w:rsidRDefault="003F3E0C" w:rsidP="003F3E0C">
      <w:pPr>
        <w:jc w:val="right"/>
        <w:rPr>
          <w:i/>
          <w:iCs/>
          <w:sz w:val="24"/>
          <w:szCs w:val="24"/>
        </w:rPr>
      </w:pPr>
      <w:r w:rsidRPr="00CC09E9">
        <w:rPr>
          <w:i/>
          <w:iCs/>
          <w:sz w:val="24"/>
          <w:szCs w:val="24"/>
        </w:rPr>
        <w:t>giorno di 7 Agosto 1717</w:t>
      </w:r>
    </w:p>
    <w:p w14:paraId="24DD04D5" w14:textId="77777777" w:rsidR="003F3E0C" w:rsidRDefault="003F3E0C" w:rsidP="003F3E0C">
      <w:pPr>
        <w:jc w:val="right"/>
        <w:rPr>
          <w:i/>
          <w:iCs/>
          <w:sz w:val="24"/>
          <w:szCs w:val="24"/>
        </w:rPr>
      </w:pPr>
      <w:r>
        <w:rPr>
          <w:i/>
          <w:iCs/>
          <w:sz w:val="24"/>
          <w:szCs w:val="24"/>
        </w:rPr>
        <w:t>Don Filippo Juvarra Architetto</w:t>
      </w:r>
      <w:r w:rsidR="00000000">
        <w:rPr>
          <w:i/>
          <w:iCs/>
          <w:sz w:val="24"/>
          <w:szCs w:val="24"/>
        </w:rPr>
        <w:pict w14:anchorId="0E6D26AF">
          <v:rect id="_x0000_i1209" style="width:0;height:1.5pt" o:hralign="center" o:hrstd="t" o:hr="t" fillcolor="#a0a0a0" stroked="f"/>
        </w:pict>
      </w:r>
    </w:p>
    <w:p w14:paraId="4E0F316D" w14:textId="77777777" w:rsidR="003F3E0C" w:rsidRDefault="003F3E0C" w:rsidP="003F3E0C">
      <w:pPr>
        <w:jc w:val="both"/>
        <w:rPr>
          <w:sz w:val="24"/>
          <w:szCs w:val="24"/>
        </w:rPr>
      </w:pPr>
      <w:r w:rsidRPr="00CC09E9">
        <w:rPr>
          <w:sz w:val="24"/>
          <w:szCs w:val="24"/>
        </w:rPr>
        <w:t>Archivio di Stato di Torino | Sezioni Riunite | Ministero della guerra | Azienda generale di fabbriche e fortificazioni (1733-1797) già Azienda generale d'artiglieria, fabbriche e fortificazioni (1717-1733) | Contratti fortificazioni | Mazzo 5 (1717-1718)</w:t>
      </w:r>
      <w:r>
        <w:rPr>
          <w:sz w:val="24"/>
          <w:szCs w:val="24"/>
        </w:rPr>
        <w:t xml:space="preserve"> | fol. 90.</w:t>
      </w:r>
    </w:p>
    <w:p w14:paraId="37E7F877" w14:textId="77777777" w:rsidR="003F3E0C" w:rsidRDefault="003F3E0C" w:rsidP="003F3E0C">
      <w:pPr>
        <w:jc w:val="both"/>
        <w:rPr>
          <w:sz w:val="24"/>
          <w:szCs w:val="24"/>
        </w:rPr>
      </w:pPr>
    </w:p>
    <w:p w14:paraId="5933CD36" w14:textId="77777777" w:rsidR="003F3E0C" w:rsidRDefault="003F3E0C" w:rsidP="003F3E0C">
      <w:pPr>
        <w:jc w:val="center"/>
        <w:rPr>
          <w:i/>
          <w:iCs/>
          <w:sz w:val="24"/>
          <w:szCs w:val="24"/>
        </w:rPr>
      </w:pPr>
      <w:r w:rsidRPr="00CC09E9">
        <w:rPr>
          <w:b/>
          <w:bCs/>
          <w:sz w:val="24"/>
          <w:szCs w:val="24"/>
        </w:rPr>
        <w:t>Instruzione per l'ornamento di stucco da farsi nel 2</w:t>
      </w:r>
      <w:r>
        <w:rPr>
          <w:b/>
          <w:bCs/>
          <w:sz w:val="24"/>
          <w:szCs w:val="24"/>
        </w:rPr>
        <w:t>°</w:t>
      </w:r>
      <w:r w:rsidRPr="00CC09E9">
        <w:rPr>
          <w:b/>
          <w:bCs/>
          <w:sz w:val="24"/>
          <w:szCs w:val="24"/>
        </w:rPr>
        <w:t xml:space="preserve"> gabinetto di Sa</w:t>
      </w:r>
      <w:r>
        <w:rPr>
          <w:b/>
          <w:bCs/>
          <w:sz w:val="24"/>
          <w:szCs w:val="24"/>
        </w:rPr>
        <w:t>.</w:t>
      </w:r>
      <w:r w:rsidRPr="00CC09E9">
        <w:rPr>
          <w:b/>
          <w:bCs/>
          <w:sz w:val="24"/>
          <w:szCs w:val="24"/>
        </w:rPr>
        <w:t xml:space="preserve"> Aa</w:t>
      </w:r>
      <w:r>
        <w:rPr>
          <w:b/>
          <w:bCs/>
          <w:sz w:val="24"/>
          <w:szCs w:val="24"/>
        </w:rPr>
        <w:t>.</w:t>
      </w:r>
      <w:r w:rsidRPr="00CC09E9">
        <w:rPr>
          <w:b/>
          <w:bCs/>
          <w:sz w:val="24"/>
          <w:szCs w:val="24"/>
        </w:rPr>
        <w:t xml:space="preserve"> Re</w:t>
      </w:r>
      <w:r>
        <w:rPr>
          <w:b/>
          <w:bCs/>
          <w:sz w:val="24"/>
          <w:szCs w:val="24"/>
        </w:rPr>
        <w:t>.</w:t>
      </w:r>
      <w:r w:rsidRPr="00CC09E9">
        <w:rPr>
          <w:b/>
          <w:bCs/>
          <w:sz w:val="24"/>
          <w:szCs w:val="24"/>
        </w:rPr>
        <w:t xml:space="preserve"> nel Palazzo di Rivoli</w:t>
      </w:r>
      <w:r w:rsidR="00000000">
        <w:rPr>
          <w:i/>
          <w:iCs/>
          <w:sz w:val="24"/>
          <w:szCs w:val="24"/>
        </w:rPr>
        <w:pict w14:anchorId="0C71D341">
          <v:rect id="_x0000_i1210" style="width:0;height:1.5pt" o:hralign="center" o:hrstd="t" o:hr="t" fillcolor="#a0a0a0" stroked="f"/>
        </w:pict>
      </w:r>
    </w:p>
    <w:p w14:paraId="3354849B" w14:textId="77777777" w:rsidR="003F3E0C" w:rsidRDefault="003F3E0C" w:rsidP="003F3E0C">
      <w:pPr>
        <w:jc w:val="both"/>
        <w:rPr>
          <w:i/>
          <w:iCs/>
          <w:sz w:val="24"/>
          <w:szCs w:val="24"/>
        </w:rPr>
      </w:pPr>
      <w:r>
        <w:rPr>
          <w:i/>
          <w:iCs/>
          <w:sz w:val="24"/>
          <w:szCs w:val="24"/>
        </w:rPr>
        <w:lastRenderedPageBreak/>
        <w:t>Primo. Saranno tenuti di fare nel 2° gabinetto d’ Sa. A. Re. Il disegnio da me sottoscritto e segniato con la leettera B con tutta quella dilicatezza e perfezione che si deve con tutta sua robba materiale sterniti e fiori che saranno necesarij con pugne il parete 2° l’estimo del Reggio misuratore.</w:t>
      </w:r>
    </w:p>
    <w:p w14:paraId="4C700F0A" w14:textId="77777777" w:rsidR="003F3E0C" w:rsidRDefault="003F3E0C" w:rsidP="003F3E0C">
      <w:pPr>
        <w:jc w:val="both"/>
        <w:rPr>
          <w:i/>
          <w:iCs/>
          <w:sz w:val="24"/>
          <w:szCs w:val="24"/>
        </w:rPr>
      </w:pPr>
      <w:r>
        <w:rPr>
          <w:i/>
          <w:iCs/>
          <w:sz w:val="24"/>
          <w:szCs w:val="24"/>
        </w:rPr>
        <w:t>2° Nelli 4° angoli principale saranno 4° testini che rapresentano li 4° saggioni con suoi rami d’albero e altro ornamento che concerne al significato delle medeme di molto rilievo e ben lavorati a perfezione.</w:t>
      </w:r>
    </w:p>
    <w:p w14:paraId="01FDDF95" w14:textId="77777777" w:rsidR="003F3E0C" w:rsidRDefault="003F3E0C" w:rsidP="003F3E0C">
      <w:pPr>
        <w:jc w:val="both"/>
        <w:rPr>
          <w:i/>
          <w:iCs/>
          <w:sz w:val="24"/>
          <w:szCs w:val="24"/>
        </w:rPr>
      </w:pPr>
      <w:r>
        <w:rPr>
          <w:i/>
          <w:iCs/>
          <w:sz w:val="24"/>
          <w:szCs w:val="24"/>
        </w:rPr>
        <w:t>3° ne i lati 2i ci saranno altri ornamenti che rapresentano la prudenza la guerra giustizia e magnificenza con suoi geroglifichi legati con quello del cantone con un festone di fiori de nel medemo ci siano de fiori isolati e tutto 2° dimostra il disegnio a 2° ordinerà l’architetto.</w:t>
      </w:r>
    </w:p>
    <w:p w14:paraId="03770EA8" w14:textId="77777777" w:rsidR="003F3E0C" w:rsidRDefault="003F3E0C" w:rsidP="003F3E0C">
      <w:pPr>
        <w:jc w:val="both"/>
        <w:rPr>
          <w:i/>
          <w:iCs/>
          <w:sz w:val="24"/>
          <w:szCs w:val="24"/>
        </w:rPr>
      </w:pPr>
      <w:r>
        <w:rPr>
          <w:i/>
          <w:iCs/>
          <w:sz w:val="24"/>
          <w:szCs w:val="24"/>
        </w:rPr>
        <w:t>4° Che nella cornice gia fatta siano obligati di fare 3e ordini di intagli o vero due 2° sul posto determinerà l’architetto al maggior modo che possa fare l’opera perfetta.</w:t>
      </w:r>
    </w:p>
    <w:p w14:paraId="0979E701" w14:textId="77777777" w:rsidR="003F3E0C" w:rsidRDefault="003F3E0C" w:rsidP="003F3E0C">
      <w:pPr>
        <w:jc w:val="both"/>
        <w:rPr>
          <w:i/>
          <w:iCs/>
          <w:sz w:val="24"/>
          <w:szCs w:val="24"/>
        </w:rPr>
      </w:pPr>
      <w:r>
        <w:rPr>
          <w:i/>
          <w:iCs/>
          <w:sz w:val="24"/>
          <w:szCs w:val="24"/>
        </w:rPr>
        <w:t>Tutto a opera conlaudata e di tutta perfezione.</w:t>
      </w:r>
      <w:r w:rsidR="00000000">
        <w:rPr>
          <w:i/>
          <w:iCs/>
          <w:sz w:val="24"/>
          <w:szCs w:val="24"/>
        </w:rPr>
        <w:pict w14:anchorId="05C229A0">
          <v:rect id="_x0000_i1211" style="width:0;height:1.5pt" o:hralign="center" o:hrstd="t" o:hr="t" fillcolor="#a0a0a0" stroked="f"/>
        </w:pict>
      </w:r>
    </w:p>
    <w:p w14:paraId="249FBCAA" w14:textId="77777777" w:rsidR="003F3E0C" w:rsidRDefault="003F3E0C" w:rsidP="003F3E0C">
      <w:pPr>
        <w:jc w:val="right"/>
        <w:rPr>
          <w:i/>
          <w:iCs/>
          <w:sz w:val="24"/>
          <w:szCs w:val="24"/>
        </w:rPr>
      </w:pPr>
      <w:r w:rsidRPr="00CC09E9">
        <w:rPr>
          <w:i/>
          <w:iCs/>
          <w:sz w:val="24"/>
          <w:szCs w:val="24"/>
        </w:rPr>
        <w:t>giorno di 7 Agosto 1717</w:t>
      </w:r>
    </w:p>
    <w:p w14:paraId="1F158FE4" w14:textId="77777777" w:rsidR="003F3E0C" w:rsidRDefault="003F3E0C" w:rsidP="003F3E0C">
      <w:pPr>
        <w:jc w:val="right"/>
        <w:rPr>
          <w:i/>
          <w:iCs/>
          <w:sz w:val="24"/>
          <w:szCs w:val="24"/>
        </w:rPr>
      </w:pPr>
      <w:r>
        <w:rPr>
          <w:i/>
          <w:iCs/>
          <w:sz w:val="24"/>
          <w:szCs w:val="24"/>
        </w:rPr>
        <w:t>Don Filippo Juvarra Architetto</w:t>
      </w:r>
      <w:r w:rsidR="00000000">
        <w:rPr>
          <w:i/>
          <w:iCs/>
          <w:sz w:val="24"/>
          <w:szCs w:val="24"/>
        </w:rPr>
        <w:pict w14:anchorId="04C39DC5">
          <v:rect id="_x0000_i1212" style="width:0;height:1.5pt" o:hralign="center" o:hrstd="t" o:hr="t" fillcolor="#a0a0a0" stroked="f"/>
        </w:pict>
      </w:r>
    </w:p>
    <w:p w14:paraId="193DF160" w14:textId="77777777" w:rsidR="003F3E0C" w:rsidRDefault="003F3E0C" w:rsidP="003F3E0C">
      <w:pPr>
        <w:jc w:val="both"/>
        <w:rPr>
          <w:sz w:val="24"/>
          <w:szCs w:val="24"/>
        </w:rPr>
      </w:pPr>
      <w:r w:rsidRPr="00CC09E9">
        <w:rPr>
          <w:sz w:val="24"/>
          <w:szCs w:val="24"/>
        </w:rPr>
        <w:t>Archivio di Stato di Torino | Sezioni Riunite | Ministero della guerra | Azienda generale di fabbriche e fortificazioni (1733-1797) già Azienda generale d'artiglieria, fabbriche e fortificazioni (1717-1733) | Contratti fortificazioni | Mazzo 5 (1717-1718)</w:t>
      </w:r>
      <w:r>
        <w:rPr>
          <w:sz w:val="24"/>
          <w:szCs w:val="24"/>
        </w:rPr>
        <w:t xml:space="preserve"> | fol. 93.</w:t>
      </w:r>
    </w:p>
    <w:p w14:paraId="7861B7A7" w14:textId="77777777" w:rsidR="003F3E0C" w:rsidRDefault="003F3E0C" w:rsidP="003F3E0C">
      <w:pPr>
        <w:rPr>
          <w:sz w:val="24"/>
          <w:szCs w:val="24"/>
        </w:rPr>
      </w:pPr>
    </w:p>
    <w:p w14:paraId="57CF8252" w14:textId="77777777" w:rsidR="003F3E0C" w:rsidRDefault="003F3E0C" w:rsidP="003F3E0C">
      <w:pPr>
        <w:jc w:val="center"/>
        <w:rPr>
          <w:sz w:val="28"/>
          <w:szCs w:val="28"/>
        </w:rPr>
      </w:pPr>
      <w:r>
        <w:rPr>
          <w:sz w:val="28"/>
          <w:szCs w:val="28"/>
        </w:rPr>
        <w:t>1718</w:t>
      </w:r>
    </w:p>
    <w:p w14:paraId="4EC758FB" w14:textId="77777777" w:rsidR="003F3E0C" w:rsidRDefault="003F3E0C" w:rsidP="003F3E0C">
      <w:pPr>
        <w:jc w:val="center"/>
        <w:rPr>
          <w:i/>
          <w:iCs/>
          <w:sz w:val="24"/>
          <w:szCs w:val="24"/>
        </w:rPr>
      </w:pPr>
      <w:r w:rsidRPr="00CC09E9">
        <w:rPr>
          <w:b/>
          <w:bCs/>
          <w:sz w:val="24"/>
          <w:szCs w:val="24"/>
        </w:rPr>
        <w:t>Instruzione per li lavori di Rivoli pel l'anno 1718</w:t>
      </w:r>
      <w:r w:rsidR="00000000">
        <w:rPr>
          <w:i/>
          <w:iCs/>
          <w:sz w:val="24"/>
          <w:szCs w:val="24"/>
        </w:rPr>
        <w:pict w14:anchorId="5F883C59">
          <v:rect id="_x0000_i1213" style="width:0;height:1.5pt" o:hralign="center" o:hrstd="t" o:hr="t" fillcolor="#a0a0a0" stroked="f"/>
        </w:pict>
      </w:r>
    </w:p>
    <w:p w14:paraId="50AD832D" w14:textId="77777777" w:rsidR="003F3E0C" w:rsidRDefault="003F3E0C" w:rsidP="003F3E0C">
      <w:pPr>
        <w:jc w:val="center"/>
        <w:rPr>
          <w:i/>
          <w:iCs/>
          <w:sz w:val="24"/>
          <w:szCs w:val="24"/>
        </w:rPr>
      </w:pPr>
      <w:r>
        <w:rPr>
          <w:i/>
          <w:iCs/>
          <w:sz w:val="24"/>
          <w:szCs w:val="24"/>
        </w:rPr>
        <w:t>Mattoni</w:t>
      </w:r>
    </w:p>
    <w:p w14:paraId="2B8E4810" w14:textId="77777777" w:rsidR="003F3E0C" w:rsidRDefault="003F3E0C" w:rsidP="003F3E0C">
      <w:pPr>
        <w:jc w:val="both"/>
        <w:rPr>
          <w:i/>
          <w:iCs/>
          <w:sz w:val="24"/>
          <w:szCs w:val="24"/>
        </w:rPr>
      </w:pPr>
      <w:r>
        <w:rPr>
          <w:i/>
          <w:iCs/>
          <w:sz w:val="24"/>
          <w:szCs w:val="24"/>
        </w:rPr>
        <w:t>I mattoni saranno di bonissima qualità e della parte onde la terra sarà più megliore in quelle vicinanze verso ½ giorno e dove sino al presente provisti e siano di longezza onze 6 longezza onze 3 grosezza onza 1 ½ cotti condotti sul posto e onde non daranno incomodo al lavorare di detta opera saranno ben cotti e di tutta qualità approvati dal architetto o vero dal asistente sul posto di tutta perfezione. I quadrettoni saranno di onze 6 in quadroe grosezza onza una cotti. I quadretti saranno di onze 6 in longezza largezza onze 3 grosezza ¾ di onze tutta robba cotta e di bonissima qualità approvata come sopra e nel posto verso ½ giorno della megiore terra che si troverà.</w:t>
      </w:r>
    </w:p>
    <w:p w14:paraId="0C6F6B2D" w14:textId="77777777" w:rsidR="003F3E0C" w:rsidRDefault="003F3E0C" w:rsidP="003F3E0C">
      <w:pPr>
        <w:jc w:val="center"/>
        <w:rPr>
          <w:i/>
          <w:iCs/>
          <w:sz w:val="24"/>
          <w:szCs w:val="24"/>
        </w:rPr>
      </w:pPr>
      <w:r>
        <w:rPr>
          <w:i/>
          <w:iCs/>
          <w:sz w:val="24"/>
          <w:szCs w:val="24"/>
        </w:rPr>
        <w:t>Sabia</w:t>
      </w:r>
    </w:p>
    <w:p w14:paraId="296F5D43" w14:textId="77777777" w:rsidR="003F3E0C" w:rsidRDefault="003F3E0C" w:rsidP="003F3E0C">
      <w:pPr>
        <w:jc w:val="both"/>
        <w:rPr>
          <w:i/>
          <w:iCs/>
          <w:sz w:val="24"/>
          <w:szCs w:val="24"/>
        </w:rPr>
      </w:pPr>
      <w:r>
        <w:rPr>
          <w:i/>
          <w:iCs/>
          <w:sz w:val="24"/>
          <w:szCs w:val="24"/>
        </w:rPr>
        <w:t>La sabia sarà mescolata la metà di cava e l’altra metà di Dora ben purgata e granita senza terra e che non sia molto sotile ma granita e di perfettissima qualità e sarà misurata dal architetto o sopra stnate ogni volta che sarà amuchiata acciò seguitano sempre a portarlla perfetta e conlaudata.</w:t>
      </w:r>
    </w:p>
    <w:p w14:paraId="3059AADB" w14:textId="77777777" w:rsidR="003F3E0C" w:rsidRDefault="003F3E0C" w:rsidP="003F3E0C">
      <w:pPr>
        <w:jc w:val="center"/>
        <w:rPr>
          <w:i/>
          <w:iCs/>
          <w:sz w:val="24"/>
          <w:szCs w:val="24"/>
        </w:rPr>
      </w:pPr>
      <w:r>
        <w:rPr>
          <w:i/>
          <w:iCs/>
          <w:sz w:val="24"/>
          <w:szCs w:val="24"/>
        </w:rPr>
        <w:lastRenderedPageBreak/>
        <w:t>Calcina</w:t>
      </w:r>
    </w:p>
    <w:p w14:paraId="7AFC7363" w14:textId="77777777" w:rsidR="003F3E0C" w:rsidRDefault="003F3E0C" w:rsidP="003F3E0C">
      <w:pPr>
        <w:jc w:val="both"/>
        <w:rPr>
          <w:i/>
          <w:iCs/>
          <w:sz w:val="24"/>
          <w:szCs w:val="24"/>
        </w:rPr>
      </w:pPr>
      <w:r>
        <w:rPr>
          <w:i/>
          <w:iCs/>
          <w:sz w:val="24"/>
          <w:szCs w:val="24"/>
        </w:rPr>
        <w:t>La calcina sarà la metà forte di Soperga e l’altra metà di Vangino della meglio qualità che si troverà e ricenta in pietra non in polvere di turno perfezione e riconstruita e aprovata dal asistente.</w:t>
      </w:r>
    </w:p>
    <w:p w14:paraId="41E3A961" w14:textId="77777777" w:rsidR="003F3E0C" w:rsidRDefault="003F3E0C" w:rsidP="003F3E0C">
      <w:pPr>
        <w:jc w:val="center"/>
        <w:rPr>
          <w:i/>
          <w:iCs/>
          <w:sz w:val="24"/>
          <w:szCs w:val="24"/>
        </w:rPr>
      </w:pPr>
      <w:r>
        <w:rPr>
          <w:i/>
          <w:iCs/>
          <w:sz w:val="24"/>
          <w:szCs w:val="24"/>
        </w:rPr>
        <w:t>Fattura delle muraglie</w:t>
      </w:r>
    </w:p>
    <w:p w14:paraId="55E5D75D" w14:textId="77777777" w:rsidR="003F3E0C" w:rsidRDefault="003F3E0C" w:rsidP="003F3E0C">
      <w:pPr>
        <w:jc w:val="both"/>
        <w:rPr>
          <w:i/>
          <w:iCs/>
          <w:sz w:val="24"/>
          <w:szCs w:val="24"/>
        </w:rPr>
      </w:pPr>
      <w:r>
        <w:rPr>
          <w:i/>
          <w:iCs/>
          <w:sz w:val="24"/>
          <w:szCs w:val="24"/>
        </w:rPr>
        <w:t xml:space="preserve">La muraglia ordinaria sarà con cinte di mattoni per tutta la sua longezza e largezza e saranno tenuti di posare sempre in piano le pietre e baterlle bene col martello e scagiarlle guarnite per tutta la sua grosezza e li scanzelli sarano alti solamente onze 9 cioè che nelli spicoli o angoli o spalette di porte e finestre ci siano 5 corsi di mattoni che con la sua calcina fanno onze 9 sopra detto che siano obligati di fare nella detta muraglia tutti l’angoli della grandezza che ci sarà ordinata o spalette di porte e finestre di mattone ben lavorati in piano e tutte l’apiombature perfettamente e che le muraglie siano sempre a piombo e in piano perfetto. </w:t>
      </w:r>
    </w:p>
    <w:p w14:paraId="6D83DE8D" w14:textId="77777777" w:rsidR="003F3E0C" w:rsidRDefault="003F3E0C" w:rsidP="003F3E0C">
      <w:pPr>
        <w:jc w:val="both"/>
        <w:rPr>
          <w:i/>
          <w:iCs/>
          <w:sz w:val="24"/>
          <w:szCs w:val="24"/>
        </w:rPr>
      </w:pPr>
      <w:r>
        <w:rPr>
          <w:i/>
          <w:iCs/>
          <w:sz w:val="24"/>
          <w:szCs w:val="24"/>
        </w:rPr>
        <w:t>Saranno parimente tenuti di fare tutte le canne di fornelli tutti l’archi voltini sordini ben lavorati e uniti di tutta perfezione. Doveranno ogni due maestri tenere il suo cebro d’aqua acciò la muraglia sia ben fatta a construtta. Se in caso non averanno sul lavoro maestri boni l’asistente le potrà levare dal lavoro e approvare quelli che saranno boni e perfetti e in ogni cinta di mattone ci sia fatta la sua calcinata prima abagiando i mattoni.</w:t>
      </w:r>
    </w:p>
    <w:p w14:paraId="76FDCA45" w14:textId="77777777" w:rsidR="003F3E0C" w:rsidRDefault="003F3E0C" w:rsidP="003F3E0C">
      <w:pPr>
        <w:jc w:val="both"/>
        <w:rPr>
          <w:i/>
          <w:iCs/>
          <w:sz w:val="24"/>
          <w:szCs w:val="24"/>
        </w:rPr>
      </w:pPr>
      <w:r>
        <w:rPr>
          <w:i/>
          <w:iCs/>
          <w:sz w:val="24"/>
          <w:szCs w:val="24"/>
        </w:rPr>
        <w:t>Che siano obligati di abagiare i mattoni nelli gran cebri a matton coperto e non abagnarlli amuchiate da mora qui superficiali riceveranno l’aqua e quelli di sotto mente anche saranno tenuti come sopra.</w:t>
      </w:r>
    </w:p>
    <w:p w14:paraId="0145AD6F" w14:textId="77777777" w:rsidR="003F3E0C" w:rsidRDefault="003F3E0C" w:rsidP="003F3E0C">
      <w:pPr>
        <w:jc w:val="both"/>
        <w:rPr>
          <w:i/>
          <w:iCs/>
          <w:sz w:val="24"/>
          <w:szCs w:val="24"/>
        </w:rPr>
      </w:pPr>
      <w:r>
        <w:rPr>
          <w:i/>
          <w:iCs/>
          <w:sz w:val="24"/>
          <w:szCs w:val="24"/>
        </w:rPr>
        <w:t>Le muraglie di mattoni saranno ben construtti e i corsi in piano perfetto e che i mattoni sempre siano uno sopra il vano del altro acciò s’insecino e faccino asieme un sol pezzo conforme dimostra l’asse del mesure che i mattoni siano ben messi in calcina e batuti al quanto e che la calcina rilievi fra un mattone e l’altro e la distanza non sia più d’un quarto d’onza e che ogni 3e corsi di mattoni ci sia la sua calcinata con abagiati prima i mattoni come sopra saranno obligati di fare tutti l’angoli di lesene fascie con apiombarlle perfettamente e saranno tenuti di obedire i disegni e profili del ornamenti che ci veranno ordinati con tutta pulitezza e perfezione in mancanza del quale saranno tenuti di rifarlli a loro spese se non averanno obedito il disegnio.</w:t>
      </w:r>
    </w:p>
    <w:p w14:paraId="691B323F" w14:textId="77777777" w:rsidR="003F3E0C" w:rsidRDefault="003F3E0C" w:rsidP="003F3E0C">
      <w:pPr>
        <w:jc w:val="both"/>
        <w:rPr>
          <w:i/>
          <w:iCs/>
          <w:sz w:val="24"/>
          <w:szCs w:val="24"/>
        </w:rPr>
      </w:pPr>
      <w:r>
        <w:rPr>
          <w:i/>
          <w:iCs/>
          <w:sz w:val="24"/>
          <w:szCs w:val="24"/>
        </w:rPr>
        <w:t>Anche saranno tenuti di abagniare la calcina e cavarlla bene con non lasciare gione o pietre non cotte e in questo ne abagnieranno la quantità che sarà necesaria a tal lavoro per non averne mancanza e l’impasteranno bene con le sabie sopra dette cioè la metà di cava e l’altra di Dora la quale asieme saranno pastate per la griglia sotile come anche le calcine che serviranno per le muraglie di mattoni saranno pastati da griglia sotile aprovata dal architetto o asistente.</w:t>
      </w:r>
    </w:p>
    <w:p w14:paraId="53637A32" w14:textId="77777777" w:rsidR="003F3E0C" w:rsidRDefault="003F3E0C" w:rsidP="003F3E0C">
      <w:pPr>
        <w:jc w:val="both"/>
        <w:rPr>
          <w:i/>
          <w:iCs/>
          <w:sz w:val="24"/>
          <w:szCs w:val="24"/>
        </w:rPr>
      </w:pPr>
      <w:r>
        <w:rPr>
          <w:i/>
          <w:iCs/>
          <w:sz w:val="24"/>
          <w:szCs w:val="24"/>
        </w:rPr>
        <w:t>Faranno de ponti e le centini per li archi sordini e voltini e architravi in piano e volte.</w:t>
      </w:r>
    </w:p>
    <w:p w14:paraId="2A53B744" w14:textId="77777777" w:rsidR="003F3E0C" w:rsidRDefault="003F3E0C" w:rsidP="003F3E0C">
      <w:pPr>
        <w:jc w:val="both"/>
        <w:rPr>
          <w:i/>
          <w:iCs/>
          <w:sz w:val="24"/>
          <w:szCs w:val="24"/>
        </w:rPr>
      </w:pPr>
      <w:r>
        <w:rPr>
          <w:i/>
          <w:iCs/>
          <w:sz w:val="24"/>
          <w:szCs w:val="24"/>
        </w:rPr>
        <w:t xml:space="preserve">Le volte saranno di mattoni delli migliori che si trovano e saranno lavorati ben circolari con accomodare l’assi sopra i centini acciò non farà angoli e se bisognia di sabia e saranno lavorati sotili in calcina che tra un mattone e l’altro non ci sia più che un quarto d’onza che siano bene importati e ben sararti con capelle di pietra e quando fosse necesario di lasciare le masse siano ben fatti acciò il resto della volta atacci bene e che non si veda onda o piegamento faranno le fascie di maggior grosezza e suoi sproni o rinfianchi onde gli veranno ordinati con mettere in </w:t>
      </w:r>
      <w:r>
        <w:rPr>
          <w:i/>
          <w:iCs/>
          <w:sz w:val="24"/>
          <w:szCs w:val="24"/>
        </w:rPr>
        <w:lastRenderedPageBreak/>
        <w:t>opera le chiavi tanto uniti che nelle grosezze delle muragie con suoi bolzoni e radici di legnio e questi saranno messi in luogi dove si stimerà necesario per stabilimento della fabrica e ristringimento delli vani metterano i cordoni per li luogi comodi onde veranno indicati al asistente.</w:t>
      </w:r>
    </w:p>
    <w:p w14:paraId="68AA8324" w14:textId="77777777" w:rsidR="003F3E0C" w:rsidRDefault="003F3E0C" w:rsidP="003F3E0C">
      <w:pPr>
        <w:jc w:val="both"/>
        <w:rPr>
          <w:i/>
          <w:iCs/>
          <w:sz w:val="24"/>
          <w:szCs w:val="24"/>
        </w:rPr>
      </w:pPr>
      <w:r>
        <w:rPr>
          <w:i/>
          <w:iCs/>
          <w:sz w:val="24"/>
          <w:szCs w:val="24"/>
        </w:rPr>
        <w:t>Tutta la metitura in opera delle pietre sarà a conto e arbitrio delle economia come anche la tiratura delle medesime.</w:t>
      </w:r>
    </w:p>
    <w:p w14:paraId="7075FB4E" w14:textId="77777777" w:rsidR="003F3E0C" w:rsidRDefault="003F3E0C" w:rsidP="003F3E0C">
      <w:pPr>
        <w:jc w:val="center"/>
        <w:rPr>
          <w:i/>
          <w:iCs/>
          <w:sz w:val="24"/>
          <w:szCs w:val="24"/>
        </w:rPr>
      </w:pPr>
      <w:r>
        <w:rPr>
          <w:i/>
          <w:iCs/>
          <w:sz w:val="24"/>
          <w:szCs w:val="24"/>
        </w:rPr>
        <w:t>Lavori di pietra di Giaveno</w:t>
      </w:r>
    </w:p>
    <w:p w14:paraId="7936C982" w14:textId="77777777" w:rsidR="003F3E0C" w:rsidRDefault="003F3E0C" w:rsidP="003F3E0C">
      <w:pPr>
        <w:jc w:val="both"/>
        <w:rPr>
          <w:i/>
          <w:iCs/>
          <w:sz w:val="24"/>
          <w:szCs w:val="24"/>
        </w:rPr>
      </w:pPr>
      <w:r>
        <w:rPr>
          <w:i/>
          <w:iCs/>
          <w:sz w:val="24"/>
          <w:szCs w:val="24"/>
        </w:rPr>
        <w:t xml:space="preserve">Si farà tutto il zocolo tantto interiore che esteriore della quantità che dimostra il disegnio il quale nel esteriore sarà alto 2° spicoli e grosso un piede il quale sarà della megliore pietra di quella natura e non della […] sarà lavorato e martilinato sottile e bene unito nelle comessure e i comessuri siano nel angoli entranti e ben comessi e doveranno fare li bugi delle chiavette e meterlle in opera che ci saranno soministrati come anche il piombo. </w:t>
      </w:r>
    </w:p>
    <w:p w14:paraId="45DD68E7" w14:textId="77777777" w:rsidR="003F3E0C" w:rsidRDefault="003F3E0C" w:rsidP="003F3E0C">
      <w:pPr>
        <w:jc w:val="both"/>
        <w:rPr>
          <w:i/>
          <w:iCs/>
          <w:sz w:val="24"/>
          <w:szCs w:val="24"/>
        </w:rPr>
      </w:pPr>
      <w:r>
        <w:rPr>
          <w:i/>
          <w:iCs/>
          <w:sz w:val="24"/>
          <w:szCs w:val="24"/>
        </w:rPr>
        <w:t xml:space="preserve">Il zocolo interiore sarà per la sua altezza un piede o meno come si darà il profilo e la pianta e sarà del istessa pietra ben lavorati e che l’angoli siano intieri e non rotti e che li pezzi uniti nel angoli entranti siano ben comessi e inchiavettati. </w:t>
      </w:r>
    </w:p>
    <w:p w14:paraId="5A0E3651" w14:textId="77777777" w:rsidR="003F3E0C" w:rsidRDefault="003F3E0C" w:rsidP="003F3E0C">
      <w:pPr>
        <w:jc w:val="both"/>
        <w:rPr>
          <w:i/>
          <w:iCs/>
          <w:sz w:val="24"/>
          <w:szCs w:val="24"/>
        </w:rPr>
      </w:pPr>
      <w:r>
        <w:rPr>
          <w:i/>
          <w:iCs/>
          <w:sz w:val="24"/>
          <w:szCs w:val="24"/>
        </w:rPr>
        <w:t>Tutte le base e piedestalli e lesene bugniate saranno conforme il disegnio e fatte 2° le sacome che darà l’architetto e fatti di tutta perfezione con quei intagli che porta l’architettura e il disegnio tutto ben comesso e presteranno l’asistenza nel mettere le pietre in opera.</w:t>
      </w:r>
    </w:p>
    <w:p w14:paraId="6E469771" w14:textId="77777777" w:rsidR="003F3E0C" w:rsidRDefault="003F3E0C" w:rsidP="003F3E0C">
      <w:pPr>
        <w:jc w:val="both"/>
        <w:rPr>
          <w:i/>
          <w:iCs/>
          <w:sz w:val="24"/>
          <w:szCs w:val="24"/>
        </w:rPr>
      </w:pPr>
      <w:r>
        <w:rPr>
          <w:i/>
          <w:iCs/>
          <w:sz w:val="24"/>
          <w:szCs w:val="24"/>
        </w:rPr>
        <w:t>Si faranno n° 16 colonne di pietra di cava conforme dimostra il disegnio anesso di tutta rotondità con suo immo scapo e colmino in un pezzo e che siano finissimamente martilinati con il suo diminuimento 2° porta l’ordine dorico.</w:t>
      </w:r>
    </w:p>
    <w:p w14:paraId="252CB7F9" w14:textId="77777777" w:rsidR="003F3E0C" w:rsidRDefault="003F3E0C" w:rsidP="003F3E0C">
      <w:pPr>
        <w:jc w:val="both"/>
        <w:rPr>
          <w:i/>
          <w:iCs/>
          <w:sz w:val="24"/>
          <w:szCs w:val="24"/>
        </w:rPr>
      </w:pPr>
      <w:r>
        <w:rPr>
          <w:i/>
          <w:iCs/>
          <w:sz w:val="24"/>
          <w:szCs w:val="24"/>
        </w:rPr>
        <w:t>Come altre n° 4 come il disegnio d’ordine ionico di minor grandezza ben tondi e politi con suo immo scapo e colarino.</w:t>
      </w:r>
    </w:p>
    <w:p w14:paraId="3F9A90EA" w14:textId="77777777" w:rsidR="003F3E0C" w:rsidRDefault="003F3E0C" w:rsidP="003F3E0C">
      <w:pPr>
        <w:jc w:val="both"/>
        <w:rPr>
          <w:i/>
          <w:iCs/>
          <w:sz w:val="24"/>
          <w:szCs w:val="24"/>
        </w:rPr>
      </w:pPr>
      <w:r>
        <w:rPr>
          <w:i/>
          <w:iCs/>
          <w:sz w:val="24"/>
          <w:szCs w:val="24"/>
        </w:rPr>
        <w:t>Altri n° 4 che vano un 3° nella muraglia saranno de istesso ordine con suo immo scapo e marino tutti ben martilinati e politi 2° si pote lavare la detta pietra con anerisce che quando si ritondano non fare con la punta acciò non restino machiate e inforate ma con diligenza tutta a opera conlaudata.</w:t>
      </w:r>
    </w:p>
    <w:p w14:paraId="27B64976" w14:textId="77777777" w:rsidR="003F3E0C" w:rsidRDefault="003F3E0C" w:rsidP="003F3E0C">
      <w:pPr>
        <w:jc w:val="center"/>
        <w:rPr>
          <w:i/>
          <w:iCs/>
          <w:sz w:val="24"/>
          <w:szCs w:val="24"/>
        </w:rPr>
      </w:pPr>
      <w:r>
        <w:rPr>
          <w:i/>
          <w:iCs/>
          <w:sz w:val="24"/>
          <w:szCs w:val="24"/>
        </w:rPr>
        <w:t>Capitelli e base</w:t>
      </w:r>
    </w:p>
    <w:p w14:paraId="172CEF4A" w14:textId="77777777" w:rsidR="003F3E0C" w:rsidRDefault="003F3E0C" w:rsidP="003F3E0C">
      <w:pPr>
        <w:jc w:val="both"/>
        <w:rPr>
          <w:i/>
          <w:iCs/>
          <w:sz w:val="24"/>
          <w:szCs w:val="24"/>
        </w:rPr>
      </w:pPr>
      <w:r>
        <w:rPr>
          <w:i/>
          <w:iCs/>
          <w:sz w:val="24"/>
          <w:szCs w:val="24"/>
        </w:rPr>
        <w:t>Le base e capitelli d’ordine dorico saranno di marmo di Fenestro e saranno tutto in un pezzo 2° la sacoma che gli verrà data dal architetto e nel capitello ci sia il suo ovolo intagiato come anche il suo paternoser e nel freggio qualche rosa tutto di basso rilievo conforme porta l’ordine come anche qualche riquadro nel angoli dell detto capitello tutto ad opera conlaudata e asistenza nel meterlli in opera.</w:t>
      </w:r>
    </w:p>
    <w:p w14:paraId="31E49EEF" w14:textId="77777777" w:rsidR="003F3E0C" w:rsidRDefault="003F3E0C" w:rsidP="003F3E0C">
      <w:pPr>
        <w:jc w:val="both"/>
        <w:rPr>
          <w:i/>
          <w:iCs/>
          <w:sz w:val="24"/>
          <w:szCs w:val="24"/>
        </w:rPr>
      </w:pPr>
      <w:r>
        <w:rPr>
          <w:i/>
          <w:iCs/>
          <w:sz w:val="24"/>
          <w:szCs w:val="24"/>
        </w:rPr>
        <w:t>Faranno parimente le base alle colonne picolle della sacoma che verrà ordinato dal architetto del istesso marmo come anche il suo capitello ionico con 4° voltte e suo freggio scanellato.</w:t>
      </w:r>
    </w:p>
    <w:p w14:paraId="2AB20161" w14:textId="77777777" w:rsidR="003F3E0C" w:rsidRDefault="003F3E0C" w:rsidP="003F3E0C">
      <w:pPr>
        <w:jc w:val="both"/>
        <w:rPr>
          <w:i/>
          <w:iCs/>
          <w:sz w:val="24"/>
          <w:szCs w:val="24"/>
        </w:rPr>
      </w:pPr>
      <w:r>
        <w:rPr>
          <w:i/>
          <w:iCs/>
          <w:sz w:val="24"/>
          <w:szCs w:val="24"/>
        </w:rPr>
        <w:t>Il sopra detto lavoro di pietra di Ganorvo sarà ben lavorato e martilinato sotile e l’angoli con il scalpello di taglio e sopra tutto l’angoli ben politi e nelle comesure ben uniti a sieme.</w:t>
      </w:r>
    </w:p>
    <w:p w14:paraId="09EBB5D1" w14:textId="77777777" w:rsidR="003F3E0C" w:rsidRDefault="003F3E0C" w:rsidP="003F3E0C">
      <w:pPr>
        <w:jc w:val="both"/>
        <w:rPr>
          <w:i/>
          <w:iCs/>
          <w:sz w:val="24"/>
          <w:szCs w:val="24"/>
        </w:rPr>
      </w:pPr>
      <w:r>
        <w:rPr>
          <w:i/>
          <w:iCs/>
          <w:sz w:val="24"/>
          <w:szCs w:val="24"/>
        </w:rPr>
        <w:lastRenderedPageBreak/>
        <w:t>Se in qualche capo di questi il professare vorrà megior dichiarazione lo spiegi prima del contratto acciò sia schiarito altrimente si starà a l’arbitrio dell Emo. Conseglio.</w:t>
      </w:r>
      <w:r w:rsidR="00000000">
        <w:rPr>
          <w:i/>
          <w:iCs/>
          <w:sz w:val="24"/>
          <w:szCs w:val="24"/>
        </w:rPr>
        <w:pict w14:anchorId="087FFB80">
          <v:rect id="_x0000_i1214" style="width:0;height:1.5pt" o:hralign="center" o:hrstd="t" o:hr="t" fillcolor="#a0a0a0" stroked="f"/>
        </w:pict>
      </w:r>
    </w:p>
    <w:p w14:paraId="32AAC2A8" w14:textId="77777777" w:rsidR="003F3E0C" w:rsidRDefault="003F3E0C" w:rsidP="003F3E0C">
      <w:pPr>
        <w:jc w:val="right"/>
        <w:rPr>
          <w:sz w:val="24"/>
          <w:szCs w:val="24"/>
        </w:rPr>
      </w:pPr>
      <w:r w:rsidRPr="00CC09E9">
        <w:rPr>
          <w:sz w:val="24"/>
          <w:szCs w:val="24"/>
        </w:rPr>
        <w:t>Torino a 11 Febbraio 1718</w:t>
      </w:r>
    </w:p>
    <w:p w14:paraId="5BFA758E" w14:textId="77777777" w:rsidR="003F3E0C" w:rsidRDefault="003F3E0C" w:rsidP="003F3E0C">
      <w:pPr>
        <w:jc w:val="right"/>
        <w:rPr>
          <w:i/>
          <w:iCs/>
          <w:sz w:val="24"/>
          <w:szCs w:val="24"/>
        </w:rPr>
      </w:pPr>
      <w:r>
        <w:rPr>
          <w:i/>
          <w:iCs/>
          <w:sz w:val="24"/>
          <w:szCs w:val="24"/>
        </w:rPr>
        <w:t>Don Filippo Juvarra Architetto</w:t>
      </w:r>
      <w:r w:rsidR="00000000">
        <w:rPr>
          <w:i/>
          <w:iCs/>
          <w:sz w:val="24"/>
          <w:szCs w:val="24"/>
        </w:rPr>
        <w:pict w14:anchorId="30E016D2">
          <v:rect id="_x0000_i1215" style="width:0;height:1.5pt" o:hralign="center" o:hrstd="t" o:hr="t" fillcolor="#a0a0a0" stroked="f"/>
        </w:pict>
      </w:r>
    </w:p>
    <w:p w14:paraId="327CB037" w14:textId="77777777" w:rsidR="003F3E0C" w:rsidRDefault="003F3E0C" w:rsidP="003F3E0C">
      <w:pPr>
        <w:jc w:val="both"/>
        <w:rPr>
          <w:sz w:val="24"/>
          <w:szCs w:val="24"/>
        </w:rPr>
      </w:pPr>
      <w:r w:rsidRPr="00CC09E9">
        <w:rPr>
          <w:sz w:val="24"/>
          <w:szCs w:val="24"/>
        </w:rPr>
        <w:t>Archivio di Stato di Torino | Sezioni Riunite | Ministero della guerra | Azienda generale di fabbriche e fortificazioni (1733-1797) già Azienda generale d'artiglieria, fabbriche e fortificazioni (1717-1733) | Contratti fortificazioni | Mazzo 5 (1717-1718)</w:t>
      </w:r>
      <w:r>
        <w:rPr>
          <w:sz w:val="24"/>
          <w:szCs w:val="24"/>
        </w:rPr>
        <w:t xml:space="preserve"> | foll. 195-196-197.</w:t>
      </w:r>
    </w:p>
    <w:p w14:paraId="7480E978" w14:textId="77777777" w:rsidR="003F3E0C" w:rsidRDefault="003F3E0C" w:rsidP="003F3E0C">
      <w:pPr>
        <w:rPr>
          <w:sz w:val="24"/>
          <w:szCs w:val="24"/>
        </w:rPr>
      </w:pPr>
    </w:p>
    <w:p w14:paraId="1089A957" w14:textId="77777777" w:rsidR="003F3E0C" w:rsidRDefault="003F3E0C" w:rsidP="003F3E0C">
      <w:pPr>
        <w:jc w:val="center"/>
        <w:rPr>
          <w:sz w:val="28"/>
          <w:szCs w:val="28"/>
        </w:rPr>
      </w:pPr>
      <w:r>
        <w:rPr>
          <w:sz w:val="28"/>
          <w:szCs w:val="28"/>
        </w:rPr>
        <w:t>1720</w:t>
      </w:r>
    </w:p>
    <w:p w14:paraId="0C32351E" w14:textId="77777777" w:rsidR="003F3E0C" w:rsidRDefault="003F3E0C" w:rsidP="003F3E0C">
      <w:pPr>
        <w:jc w:val="center"/>
        <w:rPr>
          <w:i/>
          <w:iCs/>
          <w:sz w:val="24"/>
          <w:szCs w:val="24"/>
        </w:rPr>
      </w:pPr>
      <w:r w:rsidRPr="00004E24">
        <w:rPr>
          <w:b/>
          <w:bCs/>
          <w:sz w:val="24"/>
          <w:szCs w:val="24"/>
        </w:rPr>
        <w:t xml:space="preserve">Instruzione per le stabiliture e sterniti e </w:t>
      </w:r>
      <w:r>
        <w:rPr>
          <w:b/>
          <w:bCs/>
          <w:sz w:val="24"/>
          <w:szCs w:val="24"/>
        </w:rPr>
        <w:t>stibij</w:t>
      </w:r>
      <w:r w:rsidRPr="00004E24">
        <w:rPr>
          <w:b/>
          <w:bCs/>
          <w:sz w:val="24"/>
          <w:szCs w:val="24"/>
        </w:rPr>
        <w:t xml:space="preserve"> di listelli</w:t>
      </w:r>
      <w:r w:rsidR="00000000">
        <w:rPr>
          <w:i/>
          <w:iCs/>
          <w:sz w:val="24"/>
          <w:szCs w:val="24"/>
        </w:rPr>
        <w:pict w14:anchorId="1FD84E68">
          <v:rect id="_x0000_i1216" style="width:0;height:1.5pt" o:hralign="center" o:hrstd="t" o:hr="t" fillcolor="#a0a0a0" stroked="f"/>
        </w:pict>
      </w:r>
    </w:p>
    <w:p w14:paraId="7D2C7073" w14:textId="77777777" w:rsidR="003F3E0C" w:rsidRDefault="003F3E0C" w:rsidP="003F3E0C">
      <w:pPr>
        <w:jc w:val="both"/>
        <w:rPr>
          <w:i/>
          <w:iCs/>
          <w:sz w:val="24"/>
          <w:szCs w:val="24"/>
        </w:rPr>
      </w:pPr>
      <w:r>
        <w:rPr>
          <w:i/>
          <w:iCs/>
          <w:sz w:val="24"/>
          <w:szCs w:val="24"/>
        </w:rPr>
        <w:t>Le stabiliture saranno di due maniere e ordinarie e all’italiana. Le ordinarie saranno tutte di calcina fatte di Valgioia o altra simile e nelli angoli o spicoli ci sarà il 3° di gesso e saranno fatte in piano perfetto e a piombo con tutta diligenza.</w:t>
      </w:r>
    </w:p>
    <w:p w14:paraId="2CE2E098" w14:textId="77777777" w:rsidR="003F3E0C" w:rsidRDefault="003F3E0C" w:rsidP="003F3E0C">
      <w:pPr>
        <w:jc w:val="both"/>
        <w:rPr>
          <w:i/>
          <w:iCs/>
          <w:sz w:val="24"/>
          <w:szCs w:val="24"/>
        </w:rPr>
      </w:pPr>
      <w:r>
        <w:rPr>
          <w:i/>
          <w:iCs/>
          <w:sz w:val="24"/>
          <w:szCs w:val="24"/>
        </w:rPr>
        <w:t>Le altre saranno all’italiana fatte con suoi rigoni e nelli angoli ci sarà il suo 3° di gesso e questi devono essere di tutta perfezzione e bene in piano e a piombo senza nesun avanzamento o gobba il tutto a opera conlaudata.</w:t>
      </w:r>
    </w:p>
    <w:p w14:paraId="16CEE197" w14:textId="77777777" w:rsidR="003F3E0C" w:rsidRDefault="003F3E0C" w:rsidP="003F3E0C">
      <w:pPr>
        <w:jc w:val="center"/>
        <w:rPr>
          <w:i/>
          <w:iCs/>
          <w:sz w:val="24"/>
          <w:szCs w:val="24"/>
        </w:rPr>
      </w:pPr>
      <w:r>
        <w:rPr>
          <w:i/>
          <w:iCs/>
          <w:sz w:val="24"/>
          <w:szCs w:val="24"/>
        </w:rPr>
        <w:t>Sterniti di quadrettoni</w:t>
      </w:r>
    </w:p>
    <w:p w14:paraId="19B12471" w14:textId="77777777" w:rsidR="003F3E0C" w:rsidRDefault="003F3E0C" w:rsidP="003F3E0C">
      <w:pPr>
        <w:jc w:val="both"/>
        <w:rPr>
          <w:i/>
          <w:iCs/>
          <w:sz w:val="24"/>
          <w:szCs w:val="24"/>
        </w:rPr>
      </w:pPr>
      <w:r>
        <w:rPr>
          <w:i/>
          <w:iCs/>
          <w:sz w:val="24"/>
          <w:szCs w:val="24"/>
        </w:rPr>
        <w:t>I detti sterniti di quadrettoni saranno ligati e saranno bene uniti a sieme e anche ben cotti di tetti di Rivoli con le sue guide d’intorno il tutto fatto a opera conlaudata.</w:t>
      </w:r>
    </w:p>
    <w:p w14:paraId="3BCFBA93" w14:textId="77777777" w:rsidR="003F3E0C" w:rsidRDefault="003F3E0C" w:rsidP="003F3E0C">
      <w:pPr>
        <w:jc w:val="both"/>
        <w:rPr>
          <w:i/>
          <w:iCs/>
          <w:sz w:val="24"/>
          <w:szCs w:val="24"/>
        </w:rPr>
      </w:pPr>
      <w:r>
        <w:rPr>
          <w:i/>
          <w:iCs/>
          <w:sz w:val="24"/>
          <w:szCs w:val="24"/>
        </w:rPr>
        <w:t>Quelli che saranno di quadretti rustici saranno delli tetti di Rivoli ben cotti e messe asieme con tutta diligenza e le linee di detti che marcino rettamente con lasciare pochissima calcina fra una e l’altra e che tochino asieme tutta a opera conlaudata.</w:t>
      </w:r>
    </w:p>
    <w:p w14:paraId="2B3563BC" w14:textId="77777777" w:rsidR="003F3E0C" w:rsidRDefault="003F3E0C" w:rsidP="003F3E0C">
      <w:pPr>
        <w:jc w:val="both"/>
        <w:rPr>
          <w:i/>
          <w:iCs/>
          <w:sz w:val="24"/>
          <w:szCs w:val="24"/>
        </w:rPr>
      </w:pPr>
      <w:r>
        <w:rPr>
          <w:i/>
          <w:iCs/>
          <w:sz w:val="24"/>
          <w:szCs w:val="24"/>
        </w:rPr>
        <w:t>Quelle di pianelle saranno ancora rustici con farlle ben cotte e delli medemi tetti di Rivoli.</w:t>
      </w:r>
    </w:p>
    <w:p w14:paraId="3A3FDDF7" w14:textId="77777777" w:rsidR="003F3E0C" w:rsidRDefault="003F3E0C" w:rsidP="003F3E0C">
      <w:pPr>
        <w:jc w:val="both"/>
        <w:rPr>
          <w:i/>
          <w:iCs/>
          <w:sz w:val="24"/>
          <w:szCs w:val="24"/>
        </w:rPr>
      </w:pPr>
      <w:r>
        <w:rPr>
          <w:i/>
          <w:iCs/>
          <w:sz w:val="24"/>
          <w:szCs w:val="24"/>
        </w:rPr>
        <w:t>Stibij listelli</w:t>
      </w:r>
    </w:p>
    <w:p w14:paraId="3F332F30" w14:textId="77777777" w:rsidR="003F3E0C" w:rsidRDefault="003F3E0C" w:rsidP="003F3E0C">
      <w:pPr>
        <w:jc w:val="both"/>
        <w:rPr>
          <w:i/>
          <w:iCs/>
          <w:sz w:val="24"/>
          <w:szCs w:val="24"/>
        </w:rPr>
      </w:pPr>
      <w:r>
        <w:rPr>
          <w:i/>
          <w:iCs/>
          <w:sz w:val="24"/>
          <w:szCs w:val="24"/>
        </w:rPr>
        <w:t>Li stibij di listelli saranno fatti 2° verrà segniato e ordinato sul luogo e saranno di boni legni e i montanti ben piani e dritti e saranno incastrati dentro il muro al meno per 3e onze e dove ci sono porte e finestre se ne metteranno due con il suo incastro per la porta e da sino a l’altro non ci sia più 30 onze e dove le porte porteranno qualche altra di 7 riduzione si facci senza prigiudizio grande della detta misura e le legni per traverso siano incastrati a mezzo a mezzo con i montanti e bene inchiodati con chiodi che si posso ribattere dell altra parte dette armature per maggior sodezza si darà de ferri per asicurarlli in qualche parte che si guarderà necessario e saranno tenuti di metterlli in opera.</w:t>
      </w:r>
    </w:p>
    <w:p w14:paraId="29A611D7" w14:textId="77777777" w:rsidR="003F3E0C" w:rsidRDefault="003F3E0C" w:rsidP="003F3E0C">
      <w:pPr>
        <w:jc w:val="both"/>
        <w:rPr>
          <w:i/>
          <w:iCs/>
          <w:sz w:val="24"/>
          <w:szCs w:val="24"/>
        </w:rPr>
      </w:pPr>
      <w:r>
        <w:rPr>
          <w:i/>
          <w:iCs/>
          <w:sz w:val="24"/>
          <w:szCs w:val="24"/>
        </w:rPr>
        <w:t xml:space="preserve">I listelli saranno di onza una in quadro di grosezza e saranno inchiodati in ogni parte che si toccano uno a l’altro con chiodi di suficiente longezza e grosezza e le deti listelli saranno messi </w:t>
      </w:r>
      <w:r>
        <w:rPr>
          <w:i/>
          <w:iCs/>
          <w:sz w:val="24"/>
          <w:szCs w:val="24"/>
        </w:rPr>
        <w:lastRenderedPageBreak/>
        <w:t>in cure curve come facciata a l’altra e saranno riempiti li vani con pezzetti di mattoni e con bona calcina di Valgioia e il 3° di bon gesso e li listelli siano bagniate primo d’investirlli le stabiliture saranno bene a piombo e di tutta perfezione il tutto a opera conlaudata.</w:t>
      </w:r>
    </w:p>
    <w:p w14:paraId="630730EE" w14:textId="77777777" w:rsidR="003F3E0C" w:rsidRDefault="003F3E0C" w:rsidP="003F3E0C">
      <w:pPr>
        <w:jc w:val="both"/>
        <w:rPr>
          <w:i/>
          <w:iCs/>
          <w:sz w:val="24"/>
          <w:szCs w:val="24"/>
        </w:rPr>
      </w:pPr>
      <w:r>
        <w:rPr>
          <w:i/>
          <w:iCs/>
          <w:sz w:val="24"/>
          <w:szCs w:val="24"/>
        </w:rPr>
        <w:t>I stibij semplici saranno l’armature della medema maniera di sopra però listelatti da una sola parte e grosezze delli montanti non siano meno d’una onza e mezza al meno e la sua longezza di onze 3 ½ al meno e questo s’intende parimente per li stibij doppij il tutto bene inchiodato a opera conlaudata.</w:t>
      </w:r>
      <w:r w:rsidR="00000000">
        <w:rPr>
          <w:i/>
          <w:iCs/>
          <w:sz w:val="24"/>
          <w:szCs w:val="24"/>
        </w:rPr>
        <w:pict w14:anchorId="4844B6A2">
          <v:rect id="_x0000_i1217" style="width:0;height:1.5pt" o:hralign="center" o:hrstd="t" o:hr="t" fillcolor="#a0a0a0" stroked="f"/>
        </w:pict>
      </w:r>
    </w:p>
    <w:p w14:paraId="25ED13C6" w14:textId="77777777" w:rsidR="003F3E0C" w:rsidRDefault="003F3E0C" w:rsidP="003F3E0C">
      <w:pPr>
        <w:jc w:val="right"/>
        <w:rPr>
          <w:i/>
          <w:iCs/>
          <w:sz w:val="24"/>
          <w:szCs w:val="24"/>
        </w:rPr>
      </w:pPr>
      <w:r w:rsidRPr="00CC09E9">
        <w:rPr>
          <w:i/>
          <w:iCs/>
          <w:sz w:val="24"/>
          <w:szCs w:val="24"/>
        </w:rPr>
        <w:t>giorno di 28 Marzo 1720</w:t>
      </w:r>
    </w:p>
    <w:p w14:paraId="131C4955" w14:textId="77777777" w:rsidR="003F3E0C" w:rsidRDefault="003F3E0C" w:rsidP="003F3E0C">
      <w:pPr>
        <w:jc w:val="right"/>
        <w:rPr>
          <w:i/>
          <w:iCs/>
          <w:sz w:val="24"/>
          <w:szCs w:val="24"/>
        </w:rPr>
      </w:pPr>
      <w:r>
        <w:rPr>
          <w:i/>
          <w:iCs/>
          <w:sz w:val="24"/>
          <w:szCs w:val="24"/>
        </w:rPr>
        <w:t>Cavaliere Don Filippo Juvarra Architetto</w:t>
      </w:r>
      <w:r w:rsidR="00000000">
        <w:rPr>
          <w:i/>
          <w:iCs/>
          <w:sz w:val="24"/>
          <w:szCs w:val="24"/>
        </w:rPr>
        <w:pict w14:anchorId="0F1F504D">
          <v:rect id="_x0000_i1218" style="width:0;height:1.5pt" o:hralign="center" o:hrstd="t" o:hr="t" fillcolor="#a0a0a0" stroked="f"/>
        </w:pict>
      </w:r>
    </w:p>
    <w:p w14:paraId="3F35F069" w14:textId="77777777" w:rsidR="003F3E0C" w:rsidRPr="00226BA7" w:rsidRDefault="003F3E0C" w:rsidP="003F3E0C">
      <w:pPr>
        <w:jc w:val="both"/>
        <w:rPr>
          <w:sz w:val="24"/>
          <w:szCs w:val="24"/>
        </w:rPr>
      </w:pPr>
      <w:r w:rsidRPr="00226BA7">
        <w:rPr>
          <w:sz w:val="24"/>
          <w:szCs w:val="24"/>
        </w:rPr>
        <w:t>Archivio di Stato di Torino | Sezioni Riunite | Ministero della guerra | Azienda generale di fabbriche e fortificazioni (1733-1797) già Azienda generale d'artiglieria, fabbriche e fortificazioni (1717-1733) | Contratti fortificazioni | Mazzo 7 (1720) | foll. 131-132.</w:t>
      </w:r>
    </w:p>
    <w:p w14:paraId="1354BE45" w14:textId="77777777" w:rsidR="003F3E0C" w:rsidRDefault="003F3E0C" w:rsidP="003F3E0C">
      <w:pPr>
        <w:jc w:val="both"/>
        <w:rPr>
          <w:i/>
          <w:iCs/>
          <w:sz w:val="24"/>
          <w:szCs w:val="24"/>
        </w:rPr>
      </w:pPr>
    </w:p>
    <w:p w14:paraId="3514138A" w14:textId="77777777" w:rsidR="003F3E0C" w:rsidRDefault="003F3E0C" w:rsidP="003F3E0C">
      <w:pPr>
        <w:jc w:val="center"/>
        <w:rPr>
          <w:i/>
          <w:iCs/>
          <w:sz w:val="24"/>
          <w:szCs w:val="24"/>
        </w:rPr>
      </w:pPr>
      <w:r w:rsidRPr="00004E24">
        <w:rPr>
          <w:b/>
          <w:bCs/>
          <w:i/>
          <w:iCs/>
          <w:sz w:val="24"/>
          <w:szCs w:val="24"/>
        </w:rPr>
        <w:t>Instruzione di muraglie per il Real Castello di Rivoli</w:t>
      </w:r>
      <w:r w:rsidR="00000000">
        <w:rPr>
          <w:i/>
          <w:iCs/>
          <w:sz w:val="24"/>
          <w:szCs w:val="24"/>
        </w:rPr>
        <w:pict w14:anchorId="3F585F95">
          <v:rect id="_x0000_i1219" style="width:0;height:1.5pt" o:hralign="center" o:hrstd="t" o:hr="t" fillcolor="#a0a0a0" stroked="f"/>
        </w:pict>
      </w:r>
    </w:p>
    <w:p w14:paraId="5E3E70FE" w14:textId="77777777" w:rsidR="003F3E0C" w:rsidRDefault="003F3E0C" w:rsidP="003F3E0C">
      <w:pPr>
        <w:jc w:val="both"/>
        <w:rPr>
          <w:i/>
          <w:iCs/>
          <w:sz w:val="24"/>
          <w:szCs w:val="24"/>
        </w:rPr>
      </w:pPr>
      <w:r>
        <w:rPr>
          <w:i/>
          <w:iCs/>
          <w:sz w:val="24"/>
          <w:szCs w:val="24"/>
        </w:rPr>
        <w:t>Muraglie ordinarie con sue cinte di mattoni saranno 2° la grosezza che gli sarà data e da un scanzello a l’altro non ci siano altro che cinque mattoni un sopra l’altro messe in calcina e la calcina fra uno e l’altro non sia più di un 3° di onza per tutta la sua longezza e largezza e le cinte o scanzelli siano di boni mattoni cotti e ben guarniti. Le pietre noteranno in calcina e saranno ben battuti con il martello e ben guarniti fra una pietra e l’altra e le dette muraglie saranno bene a piombo e lo scanzelli in piano perfetto.</w:t>
      </w:r>
    </w:p>
    <w:p w14:paraId="1C81B4A4" w14:textId="77777777" w:rsidR="003F3E0C" w:rsidRDefault="003F3E0C" w:rsidP="003F3E0C">
      <w:pPr>
        <w:jc w:val="both"/>
        <w:rPr>
          <w:i/>
          <w:iCs/>
          <w:sz w:val="24"/>
          <w:szCs w:val="24"/>
        </w:rPr>
      </w:pPr>
      <w:r>
        <w:rPr>
          <w:i/>
          <w:iCs/>
          <w:sz w:val="24"/>
          <w:szCs w:val="24"/>
        </w:rPr>
        <w:t>Saranno tenuti di fare tutti i spicoli delle finestre e porte di onze 9 come anche i voltini e sordini e parimente le canne di fornelli saranno infascate e le dette muraglie bene guarnite e infascate a pietra coperta tutta a opera conlaudata.</w:t>
      </w:r>
    </w:p>
    <w:p w14:paraId="36FBAE6D" w14:textId="77777777" w:rsidR="003F3E0C" w:rsidRDefault="003F3E0C" w:rsidP="003F3E0C">
      <w:pPr>
        <w:jc w:val="center"/>
        <w:rPr>
          <w:i/>
          <w:iCs/>
          <w:sz w:val="24"/>
          <w:szCs w:val="24"/>
        </w:rPr>
      </w:pPr>
      <w:r>
        <w:rPr>
          <w:i/>
          <w:iCs/>
          <w:sz w:val="24"/>
          <w:szCs w:val="24"/>
        </w:rPr>
        <w:t>Muraglie mattoni</w:t>
      </w:r>
    </w:p>
    <w:p w14:paraId="705F63EF" w14:textId="77777777" w:rsidR="003F3E0C" w:rsidRDefault="003F3E0C" w:rsidP="003F3E0C">
      <w:pPr>
        <w:jc w:val="both"/>
        <w:rPr>
          <w:i/>
          <w:iCs/>
          <w:sz w:val="24"/>
          <w:szCs w:val="24"/>
        </w:rPr>
      </w:pPr>
      <w:r>
        <w:rPr>
          <w:i/>
          <w:iCs/>
          <w:sz w:val="24"/>
          <w:szCs w:val="24"/>
        </w:rPr>
        <w:t>Le muraglie di mattoni sarà lavorata diligentemente con bona calcina di Valgioia e con sabbia di cava e di Dora cioè un 3° di cava e 2/3 di Dora ben impastata e pasata acciò non resti fra un mattone e l’altro non più che un 3° di onza a ogni tre corsi si farà la sua calcinata per tutta detta muraglia e i mattoni saranno abagniati ne cebri a maton coperto sarano tenuti di fare volti voltini e sordini 2° il sesto che gli sarà dato e non pretender nulla dalle apiombature delle spicoli delle finestre e porte e altri rami che saranno nelle medeme e saranno imbocate con restare il suo mattone scoperto e con tutta diligenzza tutta a opera conlaudata.</w:t>
      </w:r>
    </w:p>
    <w:p w14:paraId="1689CDF3" w14:textId="77777777" w:rsidR="003F3E0C" w:rsidRDefault="003F3E0C" w:rsidP="003F3E0C">
      <w:pPr>
        <w:jc w:val="center"/>
        <w:rPr>
          <w:i/>
          <w:iCs/>
          <w:sz w:val="24"/>
          <w:szCs w:val="24"/>
        </w:rPr>
      </w:pPr>
      <w:r>
        <w:rPr>
          <w:i/>
          <w:iCs/>
          <w:sz w:val="24"/>
          <w:szCs w:val="24"/>
        </w:rPr>
        <w:t>Volte mattoni</w:t>
      </w:r>
    </w:p>
    <w:p w14:paraId="3FAE9C26" w14:textId="77777777" w:rsidR="003F3E0C" w:rsidRDefault="003F3E0C" w:rsidP="003F3E0C">
      <w:pPr>
        <w:jc w:val="both"/>
        <w:rPr>
          <w:i/>
          <w:iCs/>
          <w:sz w:val="24"/>
          <w:szCs w:val="24"/>
        </w:rPr>
      </w:pPr>
      <w:r>
        <w:rPr>
          <w:i/>
          <w:iCs/>
          <w:sz w:val="24"/>
          <w:szCs w:val="24"/>
        </w:rPr>
        <w:t xml:space="preserve">Le voltte saranno di mattoni ben cotti e sottili in calcina con la detta calcina ben passata e forte di soperga e si farà 2° le grandezze delle stanze e di quella figura che sarà ritrovata necesaria con sue lunette o altro e si misurera 2 li nove constituzioni saranno tenuti di fare li centini o altra armatura necesaria e se in caso replicando i centini in una istessa volta sia a linea altrimente </w:t>
      </w:r>
      <w:r>
        <w:rPr>
          <w:i/>
          <w:iCs/>
          <w:sz w:val="24"/>
          <w:szCs w:val="24"/>
        </w:rPr>
        <w:lastRenderedPageBreak/>
        <w:t>saranno tenuti rifarlla a tutta linea senza nesuno avanzamento e faranno le sue fascie 2° ricercha la grandezza di detta volta con suoi sproni di muraglia ordinaria con bona calcina di Valgioia e mattoni il tutto a opera conlaudata.</w:t>
      </w:r>
      <w:r w:rsidR="00000000">
        <w:rPr>
          <w:i/>
          <w:iCs/>
          <w:sz w:val="24"/>
          <w:szCs w:val="24"/>
        </w:rPr>
        <w:pict w14:anchorId="3C57A727">
          <v:rect id="_x0000_i1220" style="width:0;height:1.5pt" o:hralign="center" o:hrstd="t" o:hr="t" fillcolor="#a0a0a0" stroked="f"/>
        </w:pict>
      </w:r>
    </w:p>
    <w:p w14:paraId="28A9327A" w14:textId="77777777" w:rsidR="003F3E0C" w:rsidRDefault="003F3E0C" w:rsidP="003F3E0C">
      <w:pPr>
        <w:jc w:val="right"/>
        <w:rPr>
          <w:i/>
          <w:iCs/>
          <w:sz w:val="24"/>
          <w:szCs w:val="24"/>
        </w:rPr>
      </w:pPr>
      <w:r w:rsidRPr="00CC09E9">
        <w:rPr>
          <w:i/>
          <w:iCs/>
          <w:sz w:val="24"/>
          <w:szCs w:val="24"/>
        </w:rPr>
        <w:t>giorno di 28 Marzo 1720</w:t>
      </w:r>
    </w:p>
    <w:p w14:paraId="7E022F89" w14:textId="77777777" w:rsidR="003F3E0C" w:rsidRDefault="003F3E0C" w:rsidP="003F3E0C">
      <w:pPr>
        <w:jc w:val="right"/>
        <w:rPr>
          <w:i/>
          <w:iCs/>
          <w:sz w:val="24"/>
          <w:szCs w:val="24"/>
        </w:rPr>
      </w:pPr>
      <w:r>
        <w:rPr>
          <w:i/>
          <w:iCs/>
          <w:sz w:val="24"/>
          <w:szCs w:val="24"/>
        </w:rPr>
        <w:t>Cavaliere Don Filippo Juvarra Architetto</w:t>
      </w:r>
      <w:r w:rsidR="00000000">
        <w:rPr>
          <w:i/>
          <w:iCs/>
          <w:sz w:val="24"/>
          <w:szCs w:val="24"/>
        </w:rPr>
        <w:pict w14:anchorId="09B45CB6">
          <v:rect id="_x0000_i1221" style="width:0;height:1.5pt" o:hralign="center" o:hrstd="t" o:hr="t" fillcolor="#a0a0a0" stroked="f"/>
        </w:pict>
      </w:r>
    </w:p>
    <w:p w14:paraId="34E683F8" w14:textId="77777777" w:rsidR="003F3E0C" w:rsidRPr="00226BA7" w:rsidRDefault="003F3E0C" w:rsidP="003F3E0C">
      <w:pPr>
        <w:jc w:val="both"/>
        <w:rPr>
          <w:sz w:val="24"/>
          <w:szCs w:val="24"/>
        </w:rPr>
      </w:pPr>
      <w:r w:rsidRPr="00226BA7">
        <w:rPr>
          <w:sz w:val="24"/>
          <w:szCs w:val="24"/>
        </w:rPr>
        <w:t>Archivio di Stato di Torino | Sezioni Riunite | Ministero della guerra | Azienda generale di fabbriche e fortificazioni (1733-1797) già Azienda generale d'artiglieria, fabbriche e fortificazioni (1717-1733) | Contratti fortificazioni | Mazzo 7 (1720) | foll. 133-134.</w:t>
      </w:r>
    </w:p>
    <w:p w14:paraId="0A619BD6" w14:textId="77777777" w:rsidR="003F3E0C" w:rsidRDefault="003F3E0C" w:rsidP="003F3E0C">
      <w:pPr>
        <w:jc w:val="both"/>
        <w:rPr>
          <w:i/>
          <w:iCs/>
          <w:sz w:val="24"/>
          <w:szCs w:val="24"/>
        </w:rPr>
      </w:pPr>
    </w:p>
    <w:p w14:paraId="5DA412F1" w14:textId="77777777" w:rsidR="003F3E0C" w:rsidRDefault="003F3E0C" w:rsidP="003F3E0C">
      <w:pPr>
        <w:jc w:val="center"/>
        <w:rPr>
          <w:sz w:val="28"/>
          <w:szCs w:val="28"/>
        </w:rPr>
      </w:pPr>
      <w:r>
        <w:rPr>
          <w:sz w:val="28"/>
          <w:szCs w:val="28"/>
        </w:rPr>
        <w:t>1721</w:t>
      </w:r>
    </w:p>
    <w:p w14:paraId="7A779C36" w14:textId="77777777" w:rsidR="003F3E0C" w:rsidRDefault="003F3E0C" w:rsidP="003F3E0C">
      <w:pPr>
        <w:jc w:val="center"/>
        <w:rPr>
          <w:i/>
          <w:iCs/>
          <w:sz w:val="24"/>
          <w:szCs w:val="24"/>
        </w:rPr>
      </w:pPr>
      <w:r w:rsidRPr="00004E24">
        <w:rPr>
          <w:b/>
          <w:bCs/>
          <w:i/>
          <w:iCs/>
          <w:sz w:val="24"/>
          <w:szCs w:val="24"/>
        </w:rPr>
        <w:t xml:space="preserve">Instruzione dell sternito dell atrio dell appartamento </w:t>
      </w:r>
      <w:r>
        <w:rPr>
          <w:b/>
          <w:bCs/>
          <w:i/>
          <w:iCs/>
          <w:sz w:val="24"/>
          <w:szCs w:val="24"/>
        </w:rPr>
        <w:t>terreno</w:t>
      </w:r>
      <w:r w:rsidRPr="00004E24">
        <w:rPr>
          <w:b/>
          <w:bCs/>
          <w:i/>
          <w:iCs/>
          <w:sz w:val="24"/>
          <w:szCs w:val="24"/>
        </w:rPr>
        <w:t xml:space="preserve"> di Sa</w:t>
      </w:r>
      <w:r>
        <w:rPr>
          <w:b/>
          <w:bCs/>
          <w:i/>
          <w:iCs/>
          <w:sz w:val="24"/>
          <w:szCs w:val="24"/>
        </w:rPr>
        <w:t>.</w:t>
      </w:r>
      <w:r w:rsidRPr="00004E24">
        <w:rPr>
          <w:b/>
          <w:bCs/>
          <w:i/>
          <w:iCs/>
          <w:sz w:val="24"/>
          <w:szCs w:val="24"/>
        </w:rPr>
        <w:t xml:space="preserve"> Ma</w:t>
      </w:r>
      <w:r>
        <w:rPr>
          <w:b/>
          <w:bCs/>
          <w:i/>
          <w:iCs/>
          <w:sz w:val="24"/>
          <w:szCs w:val="24"/>
        </w:rPr>
        <w:t>.</w:t>
      </w:r>
      <w:r w:rsidRPr="00004E24">
        <w:rPr>
          <w:b/>
          <w:bCs/>
          <w:i/>
          <w:iCs/>
          <w:sz w:val="24"/>
          <w:szCs w:val="24"/>
        </w:rPr>
        <w:t xml:space="preserve"> in Rivoli</w:t>
      </w:r>
      <w:r w:rsidR="00000000">
        <w:rPr>
          <w:i/>
          <w:iCs/>
          <w:sz w:val="24"/>
          <w:szCs w:val="24"/>
        </w:rPr>
        <w:pict w14:anchorId="675567EA">
          <v:rect id="_x0000_i1222" style="width:0;height:1.5pt" o:hralign="center" o:hrstd="t" o:hr="t" fillcolor="#a0a0a0" stroked="f"/>
        </w:pict>
      </w:r>
    </w:p>
    <w:p w14:paraId="59B0BCB3" w14:textId="77777777" w:rsidR="003F3E0C" w:rsidRDefault="003F3E0C" w:rsidP="003F3E0C">
      <w:pPr>
        <w:jc w:val="both"/>
        <w:rPr>
          <w:i/>
          <w:iCs/>
          <w:sz w:val="24"/>
          <w:szCs w:val="24"/>
        </w:rPr>
      </w:pPr>
      <w:r>
        <w:rPr>
          <w:i/>
          <w:iCs/>
          <w:sz w:val="24"/>
          <w:szCs w:val="24"/>
        </w:rPr>
        <w:t>Il detto sternito sarà di 3e colori cioè griggio di frabosa nero di como e marmo biancho di fenestro o di brosasco e sarà 2° il disegnio bene comesso tra una gradella e l’altra che non ci sia altra calcina che una 16a parte d’onza ugualmente cioè quanto e necesario che si cogiungono bene asieme e questa non facci deformità che l’angoli siano tutti perfetti e senza essere scantonati altrimente il lavoro non sarà conlaudato il tutto bene messo in piano e pulito lustrato in cima ugguale e perfetta simetria saranno tenuti di fare parimente le squarciati delle finestre le misure saranno 2° il disegnio la grosezza di detti mattoni sarà una onza grassa il tutto ben comesso e a opera conlaudata.</w:t>
      </w:r>
      <w:r w:rsidR="00000000">
        <w:rPr>
          <w:i/>
          <w:iCs/>
          <w:sz w:val="24"/>
          <w:szCs w:val="24"/>
        </w:rPr>
        <w:pict w14:anchorId="528065E1">
          <v:rect id="_x0000_i1223" style="width:0;height:1.5pt" o:hralign="center" o:hrstd="t" o:hr="t" fillcolor="#a0a0a0" stroked="f"/>
        </w:pict>
      </w:r>
    </w:p>
    <w:p w14:paraId="6C440D3F" w14:textId="77777777" w:rsidR="003F3E0C" w:rsidRDefault="003F3E0C" w:rsidP="003F3E0C">
      <w:pPr>
        <w:jc w:val="right"/>
        <w:rPr>
          <w:i/>
          <w:iCs/>
          <w:sz w:val="24"/>
          <w:szCs w:val="24"/>
        </w:rPr>
      </w:pPr>
      <w:r w:rsidRPr="00EC605A">
        <w:rPr>
          <w:i/>
          <w:iCs/>
          <w:sz w:val="24"/>
          <w:szCs w:val="24"/>
        </w:rPr>
        <w:t>giorno di 24 Giugno 1721</w:t>
      </w:r>
    </w:p>
    <w:p w14:paraId="444FDCC7" w14:textId="77777777" w:rsidR="006C0CAE" w:rsidRDefault="003F3E0C" w:rsidP="003F3E0C">
      <w:pPr>
        <w:jc w:val="right"/>
        <w:rPr>
          <w:i/>
          <w:iCs/>
          <w:sz w:val="24"/>
          <w:szCs w:val="24"/>
        </w:rPr>
      </w:pPr>
      <w:r>
        <w:rPr>
          <w:i/>
          <w:iCs/>
          <w:sz w:val="24"/>
          <w:szCs w:val="24"/>
        </w:rPr>
        <w:t>Cavaliere Don Filippo Juvarra Architetto</w:t>
      </w:r>
      <w:r w:rsidR="00000000">
        <w:rPr>
          <w:i/>
          <w:iCs/>
          <w:sz w:val="24"/>
          <w:szCs w:val="24"/>
        </w:rPr>
        <w:pict w14:anchorId="22D15BD5">
          <v:rect id="_x0000_i1224" style="width:0;height:1.5pt" o:hralign="center" o:hrstd="t" o:hr="t" fillcolor="#a0a0a0" stroked="f"/>
        </w:pict>
      </w:r>
    </w:p>
    <w:p w14:paraId="09BD0B26" w14:textId="2EF33BF4" w:rsidR="003F3E0C" w:rsidRDefault="006C0CAE" w:rsidP="006C0CAE">
      <w:pPr>
        <w:jc w:val="both"/>
        <w:rPr>
          <w:i/>
          <w:iCs/>
          <w:sz w:val="24"/>
          <w:szCs w:val="24"/>
        </w:rPr>
      </w:pPr>
      <w:r>
        <w:rPr>
          <w:i/>
          <w:iCs/>
          <w:sz w:val="24"/>
          <w:szCs w:val="24"/>
        </w:rPr>
        <w:t>Sternito dell atrio dell appartamento di Sa. Ma. in Rivoli</w:t>
      </w:r>
      <w:r w:rsidR="00000000">
        <w:rPr>
          <w:i/>
          <w:iCs/>
          <w:sz w:val="24"/>
          <w:szCs w:val="24"/>
        </w:rPr>
        <w:pict w14:anchorId="19EE99E7">
          <v:rect id="_x0000_i1225" style="width:0;height:1.5pt" o:hralign="center" o:hrstd="t" o:hr="t" fillcolor="#a0a0a0" stroked="f"/>
        </w:pict>
      </w:r>
    </w:p>
    <w:p w14:paraId="34615B97" w14:textId="77777777" w:rsidR="003F3E0C" w:rsidRDefault="003F3E0C" w:rsidP="003F3E0C">
      <w:pPr>
        <w:jc w:val="both"/>
        <w:rPr>
          <w:i/>
          <w:iCs/>
          <w:sz w:val="24"/>
          <w:szCs w:val="24"/>
        </w:rPr>
      </w:pPr>
      <w:r w:rsidRPr="00226BA7">
        <w:rPr>
          <w:sz w:val="24"/>
          <w:szCs w:val="24"/>
        </w:rPr>
        <w:t>Archivio di Stato di Torino | Sezioni Riunite | Ministero della guerra | Azienda generale di fabbriche e fortificazioni (1733-1797) già Azienda generale d'artiglieria, fabbriche e fortificazioni (1717-1733) | Contratti fortificazioni | Mazzo 8 (1721) | foll. 117-119.</w:t>
      </w:r>
    </w:p>
    <w:p w14:paraId="16037ED5" w14:textId="77777777" w:rsidR="003F3E0C" w:rsidRDefault="003F3E0C" w:rsidP="003F3E0C">
      <w:pPr>
        <w:jc w:val="both"/>
        <w:rPr>
          <w:i/>
          <w:iCs/>
          <w:sz w:val="24"/>
          <w:szCs w:val="24"/>
        </w:rPr>
      </w:pPr>
    </w:p>
    <w:p w14:paraId="1F257617" w14:textId="77777777" w:rsidR="003F3E0C" w:rsidRDefault="003F3E0C" w:rsidP="003F3E0C">
      <w:pPr>
        <w:jc w:val="center"/>
        <w:rPr>
          <w:i/>
          <w:iCs/>
          <w:sz w:val="24"/>
          <w:szCs w:val="24"/>
        </w:rPr>
      </w:pPr>
      <w:r w:rsidRPr="00004E24">
        <w:rPr>
          <w:b/>
          <w:bCs/>
          <w:i/>
          <w:iCs/>
          <w:sz w:val="24"/>
          <w:szCs w:val="24"/>
        </w:rPr>
        <w:t>Instruzione dell</w:t>
      </w:r>
      <w:r>
        <w:rPr>
          <w:b/>
          <w:bCs/>
          <w:i/>
          <w:iCs/>
          <w:sz w:val="24"/>
          <w:szCs w:val="24"/>
        </w:rPr>
        <w:t>a</w:t>
      </w:r>
      <w:r w:rsidRPr="00004E24">
        <w:rPr>
          <w:b/>
          <w:bCs/>
          <w:i/>
          <w:iCs/>
          <w:sz w:val="24"/>
          <w:szCs w:val="24"/>
        </w:rPr>
        <w:t xml:space="preserve"> sala dell </w:t>
      </w:r>
      <w:r>
        <w:rPr>
          <w:b/>
          <w:bCs/>
          <w:i/>
          <w:iCs/>
          <w:sz w:val="24"/>
          <w:szCs w:val="24"/>
        </w:rPr>
        <w:t>a</w:t>
      </w:r>
      <w:r w:rsidRPr="00004E24">
        <w:rPr>
          <w:b/>
          <w:bCs/>
          <w:i/>
          <w:iCs/>
          <w:sz w:val="24"/>
          <w:szCs w:val="24"/>
        </w:rPr>
        <w:t xml:space="preserve">ppartamento </w:t>
      </w:r>
      <w:r>
        <w:rPr>
          <w:b/>
          <w:bCs/>
          <w:i/>
          <w:iCs/>
          <w:sz w:val="24"/>
          <w:szCs w:val="24"/>
        </w:rPr>
        <w:t>terreno</w:t>
      </w:r>
      <w:r w:rsidRPr="00004E24">
        <w:rPr>
          <w:b/>
          <w:bCs/>
          <w:i/>
          <w:iCs/>
          <w:sz w:val="24"/>
          <w:szCs w:val="24"/>
        </w:rPr>
        <w:t xml:space="preserve"> di Sa</w:t>
      </w:r>
      <w:r>
        <w:rPr>
          <w:b/>
          <w:bCs/>
          <w:i/>
          <w:iCs/>
          <w:sz w:val="24"/>
          <w:szCs w:val="24"/>
        </w:rPr>
        <w:t>.</w:t>
      </w:r>
      <w:r w:rsidRPr="00004E24">
        <w:rPr>
          <w:b/>
          <w:bCs/>
          <w:i/>
          <w:iCs/>
          <w:sz w:val="24"/>
          <w:szCs w:val="24"/>
        </w:rPr>
        <w:t xml:space="preserve"> Ma</w:t>
      </w:r>
      <w:r>
        <w:rPr>
          <w:b/>
          <w:bCs/>
          <w:i/>
          <w:iCs/>
          <w:sz w:val="24"/>
          <w:szCs w:val="24"/>
        </w:rPr>
        <w:t>.</w:t>
      </w:r>
      <w:r w:rsidRPr="00004E24">
        <w:rPr>
          <w:b/>
          <w:bCs/>
          <w:i/>
          <w:iCs/>
          <w:sz w:val="24"/>
          <w:szCs w:val="24"/>
        </w:rPr>
        <w:t xml:space="preserve"> in Rivoli</w:t>
      </w:r>
      <w:r>
        <w:rPr>
          <w:i/>
          <w:iCs/>
          <w:sz w:val="24"/>
          <w:szCs w:val="24"/>
        </w:rPr>
        <w:t xml:space="preserve"> </w:t>
      </w:r>
      <w:r w:rsidR="00000000">
        <w:rPr>
          <w:i/>
          <w:iCs/>
          <w:sz w:val="24"/>
          <w:szCs w:val="24"/>
        </w:rPr>
        <w:pict w14:anchorId="54BCADDB">
          <v:rect id="_x0000_i1226" style="width:0;height:1.5pt" o:hralign="center" o:hrstd="t" o:hr="t" fillcolor="#a0a0a0" stroked="f"/>
        </w:pict>
      </w:r>
    </w:p>
    <w:p w14:paraId="7B30197B" w14:textId="77777777" w:rsidR="003F3E0C" w:rsidRDefault="003F3E0C" w:rsidP="003F3E0C">
      <w:pPr>
        <w:jc w:val="both"/>
        <w:rPr>
          <w:i/>
          <w:iCs/>
          <w:sz w:val="24"/>
          <w:szCs w:val="24"/>
        </w:rPr>
      </w:pPr>
      <w:r>
        <w:rPr>
          <w:i/>
          <w:iCs/>
          <w:sz w:val="24"/>
          <w:szCs w:val="24"/>
        </w:rPr>
        <w:t xml:space="preserve">La fascia in torno sarà di verde di susa e li quadrati saranno un biancho e un nervo di onze 9 in quadro e la grosezza un onza abondante il tutto ben comesso senza nesuna distanza o calcina e ben pulito e lustrato e secondo dimostra il disegnio il marmo biancho come il verde sarà dell megliore e 2° quello che si opera nel sternito o pavimento della galleria della Real Venaria nelli </w:t>
      </w:r>
      <w:r>
        <w:rPr>
          <w:i/>
          <w:iCs/>
          <w:sz w:val="24"/>
          <w:szCs w:val="24"/>
        </w:rPr>
        <w:lastRenderedPageBreak/>
        <w:t>4° angoli ci sarà un quadrato di biancho e griggio di frabosa il tutto ben messo in piano perfetto e a opera conlaudata.</w:t>
      </w:r>
      <w:r w:rsidR="00000000">
        <w:rPr>
          <w:i/>
          <w:iCs/>
          <w:sz w:val="24"/>
          <w:szCs w:val="24"/>
        </w:rPr>
        <w:pict w14:anchorId="65667C3A">
          <v:rect id="_x0000_i1227" style="width:0;height:1.5pt" o:hralign="center" o:hrstd="t" o:hr="t" fillcolor="#a0a0a0" stroked="f"/>
        </w:pict>
      </w:r>
    </w:p>
    <w:p w14:paraId="7F4E8EAC" w14:textId="77777777" w:rsidR="003F3E0C" w:rsidRDefault="003F3E0C" w:rsidP="003F3E0C">
      <w:pPr>
        <w:jc w:val="right"/>
        <w:rPr>
          <w:i/>
          <w:iCs/>
          <w:sz w:val="24"/>
          <w:szCs w:val="24"/>
        </w:rPr>
      </w:pPr>
      <w:r w:rsidRPr="00EC605A">
        <w:rPr>
          <w:i/>
          <w:iCs/>
          <w:sz w:val="24"/>
          <w:szCs w:val="24"/>
        </w:rPr>
        <w:t>giorno di 24 Giugno 1721</w:t>
      </w:r>
    </w:p>
    <w:p w14:paraId="272A0EFA" w14:textId="77777777" w:rsidR="006C0CAE" w:rsidRDefault="003F3E0C" w:rsidP="003F3E0C">
      <w:pPr>
        <w:jc w:val="right"/>
        <w:rPr>
          <w:i/>
          <w:iCs/>
          <w:sz w:val="24"/>
          <w:szCs w:val="24"/>
        </w:rPr>
      </w:pPr>
      <w:r>
        <w:rPr>
          <w:i/>
          <w:iCs/>
          <w:sz w:val="24"/>
          <w:szCs w:val="24"/>
        </w:rPr>
        <w:t>Cavaliere Don Filippo Juvarra Architetto</w:t>
      </w:r>
      <w:r w:rsidR="00000000">
        <w:rPr>
          <w:i/>
          <w:iCs/>
          <w:sz w:val="24"/>
          <w:szCs w:val="24"/>
        </w:rPr>
        <w:pict w14:anchorId="27B8BCD3">
          <v:rect id="_x0000_i1228" style="width:0;height:1.5pt" o:hralign="center" o:hrstd="t" o:hr="t" fillcolor="#a0a0a0" stroked="f"/>
        </w:pict>
      </w:r>
    </w:p>
    <w:p w14:paraId="03C45A98" w14:textId="45715080" w:rsidR="003F3E0C" w:rsidRDefault="006C0CAE" w:rsidP="006C0CAE">
      <w:pPr>
        <w:jc w:val="both"/>
        <w:rPr>
          <w:i/>
          <w:iCs/>
          <w:sz w:val="24"/>
          <w:szCs w:val="24"/>
        </w:rPr>
      </w:pPr>
      <w:r>
        <w:rPr>
          <w:i/>
          <w:iCs/>
          <w:sz w:val="24"/>
          <w:szCs w:val="24"/>
        </w:rPr>
        <w:t xml:space="preserve"> Disegnio dell pavimento della sala dell appartamento terreno di Sa. Ma. in Rivoli.</w:t>
      </w:r>
    </w:p>
    <w:p w14:paraId="6CD6E5A7" w14:textId="3DFE8ACD" w:rsidR="006C0CAE" w:rsidRDefault="006C0CAE" w:rsidP="006C0CAE">
      <w:pPr>
        <w:jc w:val="both"/>
        <w:rPr>
          <w:i/>
          <w:iCs/>
          <w:sz w:val="24"/>
          <w:szCs w:val="24"/>
        </w:rPr>
      </w:pPr>
      <w:r>
        <w:rPr>
          <w:i/>
          <w:iCs/>
          <w:sz w:val="24"/>
          <w:szCs w:val="24"/>
        </w:rPr>
        <w:t>A. Verde di Susa</w:t>
      </w:r>
    </w:p>
    <w:p w14:paraId="020A1F15" w14:textId="2DF04669" w:rsidR="006C0CAE" w:rsidRDefault="006C0CAE" w:rsidP="006C0CAE">
      <w:pPr>
        <w:jc w:val="both"/>
        <w:rPr>
          <w:i/>
          <w:iCs/>
          <w:sz w:val="24"/>
          <w:szCs w:val="24"/>
        </w:rPr>
      </w:pPr>
      <w:r>
        <w:rPr>
          <w:i/>
          <w:iCs/>
          <w:sz w:val="24"/>
          <w:szCs w:val="24"/>
        </w:rPr>
        <w:t>B. Biancho di foresto o brusasco</w:t>
      </w:r>
      <w:r w:rsidR="00000000">
        <w:rPr>
          <w:i/>
          <w:iCs/>
          <w:sz w:val="24"/>
          <w:szCs w:val="24"/>
        </w:rPr>
        <w:pict w14:anchorId="01BF9629">
          <v:rect id="_x0000_i1229" style="width:0;height:1.5pt" o:hralign="center" o:hrstd="t" o:hr="t" fillcolor="#a0a0a0" stroked="f"/>
        </w:pict>
      </w:r>
    </w:p>
    <w:p w14:paraId="1ED4214F" w14:textId="77777777" w:rsidR="003F3E0C" w:rsidRDefault="003F3E0C" w:rsidP="003F3E0C">
      <w:pPr>
        <w:jc w:val="both"/>
        <w:rPr>
          <w:i/>
          <w:iCs/>
          <w:sz w:val="24"/>
          <w:szCs w:val="24"/>
        </w:rPr>
      </w:pPr>
      <w:r w:rsidRPr="00226BA7">
        <w:rPr>
          <w:sz w:val="24"/>
          <w:szCs w:val="24"/>
        </w:rPr>
        <w:t>Archivio di Stato di Torino | Sezioni Riunite | Ministero della guerra | Azienda generale di fabbriche e fortificazioni (1733-1797) già Azienda generale d'artiglieria, fabbriche e fortificazioni (1717-1733) | Contratti fortificazioni | Mazzo 8 (1721) | foll. 121-123.</w:t>
      </w:r>
    </w:p>
    <w:p w14:paraId="4B0E8DFE" w14:textId="77777777" w:rsidR="003F3E0C" w:rsidRDefault="003F3E0C" w:rsidP="003F3E0C">
      <w:pPr>
        <w:jc w:val="both"/>
        <w:rPr>
          <w:i/>
          <w:iCs/>
          <w:sz w:val="24"/>
          <w:szCs w:val="24"/>
        </w:rPr>
      </w:pPr>
    </w:p>
    <w:p w14:paraId="086A2F41" w14:textId="77777777" w:rsidR="003F3E0C" w:rsidRDefault="003F3E0C" w:rsidP="003F3E0C">
      <w:pPr>
        <w:jc w:val="center"/>
        <w:rPr>
          <w:sz w:val="28"/>
          <w:szCs w:val="28"/>
        </w:rPr>
      </w:pPr>
      <w:r>
        <w:rPr>
          <w:sz w:val="28"/>
          <w:szCs w:val="28"/>
        </w:rPr>
        <w:t>1725</w:t>
      </w:r>
    </w:p>
    <w:p w14:paraId="6CA38C41" w14:textId="77777777" w:rsidR="003F3E0C" w:rsidRDefault="003F3E0C" w:rsidP="003F3E0C">
      <w:pPr>
        <w:jc w:val="center"/>
        <w:rPr>
          <w:i/>
          <w:iCs/>
          <w:sz w:val="24"/>
          <w:szCs w:val="24"/>
        </w:rPr>
      </w:pPr>
      <w:r w:rsidRPr="00004E24">
        <w:rPr>
          <w:b/>
          <w:bCs/>
          <w:i/>
          <w:iCs/>
          <w:sz w:val="24"/>
          <w:szCs w:val="24"/>
        </w:rPr>
        <w:t>Instruzione per li canali di t</w:t>
      </w:r>
      <w:r>
        <w:rPr>
          <w:b/>
          <w:bCs/>
          <w:i/>
          <w:iCs/>
          <w:sz w:val="24"/>
          <w:szCs w:val="24"/>
        </w:rPr>
        <w:t>olla</w:t>
      </w:r>
      <w:r w:rsidRPr="00004E24">
        <w:rPr>
          <w:b/>
          <w:bCs/>
          <w:i/>
          <w:iCs/>
          <w:sz w:val="24"/>
          <w:szCs w:val="24"/>
        </w:rPr>
        <w:t xml:space="preserve"> per il Real Castello di Rivoli</w:t>
      </w:r>
      <w:r w:rsidR="00000000">
        <w:rPr>
          <w:i/>
          <w:iCs/>
          <w:sz w:val="24"/>
          <w:szCs w:val="24"/>
        </w:rPr>
        <w:pict w14:anchorId="7530B8E0">
          <v:rect id="_x0000_i1230" style="width:0;height:1.5pt" o:hralign="center" o:hrstd="t" o:hr="t" fillcolor="#a0a0a0" stroked="f"/>
        </w:pict>
      </w:r>
    </w:p>
    <w:p w14:paraId="594889EE" w14:textId="77777777" w:rsidR="003F3E0C" w:rsidRDefault="003F3E0C" w:rsidP="003F3E0C">
      <w:pPr>
        <w:jc w:val="both"/>
        <w:rPr>
          <w:i/>
          <w:iCs/>
          <w:sz w:val="24"/>
          <w:szCs w:val="24"/>
        </w:rPr>
      </w:pPr>
      <w:r>
        <w:rPr>
          <w:i/>
          <w:iCs/>
          <w:sz w:val="24"/>
          <w:szCs w:val="24"/>
        </w:rPr>
        <w:t>Li detti canali saranno delli doppi dette del ancora e saranno saldati che cavalchino al meno meza oncia una con l’altra saranno semicircolari perfetti. Saranno messe in opera con le sue cicognie di soficiente grosezza e la distanza di ogni cicognia sarà messa in ogni 4° listelli e saranno legate con il suo filo di ottone di bona grosezza.</w:t>
      </w:r>
    </w:p>
    <w:p w14:paraId="4EE05417" w14:textId="77777777" w:rsidR="003F3E0C" w:rsidRDefault="003F3E0C" w:rsidP="003F3E0C">
      <w:pPr>
        <w:jc w:val="both"/>
        <w:rPr>
          <w:i/>
          <w:iCs/>
          <w:sz w:val="24"/>
          <w:szCs w:val="24"/>
        </w:rPr>
      </w:pPr>
      <w:r>
        <w:rPr>
          <w:i/>
          <w:iCs/>
          <w:sz w:val="24"/>
          <w:szCs w:val="24"/>
        </w:rPr>
        <w:t>Li bracci se saranno necesarij saranno al solito guarniti o semplici di onze 2 di diametro con la solita longezza e saranno fortificati con fili di ottone di suficiente grosezza e suo ferro di sopra.</w:t>
      </w:r>
    </w:p>
    <w:p w14:paraId="0F06CE06" w14:textId="77777777" w:rsidR="003F3E0C" w:rsidRDefault="003F3E0C" w:rsidP="003F3E0C">
      <w:pPr>
        <w:jc w:val="both"/>
        <w:rPr>
          <w:i/>
          <w:iCs/>
          <w:sz w:val="24"/>
          <w:szCs w:val="24"/>
        </w:rPr>
      </w:pPr>
      <w:r>
        <w:rPr>
          <w:i/>
          <w:iCs/>
          <w:sz w:val="24"/>
          <w:szCs w:val="24"/>
        </w:rPr>
        <w:t>Li canali che vanno vicino alla muraglia saranno di onze 3 di diametro e in ogni mezo trabucho ci sarà il suo rampino che abracci il detto canale e legato parimente di filo di ottone in fondo di detti canali il collo di ora che butti l’aqua in fuori il tutto messo in opera ben fatto a opera conlaudata e approvata.</w:t>
      </w:r>
      <w:r w:rsidR="00000000">
        <w:rPr>
          <w:i/>
          <w:iCs/>
          <w:sz w:val="24"/>
          <w:szCs w:val="24"/>
        </w:rPr>
        <w:pict w14:anchorId="69315B7D">
          <v:rect id="_x0000_i1231" style="width:0;height:1.5pt" o:hralign="center" o:hrstd="t" o:hr="t" fillcolor="#a0a0a0" stroked="f"/>
        </w:pict>
      </w:r>
    </w:p>
    <w:p w14:paraId="131A8397" w14:textId="77777777" w:rsidR="003F3E0C" w:rsidRDefault="003F3E0C" w:rsidP="003F3E0C">
      <w:pPr>
        <w:jc w:val="right"/>
        <w:rPr>
          <w:i/>
          <w:iCs/>
          <w:sz w:val="24"/>
          <w:szCs w:val="24"/>
        </w:rPr>
      </w:pPr>
      <w:r w:rsidRPr="00EC605A">
        <w:rPr>
          <w:i/>
          <w:iCs/>
          <w:sz w:val="24"/>
          <w:szCs w:val="24"/>
        </w:rPr>
        <w:t>Torino a 6 Aprile 1725</w:t>
      </w:r>
    </w:p>
    <w:p w14:paraId="7B36EF4D" w14:textId="77777777" w:rsidR="003F3E0C" w:rsidRDefault="003F3E0C" w:rsidP="003F3E0C">
      <w:pPr>
        <w:jc w:val="right"/>
        <w:rPr>
          <w:i/>
          <w:iCs/>
          <w:sz w:val="24"/>
          <w:szCs w:val="24"/>
        </w:rPr>
      </w:pPr>
      <w:r w:rsidRPr="00EC605A">
        <w:rPr>
          <w:i/>
          <w:iCs/>
          <w:sz w:val="24"/>
          <w:szCs w:val="24"/>
        </w:rPr>
        <w:t>Cavaliere Don Filippo Juvarra Architetto</w:t>
      </w:r>
      <w:r w:rsidR="00000000">
        <w:rPr>
          <w:i/>
          <w:iCs/>
          <w:sz w:val="24"/>
          <w:szCs w:val="24"/>
        </w:rPr>
        <w:pict w14:anchorId="258FBCD4">
          <v:rect id="_x0000_i1232" style="width:0;height:1.5pt" o:hralign="center" o:hrstd="t" o:hr="t" fillcolor="#a0a0a0" stroked="f"/>
        </w:pict>
      </w:r>
    </w:p>
    <w:p w14:paraId="058746B3" w14:textId="77777777" w:rsidR="003F3E0C" w:rsidRDefault="003F3E0C" w:rsidP="003F3E0C">
      <w:pPr>
        <w:jc w:val="both"/>
        <w:rPr>
          <w:sz w:val="24"/>
          <w:szCs w:val="24"/>
        </w:rPr>
      </w:pPr>
      <w:r w:rsidRPr="00226BA7">
        <w:rPr>
          <w:sz w:val="24"/>
          <w:szCs w:val="24"/>
        </w:rPr>
        <w:t>Archivio di Stato di Torino | Sezioni Riunite | Ministero della guerra | Azienda generale di fabbriche e fortificazioni (1733-1797) già Azienda generale d'artiglieria, fabbriche e fortificazioni (1717-1733) | Contratti fortificazioni | Mazzo 11 (1725) | fol. 154.</w:t>
      </w:r>
    </w:p>
    <w:p w14:paraId="5092CDBD" w14:textId="77777777" w:rsidR="006472C1" w:rsidRDefault="006472C1" w:rsidP="003F3E0C">
      <w:pPr>
        <w:jc w:val="both"/>
        <w:rPr>
          <w:sz w:val="24"/>
          <w:szCs w:val="24"/>
        </w:rPr>
      </w:pPr>
    </w:p>
    <w:p w14:paraId="7F5CF34E" w14:textId="77777777" w:rsidR="006472C1" w:rsidRPr="00F45C42" w:rsidRDefault="006472C1" w:rsidP="006472C1">
      <w:pPr>
        <w:rPr>
          <w:b/>
          <w:bCs/>
          <w:sz w:val="28"/>
          <w:szCs w:val="28"/>
        </w:rPr>
      </w:pPr>
      <w:r w:rsidRPr="00F45C42">
        <w:rPr>
          <w:b/>
          <w:bCs/>
          <w:sz w:val="28"/>
          <w:szCs w:val="28"/>
        </w:rPr>
        <w:t xml:space="preserve">ISTRUZIONI | </w:t>
      </w:r>
      <w:r>
        <w:rPr>
          <w:b/>
          <w:bCs/>
          <w:sz w:val="28"/>
          <w:szCs w:val="28"/>
        </w:rPr>
        <w:t>Palazzo reale</w:t>
      </w:r>
    </w:p>
    <w:p w14:paraId="2BEEF0CC" w14:textId="77777777" w:rsidR="006472C1" w:rsidRDefault="006472C1" w:rsidP="006472C1">
      <w:pPr>
        <w:jc w:val="center"/>
        <w:rPr>
          <w:sz w:val="28"/>
          <w:szCs w:val="28"/>
        </w:rPr>
      </w:pPr>
      <w:r>
        <w:rPr>
          <w:sz w:val="28"/>
          <w:szCs w:val="28"/>
        </w:rPr>
        <w:lastRenderedPageBreak/>
        <w:t>1718</w:t>
      </w:r>
    </w:p>
    <w:p w14:paraId="08988686" w14:textId="77777777" w:rsidR="006472C1" w:rsidRPr="00484CB4" w:rsidRDefault="006472C1" w:rsidP="006472C1">
      <w:pPr>
        <w:jc w:val="center"/>
        <w:rPr>
          <w:b/>
          <w:bCs/>
          <w:i/>
          <w:iCs/>
          <w:sz w:val="24"/>
          <w:szCs w:val="24"/>
        </w:rPr>
      </w:pPr>
      <w:r w:rsidRPr="00484CB4">
        <w:rPr>
          <w:b/>
          <w:bCs/>
          <w:i/>
          <w:iCs/>
          <w:sz w:val="24"/>
          <w:szCs w:val="24"/>
        </w:rPr>
        <w:t>Instruzione per li stibij di listelli e lose pur di listelli et solari a proffili da farsi alli Pallazzi Reali et ne posti che saranno indichati</w:t>
      </w:r>
      <w:r w:rsidR="00000000">
        <w:rPr>
          <w:i/>
          <w:iCs/>
          <w:sz w:val="24"/>
          <w:szCs w:val="24"/>
        </w:rPr>
        <w:pict w14:anchorId="7C2BA70D">
          <v:rect id="_x0000_i1233" style="width:0;height:1.5pt" o:hralign="center" o:hrstd="t" o:hr="t" fillcolor="#a0a0a0" stroked="f"/>
        </w:pict>
      </w:r>
    </w:p>
    <w:p w14:paraId="5E6D6FEF" w14:textId="77777777" w:rsidR="006472C1" w:rsidRPr="00953B9E" w:rsidRDefault="006472C1" w:rsidP="006472C1">
      <w:pPr>
        <w:jc w:val="both"/>
        <w:rPr>
          <w:i/>
          <w:iCs/>
          <w:sz w:val="24"/>
          <w:szCs w:val="24"/>
        </w:rPr>
      </w:pPr>
      <w:r w:rsidRPr="00953B9E">
        <w:rPr>
          <w:i/>
          <w:iCs/>
          <w:sz w:val="24"/>
          <w:szCs w:val="24"/>
        </w:rPr>
        <w:t>Primo. Li stibij di listelli saranno fatti con montanti et traversi di travettoni di rovere incastrati a mezzo bosco ben pianati et messi in opera ben a piombo et li tellari che doveranno servire per formar batente attorno aperture di porte o di finestre quelli saranno ben politi et di spessezza tale che non sovravanzano le stabiliture de medemi stibij d’onde le parti o qualli tellari se li faranno li incastri per puotersi porre le seraglie di bosco.</w:t>
      </w:r>
    </w:p>
    <w:p w14:paraId="276C18F0" w14:textId="77777777" w:rsidR="006472C1" w:rsidRPr="00953B9E" w:rsidRDefault="006472C1" w:rsidP="006472C1">
      <w:pPr>
        <w:jc w:val="both"/>
        <w:rPr>
          <w:i/>
          <w:iCs/>
          <w:sz w:val="24"/>
          <w:szCs w:val="24"/>
        </w:rPr>
      </w:pPr>
      <w:r w:rsidRPr="00953B9E">
        <w:rPr>
          <w:i/>
          <w:iCs/>
          <w:sz w:val="24"/>
          <w:szCs w:val="24"/>
        </w:rPr>
        <w:t>Li listelli d’assi saranno di bosco d’albera verdi per una parte grossi onze una et un quarto et dall’altra onze una non meno ben ciodati ne montanti et traversi sudetti incastrati a mezo bosco et distanti l’uno dall’altro tanto quelli a piombo come quelli a traverso non più d’onze una et mezza ciudati con chiodi et  bocconi d’aprovata longezza di modo che si puossino ribattere dall’altra parte.</w:t>
      </w:r>
    </w:p>
    <w:p w14:paraId="7905855A" w14:textId="77777777" w:rsidR="006472C1" w:rsidRPr="00953B9E" w:rsidRDefault="006472C1" w:rsidP="006472C1">
      <w:pPr>
        <w:jc w:val="both"/>
        <w:rPr>
          <w:i/>
          <w:iCs/>
          <w:sz w:val="24"/>
          <w:szCs w:val="24"/>
        </w:rPr>
      </w:pPr>
      <w:r w:rsidRPr="00953B9E">
        <w:rPr>
          <w:i/>
          <w:iCs/>
          <w:sz w:val="24"/>
          <w:szCs w:val="24"/>
        </w:rPr>
        <w:t>L’ingessatura de medemmi sarà fatta con calcina forte di Superga ben colata purgata dalle giare et ben ripasata inpastata con sabia di Dora per la metà et l’altra metà griggia di cava senza nitta ne terra ma ben si ben granita et doppo inpastata come sovra in modo che sij suficientemente grassa si metterà in oppera mettà calcina come sovra et mettà giesso ben fresco et buono.</w:t>
      </w:r>
    </w:p>
    <w:p w14:paraId="63D9C98D" w14:textId="77777777" w:rsidR="006472C1" w:rsidRPr="00953B9E" w:rsidRDefault="006472C1" w:rsidP="006472C1">
      <w:pPr>
        <w:jc w:val="both"/>
        <w:rPr>
          <w:i/>
          <w:iCs/>
          <w:sz w:val="24"/>
          <w:szCs w:val="24"/>
        </w:rPr>
      </w:pPr>
      <w:r w:rsidRPr="00953B9E">
        <w:rPr>
          <w:i/>
          <w:iCs/>
          <w:sz w:val="24"/>
          <w:szCs w:val="24"/>
        </w:rPr>
        <w:t>Tutta l’ingessatura come sovra si formerà la rizzatura d’onde le parti con calcina dolce di rivara o d’altra d’ugual bontà inpastata con sabia di Po’ ben granita et purgata come sovra et suficientemente grassa et sovra essa se li farà la stabilitura ben liscia et a piombo senza cavichi ne rissalti.</w:t>
      </w:r>
    </w:p>
    <w:p w14:paraId="351609CE" w14:textId="77777777" w:rsidR="006472C1" w:rsidRPr="00953B9E" w:rsidRDefault="006472C1" w:rsidP="006472C1">
      <w:pPr>
        <w:jc w:val="center"/>
        <w:rPr>
          <w:i/>
          <w:iCs/>
          <w:sz w:val="24"/>
          <w:szCs w:val="24"/>
        </w:rPr>
      </w:pPr>
      <w:r w:rsidRPr="00953B9E">
        <w:rPr>
          <w:i/>
          <w:iCs/>
          <w:sz w:val="24"/>
          <w:szCs w:val="24"/>
        </w:rPr>
        <w:t>Delle volte</w:t>
      </w:r>
    </w:p>
    <w:p w14:paraId="2982E6AC" w14:textId="77777777" w:rsidR="006472C1" w:rsidRPr="00953B9E" w:rsidRDefault="006472C1" w:rsidP="006472C1">
      <w:pPr>
        <w:jc w:val="both"/>
        <w:rPr>
          <w:i/>
          <w:iCs/>
          <w:sz w:val="24"/>
          <w:szCs w:val="24"/>
        </w:rPr>
      </w:pPr>
      <w:r w:rsidRPr="00953B9E">
        <w:rPr>
          <w:i/>
          <w:iCs/>
          <w:sz w:val="24"/>
          <w:szCs w:val="24"/>
        </w:rPr>
        <w:t>Alle volte se li daranno le monte et se li faranno fare la figura che verranno ordinate suli posti et luogi dove si devono formare li centeni delli quali saranno d’assi s’albera ben sechi indoppiati et chiodati con chiodi sufficienti di grosezza et longezza aprovata distanti da l’uno all’altro non più d’onze quindeci sotto a quelli se li chioderanno et metteranno li listelli come sovra distanti l’uno dall’altro non più di tre passi d’onzia et indi si farà alle medemme l’ingesatura nel modo forma bontà et qualità che si è detto delli stibij di listelli avertendo che detta ingessatura superiormente alla volta dovrà cuoprir al meno d’un quarto d’oncia di listelli.</w:t>
      </w:r>
    </w:p>
    <w:p w14:paraId="1DD82F3A" w14:textId="77777777" w:rsidR="006472C1" w:rsidRPr="00953B9E" w:rsidRDefault="006472C1" w:rsidP="006472C1">
      <w:pPr>
        <w:jc w:val="both"/>
        <w:rPr>
          <w:i/>
          <w:iCs/>
          <w:sz w:val="24"/>
          <w:szCs w:val="24"/>
        </w:rPr>
      </w:pPr>
      <w:r w:rsidRPr="00953B9E">
        <w:rPr>
          <w:i/>
          <w:iCs/>
          <w:sz w:val="24"/>
          <w:szCs w:val="24"/>
        </w:rPr>
        <w:t>La stabilitura sarà fatta con materiali come si è detto delli stibij et questa sovra pure ben circolare et dovrà secondare li centini il tutto ben unito et liscio.</w:t>
      </w:r>
    </w:p>
    <w:p w14:paraId="09987647" w14:textId="77777777" w:rsidR="006472C1" w:rsidRPr="00953B9E" w:rsidRDefault="006472C1" w:rsidP="006472C1">
      <w:pPr>
        <w:jc w:val="center"/>
        <w:rPr>
          <w:i/>
          <w:iCs/>
          <w:sz w:val="24"/>
          <w:szCs w:val="24"/>
        </w:rPr>
      </w:pPr>
      <w:r w:rsidRPr="00953B9E">
        <w:rPr>
          <w:i/>
          <w:iCs/>
          <w:sz w:val="24"/>
          <w:szCs w:val="24"/>
        </w:rPr>
        <w:t>Delli solari a proffilo</w:t>
      </w:r>
    </w:p>
    <w:p w14:paraId="38FE29BB" w14:textId="77777777" w:rsidR="006472C1" w:rsidRPr="00953B9E" w:rsidRDefault="006472C1" w:rsidP="006472C1">
      <w:pPr>
        <w:jc w:val="both"/>
        <w:rPr>
          <w:i/>
          <w:iCs/>
          <w:sz w:val="24"/>
          <w:szCs w:val="24"/>
        </w:rPr>
      </w:pPr>
      <w:r w:rsidRPr="00953B9E">
        <w:rPr>
          <w:i/>
          <w:iCs/>
          <w:sz w:val="24"/>
          <w:szCs w:val="24"/>
        </w:rPr>
        <w:t>Li travi someri che devono servire per li solari a proffilo saranno di bosco di rovere di malezzo ben secchi et staggionati senza difetti pregiudiziali ben pianati et cordinati di grosezza da una parte onze sette e meza et dall’altra onze cinque e meza di quarto franca senza manchi et dovranno prender nelle muraglie al meno onze dieci messi in distanza come ci sarà ordinato.</w:t>
      </w:r>
    </w:p>
    <w:p w14:paraId="0993BDA8" w14:textId="77777777" w:rsidR="006472C1" w:rsidRPr="00953B9E" w:rsidRDefault="006472C1" w:rsidP="006472C1">
      <w:pPr>
        <w:jc w:val="both"/>
        <w:rPr>
          <w:i/>
          <w:iCs/>
          <w:sz w:val="24"/>
          <w:szCs w:val="24"/>
        </w:rPr>
      </w:pPr>
      <w:r w:rsidRPr="00953B9E">
        <w:rPr>
          <w:i/>
          <w:iCs/>
          <w:sz w:val="24"/>
          <w:szCs w:val="24"/>
        </w:rPr>
        <w:t xml:space="preserve">Sovra li deranno li parti medemi someri se li metteranno li suoi travetti di rovere senza difetti et staggionati come sovra pianati et cordonati di grosezza non meno d’onze due per una parte et </w:t>
      </w:r>
      <w:r w:rsidRPr="00953B9E">
        <w:rPr>
          <w:i/>
          <w:iCs/>
          <w:sz w:val="24"/>
          <w:szCs w:val="24"/>
        </w:rPr>
        <w:lastRenderedPageBreak/>
        <w:t>onze tre per l’altra et che prendino nelle muraglie onze tre et sul somero onze due e meza distribuiti distanti l’uno dall’altro non più d’onze otto con suoi gianbini al solito di simili solari.</w:t>
      </w:r>
    </w:p>
    <w:p w14:paraId="03DF9DE4" w14:textId="77777777" w:rsidR="006472C1" w:rsidRPr="00953B9E" w:rsidRDefault="006472C1" w:rsidP="006472C1">
      <w:pPr>
        <w:jc w:val="both"/>
        <w:rPr>
          <w:i/>
          <w:iCs/>
          <w:sz w:val="24"/>
          <w:szCs w:val="24"/>
        </w:rPr>
      </w:pPr>
      <w:r w:rsidRPr="00953B9E">
        <w:rPr>
          <w:i/>
          <w:iCs/>
          <w:sz w:val="24"/>
          <w:szCs w:val="24"/>
        </w:rPr>
        <w:t xml:space="preserve">Sovra li medemi travetti se li chioderanno li assi d’albera sechi et staggionati come sovra et ben pianati senza creppature ne altri difetti di largezza non meno d’onze sette e meza in otto chiodati con due chiodi sovra caduna travetto avertendo che dovranno esser cornizati et gianbinati a tutti li someri et saranno tenuti li capi mastri di coprir detti someri et gianbinati a sue proprie spese et quando il comparto de someri portasse maggior distanza di quello puossi far li travetti ordinarij sudetti sarà tenuto l’inpresaro mettersi travettoni di onze tre e meza et onza una e mezza della bontà et qualità sudette. </w:t>
      </w:r>
      <w:r w:rsidR="00000000">
        <w:rPr>
          <w:i/>
          <w:iCs/>
          <w:sz w:val="24"/>
          <w:szCs w:val="24"/>
        </w:rPr>
        <w:pict w14:anchorId="31B48EA4">
          <v:rect id="_x0000_i1234" style="width:0;height:1.5pt" o:hralign="center" o:hrstd="t" o:hr="t" fillcolor="#a0a0a0" stroked="f"/>
        </w:pict>
      </w:r>
    </w:p>
    <w:p w14:paraId="34B8EEB9" w14:textId="77777777" w:rsidR="006472C1" w:rsidRDefault="006472C1" w:rsidP="006472C1">
      <w:pPr>
        <w:jc w:val="right"/>
        <w:rPr>
          <w:i/>
          <w:iCs/>
          <w:sz w:val="24"/>
          <w:szCs w:val="24"/>
        </w:rPr>
      </w:pPr>
      <w:r w:rsidRPr="00873871">
        <w:rPr>
          <w:i/>
          <w:iCs/>
          <w:sz w:val="24"/>
          <w:szCs w:val="24"/>
        </w:rPr>
        <w:t>a 3 Febbraio 1718</w:t>
      </w:r>
    </w:p>
    <w:p w14:paraId="35AB0035" w14:textId="77777777" w:rsidR="006472C1" w:rsidRDefault="006472C1" w:rsidP="006472C1">
      <w:pPr>
        <w:jc w:val="right"/>
        <w:rPr>
          <w:sz w:val="24"/>
          <w:szCs w:val="24"/>
        </w:rPr>
      </w:pPr>
      <w:r w:rsidRPr="00873871">
        <w:rPr>
          <w:i/>
          <w:iCs/>
          <w:sz w:val="24"/>
          <w:szCs w:val="24"/>
        </w:rPr>
        <w:t>Don Filippo Juvarra Architetto</w:t>
      </w:r>
      <w:r w:rsidR="00000000">
        <w:rPr>
          <w:i/>
          <w:iCs/>
          <w:sz w:val="24"/>
          <w:szCs w:val="24"/>
        </w:rPr>
        <w:pict w14:anchorId="76D0F939">
          <v:rect id="_x0000_i1235" style="width:0;height:1.5pt" o:hralign="center" o:hrstd="t" o:hr="t" fillcolor="#a0a0a0" stroked="f"/>
        </w:pict>
      </w:r>
    </w:p>
    <w:p w14:paraId="7C33B24A" w14:textId="77777777" w:rsidR="006472C1" w:rsidRDefault="006472C1" w:rsidP="006472C1">
      <w:pPr>
        <w:jc w:val="both"/>
        <w:rPr>
          <w:sz w:val="24"/>
          <w:szCs w:val="24"/>
        </w:rPr>
      </w:pPr>
      <w:r w:rsidRPr="00873871">
        <w:rPr>
          <w:sz w:val="24"/>
          <w:szCs w:val="24"/>
        </w:rPr>
        <w:t>Archivio di Stato di Torino | Sezioni Riunite | Ministero della guerra | Azienda generale di fabbriche e fortificazioni (1733-1797) già Azienda generale d'artiglieria, fabbriche e fortificazioni (1717-1733) | Contratti fortificazioni | Mazzo 5 (1717-1718)</w:t>
      </w:r>
      <w:r>
        <w:rPr>
          <w:sz w:val="24"/>
          <w:szCs w:val="24"/>
        </w:rPr>
        <w:t xml:space="preserve"> | fol. 170.</w:t>
      </w:r>
    </w:p>
    <w:p w14:paraId="664BB432" w14:textId="77777777" w:rsidR="006472C1" w:rsidRDefault="006472C1" w:rsidP="006472C1">
      <w:pPr>
        <w:jc w:val="both"/>
        <w:rPr>
          <w:sz w:val="24"/>
          <w:szCs w:val="24"/>
        </w:rPr>
      </w:pPr>
    </w:p>
    <w:p w14:paraId="014CD0FD" w14:textId="77777777" w:rsidR="006472C1" w:rsidRDefault="006472C1" w:rsidP="006472C1">
      <w:pPr>
        <w:jc w:val="center"/>
        <w:rPr>
          <w:sz w:val="28"/>
          <w:szCs w:val="28"/>
        </w:rPr>
      </w:pPr>
      <w:r>
        <w:rPr>
          <w:sz w:val="28"/>
          <w:szCs w:val="28"/>
        </w:rPr>
        <w:t>1720</w:t>
      </w:r>
    </w:p>
    <w:p w14:paraId="7AFA1FD2" w14:textId="77777777" w:rsidR="006472C1" w:rsidRPr="00953B9E" w:rsidRDefault="006472C1" w:rsidP="006472C1">
      <w:pPr>
        <w:jc w:val="center"/>
        <w:rPr>
          <w:b/>
          <w:bCs/>
          <w:i/>
          <w:iCs/>
          <w:sz w:val="24"/>
          <w:szCs w:val="24"/>
        </w:rPr>
      </w:pPr>
      <w:r w:rsidRPr="00953B9E">
        <w:rPr>
          <w:b/>
          <w:bCs/>
          <w:i/>
          <w:iCs/>
          <w:sz w:val="24"/>
          <w:szCs w:val="24"/>
        </w:rPr>
        <w:t>Instruzione per li scalini della scala dell Piano 2° dell palazzo novo abitazione di Sa. A</w:t>
      </w:r>
      <w:r>
        <w:rPr>
          <w:b/>
          <w:bCs/>
          <w:i/>
          <w:iCs/>
          <w:sz w:val="24"/>
          <w:szCs w:val="24"/>
        </w:rPr>
        <w:t>a</w:t>
      </w:r>
      <w:r w:rsidRPr="00953B9E">
        <w:rPr>
          <w:b/>
          <w:bCs/>
          <w:i/>
          <w:iCs/>
          <w:sz w:val="24"/>
          <w:szCs w:val="24"/>
        </w:rPr>
        <w:t>. Re.</w:t>
      </w:r>
      <w:r w:rsidRPr="00953B9E">
        <w:rPr>
          <w:i/>
          <w:iCs/>
          <w:sz w:val="24"/>
          <w:szCs w:val="24"/>
        </w:rPr>
        <w:t xml:space="preserve"> </w:t>
      </w:r>
      <w:r w:rsidR="00000000">
        <w:rPr>
          <w:i/>
          <w:iCs/>
          <w:sz w:val="24"/>
          <w:szCs w:val="24"/>
        </w:rPr>
        <w:pict w14:anchorId="49F60322">
          <v:rect id="_x0000_i1236" style="width:0;height:1.5pt" o:hralign="center" o:hrstd="t" o:hr="t" fillcolor="#a0a0a0" stroked="f"/>
        </w:pict>
      </w:r>
    </w:p>
    <w:p w14:paraId="68A3B80B" w14:textId="77777777" w:rsidR="006472C1" w:rsidRPr="00953B9E" w:rsidRDefault="006472C1" w:rsidP="006472C1">
      <w:pPr>
        <w:jc w:val="both"/>
        <w:rPr>
          <w:i/>
          <w:iCs/>
          <w:sz w:val="24"/>
          <w:szCs w:val="24"/>
        </w:rPr>
      </w:pPr>
      <w:r w:rsidRPr="00953B9E">
        <w:rPr>
          <w:i/>
          <w:iCs/>
          <w:sz w:val="24"/>
          <w:szCs w:val="24"/>
        </w:rPr>
        <w:t>Li scalini saranno di marmore di venasca ben lavorato e che detti siano ben martilinati con il suo cordone quadretto e gola incavata nel piano e la sua altezza sarà di onze 3 ½ la sua longezza un piede sua longezza piedi 4.</w:t>
      </w:r>
    </w:p>
    <w:p w14:paraId="6BD87401" w14:textId="77777777" w:rsidR="006472C1" w:rsidRPr="00953B9E" w:rsidRDefault="006472C1" w:rsidP="006472C1">
      <w:pPr>
        <w:jc w:val="both"/>
        <w:rPr>
          <w:i/>
          <w:iCs/>
          <w:sz w:val="24"/>
          <w:szCs w:val="24"/>
        </w:rPr>
      </w:pPr>
      <w:r w:rsidRPr="00953B9E">
        <w:rPr>
          <w:i/>
          <w:iCs/>
          <w:sz w:val="24"/>
          <w:szCs w:val="24"/>
        </w:rPr>
        <w:t>Il n° di detti scalini sarà in tutto la detta altezza scalini n° 67 li due rami di mezzo averanno il scalino con sua risvoltta anche con suo cordone e quadretto che dimostra la sacoma e sarano in tutto n° 37 l’altri due rami di 19 per cadun rame saranno lavorati con la risulta di una sola parte e onze 3 che vada sul muro.</w:t>
      </w:r>
    </w:p>
    <w:p w14:paraId="69E74DC9" w14:textId="77777777" w:rsidR="006472C1" w:rsidRPr="00953B9E" w:rsidRDefault="006472C1" w:rsidP="006472C1">
      <w:pPr>
        <w:jc w:val="both"/>
        <w:rPr>
          <w:i/>
          <w:iCs/>
          <w:sz w:val="24"/>
          <w:szCs w:val="24"/>
        </w:rPr>
      </w:pPr>
      <w:r w:rsidRPr="00953B9E">
        <w:rPr>
          <w:i/>
          <w:iCs/>
          <w:sz w:val="24"/>
          <w:szCs w:val="24"/>
        </w:rPr>
        <w:t xml:space="preserve">Li n° 3e scalini primi saranno con la sua risvolta semicircolare conforme dimostra la pianta e de detti scalini siano incavati nell mezzo acciò si diminuisca il pezzo e però si deve avertire che nella sua altezza siano perfetti che coprino un sopra l’altro perfettamente non restando calcina che una sola ligiola senza nesuna falda o mancanza alla susistenza di detti tutta opera conlaudata e perfetti. </w:t>
      </w:r>
      <w:r w:rsidR="00000000">
        <w:rPr>
          <w:i/>
          <w:iCs/>
          <w:sz w:val="24"/>
          <w:szCs w:val="24"/>
        </w:rPr>
        <w:pict w14:anchorId="7DE2F9E7">
          <v:rect id="_x0000_i1237" style="width:0;height:1.5pt" o:hralign="center" o:hrstd="t" o:hr="t" fillcolor="#a0a0a0" stroked="f"/>
        </w:pict>
      </w:r>
    </w:p>
    <w:p w14:paraId="69A008EF" w14:textId="77777777" w:rsidR="006472C1" w:rsidRPr="00953B9E" w:rsidRDefault="006472C1" w:rsidP="006472C1">
      <w:pPr>
        <w:jc w:val="right"/>
        <w:rPr>
          <w:i/>
          <w:iCs/>
          <w:sz w:val="24"/>
          <w:szCs w:val="24"/>
        </w:rPr>
      </w:pPr>
      <w:r w:rsidRPr="00953B9E">
        <w:rPr>
          <w:i/>
          <w:iCs/>
          <w:sz w:val="24"/>
          <w:szCs w:val="24"/>
        </w:rPr>
        <w:t>giorno di 3 Gennaro 1720</w:t>
      </w:r>
    </w:p>
    <w:p w14:paraId="3B83AEC3" w14:textId="77777777" w:rsidR="006472C1" w:rsidRPr="00953B9E" w:rsidRDefault="006472C1" w:rsidP="006472C1">
      <w:pPr>
        <w:jc w:val="right"/>
        <w:rPr>
          <w:i/>
          <w:iCs/>
          <w:sz w:val="24"/>
          <w:szCs w:val="24"/>
        </w:rPr>
      </w:pPr>
      <w:r w:rsidRPr="00953B9E">
        <w:rPr>
          <w:i/>
          <w:iCs/>
          <w:sz w:val="24"/>
          <w:szCs w:val="24"/>
        </w:rPr>
        <w:t>Cavaliere Don Filippo Juvarra Architetto</w:t>
      </w:r>
      <w:r w:rsidR="00000000">
        <w:rPr>
          <w:i/>
          <w:iCs/>
          <w:sz w:val="24"/>
          <w:szCs w:val="24"/>
        </w:rPr>
        <w:pict w14:anchorId="079A08DC">
          <v:rect id="_x0000_i1238" style="width:0;height:1.5pt" o:hralign="center" o:hrstd="t" o:hr="t" fillcolor="#a0a0a0" stroked="f"/>
        </w:pict>
      </w:r>
    </w:p>
    <w:p w14:paraId="45D444EF" w14:textId="77777777" w:rsidR="006472C1" w:rsidRDefault="006472C1" w:rsidP="006472C1">
      <w:pPr>
        <w:jc w:val="both"/>
        <w:rPr>
          <w:sz w:val="24"/>
          <w:szCs w:val="24"/>
        </w:rPr>
      </w:pPr>
      <w:r w:rsidRPr="00953B9E">
        <w:rPr>
          <w:sz w:val="24"/>
          <w:szCs w:val="24"/>
        </w:rPr>
        <w:lastRenderedPageBreak/>
        <w:t>Archivio di Stato di Torino | Sezioni Riunite | Ministero della guerra | Azienda generale di fabbriche e fortificazioni (1733-1797) già Azienda generale d'artiglieria, fabbriche e fortificazioni (1717-1733) | Contratti fortificazioni | Mazzo 7 (1720)</w:t>
      </w:r>
      <w:r>
        <w:rPr>
          <w:sz w:val="24"/>
          <w:szCs w:val="24"/>
        </w:rPr>
        <w:t xml:space="preserve"> | fol. 35.</w:t>
      </w:r>
    </w:p>
    <w:p w14:paraId="7B655359" w14:textId="77777777" w:rsidR="006472C1" w:rsidRDefault="006472C1" w:rsidP="006472C1">
      <w:pPr>
        <w:jc w:val="both"/>
        <w:rPr>
          <w:sz w:val="24"/>
          <w:szCs w:val="24"/>
        </w:rPr>
      </w:pPr>
    </w:p>
    <w:p w14:paraId="793B64F4" w14:textId="77777777" w:rsidR="006472C1" w:rsidRPr="00F81828" w:rsidRDefault="006472C1" w:rsidP="006472C1">
      <w:pPr>
        <w:jc w:val="center"/>
        <w:rPr>
          <w:b/>
          <w:bCs/>
          <w:i/>
          <w:iCs/>
          <w:sz w:val="24"/>
          <w:szCs w:val="24"/>
        </w:rPr>
      </w:pPr>
      <w:r w:rsidRPr="00F81828">
        <w:rPr>
          <w:b/>
          <w:bCs/>
          <w:i/>
          <w:iCs/>
          <w:sz w:val="24"/>
          <w:szCs w:val="24"/>
        </w:rPr>
        <w:t>Instruzione per la scala dell reggio palazzo che conduce all’appartamento di Sa. Aa. Re.</w:t>
      </w:r>
      <w:r w:rsidRPr="00F81828">
        <w:rPr>
          <w:i/>
          <w:iCs/>
          <w:sz w:val="24"/>
          <w:szCs w:val="24"/>
        </w:rPr>
        <w:t xml:space="preserve"> </w:t>
      </w:r>
      <w:r w:rsidR="00000000">
        <w:rPr>
          <w:i/>
          <w:iCs/>
          <w:sz w:val="24"/>
          <w:szCs w:val="24"/>
        </w:rPr>
        <w:pict w14:anchorId="3B528FCD">
          <v:rect id="_x0000_i1239" style="width:0;height:1.5pt" o:hralign="center" o:hrstd="t" o:hr="t" fillcolor="#a0a0a0" stroked="f"/>
        </w:pict>
      </w:r>
    </w:p>
    <w:p w14:paraId="769CECEF" w14:textId="77777777" w:rsidR="006472C1" w:rsidRPr="00F81828" w:rsidRDefault="006472C1" w:rsidP="006472C1">
      <w:pPr>
        <w:jc w:val="center"/>
        <w:rPr>
          <w:i/>
          <w:iCs/>
          <w:sz w:val="24"/>
          <w:szCs w:val="24"/>
        </w:rPr>
      </w:pPr>
      <w:r w:rsidRPr="00F81828">
        <w:rPr>
          <w:i/>
          <w:iCs/>
          <w:sz w:val="24"/>
          <w:szCs w:val="24"/>
        </w:rPr>
        <w:t>Archi e voltte di mattoni</w:t>
      </w:r>
    </w:p>
    <w:p w14:paraId="7D3A763F" w14:textId="77777777" w:rsidR="006472C1" w:rsidRDefault="006472C1" w:rsidP="006472C1">
      <w:pPr>
        <w:jc w:val="both"/>
        <w:rPr>
          <w:i/>
          <w:iCs/>
          <w:sz w:val="24"/>
          <w:szCs w:val="24"/>
        </w:rPr>
      </w:pPr>
      <w:r w:rsidRPr="00F81828">
        <w:rPr>
          <w:i/>
          <w:iCs/>
          <w:sz w:val="24"/>
          <w:szCs w:val="24"/>
        </w:rPr>
        <w:t xml:space="preserve">Le voltte saranno di mattoni ben cotti e sarano della misura e mostra che verrà data sul posto e 2° ricerca le trombe di detta scala saranno sotilmente lavorati in calcina che non ci sia più di 3° di onza fra un mattone e l’altro. La calcina sarà della megliore che ci sia in superga con essere bene immpastata con le sabbie cioè 2e 3i di quella di dora ben granita e un 3° di quella di cava griggia senza terra una e l’altra ben pasate e inazi d’adoprare la sopra detta calcina sia pasata alla griglia acciò si possa senza scusa lavorare con tutta sotilezza e ridurre il 3° d’onza fra un mattone e l’altro con l’istessa maniera faranno l’archi e archoni che saranno necesarij o suoi rampanti con sue armature di ferro dove saranno necesarie e meterlle in opera con tutta diligenza saranno tenuti di </w:t>
      </w:r>
      <w:r>
        <w:rPr>
          <w:i/>
          <w:iCs/>
          <w:sz w:val="24"/>
          <w:szCs w:val="24"/>
        </w:rPr>
        <w:t>fare l’armature centini e tutto quello che sarà necesario alla construzione d’essa tutto 2° dimostra il disegnio e a opera conlaudata.</w:t>
      </w:r>
    </w:p>
    <w:p w14:paraId="46D73E9B" w14:textId="77777777" w:rsidR="006472C1" w:rsidRDefault="006472C1" w:rsidP="006472C1">
      <w:pPr>
        <w:jc w:val="both"/>
        <w:rPr>
          <w:i/>
          <w:iCs/>
          <w:sz w:val="24"/>
          <w:szCs w:val="24"/>
        </w:rPr>
      </w:pPr>
      <w:r>
        <w:rPr>
          <w:i/>
          <w:iCs/>
          <w:sz w:val="24"/>
          <w:szCs w:val="24"/>
        </w:rPr>
        <w:t>Ferri per detta scala</w:t>
      </w:r>
    </w:p>
    <w:p w14:paraId="4A89938E" w14:textId="77777777" w:rsidR="006472C1" w:rsidRDefault="006472C1" w:rsidP="006472C1">
      <w:pPr>
        <w:jc w:val="both"/>
        <w:rPr>
          <w:i/>
          <w:iCs/>
          <w:sz w:val="24"/>
          <w:szCs w:val="24"/>
        </w:rPr>
      </w:pPr>
      <w:r>
        <w:rPr>
          <w:i/>
          <w:iCs/>
          <w:sz w:val="24"/>
          <w:szCs w:val="24"/>
        </w:rPr>
        <w:t>Saranno le chiave semplice e quelle a bachetta di ferro di core di bon colore e di bon nervo e di tutte quelle qualità che ricercha di essere detta materia la grosezza delle quale sarà di ¾ d’onza e la longezza di r 2.1.0 in circha e queste misure saranno necesarie di pigliarlle sul posto dall medemo ferraro per levare sempre le dispute che sorede nell sbaglio delle misure li bolzoni saranno dell medemo ferro di groseza un onza e longezza piedi 3 dove non si trova bacha e dove ci sarà la bancha sarà alla sua misura se ci sarà necesaria qualche lama sia dell’ordinarij con fare de buchi alla medesima per poterlli fortificare 2° sarà la necessità dell posto e 2° dimostra il disegnio.</w:t>
      </w:r>
    </w:p>
    <w:p w14:paraId="1AEE80DC" w14:textId="77777777" w:rsidR="006472C1" w:rsidRDefault="006472C1" w:rsidP="006472C1">
      <w:pPr>
        <w:jc w:val="both"/>
        <w:rPr>
          <w:i/>
          <w:iCs/>
          <w:sz w:val="24"/>
          <w:szCs w:val="24"/>
        </w:rPr>
      </w:pPr>
      <w:r>
        <w:rPr>
          <w:i/>
          <w:iCs/>
          <w:sz w:val="24"/>
          <w:szCs w:val="24"/>
        </w:rPr>
        <w:t>Ci sarà necesaria la sua rigiera di ferro per li lati di detta scala e sarà lavorata detta rigiera 2° l’anesso disegnio con suoi pilastrini riquadrati e suoi bastoni o porvi di mitallo ben torniti con suoi pilastrini nelle risudette delli ripiani della medesima e che i ferri vadino bene impiombati nella pietra e la cimata di sopra sia di maniera fatta con il suo incastro per parte mettere una riga o cornicetta di legnio acciò dia comodo nel salire volendosi appoggiare.</w:t>
      </w:r>
    </w:p>
    <w:p w14:paraId="4AD23C55" w14:textId="77777777" w:rsidR="006472C1" w:rsidRDefault="006472C1" w:rsidP="006472C1">
      <w:pPr>
        <w:jc w:val="both"/>
        <w:rPr>
          <w:i/>
          <w:iCs/>
          <w:sz w:val="24"/>
          <w:szCs w:val="24"/>
        </w:rPr>
      </w:pPr>
      <w:r>
        <w:rPr>
          <w:i/>
          <w:iCs/>
          <w:sz w:val="24"/>
          <w:szCs w:val="24"/>
        </w:rPr>
        <w:t>La detta rigiera sarà di grosezza ordinaria e le bachette in piedi e quelle che fanno il lavoro non siano più di mezza onza in quadro riservandovi li ferri che fano i pilastrini che siano di ¾ onza per un verso e mezza onza per l’altro la sua altezza sarà di onze 21 senza la cornicetta di legnio il tutto ben fatto e bene unito nelle comissure tutto a opera conlaudata e 2° dimostra il disegnio.</w:t>
      </w:r>
    </w:p>
    <w:p w14:paraId="7E615C7F" w14:textId="77777777" w:rsidR="006472C1" w:rsidRDefault="006472C1" w:rsidP="006472C1">
      <w:pPr>
        <w:jc w:val="center"/>
        <w:rPr>
          <w:i/>
          <w:iCs/>
          <w:sz w:val="24"/>
          <w:szCs w:val="24"/>
        </w:rPr>
      </w:pPr>
      <w:r>
        <w:rPr>
          <w:i/>
          <w:iCs/>
          <w:sz w:val="24"/>
          <w:szCs w:val="24"/>
        </w:rPr>
        <w:t>Stabiliture e mettitura in opera delli scalini</w:t>
      </w:r>
    </w:p>
    <w:p w14:paraId="7826693F" w14:textId="77777777" w:rsidR="006472C1" w:rsidRDefault="006472C1" w:rsidP="006472C1">
      <w:pPr>
        <w:jc w:val="both"/>
        <w:rPr>
          <w:i/>
          <w:iCs/>
          <w:sz w:val="24"/>
          <w:szCs w:val="24"/>
        </w:rPr>
      </w:pPr>
      <w:r>
        <w:rPr>
          <w:i/>
          <w:iCs/>
          <w:sz w:val="24"/>
          <w:szCs w:val="24"/>
        </w:rPr>
        <w:t xml:space="preserve">Le stabiliture saranno ben fatti di bona calcina dolce e sabbia parte di dora e parte di Po con mettere dell gesso nell’angoli le cornice di stucco saranno sempre adoprate 2° le sacome che gli veranno dati sul posto e saranno obligati di mettere la 3a parte di polvere di marmo come </w:t>
      </w:r>
      <w:r>
        <w:rPr>
          <w:i/>
          <w:iCs/>
          <w:sz w:val="24"/>
          <w:szCs w:val="24"/>
        </w:rPr>
        <w:lastRenderedPageBreak/>
        <w:t>anche l’altri stucchi e dove ci sarà moltto rilievo mettere di boni chiodi e con fil di ferro andare intrecando un chiodo a l’altro acciò il stucco sia più sodo e forma.</w:t>
      </w:r>
    </w:p>
    <w:p w14:paraId="74A0927D" w14:textId="77777777" w:rsidR="006472C1" w:rsidRDefault="006472C1" w:rsidP="006472C1">
      <w:pPr>
        <w:jc w:val="center"/>
        <w:rPr>
          <w:i/>
          <w:iCs/>
          <w:sz w:val="24"/>
          <w:szCs w:val="24"/>
        </w:rPr>
      </w:pPr>
      <w:r>
        <w:rPr>
          <w:i/>
          <w:iCs/>
          <w:sz w:val="24"/>
          <w:szCs w:val="24"/>
        </w:rPr>
        <w:t>Volta di listelli</w:t>
      </w:r>
    </w:p>
    <w:p w14:paraId="4F20C84F" w14:textId="77777777" w:rsidR="006472C1" w:rsidRDefault="006472C1" w:rsidP="006472C1">
      <w:pPr>
        <w:jc w:val="both"/>
        <w:rPr>
          <w:i/>
          <w:iCs/>
          <w:sz w:val="24"/>
          <w:szCs w:val="24"/>
        </w:rPr>
      </w:pPr>
      <w:r>
        <w:rPr>
          <w:i/>
          <w:iCs/>
          <w:sz w:val="24"/>
          <w:szCs w:val="24"/>
        </w:rPr>
        <w:t>La detta volta di listelli sarà con la sua monta necesaria e sarà con centini di assi doppij bene inchiodati asieme e che detti chiodi siano di longezza che si possono ribattere dell altra parte e di suficiente grosezza i centini da una a l’altra non sia più di onze 15 e ci sia la sua bona armatura di sopra di suficienti legni acciò stia soda e ferma con tutta sicurezza e per tale effetto ci fosse necesario di saetti o altre armature di qual si sia maniera sia l’impresario tenuto a farlle soministrando il reggio ufizio le ferramenta necesaria alla sicurezza della medema e al sudetto la metitura in opera.</w:t>
      </w:r>
    </w:p>
    <w:p w14:paraId="37B16521" w14:textId="77777777" w:rsidR="006472C1" w:rsidRDefault="006472C1" w:rsidP="006472C1">
      <w:pPr>
        <w:jc w:val="center"/>
        <w:rPr>
          <w:i/>
          <w:iCs/>
          <w:sz w:val="24"/>
          <w:szCs w:val="24"/>
        </w:rPr>
      </w:pPr>
      <w:r>
        <w:rPr>
          <w:i/>
          <w:iCs/>
          <w:sz w:val="24"/>
          <w:szCs w:val="24"/>
        </w:rPr>
        <w:t>Sterniti dei ripiani</w:t>
      </w:r>
    </w:p>
    <w:p w14:paraId="2B816214" w14:textId="77777777" w:rsidR="006472C1" w:rsidRDefault="006472C1" w:rsidP="006472C1">
      <w:pPr>
        <w:jc w:val="both"/>
        <w:rPr>
          <w:i/>
          <w:iCs/>
          <w:sz w:val="24"/>
          <w:szCs w:val="24"/>
        </w:rPr>
      </w:pPr>
      <w:r>
        <w:rPr>
          <w:i/>
          <w:iCs/>
          <w:sz w:val="24"/>
          <w:szCs w:val="24"/>
        </w:rPr>
        <w:t>I sterniti delli ripiani di detta scala saranno di marmore di foresto e saranno di un piede in quadro i pezzi che le compongono. La loro grosezza di onza una e mezza in circha e siano ben quadrati e di tutta perfezione per poterlli unire bene in mezzo e nelle sue commisure saranno tenuti di profilarlli sul posto acciò si uniscano meglio.</w:t>
      </w:r>
    </w:p>
    <w:p w14:paraId="1D9C70DC" w14:textId="77777777" w:rsidR="006472C1" w:rsidRDefault="006472C1" w:rsidP="006472C1">
      <w:pPr>
        <w:jc w:val="both"/>
        <w:rPr>
          <w:i/>
          <w:iCs/>
          <w:sz w:val="24"/>
          <w:szCs w:val="24"/>
        </w:rPr>
      </w:pPr>
      <w:r>
        <w:rPr>
          <w:i/>
          <w:iCs/>
          <w:sz w:val="24"/>
          <w:szCs w:val="24"/>
        </w:rPr>
        <w:t>Tutte le rotture che si faranno in dette muraglie siano fatte 2° gli sarà ordinato e dove porta il disegnio siano però tenuti di farlli e li materiali scalcinarlli e siano a servizio di Sa. Ma.</w:t>
      </w:r>
    </w:p>
    <w:p w14:paraId="15A2685D" w14:textId="77777777" w:rsidR="006472C1" w:rsidRDefault="006472C1" w:rsidP="006472C1">
      <w:pPr>
        <w:jc w:val="both"/>
        <w:rPr>
          <w:i/>
          <w:iCs/>
          <w:sz w:val="24"/>
          <w:szCs w:val="24"/>
        </w:rPr>
      </w:pPr>
      <w:r>
        <w:rPr>
          <w:i/>
          <w:iCs/>
          <w:sz w:val="24"/>
          <w:szCs w:val="24"/>
        </w:rPr>
        <w:t>Se si giudicasse a proposito il rimurare i pilastri grandi che devono reggere detta scala sarà necesario prima appontelare e reggere l’due o 3e archi contigue con boni legni e poscia mettere de sarizzi quadrati in dentro un poro a la voltta con tutta diligenza e murarlli con bona calcina di soperga adoprata e a li boni mattoni ben cotti e stilati e questo si deve fare per la prima operazione i sarizzi bastano di grosezza un piede per le due parte e onze 18 in circha per l’altra e si giudica volerne in tutto un 40 pezzi per tutti li 3e pelastri e se sarà necesario due pilastri a proporzione il tutto fatto e operato con diligenzza e considerazione della machina e carico di sopra il tutto bene sbaciato e con diligenza messe i pontelli necesarij.</w:t>
      </w:r>
    </w:p>
    <w:p w14:paraId="128A735B" w14:textId="77777777" w:rsidR="006472C1" w:rsidRDefault="006472C1" w:rsidP="006472C1">
      <w:pPr>
        <w:jc w:val="both"/>
        <w:rPr>
          <w:i/>
          <w:iCs/>
          <w:sz w:val="24"/>
          <w:szCs w:val="24"/>
        </w:rPr>
      </w:pPr>
      <w:r>
        <w:rPr>
          <w:i/>
          <w:iCs/>
          <w:sz w:val="24"/>
          <w:szCs w:val="24"/>
        </w:rPr>
        <w:t>Si averte che il tutto sarà bene adoprato e 2° la mente dell istruzione e secondo ricercherà l’arte e la stabilita delle cose se in qualche capitolo e necesario maggior lune per l’operaio gli sarà dato sul posto.</w:t>
      </w:r>
      <w:r w:rsidRPr="00E5445D">
        <w:rPr>
          <w:i/>
          <w:iCs/>
          <w:sz w:val="24"/>
          <w:szCs w:val="24"/>
        </w:rPr>
        <w:t xml:space="preserve"> </w:t>
      </w:r>
      <w:r w:rsidR="00000000">
        <w:rPr>
          <w:i/>
          <w:iCs/>
          <w:sz w:val="24"/>
          <w:szCs w:val="24"/>
        </w:rPr>
        <w:pict w14:anchorId="696387EF">
          <v:rect id="_x0000_i1240" style="width:0;height:1.5pt" o:hralign="center" o:hrstd="t" o:hr="t" fillcolor="#a0a0a0" stroked="f"/>
        </w:pict>
      </w:r>
    </w:p>
    <w:p w14:paraId="64782D0B" w14:textId="77777777" w:rsidR="006472C1" w:rsidRDefault="006472C1" w:rsidP="006472C1">
      <w:pPr>
        <w:jc w:val="right"/>
        <w:rPr>
          <w:i/>
          <w:iCs/>
          <w:sz w:val="24"/>
          <w:szCs w:val="24"/>
        </w:rPr>
      </w:pPr>
      <w:r w:rsidRPr="00E5445D">
        <w:rPr>
          <w:i/>
          <w:iCs/>
          <w:sz w:val="24"/>
          <w:szCs w:val="24"/>
        </w:rPr>
        <w:t>giorno di 20 Maggio 1720</w:t>
      </w:r>
    </w:p>
    <w:p w14:paraId="7164E7AB" w14:textId="77777777" w:rsidR="006472C1" w:rsidRDefault="006472C1" w:rsidP="006472C1">
      <w:pPr>
        <w:jc w:val="right"/>
        <w:rPr>
          <w:i/>
          <w:iCs/>
          <w:sz w:val="24"/>
          <w:szCs w:val="24"/>
        </w:rPr>
      </w:pPr>
      <w:r w:rsidRPr="00E5445D">
        <w:rPr>
          <w:i/>
          <w:iCs/>
          <w:sz w:val="24"/>
          <w:szCs w:val="24"/>
        </w:rPr>
        <w:t>Cavaliere Don Filippo Juvarra Architetto</w:t>
      </w:r>
      <w:r w:rsidR="00000000">
        <w:rPr>
          <w:i/>
          <w:iCs/>
          <w:sz w:val="24"/>
          <w:szCs w:val="24"/>
        </w:rPr>
        <w:pict w14:anchorId="2A62BB36">
          <v:rect id="_x0000_i1241" style="width:0;height:1.5pt" o:hralign="center" o:hrstd="t" o:hr="t" fillcolor="#a0a0a0" stroked="f"/>
        </w:pict>
      </w:r>
    </w:p>
    <w:p w14:paraId="471881CF" w14:textId="77777777" w:rsidR="006472C1" w:rsidRDefault="006472C1" w:rsidP="006472C1">
      <w:pPr>
        <w:jc w:val="both"/>
        <w:rPr>
          <w:sz w:val="24"/>
          <w:szCs w:val="24"/>
        </w:rPr>
      </w:pPr>
      <w:r w:rsidRPr="00E5445D">
        <w:rPr>
          <w:sz w:val="24"/>
          <w:szCs w:val="24"/>
        </w:rPr>
        <w:t>Archivio di Stato di Torino | Sezioni Riunite | Ministero della guerra | Azienda generale di fabbriche e fortificazioni (1733-1797) già Azienda generale d'artiglieria, fabbriche e fortificazioni (1717-1733) | Contratti fortificazioni | Mazzo 7 (1720)</w:t>
      </w:r>
      <w:r>
        <w:rPr>
          <w:sz w:val="24"/>
          <w:szCs w:val="24"/>
        </w:rPr>
        <w:t xml:space="preserve"> | foll. 249-250-251-252.</w:t>
      </w:r>
    </w:p>
    <w:p w14:paraId="1238B140" w14:textId="77777777" w:rsidR="006472C1" w:rsidRDefault="006472C1" w:rsidP="006472C1">
      <w:pPr>
        <w:jc w:val="both"/>
        <w:rPr>
          <w:sz w:val="24"/>
          <w:szCs w:val="24"/>
        </w:rPr>
      </w:pPr>
    </w:p>
    <w:p w14:paraId="23F4AFEE" w14:textId="77777777" w:rsidR="006472C1" w:rsidRDefault="006472C1" w:rsidP="006472C1">
      <w:pPr>
        <w:jc w:val="center"/>
        <w:rPr>
          <w:sz w:val="28"/>
          <w:szCs w:val="28"/>
        </w:rPr>
      </w:pPr>
      <w:r>
        <w:rPr>
          <w:sz w:val="28"/>
          <w:szCs w:val="28"/>
        </w:rPr>
        <w:t>1730</w:t>
      </w:r>
    </w:p>
    <w:p w14:paraId="7D0E0277" w14:textId="77777777" w:rsidR="006472C1" w:rsidRPr="006F53E8" w:rsidRDefault="006472C1" w:rsidP="006472C1">
      <w:pPr>
        <w:jc w:val="center"/>
        <w:rPr>
          <w:b/>
          <w:bCs/>
          <w:i/>
          <w:iCs/>
          <w:sz w:val="24"/>
          <w:szCs w:val="24"/>
        </w:rPr>
      </w:pPr>
      <w:r w:rsidRPr="006F53E8">
        <w:rPr>
          <w:b/>
          <w:bCs/>
          <w:i/>
          <w:iCs/>
          <w:sz w:val="24"/>
          <w:szCs w:val="24"/>
        </w:rPr>
        <w:lastRenderedPageBreak/>
        <w:t>Instruzione per l’ante camera e del gabinetto di Sa. Ma. da farsi nel palazzo novo di Torino</w:t>
      </w:r>
      <w:r w:rsidR="00000000">
        <w:rPr>
          <w:i/>
          <w:iCs/>
          <w:sz w:val="24"/>
          <w:szCs w:val="24"/>
        </w:rPr>
        <w:pict w14:anchorId="28B4C2DC">
          <v:rect id="_x0000_i1242" style="width:0;height:1.5pt" o:hralign="center" o:hrstd="t" o:hr="t" fillcolor="#a0a0a0" stroked="f"/>
        </w:pict>
      </w:r>
    </w:p>
    <w:p w14:paraId="1D819A99" w14:textId="77777777" w:rsidR="006472C1" w:rsidRDefault="006472C1" w:rsidP="006472C1">
      <w:pPr>
        <w:jc w:val="both"/>
        <w:rPr>
          <w:i/>
          <w:iCs/>
          <w:sz w:val="24"/>
          <w:szCs w:val="24"/>
        </w:rPr>
      </w:pPr>
      <w:r w:rsidRPr="006F53E8">
        <w:rPr>
          <w:i/>
          <w:iCs/>
          <w:sz w:val="24"/>
          <w:szCs w:val="24"/>
        </w:rPr>
        <w:t>Stibij di listelli saranno con sua armatura di reme ben spianati e incastrate a mezzo a mezzo e saranno dritti e semicircolari 2° dimostra il disegnio in pianta. Le traverse saranno di distanza tra una e l’altra oncie 18 nelle spalette di porte saranno di travetti di rovere con il suo incastro ove aviene il listello e ove imposterà la voltta del gabinetto e anticamera vi sarà un trave di giusta grosezza per fortificare il stibio e reggere con più sicurezza le due voltte tantto del gabinetto che anticamera su dette</w:t>
      </w:r>
      <w:r>
        <w:rPr>
          <w:i/>
          <w:iCs/>
          <w:sz w:val="24"/>
          <w:szCs w:val="24"/>
        </w:rPr>
        <w:t xml:space="preserve"> i listelli saranno d’albera di grosezza in quadro oncia una e saranno inchiodati in ogni parte che tocca un listello a l’altro in croce con chiodi di suficiente longezza e grosezza.</w:t>
      </w:r>
    </w:p>
    <w:p w14:paraId="1014B3BB" w14:textId="77777777" w:rsidR="006472C1" w:rsidRDefault="006472C1" w:rsidP="006472C1">
      <w:pPr>
        <w:jc w:val="both"/>
        <w:rPr>
          <w:i/>
          <w:iCs/>
          <w:sz w:val="24"/>
          <w:szCs w:val="24"/>
        </w:rPr>
      </w:pPr>
      <w:r>
        <w:rPr>
          <w:i/>
          <w:iCs/>
          <w:sz w:val="24"/>
          <w:szCs w:val="24"/>
        </w:rPr>
        <w:t>Saranno obligati di ingessarlli con 2 terzi di gesso e un terzo di calcina e nelli bugi si metteranno pezetti di rottami acciò sia perfettamente sodo.</w:t>
      </w:r>
    </w:p>
    <w:p w14:paraId="053FBFBD" w14:textId="77777777" w:rsidR="006472C1" w:rsidRDefault="006472C1" w:rsidP="006472C1">
      <w:pPr>
        <w:jc w:val="both"/>
        <w:rPr>
          <w:i/>
          <w:iCs/>
          <w:sz w:val="24"/>
          <w:szCs w:val="24"/>
        </w:rPr>
      </w:pPr>
      <w:r>
        <w:rPr>
          <w:i/>
          <w:iCs/>
          <w:sz w:val="24"/>
          <w:szCs w:val="24"/>
        </w:rPr>
        <w:t>Sarà a piombo perfetto e in piano e stabilito alla italiana con tutta diligenza. Sarà fortificata l’armatura con boni chiodi e cavigli ove si giudicherà la maggior sodezza del opera. Ove sarà necesario lame di ferro si provederanno per parte dell uficio di Sa. Ma. e saranno obligati metterlli in opera.</w:t>
      </w:r>
    </w:p>
    <w:p w14:paraId="79AB6EFA" w14:textId="77777777" w:rsidR="006472C1" w:rsidRDefault="006472C1" w:rsidP="006472C1">
      <w:pPr>
        <w:jc w:val="both"/>
        <w:rPr>
          <w:i/>
          <w:iCs/>
          <w:sz w:val="24"/>
          <w:szCs w:val="24"/>
        </w:rPr>
      </w:pPr>
      <w:r>
        <w:rPr>
          <w:i/>
          <w:iCs/>
          <w:sz w:val="24"/>
          <w:szCs w:val="24"/>
        </w:rPr>
        <w:t>Volte di listelli saranno della figura che dimostra il disegnio e le centine saranno di due assi di grosezza e i principali ove occoresse alla maggior sodezza del opera di tre grosezze bene inchiodati con chiodi che passino le grosezze per poterlli ribattere.</w:t>
      </w:r>
    </w:p>
    <w:p w14:paraId="40CD6B4D" w14:textId="77777777" w:rsidR="006472C1" w:rsidRDefault="006472C1" w:rsidP="006472C1">
      <w:pPr>
        <w:jc w:val="both"/>
        <w:rPr>
          <w:i/>
          <w:iCs/>
          <w:sz w:val="24"/>
          <w:szCs w:val="24"/>
        </w:rPr>
      </w:pPr>
      <w:r>
        <w:rPr>
          <w:i/>
          <w:iCs/>
          <w:sz w:val="24"/>
          <w:szCs w:val="24"/>
        </w:rPr>
        <w:t>La distanza d’un centine a l’altro non sarà maggiore che un piede e ove il suo riparto portasse qualche oncia più o meno si possa fare.</w:t>
      </w:r>
    </w:p>
    <w:p w14:paraId="239A33D4" w14:textId="77777777" w:rsidR="006472C1" w:rsidRDefault="006472C1" w:rsidP="006472C1">
      <w:pPr>
        <w:jc w:val="both"/>
        <w:rPr>
          <w:i/>
          <w:iCs/>
          <w:sz w:val="24"/>
          <w:szCs w:val="24"/>
        </w:rPr>
      </w:pPr>
      <w:r>
        <w:rPr>
          <w:i/>
          <w:iCs/>
          <w:sz w:val="24"/>
          <w:szCs w:val="24"/>
        </w:rPr>
        <w:t>Li listelli saranno di oncia una e saranno bene inchiodati in ogni parte che toccheranno il centine con chiodi di suficiente grosezza e longezza.</w:t>
      </w:r>
    </w:p>
    <w:p w14:paraId="6DC31119" w14:textId="77777777" w:rsidR="006472C1" w:rsidRDefault="006472C1" w:rsidP="006472C1">
      <w:pPr>
        <w:jc w:val="both"/>
        <w:rPr>
          <w:i/>
          <w:iCs/>
          <w:sz w:val="24"/>
          <w:szCs w:val="24"/>
        </w:rPr>
      </w:pPr>
      <w:r>
        <w:rPr>
          <w:i/>
          <w:iCs/>
          <w:sz w:val="24"/>
          <w:szCs w:val="24"/>
        </w:rPr>
        <w:t>Saranno obligati fare con tutta diligenza li squarci ove imposteranno e poseranno i centini e ove occorre metteranno legni in piano per inchiodare e posare il piede del centine.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