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3D80D" w14:textId="77777777" w:rsidR="006472C1" w:rsidRDefault="006472C1" w:rsidP="006472C1">
      <w:pPr>
        <w:jc w:val="both"/>
        <w:rPr>
          <w:i/>
          <w:iCs/>
          <w:sz w:val="24"/>
          <w:szCs w:val="24"/>
        </w:rPr>
      </w:pPr>
      <w:r>
        <w:rPr>
          <w:i/>
          <w:iCs/>
          <w:sz w:val="24"/>
          <w:szCs w:val="24"/>
        </w:rPr>
        <w:t>Saranno ingesati con tutta diligenza e uguale e ove saranno angoli o spigoli farlli con tutta aggiustezza secondo porta il disegnio.</w:t>
      </w:r>
    </w:p>
    <w:p w14:paraId="4A34612F" w14:textId="77777777" w:rsidR="006472C1" w:rsidRDefault="006472C1" w:rsidP="006472C1">
      <w:pPr>
        <w:jc w:val="both"/>
        <w:rPr>
          <w:i/>
          <w:iCs/>
          <w:sz w:val="24"/>
          <w:szCs w:val="24"/>
        </w:rPr>
      </w:pPr>
      <w:r>
        <w:rPr>
          <w:i/>
          <w:iCs/>
          <w:sz w:val="24"/>
          <w:szCs w:val="24"/>
        </w:rPr>
        <w:t>Saranno obligati squarciare la muraglia sino all coperto superiore e acciò fare la sua testa di fornello a galleria della grandezza ordinaria e capace a reggere il fumo e potendosi con facilità pulire faranno la longezza del fornello ove gli verrà destinato sul posto dall architetto.</w:t>
      </w:r>
    </w:p>
    <w:p w14:paraId="568128A8" w14:textId="77777777" w:rsidR="006472C1" w:rsidRDefault="006472C1" w:rsidP="006472C1">
      <w:pPr>
        <w:jc w:val="both"/>
        <w:rPr>
          <w:i/>
          <w:iCs/>
          <w:sz w:val="24"/>
          <w:szCs w:val="24"/>
        </w:rPr>
      </w:pPr>
      <w:r>
        <w:rPr>
          <w:i/>
          <w:iCs/>
          <w:sz w:val="24"/>
          <w:szCs w:val="24"/>
        </w:rPr>
        <w:t>Il tutto ben fatto a opera conlaudata e approvata e operare secondo richiede l’arte e da bon padre di famiglia detto lavoro sarà obligato a finire per tutto ottobre.</w:t>
      </w:r>
      <w:r w:rsidRPr="001E6424">
        <w:rPr>
          <w:i/>
          <w:iCs/>
          <w:sz w:val="24"/>
          <w:szCs w:val="24"/>
        </w:rPr>
        <w:t xml:space="preserve"> </w:t>
      </w:r>
      <w:r w:rsidR="00000000">
        <w:rPr>
          <w:i/>
          <w:iCs/>
          <w:sz w:val="24"/>
          <w:szCs w:val="24"/>
        </w:rPr>
        <w:pict w14:anchorId="39A44D43">
          <v:rect id="_x0000_i1243" style="width:0;height:1.5pt" o:hralign="center" o:hrstd="t" o:hr="t" fillcolor="#a0a0a0" stroked="f"/>
        </w:pict>
      </w:r>
    </w:p>
    <w:p w14:paraId="3401940B" w14:textId="77777777" w:rsidR="006472C1" w:rsidRDefault="006472C1" w:rsidP="006472C1">
      <w:pPr>
        <w:jc w:val="right"/>
        <w:rPr>
          <w:i/>
          <w:iCs/>
          <w:sz w:val="24"/>
          <w:szCs w:val="24"/>
        </w:rPr>
      </w:pPr>
      <w:r w:rsidRPr="001E6424">
        <w:rPr>
          <w:i/>
          <w:iCs/>
          <w:sz w:val="24"/>
          <w:szCs w:val="24"/>
        </w:rPr>
        <w:t>giorno di 2 Ottobre 1730</w:t>
      </w:r>
    </w:p>
    <w:p w14:paraId="3B9929C3" w14:textId="77777777" w:rsidR="006472C1" w:rsidRDefault="006472C1" w:rsidP="006472C1">
      <w:pPr>
        <w:jc w:val="right"/>
        <w:rPr>
          <w:i/>
          <w:iCs/>
          <w:sz w:val="24"/>
          <w:szCs w:val="24"/>
        </w:rPr>
      </w:pPr>
      <w:r w:rsidRPr="001E6424">
        <w:rPr>
          <w:i/>
          <w:iCs/>
          <w:sz w:val="24"/>
          <w:szCs w:val="24"/>
        </w:rPr>
        <w:t>Cavaliere Don Filippo Juvarra Primo Architetto</w:t>
      </w:r>
      <w:r w:rsidR="00000000">
        <w:rPr>
          <w:i/>
          <w:iCs/>
          <w:sz w:val="24"/>
          <w:szCs w:val="24"/>
        </w:rPr>
        <w:pict w14:anchorId="6F34C6EC">
          <v:rect id="_x0000_i1244" style="width:0;height:1.5pt" o:hralign="center" o:hrstd="t" o:hr="t" fillcolor="#a0a0a0" stroked="f"/>
        </w:pict>
      </w:r>
    </w:p>
    <w:p w14:paraId="7DE3E76A" w14:textId="77777777" w:rsidR="006472C1" w:rsidRDefault="006472C1" w:rsidP="006472C1">
      <w:pPr>
        <w:jc w:val="both"/>
        <w:rPr>
          <w:i/>
          <w:iCs/>
          <w:sz w:val="24"/>
          <w:szCs w:val="24"/>
        </w:rPr>
      </w:pPr>
      <w:r>
        <w:rPr>
          <w:i/>
          <w:iCs/>
          <w:sz w:val="24"/>
          <w:szCs w:val="24"/>
        </w:rPr>
        <w:t xml:space="preserve">Disegnio della cornice di stucco che va fatta nell anticamera del gabinetto di Sa. Ma. </w:t>
      </w:r>
    </w:p>
    <w:p w14:paraId="2B31DBF3" w14:textId="77777777" w:rsidR="006472C1" w:rsidRDefault="006472C1" w:rsidP="006472C1">
      <w:pPr>
        <w:jc w:val="both"/>
        <w:rPr>
          <w:i/>
          <w:iCs/>
          <w:sz w:val="24"/>
          <w:szCs w:val="24"/>
        </w:rPr>
      </w:pPr>
      <w:r>
        <w:rPr>
          <w:i/>
          <w:iCs/>
          <w:sz w:val="24"/>
          <w:szCs w:val="24"/>
        </w:rPr>
        <w:lastRenderedPageBreak/>
        <w:t>Sarà fatta di stucco con polvere di marmo e si metteranno li suoi chiodi e cavigli 2° denota il disegnio della longezza che possa reggere detta cornice sarà perfettamente intagliata a opera conlaudata.</w:t>
      </w:r>
      <w:r w:rsidRPr="001E6424">
        <w:rPr>
          <w:i/>
          <w:iCs/>
          <w:sz w:val="24"/>
          <w:szCs w:val="24"/>
        </w:rPr>
        <w:t xml:space="preserve"> </w:t>
      </w:r>
      <w:r w:rsidR="00000000">
        <w:rPr>
          <w:i/>
          <w:iCs/>
          <w:sz w:val="24"/>
          <w:szCs w:val="24"/>
        </w:rPr>
        <w:pict w14:anchorId="56C045CB">
          <v:rect id="_x0000_i1245" style="width:0;height:1.5pt" o:hralign="center" o:hrstd="t" o:hr="t" fillcolor="#a0a0a0" stroked="f"/>
        </w:pict>
      </w:r>
    </w:p>
    <w:p w14:paraId="32CFB84B" w14:textId="77777777" w:rsidR="006472C1" w:rsidRDefault="006472C1" w:rsidP="006472C1">
      <w:pPr>
        <w:jc w:val="right"/>
        <w:rPr>
          <w:i/>
          <w:iCs/>
          <w:sz w:val="24"/>
          <w:szCs w:val="24"/>
        </w:rPr>
      </w:pPr>
      <w:r>
        <w:rPr>
          <w:i/>
          <w:iCs/>
          <w:sz w:val="24"/>
          <w:szCs w:val="24"/>
        </w:rPr>
        <w:t>a 3 Ottobre 1730</w:t>
      </w:r>
    </w:p>
    <w:p w14:paraId="65DDE5DE" w14:textId="77777777" w:rsidR="006472C1" w:rsidRDefault="006472C1" w:rsidP="006472C1">
      <w:pPr>
        <w:jc w:val="right"/>
        <w:rPr>
          <w:i/>
          <w:iCs/>
          <w:sz w:val="24"/>
          <w:szCs w:val="24"/>
        </w:rPr>
      </w:pPr>
      <w:r>
        <w:rPr>
          <w:i/>
          <w:iCs/>
          <w:sz w:val="24"/>
          <w:szCs w:val="24"/>
        </w:rPr>
        <w:t>Cavaliere Don Filippo Juvarra Primo Architetto</w:t>
      </w:r>
      <w:r w:rsidR="00000000">
        <w:rPr>
          <w:i/>
          <w:iCs/>
          <w:sz w:val="24"/>
          <w:szCs w:val="24"/>
        </w:rPr>
        <w:pict w14:anchorId="2942528A">
          <v:rect id="_x0000_i1246" style="width:0;height:1.5pt" o:hralign="center" o:hrstd="t" o:hr="t" fillcolor="#a0a0a0" stroked="f"/>
        </w:pict>
      </w:r>
    </w:p>
    <w:p w14:paraId="0CC86093" w14:textId="77777777" w:rsidR="006472C1" w:rsidRPr="001E6424" w:rsidRDefault="006472C1" w:rsidP="006472C1">
      <w:pPr>
        <w:jc w:val="both"/>
        <w:rPr>
          <w:sz w:val="24"/>
          <w:szCs w:val="24"/>
        </w:rPr>
      </w:pPr>
      <w:r w:rsidRPr="001E6424">
        <w:rPr>
          <w:sz w:val="24"/>
          <w:szCs w:val="24"/>
        </w:rPr>
        <w:t>Archivio di Stato di Torino | Sezioni Riunite | Ministero della guerra | Azienda generale di fabbriche e fortificazioni (1733-1797) già Azienda generale d'artiglieria, fabbriche e fortificazioni (1717-1733) | Contratti fortificazioni | Mazzo 19 (1730) | foll. 283-284-285.</w:t>
      </w:r>
    </w:p>
    <w:p w14:paraId="7E2DA298" w14:textId="77777777" w:rsidR="006472C1" w:rsidRDefault="006472C1" w:rsidP="006472C1">
      <w:pPr>
        <w:jc w:val="both"/>
        <w:rPr>
          <w:i/>
          <w:iCs/>
          <w:sz w:val="24"/>
          <w:szCs w:val="24"/>
        </w:rPr>
      </w:pPr>
    </w:p>
    <w:p w14:paraId="37C38E17" w14:textId="77777777" w:rsidR="006472C1" w:rsidRPr="00F45C42" w:rsidRDefault="006472C1" w:rsidP="006472C1">
      <w:pPr>
        <w:rPr>
          <w:b/>
          <w:bCs/>
          <w:sz w:val="28"/>
          <w:szCs w:val="28"/>
        </w:rPr>
      </w:pPr>
      <w:r w:rsidRPr="00F45C42">
        <w:rPr>
          <w:b/>
          <w:bCs/>
          <w:sz w:val="28"/>
          <w:szCs w:val="28"/>
        </w:rPr>
        <w:t xml:space="preserve">ISTRUZIONI | </w:t>
      </w:r>
      <w:r>
        <w:rPr>
          <w:b/>
          <w:bCs/>
          <w:sz w:val="28"/>
          <w:szCs w:val="28"/>
        </w:rPr>
        <w:t>Palazzo reale - Teatro</w:t>
      </w:r>
    </w:p>
    <w:p w14:paraId="642EDF58" w14:textId="77777777" w:rsidR="006472C1" w:rsidRDefault="006472C1" w:rsidP="006472C1">
      <w:pPr>
        <w:jc w:val="center"/>
        <w:rPr>
          <w:sz w:val="28"/>
          <w:szCs w:val="28"/>
        </w:rPr>
      </w:pPr>
      <w:r>
        <w:rPr>
          <w:sz w:val="28"/>
          <w:szCs w:val="28"/>
        </w:rPr>
        <w:t>1722</w:t>
      </w:r>
    </w:p>
    <w:p w14:paraId="753B2EBF" w14:textId="77777777" w:rsidR="006472C1" w:rsidRDefault="006472C1" w:rsidP="006472C1">
      <w:pPr>
        <w:jc w:val="center"/>
        <w:rPr>
          <w:i/>
          <w:iCs/>
          <w:sz w:val="24"/>
          <w:szCs w:val="24"/>
        </w:rPr>
      </w:pPr>
      <w:r w:rsidRPr="00BD190E">
        <w:rPr>
          <w:b/>
          <w:bCs/>
          <w:i/>
          <w:iCs/>
          <w:sz w:val="24"/>
          <w:szCs w:val="24"/>
        </w:rPr>
        <w:t>Instruzione per rifare il teatro che resta nell palazzo vechio di Sa. Ma.</w:t>
      </w:r>
      <w:r w:rsidRPr="00BD190E">
        <w:rPr>
          <w:i/>
          <w:iCs/>
          <w:sz w:val="24"/>
          <w:szCs w:val="24"/>
        </w:rPr>
        <w:t xml:space="preserve"> </w:t>
      </w:r>
      <w:r w:rsidR="00000000">
        <w:rPr>
          <w:i/>
          <w:iCs/>
          <w:sz w:val="24"/>
          <w:szCs w:val="24"/>
        </w:rPr>
        <w:pict w14:anchorId="70655125">
          <v:rect id="_x0000_i1247" style="width:0;height:1.5pt" o:hralign="center" o:hrstd="t" o:hr="t" fillcolor="#a0a0a0" stroked="f"/>
        </w:pict>
      </w:r>
    </w:p>
    <w:p w14:paraId="7A7D5849" w14:textId="77777777" w:rsidR="006472C1" w:rsidRDefault="006472C1" w:rsidP="006472C1">
      <w:pPr>
        <w:jc w:val="both"/>
        <w:rPr>
          <w:i/>
          <w:iCs/>
          <w:sz w:val="24"/>
          <w:szCs w:val="24"/>
        </w:rPr>
      </w:pPr>
      <w:r>
        <w:rPr>
          <w:i/>
          <w:iCs/>
          <w:sz w:val="24"/>
          <w:szCs w:val="24"/>
        </w:rPr>
        <w:t>Primo. Siano obligati di ripasare tutto il coperto e se le reme che non posso regere siano tenuti di montarlli di novo come anche i listelli e dove si ritrovasse qualche braccio delle cavriate non perfetto e non capace di resistere o con qualche difetto sarano tenuti di mutarlli con intervento dell’architetto o vero dell sopra stante e nell rimettere i coppi non cavalcassero li onze 3 soliti siano tenuti d’agiungerne di novi a tutta opera conlaudata.</w:t>
      </w:r>
    </w:p>
    <w:p w14:paraId="35B0CEF3" w14:textId="77777777" w:rsidR="006472C1" w:rsidRDefault="006472C1" w:rsidP="006472C1">
      <w:pPr>
        <w:jc w:val="both"/>
        <w:rPr>
          <w:i/>
          <w:iCs/>
          <w:sz w:val="24"/>
          <w:szCs w:val="24"/>
        </w:rPr>
      </w:pPr>
      <w:r>
        <w:rPr>
          <w:i/>
          <w:iCs/>
          <w:sz w:val="24"/>
          <w:szCs w:val="24"/>
        </w:rPr>
        <w:t>2°. Se ci vorrà qualche aggiunta di coperto novo saranno retuniti di mettere li assi e saetti e bolzoni con suoi remi di grosezza nell più sotile di onze 2 e li listelli siano d’onza una e meza in quadro la distanza delle reme sia onze 9 di mezza rema e mezza rema e le cavriate non siano più corti di piedi 5 e saranno tenuti di fare qual si sia armatura o cavaletto o armatura doppia con sua bachetta o cantonale provedendo Sa. Ma. le corde o cavriate e saranno inchiodati con chiodi grossi e di suficiente longezza e le reme che toccano li bracci siano inchiodati con chiodi che passino la rema e vadino bene in detto braccio e li listelli siano inchiodati in tutti li lurgi che toccano le reme il tutto a opera conlaudata e approvata.</w:t>
      </w:r>
    </w:p>
    <w:p w14:paraId="5AFFFF71" w14:textId="77777777" w:rsidR="006472C1" w:rsidRDefault="006472C1" w:rsidP="006472C1">
      <w:pPr>
        <w:jc w:val="both"/>
        <w:rPr>
          <w:i/>
          <w:iCs/>
          <w:sz w:val="24"/>
          <w:szCs w:val="24"/>
        </w:rPr>
      </w:pPr>
      <w:r>
        <w:rPr>
          <w:i/>
          <w:iCs/>
          <w:sz w:val="24"/>
          <w:szCs w:val="24"/>
        </w:rPr>
        <w:t>3°. Saranno tenuti di fare tutto il telaro di legniame ben staggionato e le candele o colonne siano di bon maleggio rosso e di tutta qualità senza minimo defetto alcuno e si darà la permessione di servirsi di tutto il vecchio cioè di quelli assi e travetti e cornice che saranno giudicate dall architetto o sopra stante capaci di servizio altrimente saranno tenuti di farlli tutto di novo.</w:t>
      </w:r>
    </w:p>
    <w:p w14:paraId="29F7709D" w14:textId="77777777" w:rsidR="006472C1" w:rsidRDefault="006472C1" w:rsidP="006472C1">
      <w:pPr>
        <w:jc w:val="both"/>
        <w:rPr>
          <w:i/>
          <w:iCs/>
          <w:sz w:val="24"/>
          <w:szCs w:val="24"/>
        </w:rPr>
      </w:pPr>
      <w:r>
        <w:rPr>
          <w:i/>
          <w:iCs/>
          <w:sz w:val="24"/>
          <w:szCs w:val="24"/>
        </w:rPr>
        <w:t>4°. Le dette loggie saranno della maniera della mostra con sua balaustra tornita e un modiglione della figura che dimostra la mostra investito da assi sotili e fra una loggia e l’altra non ci sia più che 7 bastoni torniti dell’istessa maniera cennata in poggiolo sporgerà inazi al quanto per ricevere i balaustri torniti dell’istessa maniera che si vede a quella fatta e tantto la cornice di sopra che di sotto ricorerà per tutto doppo aver fatto quelle centinelle due parte.</w:t>
      </w:r>
    </w:p>
    <w:p w14:paraId="14A7F35B" w14:textId="77777777" w:rsidR="006472C1" w:rsidRDefault="006472C1" w:rsidP="006472C1">
      <w:pPr>
        <w:jc w:val="both"/>
        <w:rPr>
          <w:i/>
          <w:iCs/>
          <w:sz w:val="24"/>
          <w:szCs w:val="24"/>
        </w:rPr>
      </w:pPr>
      <w:r>
        <w:rPr>
          <w:i/>
          <w:iCs/>
          <w:sz w:val="24"/>
          <w:szCs w:val="24"/>
        </w:rPr>
        <w:lastRenderedPageBreak/>
        <w:t>5°. Dentro il modiglione ci sarà un travetto messo in forma di modiglione angolare bene incastrato nella colonna e retto con chiodi o cavichi di giusta longezza e grosezza novi e saranno tenuti fortificare il travetto che va nella muraglia che parte dalla colonna con gaffe di ferro di bona grosezza e sodezza.</w:t>
      </w:r>
    </w:p>
    <w:p w14:paraId="0A2FA601" w14:textId="77777777" w:rsidR="006472C1" w:rsidRDefault="006472C1" w:rsidP="006472C1">
      <w:pPr>
        <w:jc w:val="both"/>
        <w:rPr>
          <w:i/>
          <w:iCs/>
          <w:sz w:val="24"/>
          <w:szCs w:val="24"/>
        </w:rPr>
      </w:pPr>
      <w:r>
        <w:rPr>
          <w:i/>
          <w:iCs/>
          <w:sz w:val="24"/>
          <w:szCs w:val="24"/>
        </w:rPr>
        <w:t>6°. Tutti li piani delle loggie e coridori saranno d’assi di albera di grosezza una scarsa e saranno investiti e fra una colona e l’altra ci sia il suo travetto acciò le campate dell assi siano lontani che piegano altrimente il tutto 2° la mostra e sosistenza dell opera.</w:t>
      </w:r>
    </w:p>
    <w:p w14:paraId="610033D3" w14:textId="77777777" w:rsidR="006472C1" w:rsidRDefault="006472C1" w:rsidP="006472C1">
      <w:pPr>
        <w:jc w:val="both"/>
        <w:rPr>
          <w:i/>
          <w:iCs/>
          <w:sz w:val="24"/>
          <w:szCs w:val="24"/>
        </w:rPr>
      </w:pPr>
      <w:r>
        <w:rPr>
          <w:i/>
          <w:iCs/>
          <w:sz w:val="24"/>
          <w:szCs w:val="24"/>
        </w:rPr>
        <w:t>7°. Faranno i fondi delle loggie con loro porte e si potranno servire di tutto quello che sarà giudicato bono e non marcito e disfatto il tutto sarà creato e fatto liscio nella parte di dentro quanto copie la rimata di farsi.</w:t>
      </w:r>
    </w:p>
    <w:p w14:paraId="5FD12015" w14:textId="77777777" w:rsidR="006472C1" w:rsidRDefault="006472C1" w:rsidP="006472C1">
      <w:pPr>
        <w:jc w:val="both"/>
        <w:rPr>
          <w:i/>
          <w:iCs/>
          <w:sz w:val="24"/>
          <w:szCs w:val="24"/>
        </w:rPr>
      </w:pPr>
      <w:r>
        <w:rPr>
          <w:i/>
          <w:iCs/>
          <w:sz w:val="24"/>
          <w:szCs w:val="24"/>
        </w:rPr>
        <w:t>8°. Il corridore sarà scagiato di onze 6 e in conseguenza le scale saranno disfatte e rifatte e servire il tutto quello che sarà bono e sosistente alla sodezza dell opera.</w:t>
      </w:r>
    </w:p>
    <w:p w14:paraId="74C8BE30" w14:textId="77777777" w:rsidR="006472C1" w:rsidRDefault="006472C1" w:rsidP="006472C1">
      <w:pPr>
        <w:jc w:val="both"/>
        <w:rPr>
          <w:i/>
          <w:iCs/>
          <w:sz w:val="24"/>
          <w:szCs w:val="24"/>
        </w:rPr>
      </w:pPr>
      <w:r>
        <w:rPr>
          <w:i/>
          <w:iCs/>
          <w:sz w:val="24"/>
          <w:szCs w:val="24"/>
        </w:rPr>
        <w:t>9°. La corona sarà fatta alla forma dell altri logie solo s’averte che 3e loggie e in fondo non ci sarà le due colone in piedi per fare una loggia che cernieri 3e spazi e fare un palchettone il quale con l’istessa simetria  spengerà al quanto in fuori conforme al di sopra averà qualche ornamento di assi contornati e poscia fatti mettere a oro per distinzione dell altri e maggior decoro ma le ringiere saranno parimente di balaustri conforme il verso dell teatro torniti a giorno.</w:t>
      </w:r>
    </w:p>
    <w:p w14:paraId="54351B3E" w14:textId="77777777" w:rsidR="006472C1" w:rsidRDefault="006472C1" w:rsidP="006472C1">
      <w:pPr>
        <w:jc w:val="both"/>
        <w:rPr>
          <w:i/>
          <w:iCs/>
          <w:sz w:val="24"/>
          <w:szCs w:val="24"/>
        </w:rPr>
      </w:pPr>
      <w:r>
        <w:rPr>
          <w:i/>
          <w:iCs/>
          <w:sz w:val="24"/>
          <w:szCs w:val="24"/>
        </w:rPr>
        <w:t>10. E perché s’aggiunga maggior comodo a detta loggia di Sa. Ma. s’ha degniato dirmi che nella sala contigua si disfaccia la scala di legnio e si faccia un coridore con rifare la medema e qualche stanza per comodo con suo fornello onde cosenti lavori che serrarlla detta ante sala si potranno fare in questi tre capi sofietti d’assi investiti con sue armature.</w:t>
      </w:r>
    </w:p>
    <w:p w14:paraId="1462F144" w14:textId="77777777" w:rsidR="006472C1" w:rsidRDefault="006472C1" w:rsidP="006472C1">
      <w:pPr>
        <w:jc w:val="both"/>
        <w:rPr>
          <w:i/>
          <w:iCs/>
          <w:sz w:val="24"/>
          <w:szCs w:val="24"/>
        </w:rPr>
      </w:pPr>
      <w:r>
        <w:rPr>
          <w:i/>
          <w:iCs/>
          <w:sz w:val="24"/>
          <w:szCs w:val="24"/>
        </w:rPr>
        <w:t>Solari con suoi legni con assi ordinari investiti e spianati per una faccia con sua armatura di travi e travetti di suficiente grosezza.</w:t>
      </w:r>
    </w:p>
    <w:p w14:paraId="32CE8C14" w14:textId="77777777" w:rsidR="006472C1" w:rsidRDefault="006472C1" w:rsidP="006472C1">
      <w:pPr>
        <w:jc w:val="both"/>
        <w:rPr>
          <w:i/>
          <w:iCs/>
          <w:sz w:val="24"/>
          <w:szCs w:val="24"/>
        </w:rPr>
      </w:pPr>
      <w:r>
        <w:rPr>
          <w:i/>
          <w:iCs/>
          <w:sz w:val="24"/>
          <w:szCs w:val="24"/>
        </w:rPr>
        <w:t>Stibij d’assi alti un tb. 1.3.0 con sue reme bene investiti e poscia con listelli di onza una e meza e sotili onze ½ fra una comissura e l’altra per di fori e questo si potrà dare il partito per li detti capi.</w:t>
      </w:r>
    </w:p>
    <w:p w14:paraId="38E0B4F5" w14:textId="77777777" w:rsidR="006472C1" w:rsidRDefault="006472C1" w:rsidP="006472C1">
      <w:pPr>
        <w:jc w:val="both"/>
        <w:rPr>
          <w:i/>
          <w:iCs/>
          <w:sz w:val="24"/>
          <w:szCs w:val="24"/>
        </w:rPr>
      </w:pPr>
      <w:r>
        <w:rPr>
          <w:i/>
          <w:iCs/>
          <w:sz w:val="24"/>
          <w:szCs w:val="24"/>
        </w:rPr>
        <w:t>11. Il sofitto di detto teatro sarà rifatto alla medema altezza e sarà levato tutto quello che al presente si ritrova e fare armatura più perfetta e sosistente e se parte di detti assi sarano in stato di servire si potranno mettere in opera inchiodati su l’armatura quanto più vicino si possa sopra detti assi acciò il pittore possa dipingere saranno tenuti di tirare una tela di biella sopra bene bachetta e stirata acciò non si reggono le comissure dell assi che mai possono bene unirsi asieme come anche per riportare il freddo che dalli tetti proviene particolarmente in tempo di neve.</w:t>
      </w:r>
    </w:p>
    <w:p w14:paraId="1F8ADEBE" w14:textId="77777777" w:rsidR="006472C1" w:rsidRDefault="006472C1" w:rsidP="006472C1">
      <w:pPr>
        <w:jc w:val="both"/>
        <w:rPr>
          <w:i/>
          <w:iCs/>
          <w:sz w:val="24"/>
          <w:szCs w:val="24"/>
        </w:rPr>
      </w:pPr>
      <w:r>
        <w:rPr>
          <w:i/>
          <w:iCs/>
          <w:sz w:val="24"/>
          <w:szCs w:val="24"/>
        </w:rPr>
        <w:t>12. L’imbocho o prospetto dell tetto sarà fatto con qualche ornamento 2° dimostra il disegnio e sarà ben legato nell archo con legni di suficiente grosezza come anche sarà investito di tele della sopradette qualità lasciandovi il carico delle pietre pregesarlli 2° l’apparecchio che gli verrà ordinato.</w:t>
      </w:r>
    </w:p>
    <w:p w14:paraId="2D8FDA4B" w14:textId="77777777" w:rsidR="006472C1" w:rsidRDefault="006472C1" w:rsidP="006472C1">
      <w:pPr>
        <w:jc w:val="both"/>
        <w:rPr>
          <w:i/>
          <w:iCs/>
          <w:sz w:val="24"/>
          <w:szCs w:val="24"/>
        </w:rPr>
      </w:pPr>
      <w:r>
        <w:rPr>
          <w:i/>
          <w:iCs/>
          <w:sz w:val="24"/>
          <w:szCs w:val="24"/>
        </w:rPr>
        <w:t xml:space="preserve">13. L’orchestra sarà mutata e ingrandita 2° sarà determinato dall medemo della capella di Sa. Ma. e quanto sarà necesario il piano d’alzarllo. Saranno anche tenuti di rifare il piano dell teatro </w:t>
      </w:r>
      <w:r>
        <w:rPr>
          <w:i/>
          <w:iCs/>
          <w:sz w:val="24"/>
          <w:szCs w:val="24"/>
        </w:rPr>
        <w:lastRenderedPageBreak/>
        <w:t xml:space="preserve">e rimettere e accomodare li banchi 2° erano prima e servirsi di tutto quello che sarà stimato di servizio altrimente tutto sarà fatto di novo d’albera con assi di onza scarsa e se mancassero delle banchi siano obligati rifarlli e se quelli che ci sono se ne ritrovasse alcuni che non possano servire siano tenuti rifarlli novi e meterlli in opera secondo la distribuzione che gli verrà sul posto ordinato dall architetto  o sopra stante.  </w:t>
      </w:r>
    </w:p>
    <w:p w14:paraId="02B63CBA" w14:textId="77777777" w:rsidR="006472C1" w:rsidRDefault="006472C1" w:rsidP="006472C1">
      <w:pPr>
        <w:jc w:val="both"/>
        <w:rPr>
          <w:i/>
          <w:iCs/>
          <w:sz w:val="24"/>
          <w:szCs w:val="24"/>
        </w:rPr>
      </w:pPr>
      <w:r>
        <w:rPr>
          <w:i/>
          <w:iCs/>
          <w:sz w:val="24"/>
          <w:szCs w:val="24"/>
        </w:rPr>
        <w:t>14. Saranno obligati di rifare il botigino delli rifetichi e quello mutarllo e aggiustarllo conforme sarà più comodo a l’uso delli medesimi con rifare le scale e l’altri capitoli superiore cennate e servirsi di quella legniame che si ritroverà in stato di servire.</w:t>
      </w:r>
    </w:p>
    <w:p w14:paraId="24445801" w14:textId="77777777" w:rsidR="006472C1" w:rsidRDefault="006472C1" w:rsidP="006472C1">
      <w:pPr>
        <w:jc w:val="both"/>
        <w:rPr>
          <w:i/>
          <w:iCs/>
          <w:sz w:val="24"/>
          <w:szCs w:val="24"/>
        </w:rPr>
      </w:pPr>
      <w:r>
        <w:rPr>
          <w:i/>
          <w:iCs/>
          <w:sz w:val="24"/>
          <w:szCs w:val="24"/>
        </w:rPr>
        <w:t>15. Saranno tenuti di rifare il coridore che va dove si mettino i murici o balaustrini conforme si vede e demolito acciò dalli coridori di sotto si possa andare all luogo detto e questo sarà longo piedi 3 con suoi boni modiglioni di legnio e coperto di coppi ordinarij e dove sarà necesario qualche ferro per più sodezza dell medemo saranno obligati meterllo l’altezza di detto non sia più che piedi 4 o cinque al più.</w:t>
      </w:r>
    </w:p>
    <w:p w14:paraId="6CF0ED30" w14:textId="77777777" w:rsidR="006472C1" w:rsidRDefault="006472C1" w:rsidP="006472C1">
      <w:pPr>
        <w:jc w:val="both"/>
        <w:rPr>
          <w:i/>
          <w:iCs/>
          <w:sz w:val="24"/>
          <w:szCs w:val="24"/>
        </w:rPr>
      </w:pPr>
      <w:r>
        <w:rPr>
          <w:i/>
          <w:iCs/>
          <w:sz w:val="24"/>
          <w:szCs w:val="24"/>
        </w:rPr>
        <w:t>16. Il palcho sarà tutto rifatto di novo non potendosi servire nesun boscame che si ritrova al presente e primieramente gli sarà il piano di sotto che si potrà fare di assi vechi ma proprij alla sosistenza e boni e di tutta perfezione e non ritrovandosi l’assi bassi siano obligati di meterlli di novo. Sarà parimente 2° dimostra il disegnio tagliato con suoi canali per li caretti matti e saranno obligati fare i suoi coperchini in forma che vadino ben sigilati e in piano perfetto per non ricare disordine a i ballarini li tagli saranno di onze 2 di largezza e la guida fra un caretto e l’altro non sia meno che 3e onze e questi siano di sotto ben pantellati acciò non vedino e che detti pantelli di sotto siano in forma che non impediscono l’andare inazi e in dietro delli caretti sia fatto dell altezza di quello che al presente si ritrova e bene inchiodato e polito e dell declivio se porterà il necesario punto della proprietaria.</w:t>
      </w:r>
    </w:p>
    <w:p w14:paraId="71C83E93" w14:textId="77777777" w:rsidR="006472C1" w:rsidRDefault="006472C1" w:rsidP="006472C1">
      <w:pPr>
        <w:jc w:val="both"/>
        <w:rPr>
          <w:i/>
          <w:iCs/>
          <w:sz w:val="24"/>
          <w:szCs w:val="24"/>
        </w:rPr>
      </w:pPr>
      <w:r>
        <w:rPr>
          <w:i/>
          <w:iCs/>
          <w:sz w:val="24"/>
          <w:szCs w:val="24"/>
        </w:rPr>
        <w:t>17. Siano tenuti nell fine dell teatro rifare il palcho che si ritrova al presente e rifarlli di novo con mettere sotto legni di maggior sosistenza mentre Sa. Ma. farà rinforzare li pilastri che reggono tale avanzamento o vero acrescerà detto prolungamento sino al muro della scuderia vicina ma in quel caso il resto dell solaro anderà con il capo delli lavori a tanto il brabucho il solaro ma non volendo tale acrescimento siano obligati l’impresarij di rifare quello che al presente si ritrova di robba nova e sosistente.</w:t>
      </w:r>
    </w:p>
    <w:p w14:paraId="2A157C39" w14:textId="77777777" w:rsidR="006472C1" w:rsidRDefault="006472C1" w:rsidP="006472C1">
      <w:pPr>
        <w:jc w:val="both"/>
        <w:rPr>
          <w:i/>
          <w:iCs/>
          <w:sz w:val="24"/>
          <w:szCs w:val="24"/>
        </w:rPr>
      </w:pPr>
      <w:r>
        <w:rPr>
          <w:i/>
          <w:iCs/>
          <w:sz w:val="24"/>
          <w:szCs w:val="24"/>
        </w:rPr>
        <w:t>18. Saranno obligati di fare n° 27 cavetti per parte di detto teatro che in tutto fanno il n° 54 i quali saranno di grosezza lanchi d’onzi 2 che vanno nell canale e largezza onze 3 in 4° della grandezza e forma che sono quelli al presente e questi saranno tutti novi di legniame di faggio ben dritti con suoi girelli che va nell canale di sotto e detti girelli saranno di lengio fatte di rovere o nove con suoi cavigli di legnio di rovere o altro più forte e saranno capaci di reggere l’assi per il carico delle scene nelli ultimi canali delli caretti matti se di quelli vechi si ritrovassero capaci di servizio si potrebono accomodare e questo sarebbe per l’ultimi 3e tagli nel fine di detto teatro.</w:t>
      </w:r>
    </w:p>
    <w:p w14:paraId="154B6310" w14:textId="77777777" w:rsidR="006472C1" w:rsidRDefault="006472C1" w:rsidP="006472C1">
      <w:pPr>
        <w:jc w:val="both"/>
        <w:rPr>
          <w:i/>
          <w:iCs/>
          <w:sz w:val="24"/>
          <w:szCs w:val="24"/>
        </w:rPr>
      </w:pPr>
      <w:r>
        <w:rPr>
          <w:i/>
          <w:iCs/>
          <w:sz w:val="24"/>
          <w:szCs w:val="24"/>
        </w:rPr>
        <w:t>19. Saranno obligati di rifare la scaletta di legnio nella parte di fuori acciò si possa andare commodamente all sofitto di detto teatro e accomodare parimente il ponte che va intorno per comodo de mati dei celi dell teatro e questo sarà quanto porta la sola obligazione di Sa. Ma. a dare il teatro capace di fare opere non entrando a nesun capo dell maggior commodo che sola necesità.</w:t>
      </w:r>
    </w:p>
    <w:p w14:paraId="082413D0" w14:textId="77777777" w:rsidR="006472C1" w:rsidRDefault="006472C1" w:rsidP="006472C1">
      <w:pPr>
        <w:jc w:val="both"/>
        <w:rPr>
          <w:i/>
          <w:iCs/>
          <w:sz w:val="24"/>
          <w:szCs w:val="24"/>
        </w:rPr>
      </w:pPr>
      <w:r>
        <w:rPr>
          <w:i/>
          <w:iCs/>
          <w:sz w:val="24"/>
          <w:szCs w:val="24"/>
        </w:rPr>
        <w:lastRenderedPageBreak/>
        <w:t>20. Faranno l’imboco dell teatro con l’armatura di bosco di sotto e tele di sopra acciò il pittore possa dipingere conforme dimostra il disegnio la colonna sarà di listelli investita di tela ma il capitello intagliato con sua base e piedestallo di legnio d’assi sotili.</w:t>
      </w:r>
    </w:p>
    <w:p w14:paraId="6B18D279" w14:textId="77777777" w:rsidR="006472C1" w:rsidRDefault="006472C1" w:rsidP="006472C1">
      <w:pPr>
        <w:jc w:val="both"/>
        <w:rPr>
          <w:i/>
          <w:iCs/>
          <w:sz w:val="24"/>
          <w:szCs w:val="24"/>
        </w:rPr>
      </w:pPr>
      <w:r>
        <w:rPr>
          <w:i/>
          <w:iCs/>
          <w:sz w:val="24"/>
          <w:szCs w:val="24"/>
        </w:rPr>
        <w:t>Il tutto sarà conforme dimostra la detta instruzione e capi cioè rifare il piano di sotto e mettere a luogo li banchi fare con le candeli di legniame novo e travetti tutto il teatro e loggie secondo la mostra e disegnio. Rifare la colona 2° il disegnio. Fare la sofietta di sopra con suoi assi e tela e armatura fare 2° il disegnio l’imboco dell teatro. Fare il palcho tantto di sotto e quanto sopra tagliato con suoi coreti e canali. Accomodare li ponti di sopra e rifare la scaletta. Riparare e accomodare tutti li coperti. Fare il piccol piano che da corridori si vada dove si mettono le comparse e musici. In somma dove detto teatro a possi iniziare l’opera cioè in quella parte di teatro e a pove avanzare opere senza entrare alla maggior comodità dell partitante al quale penzare chi sarà tutto questo l’impresario sarà obligato di darllo finito per il mese di luglio acciò si possa far dipingere e gessare e ordinare con oro di Germania a opere di Sa. Ma. del resto sarà tutto a conto dell partitante a opera conlaudata e approvata.</w:t>
      </w:r>
      <w:r w:rsidRPr="004F3DDF">
        <w:rPr>
          <w:i/>
          <w:iCs/>
          <w:sz w:val="24"/>
          <w:szCs w:val="24"/>
        </w:rPr>
        <w:t xml:space="preserve"> </w:t>
      </w:r>
      <w:r w:rsidR="00000000">
        <w:rPr>
          <w:i/>
          <w:iCs/>
          <w:sz w:val="24"/>
          <w:szCs w:val="24"/>
        </w:rPr>
        <w:pict w14:anchorId="79E6F08C">
          <v:rect id="_x0000_i1248" style="width:0;height:1.5pt" o:hralign="center" o:hrstd="t" o:hr="t" fillcolor="#a0a0a0" stroked="f"/>
        </w:pict>
      </w:r>
    </w:p>
    <w:p w14:paraId="324F69D6" w14:textId="77777777" w:rsidR="006472C1" w:rsidRDefault="006472C1" w:rsidP="006472C1">
      <w:pPr>
        <w:jc w:val="right"/>
        <w:rPr>
          <w:i/>
          <w:iCs/>
          <w:sz w:val="24"/>
          <w:szCs w:val="24"/>
        </w:rPr>
      </w:pPr>
      <w:r w:rsidRPr="004F3DDF">
        <w:rPr>
          <w:i/>
          <w:iCs/>
          <w:sz w:val="24"/>
          <w:szCs w:val="24"/>
        </w:rPr>
        <w:t>giorno di 20 Febbraio 1722</w:t>
      </w:r>
    </w:p>
    <w:p w14:paraId="2B9C1694" w14:textId="77777777" w:rsidR="006472C1" w:rsidRDefault="006472C1" w:rsidP="006472C1">
      <w:pPr>
        <w:jc w:val="right"/>
        <w:rPr>
          <w:i/>
          <w:iCs/>
          <w:sz w:val="24"/>
          <w:szCs w:val="24"/>
        </w:rPr>
      </w:pPr>
      <w:r w:rsidRPr="004F3DDF">
        <w:rPr>
          <w:i/>
          <w:iCs/>
          <w:sz w:val="24"/>
          <w:szCs w:val="24"/>
        </w:rPr>
        <w:t>Cavaliere Filippo Juvarra Architetto</w:t>
      </w:r>
      <w:r w:rsidR="00000000">
        <w:rPr>
          <w:i/>
          <w:iCs/>
          <w:sz w:val="24"/>
          <w:szCs w:val="24"/>
        </w:rPr>
        <w:pict w14:anchorId="2BA731A8">
          <v:rect id="_x0000_i1249" style="width:0;height:1.5pt" o:hralign="center" o:hrstd="t" o:hr="t" fillcolor="#a0a0a0" stroked="f"/>
        </w:pict>
      </w:r>
    </w:p>
    <w:p w14:paraId="1E1AEB75" w14:textId="77777777" w:rsidR="006472C1" w:rsidRDefault="006472C1" w:rsidP="006472C1">
      <w:pPr>
        <w:jc w:val="both"/>
        <w:rPr>
          <w:sz w:val="24"/>
          <w:szCs w:val="24"/>
        </w:rPr>
      </w:pPr>
      <w:r w:rsidRPr="004F3DDF">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foll. 24-25-26-27-28.</w:t>
      </w:r>
    </w:p>
    <w:p w14:paraId="09C7AA1E" w14:textId="77777777" w:rsidR="006472C1" w:rsidRDefault="006472C1" w:rsidP="006472C1">
      <w:pPr>
        <w:jc w:val="both"/>
        <w:rPr>
          <w:sz w:val="24"/>
          <w:szCs w:val="24"/>
        </w:rPr>
      </w:pPr>
    </w:p>
    <w:p w14:paraId="4BD606BB" w14:textId="77777777" w:rsidR="006472C1" w:rsidRPr="004F3DDF" w:rsidRDefault="006472C1" w:rsidP="006472C1">
      <w:pPr>
        <w:jc w:val="both"/>
        <w:rPr>
          <w:b/>
          <w:bCs/>
          <w:i/>
          <w:iCs/>
          <w:sz w:val="24"/>
          <w:szCs w:val="24"/>
        </w:rPr>
      </w:pPr>
      <w:r w:rsidRPr="004F3DDF">
        <w:rPr>
          <w:b/>
          <w:bCs/>
          <w:i/>
          <w:iCs/>
          <w:sz w:val="24"/>
          <w:szCs w:val="24"/>
        </w:rPr>
        <w:t>Instruzione per le muragie sotto margine per risarcire legname dell teatro che guarda verso le stalle di Sa. Ma.</w:t>
      </w:r>
      <w:r>
        <w:rPr>
          <w:rStyle w:val="Rimandonotaapidipagina"/>
          <w:b/>
          <w:bCs/>
          <w:i/>
          <w:iCs/>
          <w:sz w:val="24"/>
          <w:szCs w:val="24"/>
        </w:rPr>
        <w:footnoteReference w:id="6"/>
      </w:r>
      <w:r w:rsidR="00000000">
        <w:rPr>
          <w:i/>
          <w:iCs/>
          <w:sz w:val="24"/>
          <w:szCs w:val="24"/>
        </w:rPr>
        <w:pict w14:anchorId="4828CB2E">
          <v:rect id="_x0000_i1250" style="width:0;height:1.5pt" o:hralign="center" o:hrstd="t" o:hr="t" fillcolor="#a0a0a0" stroked="f"/>
        </w:pict>
      </w:r>
    </w:p>
    <w:p w14:paraId="6CCD18DC" w14:textId="77777777" w:rsidR="006472C1" w:rsidRDefault="006472C1" w:rsidP="006472C1">
      <w:pPr>
        <w:jc w:val="both"/>
        <w:rPr>
          <w:i/>
          <w:iCs/>
          <w:sz w:val="24"/>
          <w:szCs w:val="24"/>
        </w:rPr>
      </w:pPr>
      <w:r w:rsidRPr="004F3DDF">
        <w:rPr>
          <w:i/>
          <w:iCs/>
          <w:sz w:val="24"/>
          <w:szCs w:val="24"/>
        </w:rPr>
        <w:t xml:space="preserve">Le muraglie ordinarie tanto di fondamenti che </w:t>
      </w:r>
      <w:r>
        <w:rPr>
          <w:i/>
          <w:iCs/>
          <w:sz w:val="24"/>
          <w:szCs w:val="24"/>
        </w:rPr>
        <w:t xml:space="preserve">sopra terra saranno di pietre con sue scanzelli di boni mattoni di onze 9 d’altezza come anche tutti li spigoli voltini sordini archi arconi di mattoni ben cotti con bona calcina di soperga forte e un 3° di sabia di cava griggia netta di ogni sorte di terra e due terzi di sabia di Dora granita e siano obligati di rompere in qualche parte per unire la muraglia nova con la vechia. </w:t>
      </w:r>
    </w:p>
    <w:p w14:paraId="133FA377" w14:textId="77777777" w:rsidR="006472C1" w:rsidRDefault="006472C1" w:rsidP="006472C1">
      <w:pPr>
        <w:jc w:val="both"/>
        <w:rPr>
          <w:i/>
          <w:iCs/>
          <w:sz w:val="24"/>
          <w:szCs w:val="24"/>
        </w:rPr>
      </w:pPr>
      <w:r>
        <w:rPr>
          <w:i/>
          <w:iCs/>
          <w:sz w:val="24"/>
          <w:szCs w:val="24"/>
        </w:rPr>
        <w:t xml:space="preserve">Saranno tenuti di mettere li radici o vero chiave di ferro dove giudicherà l’architetto di meterlli. </w:t>
      </w:r>
    </w:p>
    <w:p w14:paraId="0B6EC34E" w14:textId="77777777" w:rsidR="006472C1" w:rsidRDefault="006472C1" w:rsidP="006472C1">
      <w:pPr>
        <w:jc w:val="both"/>
        <w:rPr>
          <w:i/>
          <w:iCs/>
          <w:sz w:val="24"/>
          <w:szCs w:val="24"/>
        </w:rPr>
      </w:pPr>
      <w:r>
        <w:rPr>
          <w:i/>
          <w:iCs/>
          <w:sz w:val="24"/>
          <w:szCs w:val="24"/>
        </w:rPr>
        <w:t xml:space="preserve">La muraglia di mattone sarà di boni mattoni ben cotti e sotilmente lavorate in calcina con essere obligati di fare archi, archoni, volti, voltini e tutte l’apiombature necesarie con calcina forte di soperga e sabie sopra dette. </w:t>
      </w:r>
    </w:p>
    <w:p w14:paraId="33474E38" w14:textId="77777777" w:rsidR="006472C1" w:rsidRDefault="006472C1" w:rsidP="006472C1">
      <w:pPr>
        <w:jc w:val="both"/>
        <w:rPr>
          <w:i/>
          <w:iCs/>
          <w:sz w:val="24"/>
          <w:szCs w:val="24"/>
        </w:rPr>
      </w:pPr>
      <w:r>
        <w:rPr>
          <w:i/>
          <w:iCs/>
          <w:sz w:val="24"/>
          <w:szCs w:val="24"/>
        </w:rPr>
        <w:t xml:space="preserve">Se ci saranno muraglie di lendice saranno obligati di dimolirli e scalcinarlli e metterlli in parte che si possano misurare per rimetterlli in opera in qualche parte delle nove muraglie e in dette muraglie nove non posanno mettere materiali nelli altri che quelli che ci dimostreranno sul </w:t>
      </w:r>
      <w:r>
        <w:rPr>
          <w:i/>
          <w:iCs/>
          <w:sz w:val="24"/>
          <w:szCs w:val="24"/>
        </w:rPr>
        <w:lastRenderedPageBreak/>
        <w:t>posto il tutto a opera conlaudata e quanto la misura sarà 2° reggie constituzione.</w:t>
      </w:r>
      <w:r w:rsidRPr="000F27BA">
        <w:rPr>
          <w:i/>
          <w:iCs/>
          <w:sz w:val="24"/>
          <w:szCs w:val="24"/>
        </w:rPr>
        <w:t xml:space="preserve"> </w:t>
      </w:r>
      <w:r w:rsidR="00000000">
        <w:rPr>
          <w:i/>
          <w:iCs/>
          <w:sz w:val="24"/>
          <w:szCs w:val="24"/>
        </w:rPr>
        <w:pict w14:anchorId="600772AF">
          <v:rect id="_x0000_i1251" style="width:0;height:1.5pt" o:hralign="center" o:hrstd="t" o:hr="t" fillcolor="#a0a0a0" stroked="f"/>
        </w:pict>
      </w:r>
    </w:p>
    <w:p w14:paraId="51908DBD" w14:textId="77777777" w:rsidR="006472C1" w:rsidRDefault="006472C1" w:rsidP="006472C1">
      <w:pPr>
        <w:jc w:val="both"/>
        <w:rPr>
          <w:i/>
          <w:iCs/>
          <w:sz w:val="24"/>
          <w:szCs w:val="24"/>
        </w:rPr>
      </w:pPr>
      <w:r w:rsidRPr="000F27BA">
        <w:rPr>
          <w:i/>
          <w:iCs/>
          <w:sz w:val="24"/>
          <w:szCs w:val="24"/>
        </w:rPr>
        <w:t>Cavaliere Don Filippo Juvarra Architetto</w:t>
      </w:r>
      <w:r w:rsidR="00000000">
        <w:rPr>
          <w:i/>
          <w:iCs/>
          <w:sz w:val="24"/>
          <w:szCs w:val="24"/>
        </w:rPr>
        <w:pict w14:anchorId="18C78EA6">
          <v:rect id="_x0000_i1252" style="width:0;height:1.5pt" o:hralign="center" o:hrstd="t" o:hr="t" fillcolor="#a0a0a0" stroked="f"/>
        </w:pict>
      </w:r>
    </w:p>
    <w:p w14:paraId="319A6BDF" w14:textId="77777777" w:rsidR="006472C1" w:rsidRDefault="006472C1" w:rsidP="006472C1">
      <w:pPr>
        <w:jc w:val="both"/>
        <w:rPr>
          <w:sz w:val="24"/>
          <w:szCs w:val="24"/>
        </w:rPr>
      </w:pPr>
      <w:r w:rsidRPr="000F27BA">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 51.</w:t>
      </w:r>
    </w:p>
    <w:p w14:paraId="0C29062F" w14:textId="77777777" w:rsidR="006472C1" w:rsidRDefault="006472C1" w:rsidP="006472C1">
      <w:pPr>
        <w:jc w:val="both"/>
        <w:rPr>
          <w:sz w:val="24"/>
          <w:szCs w:val="24"/>
        </w:rPr>
      </w:pPr>
    </w:p>
    <w:p w14:paraId="1CDEE715" w14:textId="152620F4" w:rsidR="006472C1" w:rsidRPr="00F45C42" w:rsidRDefault="006472C1" w:rsidP="006472C1">
      <w:pPr>
        <w:rPr>
          <w:b/>
          <w:bCs/>
          <w:sz w:val="28"/>
          <w:szCs w:val="28"/>
        </w:rPr>
      </w:pPr>
      <w:r w:rsidRPr="00F45C42">
        <w:rPr>
          <w:b/>
          <w:bCs/>
          <w:sz w:val="28"/>
          <w:szCs w:val="28"/>
        </w:rPr>
        <w:t xml:space="preserve">ISTRUZIONI | </w:t>
      </w:r>
      <w:r>
        <w:rPr>
          <w:b/>
          <w:bCs/>
          <w:sz w:val="28"/>
          <w:szCs w:val="28"/>
        </w:rPr>
        <w:t>Palazzo reale - Cappella o Par</w:t>
      </w:r>
      <w:r w:rsidR="008660AC">
        <w:rPr>
          <w:b/>
          <w:bCs/>
          <w:sz w:val="28"/>
          <w:szCs w:val="28"/>
        </w:rPr>
        <w:t>r</w:t>
      </w:r>
      <w:r>
        <w:rPr>
          <w:b/>
          <w:bCs/>
          <w:sz w:val="28"/>
          <w:szCs w:val="28"/>
        </w:rPr>
        <w:t>occhia di Corte</w:t>
      </w:r>
    </w:p>
    <w:p w14:paraId="2E53D856" w14:textId="77777777" w:rsidR="006472C1" w:rsidRDefault="006472C1" w:rsidP="006472C1">
      <w:pPr>
        <w:jc w:val="center"/>
        <w:rPr>
          <w:sz w:val="28"/>
          <w:szCs w:val="28"/>
        </w:rPr>
      </w:pPr>
      <w:r>
        <w:rPr>
          <w:sz w:val="28"/>
          <w:szCs w:val="28"/>
        </w:rPr>
        <w:t>1730</w:t>
      </w:r>
    </w:p>
    <w:p w14:paraId="619F2E90" w14:textId="77777777" w:rsidR="006472C1" w:rsidRPr="000F27BA" w:rsidRDefault="006472C1" w:rsidP="006472C1">
      <w:pPr>
        <w:jc w:val="both"/>
        <w:rPr>
          <w:b/>
          <w:bCs/>
          <w:i/>
          <w:iCs/>
          <w:sz w:val="24"/>
          <w:szCs w:val="24"/>
        </w:rPr>
      </w:pPr>
      <w:r w:rsidRPr="000F27BA">
        <w:rPr>
          <w:b/>
          <w:bCs/>
          <w:i/>
          <w:iCs/>
          <w:sz w:val="24"/>
          <w:szCs w:val="24"/>
        </w:rPr>
        <w:t>Instruzione per le stabiliture ornamenti di cornici di stucco e sterniti della nova capella a uso della cura della capella reale di Sa. Ma.</w:t>
      </w:r>
      <w:r w:rsidRPr="000F27BA">
        <w:rPr>
          <w:i/>
          <w:iCs/>
          <w:sz w:val="24"/>
          <w:szCs w:val="24"/>
        </w:rPr>
        <w:t xml:space="preserve"> </w:t>
      </w:r>
      <w:r w:rsidR="00000000">
        <w:rPr>
          <w:i/>
          <w:iCs/>
          <w:sz w:val="24"/>
          <w:szCs w:val="24"/>
        </w:rPr>
        <w:pict w14:anchorId="3AB83F6F">
          <v:rect id="_x0000_i1253" style="width:0;height:1.5pt" o:hralign="center" o:hrstd="t" o:hr="t" fillcolor="#a0a0a0" stroked="f"/>
        </w:pict>
      </w:r>
    </w:p>
    <w:p w14:paraId="32CA238E" w14:textId="77777777" w:rsidR="006472C1" w:rsidRPr="000F27BA" w:rsidRDefault="006472C1" w:rsidP="006472C1">
      <w:pPr>
        <w:jc w:val="center"/>
        <w:rPr>
          <w:i/>
          <w:iCs/>
          <w:sz w:val="24"/>
          <w:szCs w:val="24"/>
        </w:rPr>
      </w:pPr>
      <w:r w:rsidRPr="000F27BA">
        <w:rPr>
          <w:i/>
          <w:iCs/>
          <w:sz w:val="24"/>
          <w:szCs w:val="24"/>
        </w:rPr>
        <w:t>Stabiliture</w:t>
      </w:r>
    </w:p>
    <w:p w14:paraId="0FC2BEE1" w14:textId="77777777" w:rsidR="006472C1" w:rsidRDefault="006472C1" w:rsidP="006472C1">
      <w:pPr>
        <w:jc w:val="both"/>
        <w:rPr>
          <w:i/>
          <w:iCs/>
          <w:sz w:val="24"/>
          <w:szCs w:val="24"/>
        </w:rPr>
      </w:pPr>
      <w:r w:rsidRPr="000F27BA">
        <w:rPr>
          <w:i/>
          <w:iCs/>
          <w:sz w:val="24"/>
          <w:szCs w:val="24"/>
        </w:rPr>
        <w:t xml:space="preserve">Le stabiliture </w:t>
      </w:r>
      <w:r>
        <w:rPr>
          <w:i/>
          <w:iCs/>
          <w:sz w:val="24"/>
          <w:szCs w:val="24"/>
        </w:rPr>
        <w:t xml:space="preserve">saranno a l’italiana con calcina ben pasata e sottilmente stabilite lisce senza vedere i colpi di cazola. Metterano nelli angoli o spigoli il terzo di gesso ben manipolate e saranno obligati di farlli uguali tantto nelle muraglie che nelle sudette bene accopagniate a tutta opera conlaudata e approvata sarà a loro conto di murare con teste di mattoni tutti i bugi ove vi saranno pontaggi quadreranno le finestre e porte e nelli angoli delle volte a padiglione uniranno l’angoli quasi semicircolari acciò non facci deformità. </w:t>
      </w:r>
    </w:p>
    <w:p w14:paraId="3D216B5F" w14:textId="77777777" w:rsidR="006472C1" w:rsidRDefault="006472C1" w:rsidP="006472C1">
      <w:pPr>
        <w:jc w:val="both"/>
        <w:rPr>
          <w:i/>
          <w:iCs/>
          <w:sz w:val="24"/>
          <w:szCs w:val="24"/>
        </w:rPr>
      </w:pPr>
      <w:r>
        <w:rPr>
          <w:i/>
          <w:iCs/>
          <w:sz w:val="24"/>
          <w:szCs w:val="24"/>
        </w:rPr>
        <w:t>Cornici saranno di stucco ove vi è il rusticho si farà la sacoma secondo il medesimo e ove vi voranno cornici usciranno con sodi chiodi e caviglie il rusticho 2° sarà la sacoma data dall architetto sul posto e detti cornice saranno tantto rette che semicircolari tantto nelle muraglie che nelle voltte con bon gesso e polvere di marmo suficiente alla sodezza del opera. Saranno misurate a trabucho lineale nel incociolatoio e nel altezza saranno i prezzi distinti cioè a tutta robba e fattura.</w:t>
      </w:r>
    </w:p>
    <w:p w14:paraId="4620E6BD" w14:textId="77777777" w:rsidR="006472C1" w:rsidRDefault="006472C1" w:rsidP="006472C1">
      <w:pPr>
        <w:jc w:val="both"/>
        <w:rPr>
          <w:i/>
          <w:iCs/>
          <w:sz w:val="24"/>
          <w:szCs w:val="24"/>
        </w:rPr>
      </w:pPr>
      <w:r>
        <w:rPr>
          <w:i/>
          <w:iCs/>
          <w:sz w:val="24"/>
          <w:szCs w:val="24"/>
        </w:rPr>
        <w:t>Cornice di oncia 1 sino a oncie 3 agetto simile.</w:t>
      </w:r>
    </w:p>
    <w:p w14:paraId="7740C895" w14:textId="77777777" w:rsidR="006472C1" w:rsidRDefault="006472C1" w:rsidP="006472C1">
      <w:pPr>
        <w:jc w:val="both"/>
        <w:rPr>
          <w:i/>
          <w:iCs/>
          <w:sz w:val="24"/>
          <w:szCs w:val="24"/>
        </w:rPr>
      </w:pPr>
      <w:r>
        <w:rPr>
          <w:i/>
          <w:iCs/>
          <w:sz w:val="24"/>
          <w:szCs w:val="24"/>
        </w:rPr>
        <w:t>Cornice di oncie 4 sino a oncie 6.</w:t>
      </w:r>
    </w:p>
    <w:p w14:paraId="0B5BF9DD" w14:textId="77777777" w:rsidR="006472C1" w:rsidRDefault="006472C1" w:rsidP="006472C1">
      <w:pPr>
        <w:jc w:val="both"/>
        <w:rPr>
          <w:i/>
          <w:iCs/>
          <w:sz w:val="24"/>
          <w:szCs w:val="24"/>
        </w:rPr>
      </w:pPr>
      <w:r>
        <w:rPr>
          <w:i/>
          <w:iCs/>
          <w:sz w:val="24"/>
          <w:szCs w:val="24"/>
        </w:rPr>
        <w:t>Cornice di oncie 7 sino a oncie 9.</w:t>
      </w:r>
    </w:p>
    <w:p w14:paraId="628D3EF7" w14:textId="77777777" w:rsidR="006472C1" w:rsidRDefault="006472C1" w:rsidP="006472C1">
      <w:pPr>
        <w:jc w:val="both"/>
        <w:rPr>
          <w:i/>
          <w:iCs/>
          <w:sz w:val="24"/>
          <w:szCs w:val="24"/>
        </w:rPr>
      </w:pPr>
      <w:r>
        <w:rPr>
          <w:i/>
          <w:iCs/>
          <w:sz w:val="24"/>
          <w:szCs w:val="24"/>
        </w:rPr>
        <w:t>E l’altri cornice saranno a proporzione di ogni catecoria cioè li primi se il prezzo per modo d’esempio fosse la prima a 3 lire quella d’un oncia sarebbe una lira quella di 2.2 lire come quella di 3 t. 3 e l’altri secondo il medesimo modo saranno misurate linealmente per tutta la loro longezza.</w:t>
      </w:r>
    </w:p>
    <w:p w14:paraId="5FB585F6" w14:textId="77777777" w:rsidR="006472C1" w:rsidRDefault="006472C1" w:rsidP="006472C1">
      <w:pPr>
        <w:jc w:val="both"/>
        <w:rPr>
          <w:i/>
          <w:iCs/>
          <w:sz w:val="24"/>
          <w:szCs w:val="24"/>
        </w:rPr>
      </w:pPr>
      <w:r>
        <w:rPr>
          <w:i/>
          <w:iCs/>
          <w:sz w:val="24"/>
          <w:szCs w:val="24"/>
        </w:rPr>
        <w:t>Se vi saranno ornamenti d’intagli che solo pochissimi a riserva delli capitelli saranno pagati a tantto il piede quadrato e s’intende in piano onde detti intagli saranno 2° il disegnio che darà sul posto l’architetto e saranno obligati lavorarlli con armatura di fil di ferro e polvere di marmo a opera conlaudata.</w:t>
      </w:r>
    </w:p>
    <w:p w14:paraId="51E10E59" w14:textId="77777777" w:rsidR="006472C1" w:rsidRDefault="006472C1" w:rsidP="006472C1">
      <w:pPr>
        <w:jc w:val="both"/>
        <w:rPr>
          <w:i/>
          <w:iCs/>
          <w:sz w:val="24"/>
          <w:szCs w:val="24"/>
        </w:rPr>
      </w:pPr>
      <w:r>
        <w:rPr>
          <w:i/>
          <w:iCs/>
          <w:sz w:val="24"/>
          <w:szCs w:val="24"/>
        </w:rPr>
        <w:lastRenderedPageBreak/>
        <w:t>Saranno obligati di fare e disfare i pontaggi prestandoci li boschami che al presente si ritrovano e da medemi colore i travi che al presente gli servino pur ponte delle volette per servizio delle stabiliture e se è necesario altri boschami saranno obligati provederlli a loro conto può fare i ponti.</w:t>
      </w:r>
    </w:p>
    <w:p w14:paraId="41F06052" w14:textId="77777777" w:rsidR="006472C1" w:rsidRDefault="006472C1" w:rsidP="006472C1">
      <w:pPr>
        <w:jc w:val="both"/>
        <w:rPr>
          <w:i/>
          <w:iCs/>
          <w:sz w:val="24"/>
          <w:szCs w:val="24"/>
        </w:rPr>
      </w:pPr>
      <w:r>
        <w:rPr>
          <w:i/>
          <w:iCs/>
          <w:sz w:val="24"/>
          <w:szCs w:val="24"/>
        </w:rPr>
        <w:t>Sterniti di quadrettoni stilati di monchaglieri ben cotti e saranno lavorati e messi in opera a tutta sua robba e fattura saranno perfetamente tagliati e la distanza una picolissima ligiola fra uno e l’altro sarà a loro conto spianare di calcinacci sopra acciò vengi uguale e detti quadrettoni metteranno bene in calcina con calcina forte di Soperga.</w:t>
      </w:r>
    </w:p>
    <w:p w14:paraId="3DAC0A86" w14:textId="77777777" w:rsidR="006472C1" w:rsidRDefault="006472C1" w:rsidP="006472C1">
      <w:pPr>
        <w:jc w:val="both"/>
        <w:rPr>
          <w:i/>
          <w:iCs/>
          <w:sz w:val="24"/>
          <w:szCs w:val="24"/>
        </w:rPr>
      </w:pPr>
      <w:r>
        <w:rPr>
          <w:i/>
          <w:iCs/>
          <w:sz w:val="24"/>
          <w:szCs w:val="24"/>
        </w:rPr>
        <w:t>Sterniti di quadrettoni rigati saranno di monchaglieri ben cotti e ben frigati nella parte di sopra e bene uniti e noteranno in bona calcina forte di Soperga e messe in opera in tutta perfetione. Saranno obligati di meterllo a livello perfetto a opera conlaudata e approvata.</w:t>
      </w:r>
    </w:p>
    <w:p w14:paraId="0C1C7D44" w14:textId="77777777" w:rsidR="006472C1" w:rsidRDefault="006472C1" w:rsidP="006472C1">
      <w:pPr>
        <w:jc w:val="both"/>
        <w:rPr>
          <w:i/>
          <w:iCs/>
          <w:sz w:val="24"/>
          <w:szCs w:val="24"/>
        </w:rPr>
      </w:pPr>
      <w:r>
        <w:rPr>
          <w:i/>
          <w:iCs/>
          <w:sz w:val="24"/>
          <w:szCs w:val="24"/>
        </w:rPr>
        <w:t>Se vi saranno altri lavori non compresi in questi capi saranno obligati di farlli e prima participando l’architetto la qualità di lavoro e dal medesimo approvati non essere compresi nel loro partito si pageranno a giudizio de esperti.</w:t>
      </w:r>
    </w:p>
    <w:p w14:paraId="3BFE513A" w14:textId="77777777" w:rsidR="006472C1" w:rsidRDefault="006472C1" w:rsidP="006472C1">
      <w:pPr>
        <w:jc w:val="both"/>
        <w:rPr>
          <w:i/>
          <w:iCs/>
          <w:sz w:val="24"/>
          <w:szCs w:val="24"/>
        </w:rPr>
      </w:pPr>
      <w:r>
        <w:rPr>
          <w:i/>
          <w:iCs/>
          <w:sz w:val="24"/>
          <w:szCs w:val="24"/>
        </w:rPr>
        <w:t>Il tutto ben fatto con tutta sodezza tantto nelle materie che nella politezza dell lavoro a opera conlaudata e approvata.</w:t>
      </w:r>
      <w:r w:rsidRPr="00BB36E4">
        <w:rPr>
          <w:i/>
          <w:iCs/>
          <w:sz w:val="24"/>
          <w:szCs w:val="24"/>
        </w:rPr>
        <w:t xml:space="preserve"> </w:t>
      </w:r>
      <w:r w:rsidR="00000000">
        <w:rPr>
          <w:i/>
          <w:iCs/>
          <w:sz w:val="24"/>
          <w:szCs w:val="24"/>
        </w:rPr>
        <w:pict w14:anchorId="496669F4">
          <v:rect id="_x0000_i1254" style="width:0;height:1.5pt" o:hralign="center" o:hrstd="t" o:hr="t" fillcolor="#a0a0a0" stroked="f"/>
        </w:pict>
      </w:r>
    </w:p>
    <w:p w14:paraId="267EE867" w14:textId="77777777" w:rsidR="006472C1" w:rsidRDefault="006472C1" w:rsidP="00A156F7">
      <w:pPr>
        <w:jc w:val="right"/>
        <w:rPr>
          <w:i/>
          <w:iCs/>
          <w:sz w:val="24"/>
          <w:szCs w:val="24"/>
        </w:rPr>
      </w:pPr>
      <w:r w:rsidRPr="00BB36E4">
        <w:rPr>
          <w:i/>
          <w:iCs/>
          <w:sz w:val="24"/>
          <w:szCs w:val="24"/>
        </w:rPr>
        <w:t>giorno di 25 Aprile 1730</w:t>
      </w:r>
    </w:p>
    <w:p w14:paraId="6DA67216" w14:textId="77777777" w:rsidR="006472C1" w:rsidRDefault="006472C1" w:rsidP="00A156F7">
      <w:pPr>
        <w:jc w:val="right"/>
        <w:rPr>
          <w:i/>
          <w:iCs/>
          <w:sz w:val="24"/>
          <w:szCs w:val="24"/>
        </w:rPr>
      </w:pPr>
      <w:r w:rsidRPr="00BB36E4">
        <w:rPr>
          <w:i/>
          <w:iCs/>
          <w:sz w:val="24"/>
          <w:szCs w:val="24"/>
        </w:rPr>
        <w:t>Cavaliere Don Filippo Juvarra Primo Architetto</w:t>
      </w:r>
      <w:r w:rsidR="00000000">
        <w:rPr>
          <w:i/>
          <w:iCs/>
          <w:sz w:val="24"/>
          <w:szCs w:val="24"/>
        </w:rPr>
        <w:pict w14:anchorId="78FB8D4E">
          <v:rect id="_x0000_i1255" style="width:0;height:1.5pt" o:hralign="center" o:hrstd="t" o:hr="t" fillcolor="#a0a0a0" stroked="f"/>
        </w:pict>
      </w:r>
    </w:p>
    <w:p w14:paraId="25739873" w14:textId="77777777" w:rsidR="006472C1" w:rsidRDefault="006472C1" w:rsidP="006472C1">
      <w:pPr>
        <w:jc w:val="both"/>
        <w:rPr>
          <w:sz w:val="24"/>
          <w:szCs w:val="24"/>
        </w:rPr>
      </w:pPr>
      <w:r w:rsidRPr="00BB36E4">
        <w:rPr>
          <w:sz w:val="24"/>
          <w:szCs w:val="24"/>
        </w:rPr>
        <w:t>Archivio di Stato di Torino | Sezioni Riunite | Ministero della guerra | Azienda generale di fabbriche e fortificazioni (1733-1797) già Azienda generale d'artiglieria, fabbriche e fortificazioni (1717-1733) | Contratti fortificazioni | Mazzo 19 (1730) | fol. 155.</w:t>
      </w:r>
    </w:p>
    <w:p w14:paraId="5EAC4154" w14:textId="77777777" w:rsidR="006472C1" w:rsidRDefault="006472C1" w:rsidP="006472C1">
      <w:pPr>
        <w:jc w:val="both"/>
        <w:rPr>
          <w:sz w:val="24"/>
          <w:szCs w:val="24"/>
        </w:rPr>
      </w:pPr>
    </w:p>
    <w:p w14:paraId="11530D48" w14:textId="77777777" w:rsidR="006472C1" w:rsidRPr="005A75CA" w:rsidRDefault="006472C1" w:rsidP="006472C1">
      <w:pPr>
        <w:jc w:val="both"/>
        <w:rPr>
          <w:b/>
          <w:bCs/>
          <w:i/>
          <w:iCs/>
          <w:sz w:val="24"/>
          <w:szCs w:val="24"/>
        </w:rPr>
      </w:pPr>
      <w:r w:rsidRPr="005A75CA">
        <w:rPr>
          <w:b/>
          <w:bCs/>
          <w:i/>
          <w:iCs/>
          <w:sz w:val="24"/>
          <w:szCs w:val="24"/>
        </w:rPr>
        <w:t>Instruzione per il fonte batesimale di marmo che va situato nel novo batistero alla reggia capella</w:t>
      </w:r>
      <w:r w:rsidR="00000000">
        <w:rPr>
          <w:i/>
          <w:iCs/>
          <w:sz w:val="24"/>
          <w:szCs w:val="24"/>
        </w:rPr>
        <w:pict w14:anchorId="6568D71B">
          <v:rect id="_x0000_i1256" style="width:0;height:1.5pt" o:hralign="center" o:hrstd="t" o:hr="t" fillcolor="#a0a0a0" stroked="f"/>
        </w:pict>
      </w:r>
    </w:p>
    <w:p w14:paraId="3A314DDC" w14:textId="77777777" w:rsidR="006472C1" w:rsidRPr="005A75CA" w:rsidRDefault="006472C1" w:rsidP="006472C1">
      <w:pPr>
        <w:jc w:val="both"/>
        <w:rPr>
          <w:i/>
          <w:iCs/>
          <w:sz w:val="24"/>
          <w:szCs w:val="24"/>
        </w:rPr>
      </w:pPr>
      <w:r w:rsidRPr="005A75CA">
        <w:rPr>
          <w:i/>
          <w:iCs/>
          <w:sz w:val="24"/>
          <w:szCs w:val="24"/>
        </w:rPr>
        <w:t>Il vaso o vero l’urna ovale 2° il disegnio sarà di verde di suga bene incavato di dentro e lustrato perfetamente tanto di dentro che fuori vi sarà un incastro per mettere il coperto di legnio di nocera che sarà profilato d’oro a mordente.</w:t>
      </w:r>
    </w:p>
    <w:p w14:paraId="1084CE70" w14:textId="77777777" w:rsidR="006472C1" w:rsidRPr="005A75CA" w:rsidRDefault="006472C1" w:rsidP="006472C1">
      <w:pPr>
        <w:jc w:val="both"/>
        <w:rPr>
          <w:i/>
          <w:iCs/>
          <w:sz w:val="24"/>
          <w:szCs w:val="24"/>
        </w:rPr>
      </w:pPr>
      <w:r w:rsidRPr="005A75CA">
        <w:rPr>
          <w:i/>
          <w:iCs/>
          <w:sz w:val="24"/>
          <w:szCs w:val="24"/>
        </w:rPr>
        <w:t>Il primo zocolo sarà di verde di suga otangolare la cornice che fa cimata e base otangolare dal piede saranno di nero di como.</w:t>
      </w:r>
    </w:p>
    <w:p w14:paraId="51F0462D" w14:textId="77777777" w:rsidR="006472C1" w:rsidRPr="005A75CA" w:rsidRDefault="006472C1" w:rsidP="006472C1">
      <w:pPr>
        <w:jc w:val="both"/>
        <w:rPr>
          <w:i/>
          <w:iCs/>
          <w:sz w:val="24"/>
          <w:szCs w:val="24"/>
        </w:rPr>
      </w:pPr>
      <w:r w:rsidRPr="005A75CA">
        <w:rPr>
          <w:i/>
          <w:iCs/>
          <w:sz w:val="24"/>
          <w:szCs w:val="24"/>
        </w:rPr>
        <w:t>Il piede in forma d’immporlla sarà otagonale di biggio di frabosa con riquadri di mischio di francia con suo listello di nero e nelle 4° faccie picole codurvi di giallo di Verona.</w:t>
      </w:r>
    </w:p>
    <w:p w14:paraId="09C0FBA0" w14:textId="77777777" w:rsidR="006472C1" w:rsidRDefault="006472C1" w:rsidP="006472C1">
      <w:pPr>
        <w:jc w:val="both"/>
        <w:rPr>
          <w:i/>
          <w:iCs/>
          <w:sz w:val="24"/>
          <w:szCs w:val="24"/>
        </w:rPr>
      </w:pPr>
      <w:r w:rsidRPr="005A75CA">
        <w:rPr>
          <w:i/>
          <w:iCs/>
          <w:sz w:val="24"/>
          <w:szCs w:val="24"/>
        </w:rPr>
        <w:t xml:space="preserve">Il scalino </w:t>
      </w:r>
      <w:r>
        <w:rPr>
          <w:i/>
          <w:iCs/>
          <w:sz w:val="24"/>
          <w:szCs w:val="24"/>
        </w:rPr>
        <w:t>in torno sarà di gassino lustrato e la fascia parimente in torno al piede e il resto del compimento della pradella sarà di biggio di frabosa.</w:t>
      </w:r>
    </w:p>
    <w:p w14:paraId="4B81E358" w14:textId="77777777" w:rsidR="006472C1" w:rsidRDefault="006472C1" w:rsidP="006472C1">
      <w:pPr>
        <w:jc w:val="both"/>
        <w:rPr>
          <w:i/>
          <w:iCs/>
          <w:sz w:val="24"/>
          <w:szCs w:val="24"/>
        </w:rPr>
      </w:pPr>
      <w:r>
        <w:rPr>
          <w:i/>
          <w:iCs/>
          <w:sz w:val="24"/>
          <w:szCs w:val="24"/>
        </w:rPr>
        <w:t xml:space="preserve">Saranno obligati di mettere in opera le grappe di ferro che saranno provisti dal uficio delle fabriche di Sa. Ma. </w:t>
      </w:r>
    </w:p>
    <w:p w14:paraId="50FB85FA" w14:textId="77777777" w:rsidR="006472C1" w:rsidRDefault="006472C1" w:rsidP="006472C1">
      <w:pPr>
        <w:jc w:val="both"/>
        <w:rPr>
          <w:i/>
          <w:iCs/>
          <w:sz w:val="24"/>
          <w:szCs w:val="24"/>
        </w:rPr>
      </w:pPr>
      <w:r>
        <w:rPr>
          <w:i/>
          <w:iCs/>
          <w:sz w:val="24"/>
          <w:szCs w:val="24"/>
        </w:rPr>
        <w:lastRenderedPageBreak/>
        <w:t>Il tutto ben lustrato comesso e unito ne  cantaboni e a opera conlaudata.</w:t>
      </w:r>
      <w:r w:rsidRPr="005A75CA">
        <w:rPr>
          <w:i/>
          <w:iCs/>
          <w:sz w:val="24"/>
          <w:szCs w:val="24"/>
        </w:rPr>
        <w:t xml:space="preserve"> </w:t>
      </w:r>
      <w:r w:rsidR="00000000">
        <w:rPr>
          <w:i/>
          <w:iCs/>
          <w:sz w:val="24"/>
          <w:szCs w:val="24"/>
        </w:rPr>
        <w:pict w14:anchorId="021104B3">
          <v:rect id="_x0000_i1257" style="width:0;height:1.5pt" o:hralign="center" o:hrstd="t" o:hr="t" fillcolor="#a0a0a0" stroked="f"/>
        </w:pict>
      </w:r>
    </w:p>
    <w:p w14:paraId="5C4FADF2" w14:textId="77777777" w:rsidR="006472C1" w:rsidRDefault="006472C1" w:rsidP="00B12A36">
      <w:pPr>
        <w:jc w:val="right"/>
        <w:rPr>
          <w:i/>
          <w:iCs/>
          <w:sz w:val="24"/>
          <w:szCs w:val="24"/>
        </w:rPr>
      </w:pPr>
      <w:r w:rsidRPr="005A75CA">
        <w:rPr>
          <w:i/>
          <w:iCs/>
          <w:sz w:val="24"/>
          <w:szCs w:val="24"/>
        </w:rPr>
        <w:t>giorno di 26 Aprile 1730</w:t>
      </w:r>
    </w:p>
    <w:p w14:paraId="77D10CDB" w14:textId="77777777" w:rsidR="006472C1" w:rsidRDefault="006472C1" w:rsidP="00B12A36">
      <w:pPr>
        <w:jc w:val="right"/>
        <w:rPr>
          <w:i/>
          <w:iCs/>
          <w:sz w:val="24"/>
          <w:szCs w:val="24"/>
        </w:rPr>
      </w:pPr>
      <w:r w:rsidRPr="005A75CA">
        <w:rPr>
          <w:i/>
          <w:iCs/>
          <w:sz w:val="24"/>
          <w:szCs w:val="24"/>
        </w:rPr>
        <w:t>Cavaliere Don Filippo Juvarra Primo Architetto</w:t>
      </w:r>
      <w:r w:rsidR="00000000">
        <w:rPr>
          <w:i/>
          <w:iCs/>
          <w:sz w:val="24"/>
          <w:szCs w:val="24"/>
        </w:rPr>
        <w:pict w14:anchorId="61EDEAFE">
          <v:rect id="_x0000_i1258" style="width:0;height:1.5pt" o:hralign="center" o:hrstd="t" o:hr="t" fillcolor="#a0a0a0" stroked="f"/>
        </w:pict>
      </w:r>
    </w:p>
    <w:p w14:paraId="2F6977F4" w14:textId="280F210F" w:rsidR="006472C1" w:rsidRPr="006472C1" w:rsidRDefault="006472C1" w:rsidP="003F3E0C">
      <w:pPr>
        <w:jc w:val="both"/>
        <w:rPr>
          <w:sz w:val="24"/>
          <w:szCs w:val="24"/>
        </w:rPr>
      </w:pPr>
      <w:r w:rsidRPr="00BB36E4">
        <w:rPr>
          <w:sz w:val="24"/>
          <w:szCs w:val="24"/>
        </w:rPr>
        <w:t>Archivio di Stato di Torino | Sezioni Riunite | Ministero della guerra | Azienda generale di fabbriche e fortificazioni (1733-1797) già Azienda generale d'artiglieria, fabbriche e fortificazioni (1717-1733) | Contratti fortificazioni | Mazzo 19 (1730) | fol. 15</w:t>
      </w:r>
      <w:r>
        <w:rPr>
          <w:sz w:val="24"/>
          <w:szCs w:val="24"/>
        </w:rPr>
        <w:t>9</w:t>
      </w:r>
      <w:r w:rsidRPr="00BB36E4">
        <w:rPr>
          <w:sz w:val="24"/>
          <w:szCs w:val="24"/>
        </w:rPr>
        <w:t>.</w:t>
      </w:r>
    </w:p>
    <w:p w14:paraId="547AB31A" w14:textId="77777777" w:rsidR="003F3E0C" w:rsidRDefault="003F3E0C" w:rsidP="00A041A4">
      <w:pPr>
        <w:rPr>
          <w:sz w:val="28"/>
          <w:szCs w:val="28"/>
        </w:rPr>
      </w:pPr>
    </w:p>
    <w:p w14:paraId="59A2EA0B" w14:textId="4D4468F1" w:rsidR="00A041A4" w:rsidRPr="00F15227" w:rsidRDefault="00A041A4" w:rsidP="00A041A4">
      <w:pPr>
        <w:rPr>
          <w:b/>
          <w:bCs/>
          <w:sz w:val="28"/>
          <w:szCs w:val="28"/>
        </w:rPr>
      </w:pPr>
      <w:r w:rsidRPr="00F15227">
        <w:rPr>
          <w:b/>
          <w:bCs/>
          <w:sz w:val="28"/>
          <w:szCs w:val="28"/>
        </w:rPr>
        <w:t xml:space="preserve">ISTRUZIONI | </w:t>
      </w:r>
      <w:r w:rsidRPr="00F15227">
        <w:rPr>
          <w:b/>
          <w:bCs/>
          <w:i/>
          <w:iCs/>
          <w:sz w:val="28"/>
          <w:szCs w:val="28"/>
        </w:rPr>
        <w:t>Superga</w:t>
      </w:r>
    </w:p>
    <w:p w14:paraId="35CF1802" w14:textId="77777777" w:rsidR="00322AC4" w:rsidRPr="00322AC4" w:rsidRDefault="00322AC4" w:rsidP="00322AC4">
      <w:pPr>
        <w:jc w:val="center"/>
        <w:rPr>
          <w:sz w:val="28"/>
          <w:szCs w:val="28"/>
        </w:rPr>
      </w:pPr>
      <w:r w:rsidRPr="00322AC4">
        <w:rPr>
          <w:sz w:val="28"/>
          <w:szCs w:val="28"/>
        </w:rPr>
        <w:t>1716</w:t>
      </w:r>
    </w:p>
    <w:p w14:paraId="33900B8A" w14:textId="70FAE28F" w:rsidR="00322AC4" w:rsidRDefault="00322AC4" w:rsidP="00322AC4">
      <w:pPr>
        <w:jc w:val="center"/>
        <w:rPr>
          <w:sz w:val="24"/>
          <w:szCs w:val="24"/>
        </w:rPr>
      </w:pPr>
      <w:r w:rsidRPr="006A57A8">
        <w:rPr>
          <w:b/>
          <w:bCs/>
          <w:sz w:val="24"/>
          <w:szCs w:val="24"/>
        </w:rPr>
        <w:t>Instruzione per il cavo di terra da farsi sopra il Monte di Superga per construire la nova Chiesa e Casa de Religiosi</w:t>
      </w:r>
      <w:r>
        <w:rPr>
          <w:rStyle w:val="Rimandonotaapidipagina"/>
          <w:sz w:val="24"/>
          <w:szCs w:val="24"/>
        </w:rPr>
        <w:footnoteReference w:id="7"/>
      </w:r>
      <w:r>
        <w:rPr>
          <w:i/>
          <w:iCs/>
          <w:sz w:val="24"/>
          <w:szCs w:val="24"/>
        </w:rPr>
        <w:pict w14:anchorId="38177EF5">
          <v:rect id="_x0000_i1683" style="width:0;height:1.5pt" o:hralign="center" o:hrstd="t" o:hr="t" fillcolor="#a0a0a0" stroked="f"/>
        </w:pict>
      </w:r>
    </w:p>
    <w:p w14:paraId="6E6957A6" w14:textId="351CF92D" w:rsidR="00322AC4" w:rsidRPr="00E75549" w:rsidRDefault="00322AC4" w:rsidP="00322AC4">
      <w:pPr>
        <w:jc w:val="both"/>
        <w:rPr>
          <w:sz w:val="24"/>
          <w:szCs w:val="24"/>
        </w:rPr>
      </w:pPr>
      <w:r w:rsidRPr="00E75549">
        <w:rPr>
          <w:sz w:val="24"/>
          <w:szCs w:val="24"/>
        </w:rPr>
        <w:t xml:space="preserve">1° Il cavo del fondamento sarà profondo </w:t>
      </w:r>
      <w:r>
        <w:rPr>
          <w:sz w:val="24"/>
          <w:szCs w:val="24"/>
        </w:rPr>
        <w:t>2°</w:t>
      </w:r>
      <w:r w:rsidRPr="00E75549">
        <w:rPr>
          <w:sz w:val="24"/>
          <w:szCs w:val="24"/>
        </w:rPr>
        <w:t xml:space="preserve"> la misura che gli sarà data, e conforme sarà la qualità del terreno e</w:t>
      </w:r>
      <w:r>
        <w:rPr>
          <w:sz w:val="24"/>
          <w:szCs w:val="24"/>
        </w:rPr>
        <w:t xml:space="preserve"> 2°</w:t>
      </w:r>
      <w:r w:rsidRPr="00E75549">
        <w:rPr>
          <w:sz w:val="24"/>
          <w:szCs w:val="24"/>
        </w:rPr>
        <w:t xml:space="preserve"> determinerà l'Architeto per la necessaria sosistenza della Chiesa e casa Religiosa.</w:t>
      </w:r>
    </w:p>
    <w:p w14:paraId="5A546434" w14:textId="77777777" w:rsidR="00322AC4" w:rsidRPr="00E75549" w:rsidRDefault="00322AC4" w:rsidP="00322AC4">
      <w:pPr>
        <w:jc w:val="both"/>
        <w:rPr>
          <w:sz w:val="24"/>
          <w:szCs w:val="24"/>
        </w:rPr>
      </w:pPr>
      <w:r w:rsidRPr="00E75549">
        <w:rPr>
          <w:sz w:val="24"/>
          <w:szCs w:val="24"/>
        </w:rPr>
        <w:t>2° Saranno obligati di fare il piano inferiore perfetto e livellato ugguale, e trovandosi qualche pietra grossa che impedischa tal piano siano tenuti spaccarla con polvero o altro, e ridure il solo in un piano perfetto, come sopra.</w:t>
      </w:r>
    </w:p>
    <w:p w14:paraId="7295041E" w14:textId="77777777" w:rsidR="00322AC4" w:rsidRPr="00E75549" w:rsidRDefault="00322AC4" w:rsidP="00322AC4">
      <w:pPr>
        <w:jc w:val="both"/>
        <w:rPr>
          <w:sz w:val="24"/>
          <w:szCs w:val="24"/>
        </w:rPr>
      </w:pPr>
      <w:r w:rsidRPr="00E75549">
        <w:rPr>
          <w:sz w:val="24"/>
          <w:szCs w:val="24"/>
        </w:rPr>
        <w:t>3° Che siano obligati di sostenere il terreno che resta da i lati della scavazione con boni legni per tutto e dove sarà più necesità, acciò si possa con sicurezza lavorare il muro di detti fondamenti.</w:t>
      </w:r>
    </w:p>
    <w:p w14:paraId="59CBDBF2" w14:textId="77777777" w:rsidR="00322AC4" w:rsidRPr="00E75549" w:rsidRDefault="00322AC4" w:rsidP="00322AC4">
      <w:pPr>
        <w:jc w:val="both"/>
        <w:rPr>
          <w:sz w:val="24"/>
          <w:szCs w:val="24"/>
        </w:rPr>
      </w:pPr>
      <w:r w:rsidRPr="00E75549">
        <w:rPr>
          <w:sz w:val="24"/>
          <w:szCs w:val="24"/>
        </w:rPr>
        <w:t xml:space="preserve">4° Che siano parimenti tenuti di condurre tutta la terra fuori del cavo, o con caretti a mano o con cabasse, </w:t>
      </w:r>
      <w:r>
        <w:rPr>
          <w:sz w:val="24"/>
          <w:szCs w:val="24"/>
        </w:rPr>
        <w:t>2°</w:t>
      </w:r>
      <w:r w:rsidRPr="00E75549">
        <w:rPr>
          <w:sz w:val="24"/>
          <w:szCs w:val="24"/>
        </w:rPr>
        <w:t xml:space="preserve"> porterà la natura e forma del cavo, o con la burbara, e siano anche obligati di provedere tutti l'andaturi di legnio che saranno necesarij.</w:t>
      </w:r>
    </w:p>
    <w:p w14:paraId="7CC1C63A" w14:textId="77777777" w:rsidR="00322AC4" w:rsidRPr="00E75549" w:rsidRDefault="00322AC4" w:rsidP="00322AC4">
      <w:pPr>
        <w:jc w:val="both"/>
        <w:rPr>
          <w:sz w:val="24"/>
          <w:szCs w:val="24"/>
        </w:rPr>
      </w:pPr>
      <w:r w:rsidRPr="00E75549">
        <w:rPr>
          <w:sz w:val="24"/>
          <w:szCs w:val="24"/>
        </w:rPr>
        <w:t>5° S'obligano che siano tenuti di cavare tal terreno, e sia di qual maniera fosse cioè di giarone, giarone grosso, giarone unito assieme quasi impetrito, tufo molle, sabia densa e unita assieme, e qual si sia altro genere di terra, preservando massi di pietra straordinarij o rocca, e che le pietre di grosezza più di mezzo trabucho in circha siano tenuti di lasciare intieri in conto di S.a M.a e con condurle in luogo a parte con sodisfare il trasporto a estimo e l'altri più piccoli se sarà necesari spaccarli con polvere per uso di detta fabricha.</w:t>
      </w:r>
    </w:p>
    <w:p w14:paraId="30DE8DD1" w14:textId="77777777" w:rsidR="00322AC4" w:rsidRPr="00E75549" w:rsidRDefault="00322AC4" w:rsidP="00322AC4">
      <w:pPr>
        <w:jc w:val="both"/>
        <w:rPr>
          <w:sz w:val="24"/>
          <w:szCs w:val="24"/>
        </w:rPr>
      </w:pPr>
      <w:r w:rsidRPr="00E75549">
        <w:rPr>
          <w:sz w:val="24"/>
          <w:szCs w:val="24"/>
        </w:rPr>
        <w:t>6° Che tutte le pietre o sabbia che si giudica atta al lavoro, o pietra di calcina, sia in benefficio della fabricha, cioè tutto quello che si trova il</w:t>
      </w:r>
      <w:r>
        <w:rPr>
          <w:sz w:val="24"/>
          <w:szCs w:val="24"/>
        </w:rPr>
        <w:t xml:space="preserve"> 2°</w:t>
      </w:r>
      <w:r w:rsidRPr="00E75549">
        <w:rPr>
          <w:sz w:val="24"/>
          <w:szCs w:val="24"/>
        </w:rPr>
        <w:t xml:space="preserve"> tal cavo e sia ammuchiato in luogo comodo alla fabricha e onde gli verrà destinato dal Asistente.</w:t>
      </w:r>
    </w:p>
    <w:p w14:paraId="64F35062" w14:textId="77777777" w:rsidR="00322AC4" w:rsidRPr="00E75549" w:rsidRDefault="00322AC4" w:rsidP="00322AC4">
      <w:pPr>
        <w:jc w:val="both"/>
        <w:rPr>
          <w:sz w:val="24"/>
          <w:szCs w:val="24"/>
        </w:rPr>
      </w:pPr>
      <w:r w:rsidRPr="00E75549">
        <w:rPr>
          <w:sz w:val="24"/>
          <w:szCs w:val="24"/>
        </w:rPr>
        <w:lastRenderedPageBreak/>
        <w:t>7° Che siano obligati di mettere quantità d'homini al n° acciò il cavo vadi con solecitudine inazi e detto cavo verrà delineato dal Architetto o Sopra stante.</w:t>
      </w:r>
    </w:p>
    <w:p w14:paraId="5A6AE0EA" w14:textId="224FA252" w:rsidR="00322AC4" w:rsidRDefault="00322AC4" w:rsidP="00322AC4">
      <w:pPr>
        <w:jc w:val="right"/>
        <w:rPr>
          <w:sz w:val="24"/>
          <w:szCs w:val="24"/>
        </w:rPr>
      </w:pPr>
      <w:r>
        <w:rPr>
          <w:i/>
          <w:iCs/>
          <w:sz w:val="24"/>
          <w:szCs w:val="24"/>
        </w:rPr>
        <w:pict w14:anchorId="51436A3E">
          <v:rect id="_x0000_i1684" style="width:0;height:1.5pt" o:hralign="center" o:hrstd="t" o:hr="t" fillcolor="#a0a0a0" stroked="f"/>
        </w:pict>
      </w:r>
    </w:p>
    <w:p w14:paraId="655FA80D" w14:textId="384C1914" w:rsidR="00322AC4" w:rsidRDefault="00322AC4" w:rsidP="00322AC4">
      <w:pPr>
        <w:jc w:val="right"/>
        <w:rPr>
          <w:sz w:val="24"/>
          <w:szCs w:val="24"/>
        </w:rPr>
      </w:pPr>
      <w:r w:rsidRPr="00E75549">
        <w:rPr>
          <w:sz w:val="24"/>
          <w:szCs w:val="24"/>
        </w:rPr>
        <w:t>Don Filippo Juvarra Architetto</w:t>
      </w:r>
    </w:p>
    <w:p w14:paraId="41B97ECC" w14:textId="7B7D1DB2" w:rsidR="00322AC4" w:rsidRDefault="00322AC4" w:rsidP="00322AC4">
      <w:pPr>
        <w:jc w:val="both"/>
        <w:rPr>
          <w:sz w:val="24"/>
          <w:szCs w:val="24"/>
        </w:rPr>
      </w:pPr>
      <w:r>
        <w:rPr>
          <w:i/>
          <w:iCs/>
          <w:sz w:val="24"/>
          <w:szCs w:val="24"/>
        </w:rPr>
        <w:pict w14:anchorId="04423879">
          <v:rect id="_x0000_i1685" style="width:0;height:1.5pt" o:hralign="center" o:hrstd="t" o:hr="t" fillcolor="#a0a0a0" stroked="f"/>
        </w:pict>
      </w:r>
    </w:p>
    <w:p w14:paraId="321E1C47" w14:textId="7624B88C" w:rsidR="00322AC4" w:rsidRDefault="00322AC4" w:rsidP="00322AC4">
      <w:pPr>
        <w:jc w:val="both"/>
        <w:rPr>
          <w:sz w:val="24"/>
          <w:szCs w:val="24"/>
        </w:rPr>
      </w:pPr>
      <w:r>
        <w:rPr>
          <w:sz w:val="24"/>
          <w:szCs w:val="24"/>
        </w:rPr>
        <w:t>AST, M 100</w:t>
      </w:r>
    </w:p>
    <w:p w14:paraId="278F878F" w14:textId="77777777" w:rsidR="00322AC4" w:rsidRDefault="00322AC4" w:rsidP="00322AC4">
      <w:pPr>
        <w:jc w:val="both"/>
        <w:rPr>
          <w:sz w:val="24"/>
          <w:szCs w:val="24"/>
        </w:rPr>
      </w:pPr>
    </w:p>
    <w:p w14:paraId="079EE786" w14:textId="77777777" w:rsidR="00322AC4" w:rsidRPr="00A041A4" w:rsidRDefault="00322AC4" w:rsidP="00322AC4">
      <w:pPr>
        <w:jc w:val="center"/>
        <w:rPr>
          <w:sz w:val="28"/>
          <w:szCs w:val="28"/>
        </w:rPr>
      </w:pPr>
      <w:r w:rsidRPr="00A041A4">
        <w:rPr>
          <w:sz w:val="28"/>
          <w:szCs w:val="28"/>
        </w:rPr>
        <w:t>1718</w:t>
      </w:r>
    </w:p>
    <w:p w14:paraId="654117E7" w14:textId="77777777" w:rsidR="00322AC4" w:rsidRDefault="00322AC4" w:rsidP="00322AC4">
      <w:pPr>
        <w:jc w:val="center"/>
        <w:rPr>
          <w:b/>
          <w:bCs/>
          <w:sz w:val="24"/>
          <w:szCs w:val="24"/>
        </w:rPr>
      </w:pPr>
      <w:r w:rsidRPr="006A57A8">
        <w:rPr>
          <w:b/>
          <w:bCs/>
          <w:sz w:val="24"/>
          <w:szCs w:val="24"/>
        </w:rPr>
        <w:t>Istruzione per proseguire la Chiesa e Casa de Religiosi sul Monte di Superga il presente anno 1718</w:t>
      </w:r>
    </w:p>
    <w:p w14:paraId="6BE1953D" w14:textId="21BA3F48" w:rsidR="00322AC4" w:rsidRPr="006A57A8" w:rsidRDefault="00322AC4" w:rsidP="00322AC4">
      <w:pPr>
        <w:jc w:val="center"/>
        <w:rPr>
          <w:b/>
          <w:bCs/>
          <w:sz w:val="24"/>
          <w:szCs w:val="24"/>
        </w:rPr>
      </w:pPr>
      <w:r>
        <w:rPr>
          <w:i/>
          <w:iCs/>
          <w:sz w:val="24"/>
          <w:szCs w:val="24"/>
        </w:rPr>
        <w:pict w14:anchorId="48272B70">
          <v:rect id="_x0000_i1686" style="width:0;height:1.5pt" o:hralign="center" o:hrstd="t" o:hr="t" fillcolor="#a0a0a0" stroked="f"/>
        </w:pict>
      </w:r>
    </w:p>
    <w:p w14:paraId="0D3EF561" w14:textId="77777777" w:rsidR="00322AC4" w:rsidRPr="005C10BE" w:rsidRDefault="00322AC4" w:rsidP="00322AC4">
      <w:pPr>
        <w:jc w:val="center"/>
        <w:rPr>
          <w:sz w:val="24"/>
          <w:szCs w:val="24"/>
        </w:rPr>
      </w:pPr>
      <w:r w:rsidRPr="005C10BE">
        <w:rPr>
          <w:sz w:val="24"/>
          <w:szCs w:val="24"/>
        </w:rPr>
        <w:t>Cavo di terra</w:t>
      </w:r>
    </w:p>
    <w:p w14:paraId="43583266" w14:textId="77777777" w:rsidR="00322AC4" w:rsidRPr="005C10BE" w:rsidRDefault="00322AC4" w:rsidP="00322AC4">
      <w:pPr>
        <w:jc w:val="both"/>
        <w:rPr>
          <w:sz w:val="24"/>
          <w:szCs w:val="24"/>
        </w:rPr>
      </w:pPr>
      <w:r w:rsidRPr="005C10BE">
        <w:rPr>
          <w:sz w:val="24"/>
          <w:szCs w:val="24"/>
        </w:rPr>
        <w:t>Si proseguiranno i cavi di terra e si metterano le pietre in quel sito dove saranno necesarij e si condurrà la terra per riempimento a torno le muraglie e parte dove saranno indicati dal assistente sul sito, come anche si goderà di quella sabbia che sarà conosciutta bona per impiegarlla nella costruzione delle muraglie.</w:t>
      </w:r>
    </w:p>
    <w:p w14:paraId="29925AAF" w14:textId="77777777" w:rsidR="00322AC4" w:rsidRPr="005C10BE" w:rsidRDefault="00322AC4" w:rsidP="00322AC4">
      <w:pPr>
        <w:jc w:val="center"/>
        <w:rPr>
          <w:sz w:val="24"/>
          <w:szCs w:val="24"/>
        </w:rPr>
      </w:pPr>
      <w:r w:rsidRPr="005C10BE">
        <w:rPr>
          <w:sz w:val="24"/>
          <w:szCs w:val="24"/>
        </w:rPr>
        <w:t>Muraglia ordinaria</w:t>
      </w:r>
    </w:p>
    <w:p w14:paraId="6EADA711" w14:textId="77777777" w:rsidR="00322AC4" w:rsidRPr="005C10BE" w:rsidRDefault="00322AC4" w:rsidP="00322AC4">
      <w:pPr>
        <w:jc w:val="both"/>
        <w:rPr>
          <w:sz w:val="24"/>
          <w:szCs w:val="24"/>
        </w:rPr>
      </w:pPr>
      <w:r w:rsidRPr="005C10BE">
        <w:rPr>
          <w:sz w:val="24"/>
          <w:szCs w:val="24"/>
        </w:rPr>
        <w:t>Le muraglie ordinarie sarano con suoi scazelli di pietra di onze 8 o vero in ogni 5 corsi con sue cinte di mattoni per tutta la grosezza della muraglia e saranno obligati di fare tutti l’angoli salienti e entranti, e tutte le spalette</w:t>
      </w:r>
      <w:r>
        <w:rPr>
          <w:sz w:val="24"/>
          <w:szCs w:val="24"/>
        </w:rPr>
        <w:t xml:space="preserve"> </w:t>
      </w:r>
      <w:r w:rsidRPr="005C10BE">
        <w:rPr>
          <w:sz w:val="24"/>
          <w:szCs w:val="24"/>
        </w:rPr>
        <w:t xml:space="preserve">delle porte e finestre come parimente i voltini e sordini di mattoni di grosezza di un mattone di punta e l’altro per piano che faccino onze 9; e onde sarà più necessaria maggior grosezza siano obligati di farlo </w:t>
      </w:r>
      <w:r>
        <w:rPr>
          <w:sz w:val="24"/>
          <w:szCs w:val="24"/>
        </w:rPr>
        <w:t>2°</w:t>
      </w:r>
      <w:r w:rsidRPr="005C10BE">
        <w:rPr>
          <w:sz w:val="24"/>
          <w:szCs w:val="24"/>
        </w:rPr>
        <w:t xml:space="preserve"> l’indicazione del Architetto o Asistente; saranno tenuti di abagniare i mattoni nelli cebrij a maton coperto, e nelle cinte siano tenuti di abagniare per tutta la grosezza della muraglia e poscia fare la sua calcinata. Le pietre saranno sempre messe in piano e ben battuti con il martello senza lasciare nesun vacuo e con piccole piere e scaglie siano guarniti, e dette muraglie siano imbocate a pietra coperta e li spicoli di mattoni parimenti imboccati e che in ogni due maestri abbiano il suo cebro con l’aqua acciò la muraglia e li mattoni siano ben bagniati </w:t>
      </w:r>
      <w:r>
        <w:rPr>
          <w:sz w:val="24"/>
          <w:szCs w:val="24"/>
        </w:rPr>
        <w:t>2°</w:t>
      </w:r>
      <w:r w:rsidRPr="005C10BE">
        <w:rPr>
          <w:sz w:val="24"/>
          <w:szCs w:val="24"/>
        </w:rPr>
        <w:t xml:space="preserve"> bisognerà alla perfezione del opera. Sarano tenuti di fare i ponti e li centini onde bisognerano e si piglieranno i materiali in quel sito che saranno baronati per detto comodo e dove si troveranno e faranno la calcina ben impastata e con quella quantità d’aqua che sarà necesario.</w:t>
      </w:r>
    </w:p>
    <w:p w14:paraId="16EF198F" w14:textId="77777777" w:rsidR="00322AC4" w:rsidRPr="005C10BE" w:rsidRDefault="00322AC4" w:rsidP="00322AC4">
      <w:pPr>
        <w:jc w:val="center"/>
        <w:rPr>
          <w:sz w:val="24"/>
          <w:szCs w:val="24"/>
        </w:rPr>
      </w:pPr>
      <w:r w:rsidRPr="005C10BE">
        <w:rPr>
          <w:sz w:val="24"/>
          <w:szCs w:val="24"/>
        </w:rPr>
        <w:t>Muraglie di mattoni</w:t>
      </w:r>
    </w:p>
    <w:p w14:paraId="6DB44974" w14:textId="77777777" w:rsidR="00322AC4" w:rsidRPr="005C10BE" w:rsidRDefault="00322AC4" w:rsidP="00322AC4">
      <w:pPr>
        <w:jc w:val="both"/>
        <w:rPr>
          <w:sz w:val="24"/>
          <w:szCs w:val="24"/>
        </w:rPr>
      </w:pPr>
      <w:r w:rsidRPr="005C10BE">
        <w:rPr>
          <w:sz w:val="24"/>
          <w:szCs w:val="24"/>
        </w:rPr>
        <w:t xml:space="preserve">Le muraglie di mattoni saranno ben lavorati e sottili in calcina che non passi il </w:t>
      </w:r>
      <w:r>
        <w:rPr>
          <w:sz w:val="24"/>
          <w:szCs w:val="24"/>
        </w:rPr>
        <w:t>4°</w:t>
      </w:r>
      <w:r w:rsidRPr="005C10BE">
        <w:rPr>
          <w:sz w:val="24"/>
          <w:szCs w:val="24"/>
        </w:rPr>
        <w:t xml:space="preserve"> di onza fra un mattone e l'altro, e saranno obligati di fare tutti l'angoli lesene e robba che non entri a l'estimo, tutto ben lavorato con i corsi in piano perfetto e l'angoli a piombo e in ogni 3 corsi la sua calcinata per tutta la grosezza della muraglia con fare i sordini e voltini e tutte le canne di fornello ben infrascati di dentro, e li mattoni siano ben bagniate, come anche sopra i ponti saranno delli cebri acciò si bagnino bene le muraglie nel tempo che si lavorano.</w:t>
      </w:r>
    </w:p>
    <w:p w14:paraId="3872E46C" w14:textId="77777777" w:rsidR="00322AC4" w:rsidRPr="005C10BE" w:rsidRDefault="00322AC4" w:rsidP="00322AC4">
      <w:pPr>
        <w:jc w:val="both"/>
        <w:rPr>
          <w:sz w:val="24"/>
          <w:szCs w:val="24"/>
        </w:rPr>
      </w:pPr>
      <w:r w:rsidRPr="005C10BE">
        <w:rPr>
          <w:sz w:val="24"/>
          <w:szCs w:val="24"/>
        </w:rPr>
        <w:lastRenderedPageBreak/>
        <w:t>Saranno tenuti di mettere in opera tutti i zoccoli di pietra con scagliarlle con tutta diligenza e murare incontro con tutta esatezza senza lasciare nessun vacuo.</w:t>
      </w:r>
    </w:p>
    <w:p w14:paraId="2AB1D1B0" w14:textId="77777777" w:rsidR="00322AC4" w:rsidRPr="005C10BE" w:rsidRDefault="00322AC4" w:rsidP="00322AC4">
      <w:pPr>
        <w:jc w:val="both"/>
        <w:rPr>
          <w:sz w:val="24"/>
          <w:szCs w:val="24"/>
        </w:rPr>
      </w:pPr>
      <w:r w:rsidRPr="005C10BE">
        <w:rPr>
          <w:sz w:val="24"/>
          <w:szCs w:val="24"/>
        </w:rPr>
        <w:t>Abagieranno le calcine e coleranno e purgeranno con tutta esatezza senza lasciare pietre e le dette saranno ben impastate con le sabie acciò possa fare una bona presa e provederlle al bisognio della fabrica.</w:t>
      </w:r>
    </w:p>
    <w:p w14:paraId="02C6073C" w14:textId="77777777" w:rsidR="00322AC4" w:rsidRPr="005C10BE" w:rsidRDefault="00322AC4" w:rsidP="00322AC4">
      <w:pPr>
        <w:jc w:val="center"/>
        <w:rPr>
          <w:sz w:val="24"/>
          <w:szCs w:val="24"/>
        </w:rPr>
      </w:pPr>
      <w:r w:rsidRPr="005C10BE">
        <w:rPr>
          <w:sz w:val="24"/>
          <w:szCs w:val="24"/>
        </w:rPr>
        <w:t>Mattoni che si devono provedere per la detta fabrica</w:t>
      </w:r>
    </w:p>
    <w:p w14:paraId="0210486A" w14:textId="77777777" w:rsidR="00322AC4" w:rsidRPr="005C10BE" w:rsidRDefault="00322AC4" w:rsidP="00322AC4">
      <w:pPr>
        <w:jc w:val="both"/>
        <w:rPr>
          <w:sz w:val="24"/>
          <w:szCs w:val="24"/>
        </w:rPr>
      </w:pPr>
      <w:r w:rsidRPr="005C10BE">
        <w:rPr>
          <w:sz w:val="24"/>
          <w:szCs w:val="24"/>
        </w:rPr>
        <w:t xml:space="preserve">I mattoni saranno della meglio terra che si troverà in quelle vicinaze e la longezza sarà di onze 6, largezza di onze 3, grosezza di onze una e mezza cotti, e detti mattoni saranno ricevuti ben cotti e ragonevolmente </w:t>
      </w:r>
      <w:r>
        <w:rPr>
          <w:sz w:val="24"/>
          <w:szCs w:val="24"/>
        </w:rPr>
        <w:t>2°</w:t>
      </w:r>
      <w:r w:rsidRPr="005C10BE">
        <w:rPr>
          <w:sz w:val="24"/>
          <w:szCs w:val="24"/>
        </w:rPr>
        <w:t xml:space="preserve"> troverà il sopra stante; faranno i quadrettoni di onze 6 in quadro e un onza e un quarto per la sua grosezza cotti.</w:t>
      </w:r>
    </w:p>
    <w:p w14:paraId="45B6C627" w14:textId="77777777" w:rsidR="00322AC4" w:rsidRPr="005C10BE" w:rsidRDefault="00322AC4" w:rsidP="00322AC4">
      <w:pPr>
        <w:jc w:val="both"/>
        <w:rPr>
          <w:sz w:val="24"/>
          <w:szCs w:val="24"/>
        </w:rPr>
      </w:pPr>
      <w:r w:rsidRPr="005C10BE">
        <w:rPr>
          <w:sz w:val="24"/>
          <w:szCs w:val="24"/>
        </w:rPr>
        <w:t>Quadretti lungezza 6, largezza 3, grosezza</w:t>
      </w:r>
      <w:r>
        <w:rPr>
          <w:sz w:val="24"/>
          <w:szCs w:val="24"/>
        </w:rPr>
        <w:t xml:space="preserve"> ¾ </w:t>
      </w:r>
      <w:r w:rsidRPr="005C10BE">
        <w:rPr>
          <w:sz w:val="24"/>
          <w:szCs w:val="24"/>
        </w:rPr>
        <w:t>onza cotti.</w:t>
      </w:r>
    </w:p>
    <w:p w14:paraId="0FDCA720" w14:textId="77777777" w:rsidR="00322AC4" w:rsidRPr="005C10BE" w:rsidRDefault="00322AC4" w:rsidP="00322AC4">
      <w:pPr>
        <w:jc w:val="both"/>
        <w:rPr>
          <w:sz w:val="24"/>
          <w:szCs w:val="24"/>
        </w:rPr>
      </w:pPr>
      <w:r w:rsidRPr="005C10BE">
        <w:rPr>
          <w:sz w:val="24"/>
          <w:szCs w:val="24"/>
        </w:rPr>
        <w:t xml:space="preserve">Libice longezza 10, largeza 8, grosezza </w:t>
      </w:r>
      <w:r>
        <w:rPr>
          <w:sz w:val="24"/>
          <w:szCs w:val="24"/>
        </w:rPr>
        <w:t xml:space="preserve">1 ½ </w:t>
      </w:r>
      <w:r w:rsidRPr="005C10BE">
        <w:rPr>
          <w:sz w:val="24"/>
          <w:szCs w:val="24"/>
        </w:rPr>
        <w:t>cotti, tutti ben cotti e di bonissima qualità e tutti l'altri lavori si darà la sacoma sigelata dal E.mo Consiglio e sarà a l'estimo.</w:t>
      </w:r>
    </w:p>
    <w:p w14:paraId="1F04241C" w14:textId="77777777" w:rsidR="00322AC4" w:rsidRPr="005C10BE" w:rsidRDefault="00322AC4" w:rsidP="00322AC4">
      <w:pPr>
        <w:jc w:val="center"/>
        <w:rPr>
          <w:sz w:val="24"/>
          <w:szCs w:val="24"/>
        </w:rPr>
      </w:pPr>
      <w:r w:rsidRPr="005C10BE">
        <w:rPr>
          <w:sz w:val="24"/>
          <w:szCs w:val="24"/>
        </w:rPr>
        <w:t>Sabie per la detta fabrica</w:t>
      </w:r>
    </w:p>
    <w:p w14:paraId="7CEA0376" w14:textId="77777777" w:rsidR="00322AC4" w:rsidRPr="005C10BE" w:rsidRDefault="00322AC4" w:rsidP="00322AC4">
      <w:pPr>
        <w:jc w:val="both"/>
        <w:rPr>
          <w:sz w:val="24"/>
          <w:szCs w:val="24"/>
        </w:rPr>
      </w:pPr>
      <w:r w:rsidRPr="005C10BE">
        <w:rPr>
          <w:sz w:val="24"/>
          <w:szCs w:val="24"/>
        </w:rPr>
        <w:t>Le sabbie saranno misurate e abaronate sul posto di detta Fabricha e dove sarà indicato dal asistente, le qualità saranno le più granite che sarà possibile su Po onde sbocca il fiume Stura e conlaudate, e esaminate dal Architetto o Assistente, e quelle che non si troveranno di tutta perfezione non saranno riceute.</w:t>
      </w:r>
    </w:p>
    <w:p w14:paraId="3893B609" w14:textId="77777777" w:rsidR="00322AC4" w:rsidRPr="005C10BE" w:rsidRDefault="00322AC4" w:rsidP="00322AC4">
      <w:pPr>
        <w:jc w:val="center"/>
        <w:rPr>
          <w:sz w:val="24"/>
          <w:szCs w:val="24"/>
        </w:rPr>
      </w:pPr>
      <w:r w:rsidRPr="005C10BE">
        <w:rPr>
          <w:sz w:val="24"/>
          <w:szCs w:val="24"/>
        </w:rPr>
        <w:t>Zoccoli di pietra di Gassino</w:t>
      </w:r>
    </w:p>
    <w:p w14:paraId="15BB4DF7" w14:textId="77777777" w:rsidR="00322AC4" w:rsidRPr="005C10BE" w:rsidRDefault="00322AC4" w:rsidP="00322AC4">
      <w:pPr>
        <w:jc w:val="both"/>
        <w:rPr>
          <w:sz w:val="24"/>
          <w:szCs w:val="24"/>
        </w:rPr>
      </w:pPr>
      <w:r w:rsidRPr="005C10BE">
        <w:rPr>
          <w:sz w:val="24"/>
          <w:szCs w:val="24"/>
        </w:rPr>
        <w:t xml:space="preserve">Il zoccolo esteriore sarà diviso in due cioè il Primo e il </w:t>
      </w:r>
      <w:r>
        <w:rPr>
          <w:sz w:val="24"/>
          <w:szCs w:val="24"/>
        </w:rPr>
        <w:t>2°</w:t>
      </w:r>
      <w:r w:rsidRPr="005C10BE">
        <w:rPr>
          <w:sz w:val="24"/>
          <w:szCs w:val="24"/>
        </w:rPr>
        <w:t xml:space="preserve">: il Primo sarà d'altezza onze 9, grosezza </w:t>
      </w:r>
      <w:r>
        <w:rPr>
          <w:sz w:val="24"/>
          <w:szCs w:val="24"/>
        </w:rPr>
        <w:t xml:space="preserve">9 ½ </w:t>
      </w:r>
      <w:r w:rsidRPr="005C10BE">
        <w:rPr>
          <w:sz w:val="24"/>
          <w:szCs w:val="24"/>
        </w:rPr>
        <w:t xml:space="preserve">e per fuga </w:t>
      </w:r>
      <w:r>
        <w:rPr>
          <w:sz w:val="24"/>
          <w:szCs w:val="24"/>
        </w:rPr>
        <w:t>2°</w:t>
      </w:r>
      <w:r w:rsidRPr="005C10BE">
        <w:rPr>
          <w:sz w:val="24"/>
          <w:szCs w:val="24"/>
        </w:rPr>
        <w:t xml:space="preserve"> sarà più comodo, non potendo fare pezzi più piccoli di onze 17 in 18.</w:t>
      </w:r>
    </w:p>
    <w:p w14:paraId="39C288A2" w14:textId="6DEB4226" w:rsidR="00322AC4" w:rsidRPr="005C10BE" w:rsidRDefault="00322AC4" w:rsidP="00322AC4">
      <w:pPr>
        <w:jc w:val="both"/>
        <w:rPr>
          <w:sz w:val="24"/>
          <w:szCs w:val="24"/>
        </w:rPr>
      </w:pPr>
      <w:r w:rsidRPr="005C10BE">
        <w:rPr>
          <w:sz w:val="24"/>
          <w:szCs w:val="24"/>
        </w:rPr>
        <w:t xml:space="preserve">Il </w:t>
      </w:r>
      <w:r>
        <w:rPr>
          <w:sz w:val="24"/>
          <w:szCs w:val="24"/>
        </w:rPr>
        <w:t>2°</w:t>
      </w:r>
      <w:r w:rsidRPr="005C10BE">
        <w:rPr>
          <w:sz w:val="24"/>
          <w:szCs w:val="24"/>
        </w:rPr>
        <w:t xml:space="preserve"> zoccolo sarà d'altezza onze 18, grosezza onze 9 e lungezza onze 15 il meno. Tutto ben lavorato e martilinato, e spianato perfetto nelle parte superiore e l'angoli profilati, e le comesure siano ben messe asieme con tutta diligenza e sarano tenuti a mettere le chiavette e prestare l'asistenza nel metelli in opera con impiombare le dette con tutta esatezza, nelli risvoltti o angoli si faranno sempre le comesure nelli fianchi e non in faccia, e questo si praticherà in tutta detta fuga di zoccolo. I quatro zoccoli isolati che regono le 4 colonne inazi</w:t>
      </w:r>
      <w:r>
        <w:rPr>
          <w:sz w:val="24"/>
          <w:szCs w:val="24"/>
        </w:rPr>
        <w:t xml:space="preserve"> </w:t>
      </w:r>
      <w:r w:rsidRPr="005C10BE">
        <w:rPr>
          <w:sz w:val="24"/>
          <w:szCs w:val="24"/>
        </w:rPr>
        <w:t xml:space="preserve">la facciata saranno </w:t>
      </w:r>
      <w:r>
        <w:rPr>
          <w:sz w:val="24"/>
          <w:szCs w:val="24"/>
        </w:rPr>
        <w:t>2°</w:t>
      </w:r>
      <w:r w:rsidRPr="005C10BE">
        <w:rPr>
          <w:sz w:val="24"/>
          <w:szCs w:val="24"/>
        </w:rPr>
        <w:t xml:space="preserve"> la figura in margine, cioè per le grosezze e in ordine alle altezze il Primo di onze 9, il </w:t>
      </w:r>
      <w:r>
        <w:rPr>
          <w:sz w:val="24"/>
          <w:szCs w:val="24"/>
        </w:rPr>
        <w:t>2°</w:t>
      </w:r>
      <w:r w:rsidRPr="005C10BE">
        <w:rPr>
          <w:sz w:val="24"/>
          <w:szCs w:val="24"/>
        </w:rPr>
        <w:t xml:space="preserve"> di onze 18 — come l'altri di tutta la fabricha — martilinati sottili e ben profilati e aggiuntati assieme tutta a opera conlaudata. Zoccolo interiore di pietra di Gassino lustrato sarà parimente diviso in due, il primo sarà d'altezza onze 5 – grosezza onze 8 – e lungezza nelle faccie delli zoccoli delli 8 colonne sarà per la metà che viene onze </w:t>
      </w:r>
      <w:r>
        <w:rPr>
          <w:sz w:val="24"/>
          <w:szCs w:val="24"/>
        </w:rPr>
        <w:t>23 ½.</w:t>
      </w:r>
      <w:r w:rsidRPr="005C10BE">
        <w:rPr>
          <w:sz w:val="24"/>
          <w:szCs w:val="24"/>
        </w:rPr>
        <w:t xml:space="preserve"> Tutto ben lustrato e lavorato, e ben congonto con mettere le chiavette onde sarà necesario, con lustrare parimente la mostra d'onza una intorno.</w:t>
      </w:r>
    </w:p>
    <w:p w14:paraId="7700750E" w14:textId="77777777" w:rsidR="00322AC4" w:rsidRPr="005C10BE" w:rsidRDefault="00322AC4" w:rsidP="00322AC4">
      <w:pPr>
        <w:jc w:val="both"/>
        <w:rPr>
          <w:sz w:val="24"/>
          <w:szCs w:val="24"/>
        </w:rPr>
      </w:pPr>
      <w:r w:rsidRPr="005C10BE">
        <w:rPr>
          <w:sz w:val="24"/>
          <w:szCs w:val="24"/>
        </w:rPr>
        <w:t xml:space="preserve">Il </w:t>
      </w:r>
      <w:r>
        <w:rPr>
          <w:sz w:val="24"/>
          <w:szCs w:val="24"/>
        </w:rPr>
        <w:t>2°</w:t>
      </w:r>
      <w:r w:rsidRPr="005C10BE">
        <w:rPr>
          <w:sz w:val="24"/>
          <w:szCs w:val="24"/>
        </w:rPr>
        <w:t xml:space="preserve"> zoccolo sarà parimente della detta pietra di Gassino lustrato e sarà grosso onze 8 – alto onze 20 e per la fuga che li zoccoli n° 8 che sono sotto le colonne siano intieri cioè conforme la figura dimostra, longezza 45, altezza 20, grosezza onze 8. Tutto il resto secondo porterà la pianta sempre che le comessure siano nel angoli entranti, ben comessi e lustrati e inchavetati, con prestare l'asistenza nel meterlli in opera tutto a opera conlaudata.</w:t>
      </w:r>
    </w:p>
    <w:p w14:paraId="6797A1DB" w14:textId="77777777" w:rsidR="00322AC4" w:rsidRPr="00F4136F" w:rsidRDefault="00322AC4" w:rsidP="00322AC4">
      <w:pPr>
        <w:jc w:val="center"/>
        <w:rPr>
          <w:sz w:val="24"/>
          <w:szCs w:val="24"/>
        </w:rPr>
      </w:pPr>
      <w:r w:rsidRPr="00F4136F">
        <w:rPr>
          <w:sz w:val="24"/>
          <w:szCs w:val="24"/>
        </w:rPr>
        <w:lastRenderedPageBreak/>
        <w:t>Base esteriori di pietra di Gassino</w:t>
      </w:r>
    </w:p>
    <w:p w14:paraId="3F292D7E" w14:textId="77777777" w:rsidR="00322AC4" w:rsidRPr="005C10BE" w:rsidRDefault="00322AC4" w:rsidP="00322AC4">
      <w:pPr>
        <w:jc w:val="both"/>
        <w:rPr>
          <w:sz w:val="24"/>
          <w:szCs w:val="24"/>
        </w:rPr>
      </w:pPr>
      <w:r w:rsidRPr="005C10BE">
        <w:rPr>
          <w:sz w:val="24"/>
          <w:szCs w:val="24"/>
        </w:rPr>
        <w:t xml:space="preserve">Le Base esteriori di pietra di Gassino saranno d'ordine Corintio con sue astralagi e quadretti, conforme dimostra la sacoma in margine e sarà di due qualità, reale e carosa (o vero di basso rilievo). La prima sarà per più facilità delle condotte divisa in due parte per l'altezza ma intiera per la longezza che sarà di onze 38 – altezza 9 in circa, grosezza onze 9 e l'altra parte superiore sarà di meno longezza e altezza ma del istessa grosezza </w:t>
      </w:r>
      <w:r>
        <w:rPr>
          <w:sz w:val="24"/>
          <w:szCs w:val="24"/>
        </w:rPr>
        <w:t xml:space="preserve">2° </w:t>
      </w:r>
      <w:r w:rsidRPr="005C10BE">
        <w:rPr>
          <w:sz w:val="24"/>
          <w:szCs w:val="24"/>
        </w:rPr>
        <w:t xml:space="preserve">dimosterà la sacoma segniata in grande dal Architetto – i dette Base sarano ben lavorati e senza tufi e dove si ritroveranno di poca quantità si doverà mettere di tasselli con tutta diligenza e perfezione </w:t>
      </w:r>
      <w:r>
        <w:rPr>
          <w:sz w:val="24"/>
          <w:szCs w:val="24"/>
        </w:rPr>
        <w:t>2°</w:t>
      </w:r>
      <w:r w:rsidRPr="005C10BE">
        <w:rPr>
          <w:sz w:val="24"/>
          <w:szCs w:val="24"/>
        </w:rPr>
        <w:t xml:space="preserve"> gli verrà detto dal Architetto tutta a opera conlaudata. L'altra base sarà d'altezza onze 14, tutta intiera di grosezza 8 in circa e longezza che i pezzi non possono essere meno di 18 onze in circa con le risvolte nel'angoli entranti e tutti ben lavorati a perfezione.</w:t>
      </w:r>
    </w:p>
    <w:p w14:paraId="29C319EF" w14:textId="77777777" w:rsidR="00322AC4" w:rsidRPr="005C10BE" w:rsidRDefault="00322AC4" w:rsidP="00322AC4">
      <w:pPr>
        <w:jc w:val="both"/>
        <w:rPr>
          <w:sz w:val="24"/>
          <w:szCs w:val="24"/>
        </w:rPr>
      </w:pPr>
      <w:r w:rsidRPr="005C10BE">
        <w:rPr>
          <w:sz w:val="24"/>
          <w:szCs w:val="24"/>
        </w:rPr>
        <w:t>Saranno tenuti di segniare una pianta in grande e rivista dal Architetto e numerata per non dare luogo a l'errori, e quando si troverà mancanza saranno tenuti a rifarla a loro conto e spesa.</w:t>
      </w:r>
    </w:p>
    <w:p w14:paraId="3CC6B386" w14:textId="77777777" w:rsidR="00322AC4" w:rsidRDefault="00322AC4" w:rsidP="00322AC4">
      <w:pPr>
        <w:jc w:val="both"/>
        <w:rPr>
          <w:sz w:val="24"/>
          <w:szCs w:val="24"/>
        </w:rPr>
      </w:pPr>
      <w:r w:rsidRPr="005C10BE">
        <w:rPr>
          <w:sz w:val="24"/>
          <w:szCs w:val="24"/>
        </w:rPr>
        <w:t>Se averanno qualche dicoltà sopra la sopra e adietro scritta instruzione domandino chiareza che sarà spegata altrimente saranno alla mente della medesima e arbitrio dell E.mo Consiglio.</w:t>
      </w:r>
    </w:p>
    <w:p w14:paraId="6F47ED61" w14:textId="55542CE7" w:rsidR="00322AC4" w:rsidRPr="005C10BE" w:rsidRDefault="00322AC4" w:rsidP="00322AC4">
      <w:pPr>
        <w:jc w:val="both"/>
        <w:rPr>
          <w:sz w:val="24"/>
          <w:szCs w:val="24"/>
        </w:rPr>
      </w:pPr>
      <w:r>
        <w:rPr>
          <w:i/>
          <w:iCs/>
          <w:sz w:val="24"/>
          <w:szCs w:val="24"/>
        </w:rPr>
        <w:pict w14:anchorId="356A97F4">
          <v:rect id="_x0000_i1687" style="width:0;height:1.5pt" o:hralign="center" o:hrstd="t" o:hr="t" fillcolor="#a0a0a0" stroked="f"/>
        </w:pict>
      </w:r>
    </w:p>
    <w:p w14:paraId="2DE20362" w14:textId="77777777" w:rsidR="00322AC4" w:rsidRPr="00F4136F" w:rsidRDefault="00322AC4" w:rsidP="00322AC4">
      <w:pPr>
        <w:jc w:val="right"/>
        <w:rPr>
          <w:sz w:val="24"/>
          <w:szCs w:val="24"/>
        </w:rPr>
      </w:pPr>
      <w:r w:rsidRPr="00F4136F">
        <w:rPr>
          <w:sz w:val="24"/>
          <w:szCs w:val="24"/>
        </w:rPr>
        <w:t>il 3 Febraio 1718</w:t>
      </w:r>
    </w:p>
    <w:p w14:paraId="52A88910" w14:textId="77777777" w:rsidR="00322AC4" w:rsidRDefault="00322AC4" w:rsidP="00322AC4">
      <w:pPr>
        <w:jc w:val="right"/>
        <w:rPr>
          <w:sz w:val="24"/>
          <w:szCs w:val="24"/>
        </w:rPr>
      </w:pPr>
      <w:r w:rsidRPr="00F4136F">
        <w:rPr>
          <w:sz w:val="24"/>
          <w:szCs w:val="24"/>
        </w:rPr>
        <w:t>Don Filippo Juvarra Architetto</w:t>
      </w:r>
    </w:p>
    <w:p w14:paraId="7FD83D4F" w14:textId="28E19416" w:rsidR="00322AC4" w:rsidRPr="00F4136F" w:rsidRDefault="00322AC4" w:rsidP="00322AC4">
      <w:pPr>
        <w:jc w:val="right"/>
        <w:rPr>
          <w:sz w:val="24"/>
          <w:szCs w:val="24"/>
        </w:rPr>
      </w:pPr>
      <w:r>
        <w:rPr>
          <w:i/>
          <w:iCs/>
          <w:sz w:val="24"/>
          <w:szCs w:val="24"/>
        </w:rPr>
        <w:pict w14:anchorId="25B4EC7F">
          <v:rect id="_x0000_i1688" style="width:0;height:1.5pt" o:hralign="center" o:hrstd="t" o:hr="t" fillcolor="#a0a0a0" stroked="f"/>
        </w:pict>
      </w:r>
    </w:p>
    <w:p w14:paraId="269F0913" w14:textId="77777777" w:rsidR="00322AC4" w:rsidRDefault="00322AC4" w:rsidP="00322AC4">
      <w:pPr>
        <w:jc w:val="both"/>
        <w:rPr>
          <w:sz w:val="24"/>
          <w:szCs w:val="24"/>
        </w:rPr>
      </w:pPr>
      <w:r w:rsidRPr="00F4136F">
        <w:rPr>
          <w:sz w:val="24"/>
          <w:szCs w:val="24"/>
        </w:rPr>
        <w:t>AST M 100 m tra i foll. 28 e 29</w:t>
      </w:r>
    </w:p>
    <w:p w14:paraId="4A2BA67D" w14:textId="77777777" w:rsidR="00322AC4" w:rsidRDefault="00322AC4" w:rsidP="00B41FB1">
      <w:pPr>
        <w:jc w:val="center"/>
        <w:rPr>
          <w:b/>
          <w:bCs/>
          <w:i/>
          <w:iCs/>
          <w:sz w:val="24"/>
          <w:szCs w:val="24"/>
        </w:rPr>
      </w:pPr>
    </w:p>
    <w:p w14:paraId="0BB3C6A0" w14:textId="2C3D63D5" w:rsidR="00B41FB1" w:rsidRDefault="0075003F" w:rsidP="00B41FB1">
      <w:pPr>
        <w:jc w:val="center"/>
        <w:rPr>
          <w:i/>
          <w:iCs/>
          <w:sz w:val="24"/>
          <w:szCs w:val="24"/>
        </w:rPr>
      </w:pPr>
      <w:r w:rsidRPr="00196EE5">
        <w:rPr>
          <w:b/>
          <w:bCs/>
          <w:i/>
          <w:iCs/>
          <w:sz w:val="24"/>
          <w:szCs w:val="24"/>
        </w:rPr>
        <w:t>Istruzione per li mattoni da farsi nel monte di Soperga</w:t>
      </w:r>
      <w:r w:rsidR="00000000">
        <w:rPr>
          <w:i/>
          <w:iCs/>
          <w:sz w:val="24"/>
          <w:szCs w:val="24"/>
        </w:rPr>
        <w:pict w14:anchorId="2F915E8B">
          <v:rect id="_x0000_i1259" style="width:0;height:1.5pt" o:hralign="center" o:hrstd="t" o:hr="t" fillcolor="#a0a0a0" stroked="f"/>
        </w:pict>
      </w:r>
    </w:p>
    <w:p w14:paraId="0FA3D027" w14:textId="3CF499B8" w:rsidR="00B41FB1" w:rsidRDefault="0075003F" w:rsidP="00B41FB1">
      <w:pPr>
        <w:jc w:val="both"/>
        <w:rPr>
          <w:i/>
          <w:iCs/>
          <w:sz w:val="24"/>
          <w:szCs w:val="24"/>
        </w:rPr>
      </w:pPr>
      <w:r>
        <w:rPr>
          <w:i/>
          <w:iCs/>
          <w:sz w:val="24"/>
          <w:szCs w:val="24"/>
        </w:rPr>
        <w:t>I mattoni che si faranno</w:t>
      </w:r>
      <w:r w:rsidR="00196EE5">
        <w:rPr>
          <w:i/>
          <w:iCs/>
          <w:sz w:val="24"/>
          <w:szCs w:val="24"/>
        </w:rPr>
        <w:t>,</w:t>
      </w:r>
      <w:r>
        <w:rPr>
          <w:i/>
          <w:iCs/>
          <w:sz w:val="24"/>
          <w:szCs w:val="24"/>
        </w:rPr>
        <w:t xml:space="preserve"> saranno della meglior terra che si trova in quelle vicinaze e approvata dal Architeto, e i mattoni saranno b</w:t>
      </w:r>
      <w:r w:rsidR="00465384">
        <w:rPr>
          <w:i/>
          <w:iCs/>
          <w:sz w:val="24"/>
          <w:szCs w:val="24"/>
        </w:rPr>
        <w:t>e</w:t>
      </w:r>
      <w:r>
        <w:rPr>
          <w:i/>
          <w:iCs/>
          <w:sz w:val="24"/>
          <w:szCs w:val="24"/>
        </w:rPr>
        <w:t>n imp</w:t>
      </w:r>
      <w:r w:rsidR="00196EE5">
        <w:rPr>
          <w:i/>
          <w:iCs/>
          <w:sz w:val="24"/>
          <w:szCs w:val="24"/>
        </w:rPr>
        <w:t>a</w:t>
      </w:r>
      <w:r>
        <w:rPr>
          <w:i/>
          <w:iCs/>
          <w:sz w:val="24"/>
          <w:szCs w:val="24"/>
        </w:rPr>
        <w:t>stati e cotti in long</w:t>
      </w:r>
      <w:r w:rsidR="00261E75">
        <w:rPr>
          <w:i/>
          <w:iCs/>
          <w:sz w:val="24"/>
          <w:szCs w:val="24"/>
        </w:rPr>
        <w:t>ezza</w:t>
      </w:r>
      <w:r>
        <w:rPr>
          <w:i/>
          <w:iCs/>
          <w:sz w:val="24"/>
          <w:szCs w:val="24"/>
        </w:rPr>
        <w:t xml:space="preserve"> on</w:t>
      </w:r>
      <w:r w:rsidR="00196EE5">
        <w:rPr>
          <w:i/>
          <w:iCs/>
          <w:sz w:val="24"/>
          <w:szCs w:val="24"/>
        </w:rPr>
        <w:t>z</w:t>
      </w:r>
      <w:r>
        <w:rPr>
          <w:i/>
          <w:iCs/>
          <w:sz w:val="24"/>
          <w:szCs w:val="24"/>
        </w:rPr>
        <w:t>e 6</w:t>
      </w:r>
      <w:r w:rsidR="00196EE5">
        <w:rPr>
          <w:i/>
          <w:iCs/>
          <w:sz w:val="24"/>
          <w:szCs w:val="24"/>
        </w:rPr>
        <w:t>,</w:t>
      </w:r>
      <w:r>
        <w:rPr>
          <w:i/>
          <w:iCs/>
          <w:sz w:val="24"/>
          <w:szCs w:val="24"/>
        </w:rPr>
        <w:t xml:space="preserve"> l</w:t>
      </w:r>
      <w:r w:rsidR="00196EE5">
        <w:rPr>
          <w:i/>
          <w:iCs/>
          <w:sz w:val="24"/>
          <w:szCs w:val="24"/>
        </w:rPr>
        <w:t>ar</w:t>
      </w:r>
      <w:r w:rsidR="00261E75">
        <w:rPr>
          <w:i/>
          <w:iCs/>
          <w:sz w:val="24"/>
          <w:szCs w:val="24"/>
        </w:rPr>
        <w:t>gezza</w:t>
      </w:r>
      <w:r>
        <w:rPr>
          <w:i/>
          <w:iCs/>
          <w:sz w:val="24"/>
          <w:szCs w:val="24"/>
        </w:rPr>
        <w:t xml:space="preserve"> 3</w:t>
      </w:r>
      <w:r w:rsidR="00196EE5">
        <w:rPr>
          <w:i/>
          <w:iCs/>
          <w:sz w:val="24"/>
          <w:szCs w:val="24"/>
        </w:rPr>
        <w:t>,</w:t>
      </w:r>
      <w:r>
        <w:rPr>
          <w:i/>
          <w:iCs/>
          <w:sz w:val="24"/>
          <w:szCs w:val="24"/>
        </w:rPr>
        <w:t xml:space="preserve"> grosezza una e meza, e si misurerano nel angoli e mezo acciò siano in piano perfet</w:t>
      </w:r>
      <w:r w:rsidR="00465384">
        <w:rPr>
          <w:i/>
          <w:iCs/>
          <w:sz w:val="24"/>
          <w:szCs w:val="24"/>
        </w:rPr>
        <w:t>t</w:t>
      </w:r>
      <w:r w:rsidR="00196EE5">
        <w:rPr>
          <w:i/>
          <w:iCs/>
          <w:sz w:val="24"/>
          <w:szCs w:val="24"/>
        </w:rPr>
        <w:t>o</w:t>
      </w:r>
      <w:r>
        <w:rPr>
          <w:i/>
          <w:iCs/>
          <w:sz w:val="24"/>
          <w:szCs w:val="24"/>
        </w:rPr>
        <w:t xml:space="preserve"> e n</w:t>
      </w:r>
      <w:r w:rsidR="001D6661">
        <w:rPr>
          <w:i/>
          <w:iCs/>
          <w:sz w:val="24"/>
          <w:szCs w:val="24"/>
        </w:rPr>
        <w:t>o</w:t>
      </w:r>
      <w:r w:rsidR="00261E75">
        <w:rPr>
          <w:i/>
          <w:iCs/>
          <w:sz w:val="24"/>
          <w:szCs w:val="24"/>
        </w:rPr>
        <w:t>n</w:t>
      </w:r>
      <w:r w:rsidR="00196EE5">
        <w:rPr>
          <w:i/>
          <w:iCs/>
          <w:sz w:val="24"/>
          <w:szCs w:val="24"/>
        </w:rPr>
        <w:t xml:space="preserve"> corvati si riceveranno ben cotti al quanto stracotti, e ragionevolmente cotti delle qualità sopra </w:t>
      </w:r>
      <w:r w:rsidR="00261E75">
        <w:rPr>
          <w:i/>
          <w:iCs/>
          <w:sz w:val="24"/>
          <w:szCs w:val="24"/>
        </w:rPr>
        <w:t>dette</w:t>
      </w:r>
      <w:r w:rsidR="00196EE5">
        <w:rPr>
          <w:i/>
          <w:iCs/>
          <w:sz w:val="24"/>
          <w:szCs w:val="24"/>
        </w:rPr>
        <w:t xml:space="preserve"> come anche faranno la robba con la stamp</w:t>
      </w:r>
      <w:r w:rsidR="001D6661">
        <w:rPr>
          <w:i/>
          <w:iCs/>
          <w:sz w:val="24"/>
          <w:szCs w:val="24"/>
        </w:rPr>
        <w:t>a</w:t>
      </w:r>
      <w:r w:rsidR="00196EE5">
        <w:rPr>
          <w:i/>
          <w:iCs/>
          <w:sz w:val="24"/>
          <w:szCs w:val="24"/>
        </w:rPr>
        <w:t xml:space="preserve"> che si darà di bosco contornato e s’intende cotti di quella misura il tutto a opera conlaudata e approvata.</w:t>
      </w:r>
      <w:r w:rsidR="00000000">
        <w:rPr>
          <w:i/>
          <w:iCs/>
          <w:sz w:val="24"/>
          <w:szCs w:val="24"/>
        </w:rPr>
        <w:pict w14:anchorId="6EA2D6F4">
          <v:rect id="_x0000_i1260" style="width:0;height:1.5pt" o:hralign="center" o:hrstd="t" o:hr="t" fillcolor="#a0a0a0" stroked="f"/>
        </w:pict>
      </w:r>
    </w:p>
    <w:p w14:paraId="5BBE9F53" w14:textId="2CD4919C" w:rsidR="00465384" w:rsidRDefault="00465384" w:rsidP="00B41FB1">
      <w:pPr>
        <w:jc w:val="right"/>
        <w:rPr>
          <w:i/>
          <w:iCs/>
          <w:sz w:val="24"/>
          <w:szCs w:val="24"/>
        </w:rPr>
      </w:pPr>
      <w:r>
        <w:rPr>
          <w:i/>
          <w:iCs/>
          <w:sz w:val="24"/>
          <w:szCs w:val="24"/>
        </w:rPr>
        <w:t>a 14 Mar</w:t>
      </w:r>
      <w:r w:rsidR="00261E75">
        <w:rPr>
          <w:i/>
          <w:iCs/>
          <w:sz w:val="24"/>
          <w:szCs w:val="24"/>
        </w:rPr>
        <w:t xml:space="preserve">zo </w:t>
      </w:r>
      <w:r>
        <w:rPr>
          <w:i/>
          <w:iCs/>
          <w:sz w:val="24"/>
          <w:szCs w:val="24"/>
        </w:rPr>
        <w:t>1718</w:t>
      </w:r>
    </w:p>
    <w:p w14:paraId="17F1EECA" w14:textId="0BD741C1" w:rsidR="00B41FB1" w:rsidRDefault="00FC6B6D" w:rsidP="00B41FB1">
      <w:pPr>
        <w:jc w:val="right"/>
        <w:rPr>
          <w:i/>
          <w:iCs/>
          <w:sz w:val="24"/>
          <w:szCs w:val="24"/>
        </w:rPr>
      </w:pPr>
      <w:r>
        <w:rPr>
          <w:i/>
          <w:iCs/>
          <w:sz w:val="24"/>
          <w:szCs w:val="24"/>
        </w:rPr>
        <w:t>D</w:t>
      </w:r>
      <w:r w:rsidR="00261E75">
        <w:rPr>
          <w:i/>
          <w:iCs/>
          <w:sz w:val="24"/>
          <w:szCs w:val="24"/>
        </w:rPr>
        <w:t>on</w:t>
      </w:r>
      <w:r>
        <w:rPr>
          <w:i/>
          <w:iCs/>
          <w:sz w:val="24"/>
          <w:szCs w:val="24"/>
        </w:rPr>
        <w:t xml:space="preserve"> </w:t>
      </w:r>
      <w:r w:rsidR="00465384">
        <w:rPr>
          <w:i/>
          <w:iCs/>
          <w:sz w:val="24"/>
          <w:szCs w:val="24"/>
        </w:rPr>
        <w:t>Filippo Juvarra</w:t>
      </w:r>
      <w:r w:rsidR="00000000">
        <w:rPr>
          <w:i/>
          <w:iCs/>
          <w:sz w:val="24"/>
          <w:szCs w:val="24"/>
        </w:rPr>
        <w:pict w14:anchorId="533CD211">
          <v:rect id="_x0000_i1261" style="width:0;height:1.5pt" o:hralign="center" o:hrstd="t" o:hr="t" fillcolor="#a0a0a0" stroked="f"/>
        </w:pict>
      </w:r>
    </w:p>
    <w:p w14:paraId="3632ECCD" w14:textId="1A750FF5" w:rsidR="00465384" w:rsidRDefault="00465384" w:rsidP="00B41FB1">
      <w:pPr>
        <w:jc w:val="both"/>
        <w:rPr>
          <w:sz w:val="24"/>
          <w:szCs w:val="24"/>
        </w:rPr>
      </w:pPr>
      <w:r w:rsidRPr="00465384">
        <w:rPr>
          <w:sz w:val="24"/>
          <w:szCs w:val="24"/>
        </w:rPr>
        <w:t>Archivio di Stato di Torino | Sezioni Riunite | Ministero della guerra | Azienda generale di fabbriche e fortificazioni (1733-1797) già Azienda generale d'artiglieria, fabbriche e fortificazioni (1717-1733) | Contratti fortificazioni | Mazzo 5 (1717-1718)</w:t>
      </w:r>
      <w:r>
        <w:rPr>
          <w:sz w:val="24"/>
          <w:szCs w:val="24"/>
        </w:rPr>
        <w:t xml:space="preserve"> | prima del fol. 188.</w:t>
      </w:r>
    </w:p>
    <w:p w14:paraId="7FD9EA19" w14:textId="77777777" w:rsidR="001D6661" w:rsidRDefault="001D6661" w:rsidP="005413C0">
      <w:pPr>
        <w:rPr>
          <w:sz w:val="24"/>
          <w:szCs w:val="24"/>
        </w:rPr>
      </w:pPr>
    </w:p>
    <w:p w14:paraId="503526B4" w14:textId="2FEF7B9A" w:rsidR="00465384" w:rsidRPr="001D6661" w:rsidRDefault="001D6661" w:rsidP="001D6661">
      <w:pPr>
        <w:jc w:val="center"/>
        <w:rPr>
          <w:sz w:val="28"/>
          <w:szCs w:val="28"/>
        </w:rPr>
      </w:pPr>
      <w:r w:rsidRPr="00A041A4">
        <w:rPr>
          <w:sz w:val="28"/>
          <w:szCs w:val="28"/>
        </w:rPr>
        <w:lastRenderedPageBreak/>
        <w:t>171</w:t>
      </w:r>
      <w:r>
        <w:rPr>
          <w:sz w:val="28"/>
          <w:szCs w:val="28"/>
        </w:rPr>
        <w:t>9</w:t>
      </w:r>
    </w:p>
    <w:p w14:paraId="0F80B807" w14:textId="77777777" w:rsidR="00261E75" w:rsidRDefault="00465384" w:rsidP="00261E75">
      <w:pPr>
        <w:jc w:val="center"/>
        <w:rPr>
          <w:i/>
          <w:iCs/>
          <w:sz w:val="24"/>
          <w:szCs w:val="24"/>
        </w:rPr>
      </w:pPr>
      <w:r w:rsidRPr="00537485">
        <w:rPr>
          <w:b/>
          <w:bCs/>
          <w:i/>
          <w:iCs/>
          <w:sz w:val="24"/>
          <w:szCs w:val="24"/>
        </w:rPr>
        <w:t>Instruzione per li scali di sarizzo per la Chiesa di Superga</w:t>
      </w:r>
      <w:r w:rsidR="00000000">
        <w:rPr>
          <w:i/>
          <w:iCs/>
          <w:sz w:val="24"/>
          <w:szCs w:val="24"/>
        </w:rPr>
        <w:pict w14:anchorId="3451A4A0">
          <v:rect id="_x0000_i1262" style="width:0;height:1.5pt" o:hralign="center" o:hrstd="t" o:hr="t" fillcolor="#a0a0a0" stroked="f"/>
        </w:pict>
      </w:r>
    </w:p>
    <w:p w14:paraId="717D338D" w14:textId="6FEA7F1B" w:rsidR="00465384" w:rsidRDefault="00465384" w:rsidP="00261E75">
      <w:pPr>
        <w:jc w:val="both"/>
        <w:rPr>
          <w:i/>
          <w:iCs/>
          <w:sz w:val="24"/>
          <w:szCs w:val="24"/>
        </w:rPr>
      </w:pPr>
      <w:r>
        <w:rPr>
          <w:i/>
          <w:iCs/>
          <w:sz w:val="24"/>
          <w:szCs w:val="24"/>
        </w:rPr>
        <w:t xml:space="preserve">I scalini della scala dell Campanile saranno di sarizzo delle misure 2° il disegnio </w:t>
      </w:r>
      <w:r w:rsidR="0079271A">
        <w:rPr>
          <w:i/>
          <w:iCs/>
          <w:sz w:val="24"/>
          <w:szCs w:val="24"/>
        </w:rPr>
        <w:t>anesso, e saranno tutti d’un medesimo colore ben lavorati, e martilinati con suo tondino e quadretto e di tutta altezza che l’uno posi in piano perfetto sopra l’altro e che no</w:t>
      </w:r>
      <w:r w:rsidR="00261E75">
        <w:rPr>
          <w:i/>
          <w:iCs/>
          <w:sz w:val="24"/>
          <w:szCs w:val="24"/>
        </w:rPr>
        <w:t xml:space="preserve">n </w:t>
      </w:r>
      <w:r w:rsidR="0079271A">
        <w:rPr>
          <w:i/>
          <w:iCs/>
          <w:sz w:val="24"/>
          <w:szCs w:val="24"/>
        </w:rPr>
        <w:t xml:space="preserve">ci sia che il 4° d’onza di calcina, e questo s’intende che sia, per tutta la longezza di </w:t>
      </w:r>
      <w:r w:rsidR="00261E75">
        <w:rPr>
          <w:i/>
          <w:iCs/>
          <w:sz w:val="24"/>
          <w:szCs w:val="24"/>
        </w:rPr>
        <w:t>detto</w:t>
      </w:r>
      <w:r w:rsidR="0079271A">
        <w:rPr>
          <w:i/>
          <w:iCs/>
          <w:sz w:val="24"/>
          <w:szCs w:val="24"/>
        </w:rPr>
        <w:t xml:space="preserve"> scalino.</w:t>
      </w:r>
    </w:p>
    <w:p w14:paraId="5C935FD8" w14:textId="240F409B" w:rsidR="0079271A" w:rsidRDefault="0079271A" w:rsidP="00261E75">
      <w:pPr>
        <w:jc w:val="both"/>
        <w:rPr>
          <w:i/>
          <w:iCs/>
          <w:sz w:val="24"/>
          <w:szCs w:val="24"/>
        </w:rPr>
      </w:pPr>
      <w:r>
        <w:rPr>
          <w:i/>
          <w:iCs/>
          <w:sz w:val="24"/>
          <w:szCs w:val="24"/>
        </w:rPr>
        <w:t>Sij lavorato in piano nella parte dell’anima, e nel di sotto, sia smusciato di maniera che si possa fare la tromba in piano di detta scala inserendovi quando si stabilisce.</w:t>
      </w:r>
    </w:p>
    <w:p w14:paraId="227EFD13" w14:textId="5BB5238D" w:rsidR="0079271A" w:rsidRDefault="0079271A" w:rsidP="00261E75">
      <w:pPr>
        <w:jc w:val="both"/>
        <w:rPr>
          <w:i/>
          <w:iCs/>
          <w:sz w:val="24"/>
          <w:szCs w:val="24"/>
        </w:rPr>
      </w:pPr>
      <w:r>
        <w:rPr>
          <w:i/>
          <w:iCs/>
          <w:sz w:val="24"/>
          <w:szCs w:val="24"/>
        </w:rPr>
        <w:t>Sij obbligato il partitante nell metterlli in opera a profilarlli e unirlli che faccino il tutto cercho perfetto verso l’anima vota, e a giorno; nella parte che va nella grosezza dell muro sia rusticho ma al quanto smusciato co</w:t>
      </w:r>
      <w:r w:rsidR="00405BD7">
        <w:rPr>
          <w:i/>
          <w:iCs/>
          <w:sz w:val="24"/>
          <w:szCs w:val="24"/>
        </w:rPr>
        <w:t>n</w:t>
      </w:r>
      <w:r>
        <w:rPr>
          <w:i/>
          <w:iCs/>
          <w:sz w:val="24"/>
          <w:szCs w:val="24"/>
        </w:rPr>
        <w:t xml:space="preserve"> l’istessa rotondità della scala.</w:t>
      </w:r>
    </w:p>
    <w:p w14:paraId="426AACB3" w14:textId="77777777" w:rsidR="00405BD7" w:rsidRDefault="0079271A" w:rsidP="00261E75">
      <w:pPr>
        <w:jc w:val="both"/>
        <w:rPr>
          <w:i/>
          <w:iCs/>
          <w:sz w:val="24"/>
          <w:szCs w:val="24"/>
        </w:rPr>
      </w:pPr>
      <w:r>
        <w:rPr>
          <w:i/>
          <w:iCs/>
          <w:sz w:val="24"/>
          <w:szCs w:val="24"/>
        </w:rPr>
        <w:t>L’istesso s’intende, delle altre due piccole, con le medeme condizione, tutta a opera perfetta e conlaudata e sopra tutto che detti scalini siano netti di falde o altro pregiudiziale alla stabilità e fermezza.</w:t>
      </w:r>
      <w:r w:rsidRPr="0079271A">
        <w:rPr>
          <w:i/>
          <w:iCs/>
          <w:sz w:val="24"/>
          <w:szCs w:val="24"/>
        </w:rPr>
        <w:t xml:space="preserve"> </w:t>
      </w:r>
      <w:r w:rsidR="00000000">
        <w:rPr>
          <w:i/>
          <w:iCs/>
          <w:sz w:val="24"/>
          <w:szCs w:val="24"/>
        </w:rPr>
        <w:pict w14:anchorId="45BDA47C">
          <v:rect id="_x0000_i1263" style="width:0;height:1.5pt" o:hralign="center" o:hrstd="t" o:hr="t" fillcolor="#a0a0a0" stroked="f"/>
        </w:pict>
      </w:r>
    </w:p>
    <w:p w14:paraId="248A0BF1" w14:textId="64C3B103" w:rsidR="0079271A" w:rsidRDefault="00405BD7" w:rsidP="00405BD7">
      <w:pPr>
        <w:jc w:val="right"/>
        <w:rPr>
          <w:i/>
          <w:iCs/>
          <w:sz w:val="24"/>
          <w:szCs w:val="24"/>
        </w:rPr>
      </w:pPr>
      <w:r>
        <w:rPr>
          <w:i/>
          <w:iCs/>
          <w:sz w:val="24"/>
          <w:szCs w:val="24"/>
        </w:rPr>
        <w:t>giorno</w:t>
      </w:r>
      <w:r w:rsidR="000761BB">
        <w:rPr>
          <w:i/>
          <w:iCs/>
          <w:sz w:val="24"/>
          <w:szCs w:val="24"/>
        </w:rPr>
        <w:t xml:space="preserve"> di 22 </w:t>
      </w:r>
      <w:r>
        <w:rPr>
          <w:i/>
          <w:iCs/>
          <w:sz w:val="24"/>
          <w:szCs w:val="24"/>
        </w:rPr>
        <w:t>Dicembre</w:t>
      </w:r>
      <w:r w:rsidR="000761BB">
        <w:rPr>
          <w:i/>
          <w:iCs/>
          <w:sz w:val="24"/>
          <w:szCs w:val="24"/>
        </w:rPr>
        <w:t xml:space="preserve"> 1719</w:t>
      </w:r>
    </w:p>
    <w:p w14:paraId="15A34C6B" w14:textId="77777777" w:rsidR="00405BD7" w:rsidRDefault="00FC6B6D" w:rsidP="00405BD7">
      <w:pPr>
        <w:jc w:val="right"/>
        <w:rPr>
          <w:i/>
          <w:iCs/>
          <w:sz w:val="24"/>
          <w:szCs w:val="24"/>
        </w:rPr>
      </w:pPr>
      <w:r>
        <w:rPr>
          <w:i/>
          <w:iCs/>
          <w:sz w:val="24"/>
          <w:szCs w:val="24"/>
        </w:rPr>
        <w:t>C</w:t>
      </w:r>
      <w:r w:rsidR="00405BD7">
        <w:rPr>
          <w:i/>
          <w:iCs/>
          <w:sz w:val="24"/>
          <w:szCs w:val="24"/>
        </w:rPr>
        <w:t>avaliere</w:t>
      </w:r>
      <w:r>
        <w:rPr>
          <w:i/>
          <w:iCs/>
          <w:sz w:val="24"/>
          <w:szCs w:val="24"/>
        </w:rPr>
        <w:t xml:space="preserve"> </w:t>
      </w:r>
      <w:r w:rsidR="000761BB">
        <w:rPr>
          <w:i/>
          <w:iCs/>
          <w:sz w:val="24"/>
          <w:szCs w:val="24"/>
        </w:rPr>
        <w:t>D</w:t>
      </w:r>
      <w:r w:rsidR="00405BD7">
        <w:rPr>
          <w:i/>
          <w:iCs/>
          <w:sz w:val="24"/>
          <w:szCs w:val="24"/>
        </w:rPr>
        <w:t xml:space="preserve">on </w:t>
      </w:r>
      <w:r w:rsidR="000761BB">
        <w:rPr>
          <w:i/>
          <w:iCs/>
          <w:sz w:val="24"/>
          <w:szCs w:val="24"/>
        </w:rPr>
        <w:t>Filippo Juvarra A</w:t>
      </w:r>
      <w:r w:rsidR="00405BD7">
        <w:rPr>
          <w:i/>
          <w:iCs/>
          <w:sz w:val="24"/>
          <w:szCs w:val="24"/>
        </w:rPr>
        <w:t>rchitetto</w:t>
      </w:r>
      <w:r w:rsidR="000761BB" w:rsidRPr="000761BB">
        <w:rPr>
          <w:i/>
          <w:iCs/>
          <w:sz w:val="24"/>
          <w:szCs w:val="24"/>
        </w:rPr>
        <w:t xml:space="preserve"> </w:t>
      </w:r>
      <w:r w:rsidR="00000000">
        <w:rPr>
          <w:i/>
          <w:iCs/>
          <w:sz w:val="24"/>
          <w:szCs w:val="24"/>
        </w:rPr>
        <w:pict w14:anchorId="7F83D5DD">
          <v:rect id="_x0000_i1264" style="width:0;height:1.5pt" o:hralign="center" o:hrstd="t" o:hr="t" fillcolor="#a0a0a0" stroked="f"/>
        </w:pict>
      </w:r>
    </w:p>
    <w:p w14:paraId="49BAF6E1" w14:textId="61D5C3C9" w:rsidR="000761BB" w:rsidRDefault="00537485" w:rsidP="00585117">
      <w:pPr>
        <w:jc w:val="both"/>
        <w:rPr>
          <w:i/>
          <w:iCs/>
          <w:sz w:val="24"/>
          <w:szCs w:val="24"/>
        </w:rPr>
      </w:pPr>
      <w:r>
        <w:rPr>
          <w:i/>
          <w:iCs/>
          <w:sz w:val="24"/>
          <w:szCs w:val="24"/>
        </w:rPr>
        <w:t>Le lose per il cornice saranno di bona pietra di sarizzo, di lon</w:t>
      </w:r>
      <w:r w:rsidR="00405BD7">
        <w:rPr>
          <w:i/>
          <w:iCs/>
          <w:sz w:val="24"/>
          <w:szCs w:val="24"/>
        </w:rPr>
        <w:t>gezza</w:t>
      </w:r>
      <w:r>
        <w:rPr>
          <w:i/>
          <w:iCs/>
          <w:sz w:val="24"/>
          <w:szCs w:val="24"/>
        </w:rPr>
        <w:t xml:space="preserve"> onze 15</w:t>
      </w:r>
      <w:r w:rsidR="00405BD7">
        <w:rPr>
          <w:i/>
          <w:iCs/>
          <w:sz w:val="24"/>
          <w:szCs w:val="24"/>
        </w:rPr>
        <w:t xml:space="preserve"> </w:t>
      </w:r>
      <w:r>
        <w:rPr>
          <w:i/>
          <w:iCs/>
          <w:sz w:val="24"/>
          <w:szCs w:val="24"/>
        </w:rPr>
        <w:t>e grosezza onza una, che siano uguali e ben profilati nelle comesure e che siano tutti uguali nelle longezze, che saranno più comode, e che no</w:t>
      </w:r>
      <w:r w:rsidR="00405BD7">
        <w:rPr>
          <w:i/>
          <w:iCs/>
          <w:sz w:val="24"/>
          <w:szCs w:val="24"/>
        </w:rPr>
        <w:t>n</w:t>
      </w:r>
      <w:r>
        <w:rPr>
          <w:i/>
          <w:iCs/>
          <w:sz w:val="24"/>
          <w:szCs w:val="24"/>
        </w:rPr>
        <w:t xml:space="preserve"> siano co</w:t>
      </w:r>
      <w:r w:rsidR="00405BD7">
        <w:rPr>
          <w:i/>
          <w:iCs/>
          <w:sz w:val="24"/>
          <w:szCs w:val="24"/>
        </w:rPr>
        <w:t>n</w:t>
      </w:r>
      <w:r>
        <w:rPr>
          <w:i/>
          <w:iCs/>
          <w:sz w:val="24"/>
          <w:szCs w:val="24"/>
        </w:rPr>
        <w:t xml:space="preserve"> la mostra a misura, e nel di dentro a coda ma tutti a misura.</w:t>
      </w:r>
    </w:p>
    <w:p w14:paraId="039A3A92" w14:textId="3D8B83D3" w:rsidR="00FC6B6D" w:rsidRDefault="00537485" w:rsidP="00405BD7">
      <w:pPr>
        <w:jc w:val="both"/>
        <w:rPr>
          <w:i/>
          <w:iCs/>
          <w:sz w:val="24"/>
          <w:szCs w:val="24"/>
        </w:rPr>
      </w:pPr>
      <w:r>
        <w:rPr>
          <w:i/>
          <w:iCs/>
          <w:sz w:val="24"/>
          <w:szCs w:val="24"/>
        </w:rPr>
        <w:t xml:space="preserve">I cantonali saranno a angolo retto perfetto ben profilato come anche saranno tenuti di profilarlli sul posto 2° porta la pianta di </w:t>
      </w:r>
      <w:r w:rsidR="00405BD7">
        <w:rPr>
          <w:i/>
          <w:iCs/>
          <w:sz w:val="24"/>
          <w:szCs w:val="24"/>
        </w:rPr>
        <w:t>detta</w:t>
      </w:r>
      <w:r>
        <w:rPr>
          <w:i/>
          <w:iCs/>
          <w:sz w:val="24"/>
          <w:szCs w:val="24"/>
        </w:rPr>
        <w:t xml:space="preserve"> cornice, e risvolta tutto a misura perfetta e opera conlaudata; i detti cantonali saranno di onze 15 in quadro.</w:t>
      </w:r>
      <w:r w:rsidR="00F873E8" w:rsidRPr="00F873E8">
        <w:rPr>
          <w:i/>
          <w:iCs/>
          <w:sz w:val="24"/>
          <w:szCs w:val="24"/>
        </w:rPr>
        <w:t xml:space="preserve"> </w:t>
      </w:r>
      <w:r w:rsidR="00000000">
        <w:rPr>
          <w:i/>
          <w:iCs/>
          <w:sz w:val="24"/>
          <w:szCs w:val="24"/>
        </w:rPr>
        <w:pict w14:anchorId="77ACA015">
          <v:rect id="_x0000_i1265" style="width:0;height:1.5pt" o:hralign="center" o:hrstd="t" o:hr="t" fillcolor="#a0a0a0" stroked="f"/>
        </w:pict>
      </w:r>
      <w:r w:rsidR="00FC6B6D">
        <w:rPr>
          <w:i/>
          <w:iCs/>
          <w:sz w:val="24"/>
          <w:szCs w:val="24"/>
        </w:rPr>
        <w:t>Li gradini della scalla delli campanili della nuova Chiesa di Superga si faranno come si vede nella se</w:t>
      </w:r>
      <w:r w:rsidR="00405BD7">
        <w:rPr>
          <w:i/>
          <w:iCs/>
          <w:sz w:val="24"/>
          <w:szCs w:val="24"/>
        </w:rPr>
        <w:t>guente</w:t>
      </w:r>
      <w:r w:rsidR="00FC6B6D">
        <w:rPr>
          <w:i/>
          <w:iCs/>
          <w:sz w:val="24"/>
          <w:szCs w:val="24"/>
        </w:rPr>
        <w:t xml:space="preserve"> </w:t>
      </w:r>
      <w:r w:rsidR="00405BD7">
        <w:rPr>
          <w:i/>
          <w:iCs/>
          <w:sz w:val="24"/>
          <w:szCs w:val="24"/>
        </w:rPr>
        <w:t>f</w:t>
      </w:r>
      <w:r w:rsidR="00FC6B6D">
        <w:rPr>
          <w:i/>
          <w:iCs/>
          <w:sz w:val="24"/>
          <w:szCs w:val="24"/>
        </w:rPr>
        <w:t>igura</w:t>
      </w:r>
    </w:p>
    <w:p w14:paraId="696F5F50" w14:textId="2DAA0C4B" w:rsidR="00FC6B6D" w:rsidRDefault="00FC6B6D" w:rsidP="00405BD7">
      <w:pPr>
        <w:jc w:val="both"/>
        <w:rPr>
          <w:i/>
          <w:iCs/>
          <w:sz w:val="24"/>
          <w:szCs w:val="24"/>
        </w:rPr>
      </w:pPr>
      <w:r>
        <w:rPr>
          <w:i/>
          <w:iCs/>
          <w:sz w:val="24"/>
          <w:szCs w:val="24"/>
        </w:rPr>
        <w:t>di longhezza o</w:t>
      </w:r>
      <w:r w:rsidR="00405BD7">
        <w:rPr>
          <w:i/>
          <w:iCs/>
          <w:sz w:val="24"/>
          <w:szCs w:val="24"/>
        </w:rPr>
        <w:t>nze</w:t>
      </w:r>
      <w:r>
        <w:rPr>
          <w:i/>
          <w:iCs/>
          <w:sz w:val="24"/>
          <w:szCs w:val="24"/>
        </w:rPr>
        <w:t xml:space="preserve"> 36</w:t>
      </w:r>
      <w:r w:rsidR="00405BD7">
        <w:rPr>
          <w:i/>
          <w:iCs/>
          <w:sz w:val="24"/>
          <w:szCs w:val="24"/>
        </w:rPr>
        <w:t xml:space="preserve">. </w:t>
      </w:r>
    </w:p>
    <w:p w14:paraId="11908103" w14:textId="3ADDFBE4" w:rsidR="00FC6B6D" w:rsidRDefault="00FC6B6D" w:rsidP="00405BD7">
      <w:pPr>
        <w:jc w:val="both"/>
        <w:rPr>
          <w:i/>
          <w:iCs/>
          <w:sz w:val="24"/>
          <w:szCs w:val="24"/>
        </w:rPr>
      </w:pPr>
      <w:r>
        <w:rPr>
          <w:i/>
          <w:iCs/>
          <w:sz w:val="24"/>
          <w:szCs w:val="24"/>
        </w:rPr>
        <w:t>larghezza d’una parte o</w:t>
      </w:r>
      <w:r w:rsidR="00405BD7">
        <w:rPr>
          <w:i/>
          <w:iCs/>
          <w:sz w:val="24"/>
          <w:szCs w:val="24"/>
        </w:rPr>
        <w:t xml:space="preserve">nze </w:t>
      </w:r>
      <w:r>
        <w:rPr>
          <w:i/>
          <w:iCs/>
          <w:sz w:val="24"/>
          <w:szCs w:val="24"/>
        </w:rPr>
        <w:t>13.</w:t>
      </w:r>
    </w:p>
    <w:p w14:paraId="1D3AF758" w14:textId="5C0D70D6" w:rsidR="00FC6B6D" w:rsidRDefault="00FC6B6D" w:rsidP="00405BD7">
      <w:pPr>
        <w:jc w:val="both"/>
        <w:rPr>
          <w:i/>
          <w:iCs/>
          <w:sz w:val="24"/>
          <w:szCs w:val="24"/>
        </w:rPr>
      </w:pPr>
      <w:r>
        <w:rPr>
          <w:i/>
          <w:iCs/>
          <w:sz w:val="24"/>
          <w:szCs w:val="24"/>
        </w:rPr>
        <w:t>dall'altra</w:t>
      </w:r>
      <w:r w:rsidR="00405BD7">
        <w:rPr>
          <w:i/>
          <w:iCs/>
          <w:sz w:val="24"/>
          <w:szCs w:val="24"/>
        </w:rPr>
        <w:t xml:space="preserve"> </w:t>
      </w:r>
      <w:r>
        <w:rPr>
          <w:i/>
          <w:iCs/>
          <w:sz w:val="24"/>
          <w:szCs w:val="24"/>
        </w:rPr>
        <w:t>… o</w:t>
      </w:r>
      <w:r w:rsidR="00405BD7">
        <w:rPr>
          <w:i/>
          <w:iCs/>
          <w:sz w:val="24"/>
          <w:szCs w:val="24"/>
        </w:rPr>
        <w:t>nze</w:t>
      </w:r>
      <w:r>
        <w:rPr>
          <w:i/>
          <w:iCs/>
          <w:sz w:val="24"/>
          <w:szCs w:val="24"/>
        </w:rPr>
        <w:t xml:space="preserve"> 7.</w:t>
      </w:r>
    </w:p>
    <w:p w14:paraId="4265619A" w14:textId="077CD7CC" w:rsidR="00FC6B6D" w:rsidRDefault="00FC6B6D" w:rsidP="00405BD7">
      <w:pPr>
        <w:jc w:val="both"/>
        <w:rPr>
          <w:i/>
          <w:iCs/>
          <w:sz w:val="24"/>
          <w:szCs w:val="24"/>
        </w:rPr>
      </w:pPr>
      <w:r>
        <w:rPr>
          <w:i/>
          <w:iCs/>
          <w:sz w:val="24"/>
          <w:szCs w:val="24"/>
        </w:rPr>
        <w:t>altezza</w:t>
      </w:r>
      <w:r w:rsidR="00405BD7">
        <w:rPr>
          <w:i/>
          <w:iCs/>
          <w:sz w:val="24"/>
          <w:szCs w:val="24"/>
        </w:rPr>
        <w:t xml:space="preserve"> </w:t>
      </w:r>
      <w:r>
        <w:rPr>
          <w:i/>
          <w:iCs/>
          <w:sz w:val="24"/>
          <w:szCs w:val="24"/>
        </w:rPr>
        <w:t>… o</w:t>
      </w:r>
      <w:r w:rsidR="00405BD7">
        <w:rPr>
          <w:i/>
          <w:iCs/>
          <w:sz w:val="24"/>
          <w:szCs w:val="24"/>
        </w:rPr>
        <w:t>nze</w:t>
      </w:r>
      <w:r>
        <w:rPr>
          <w:i/>
          <w:iCs/>
          <w:sz w:val="24"/>
          <w:szCs w:val="24"/>
        </w:rPr>
        <w:t xml:space="preserve"> 3 ½.</w:t>
      </w:r>
    </w:p>
    <w:p w14:paraId="3823F154" w14:textId="28DC7CBC" w:rsidR="00CB28CC" w:rsidRDefault="00FC6B6D" w:rsidP="00405BD7">
      <w:pPr>
        <w:jc w:val="both"/>
        <w:rPr>
          <w:i/>
          <w:iCs/>
          <w:sz w:val="24"/>
          <w:szCs w:val="24"/>
        </w:rPr>
      </w:pPr>
      <w:r>
        <w:rPr>
          <w:i/>
          <w:iCs/>
          <w:sz w:val="24"/>
          <w:szCs w:val="24"/>
        </w:rPr>
        <w:t>Quelli delle due scallette lateral alla porta</w:t>
      </w:r>
      <w:r w:rsidR="00405BD7">
        <w:rPr>
          <w:i/>
          <w:iCs/>
          <w:sz w:val="24"/>
          <w:szCs w:val="24"/>
        </w:rPr>
        <w:t xml:space="preserve"> </w:t>
      </w:r>
      <w:hyperlink r:id="rId8" w:tgtFrame="_blank" w:history="1">
        <w:r w:rsidR="00405BD7" w:rsidRPr="00405BD7">
          <w:rPr>
            <w:rStyle w:val="Collegamentoipertestuale"/>
            <w:i/>
            <w:iCs/>
            <w:color w:val="auto"/>
            <w:sz w:val="24"/>
            <w:szCs w:val="24"/>
            <w:u w:val="none"/>
          </w:rPr>
          <w:t>}</w:t>
        </w:r>
      </w:hyperlink>
      <w:r w:rsidR="00405BD7">
        <w:rPr>
          <w:i/>
          <w:iCs/>
          <w:sz w:val="24"/>
          <w:szCs w:val="24"/>
        </w:rPr>
        <w:t xml:space="preserve"> N°. 150</w:t>
      </w:r>
    </w:p>
    <w:p w14:paraId="6EE22D2C" w14:textId="47DF2D5A" w:rsidR="00CB28CC" w:rsidRDefault="00CB28CC" w:rsidP="00405BD7">
      <w:pPr>
        <w:jc w:val="both"/>
        <w:rPr>
          <w:i/>
          <w:iCs/>
          <w:sz w:val="24"/>
          <w:szCs w:val="24"/>
        </w:rPr>
      </w:pPr>
      <w:r>
        <w:rPr>
          <w:i/>
          <w:iCs/>
          <w:sz w:val="24"/>
          <w:szCs w:val="24"/>
        </w:rPr>
        <w:t>di long</w:t>
      </w:r>
      <w:r w:rsidR="00405BD7">
        <w:rPr>
          <w:i/>
          <w:iCs/>
          <w:sz w:val="24"/>
          <w:szCs w:val="24"/>
        </w:rPr>
        <w:t xml:space="preserve">hezza </w:t>
      </w:r>
      <w:r>
        <w:rPr>
          <w:i/>
          <w:iCs/>
          <w:sz w:val="24"/>
          <w:szCs w:val="24"/>
        </w:rPr>
        <w:t>… o</w:t>
      </w:r>
      <w:r w:rsidR="00405BD7">
        <w:rPr>
          <w:i/>
          <w:iCs/>
          <w:sz w:val="24"/>
          <w:szCs w:val="24"/>
        </w:rPr>
        <w:t>nze</w:t>
      </w:r>
      <w:r>
        <w:rPr>
          <w:i/>
          <w:iCs/>
          <w:sz w:val="24"/>
          <w:szCs w:val="24"/>
        </w:rPr>
        <w:t xml:space="preserve"> 24.</w:t>
      </w:r>
    </w:p>
    <w:p w14:paraId="05C4286C" w14:textId="3868E76A" w:rsidR="00CB28CC" w:rsidRDefault="00CB28CC" w:rsidP="00405BD7">
      <w:pPr>
        <w:jc w:val="both"/>
        <w:rPr>
          <w:i/>
          <w:iCs/>
          <w:sz w:val="24"/>
          <w:szCs w:val="24"/>
        </w:rPr>
      </w:pPr>
      <w:r>
        <w:rPr>
          <w:i/>
          <w:iCs/>
          <w:sz w:val="24"/>
          <w:szCs w:val="24"/>
        </w:rPr>
        <w:t>larghezza d’una parte o</w:t>
      </w:r>
      <w:r w:rsidR="00405BD7">
        <w:rPr>
          <w:i/>
          <w:iCs/>
          <w:sz w:val="24"/>
          <w:szCs w:val="24"/>
        </w:rPr>
        <w:t>nze</w:t>
      </w:r>
      <w:r>
        <w:rPr>
          <w:i/>
          <w:iCs/>
          <w:sz w:val="24"/>
          <w:szCs w:val="24"/>
        </w:rPr>
        <w:t xml:space="preserve"> 11.</w:t>
      </w:r>
    </w:p>
    <w:p w14:paraId="514F6D55" w14:textId="1F8CEBE7" w:rsidR="00CB28CC" w:rsidRDefault="00CB28CC" w:rsidP="00405BD7">
      <w:pPr>
        <w:jc w:val="both"/>
        <w:rPr>
          <w:i/>
          <w:iCs/>
          <w:sz w:val="24"/>
          <w:szCs w:val="24"/>
        </w:rPr>
      </w:pPr>
      <w:r>
        <w:rPr>
          <w:i/>
          <w:iCs/>
          <w:sz w:val="24"/>
          <w:szCs w:val="24"/>
        </w:rPr>
        <w:lastRenderedPageBreak/>
        <w:t>dall'altra</w:t>
      </w:r>
      <w:r w:rsidR="00405BD7">
        <w:rPr>
          <w:i/>
          <w:iCs/>
          <w:sz w:val="24"/>
          <w:szCs w:val="24"/>
        </w:rPr>
        <w:t xml:space="preserve"> </w:t>
      </w:r>
      <w:r>
        <w:rPr>
          <w:i/>
          <w:iCs/>
          <w:sz w:val="24"/>
          <w:szCs w:val="24"/>
        </w:rPr>
        <w:t>… o</w:t>
      </w:r>
      <w:r w:rsidR="00405BD7">
        <w:rPr>
          <w:i/>
          <w:iCs/>
          <w:sz w:val="24"/>
          <w:szCs w:val="24"/>
        </w:rPr>
        <w:t>nze</w:t>
      </w:r>
      <w:r>
        <w:rPr>
          <w:i/>
          <w:iCs/>
          <w:sz w:val="24"/>
          <w:szCs w:val="24"/>
        </w:rPr>
        <w:t xml:space="preserve"> 4.</w:t>
      </w:r>
    </w:p>
    <w:p w14:paraId="6F223543" w14:textId="2994C483" w:rsidR="00CB28CC" w:rsidRDefault="00405BD7" w:rsidP="00405BD7">
      <w:pPr>
        <w:jc w:val="both"/>
        <w:rPr>
          <w:i/>
          <w:iCs/>
          <w:sz w:val="24"/>
          <w:szCs w:val="24"/>
        </w:rPr>
      </w:pPr>
      <w:r>
        <w:rPr>
          <w:i/>
          <w:iCs/>
          <w:sz w:val="24"/>
          <w:szCs w:val="24"/>
        </w:rPr>
        <w:t>A</w:t>
      </w:r>
      <w:r w:rsidR="00CB28CC">
        <w:rPr>
          <w:i/>
          <w:iCs/>
          <w:sz w:val="24"/>
          <w:szCs w:val="24"/>
        </w:rPr>
        <w:t>ltezza</w:t>
      </w:r>
      <w:r>
        <w:rPr>
          <w:i/>
          <w:iCs/>
          <w:sz w:val="24"/>
          <w:szCs w:val="24"/>
        </w:rPr>
        <w:t xml:space="preserve"> </w:t>
      </w:r>
      <w:r w:rsidR="00CB28CC">
        <w:rPr>
          <w:i/>
          <w:iCs/>
          <w:sz w:val="24"/>
          <w:szCs w:val="24"/>
        </w:rPr>
        <w:t>… o</w:t>
      </w:r>
      <w:r>
        <w:rPr>
          <w:i/>
          <w:iCs/>
          <w:sz w:val="24"/>
          <w:szCs w:val="24"/>
        </w:rPr>
        <w:t>nze</w:t>
      </w:r>
      <w:r w:rsidR="00CB28CC">
        <w:rPr>
          <w:i/>
          <w:iCs/>
          <w:sz w:val="24"/>
          <w:szCs w:val="24"/>
        </w:rPr>
        <w:t xml:space="preserve"> 3 ½.</w:t>
      </w:r>
    </w:p>
    <w:p w14:paraId="21BF6A07" w14:textId="6CFEFE04" w:rsidR="00CB28CC" w:rsidRDefault="00CB28CC" w:rsidP="00405BD7">
      <w:pPr>
        <w:jc w:val="both"/>
        <w:rPr>
          <w:i/>
          <w:iCs/>
          <w:sz w:val="24"/>
          <w:szCs w:val="24"/>
        </w:rPr>
      </w:pPr>
      <w:r>
        <w:rPr>
          <w:i/>
          <w:iCs/>
          <w:sz w:val="24"/>
          <w:szCs w:val="24"/>
        </w:rPr>
        <w:t>Quelli delle due scallette del coro</w:t>
      </w:r>
    </w:p>
    <w:p w14:paraId="17F48D8E" w14:textId="072F63E7" w:rsidR="00CB28CC" w:rsidRDefault="00CB28CC" w:rsidP="00405BD7">
      <w:pPr>
        <w:jc w:val="both"/>
        <w:rPr>
          <w:i/>
          <w:iCs/>
          <w:sz w:val="24"/>
          <w:szCs w:val="24"/>
        </w:rPr>
      </w:pPr>
      <w:r>
        <w:rPr>
          <w:i/>
          <w:iCs/>
          <w:sz w:val="24"/>
          <w:szCs w:val="24"/>
        </w:rPr>
        <w:t>di longhezza… o</w:t>
      </w:r>
      <w:r w:rsidR="00405BD7">
        <w:rPr>
          <w:i/>
          <w:iCs/>
          <w:sz w:val="24"/>
          <w:szCs w:val="24"/>
        </w:rPr>
        <w:t>nze</w:t>
      </w:r>
      <w:r>
        <w:rPr>
          <w:i/>
          <w:iCs/>
          <w:sz w:val="24"/>
          <w:szCs w:val="24"/>
        </w:rPr>
        <w:t xml:space="preserve"> 22.</w:t>
      </w:r>
    </w:p>
    <w:p w14:paraId="1BE740CD" w14:textId="5A3E5DCF" w:rsidR="00CB28CC" w:rsidRDefault="00CB28CC" w:rsidP="00405BD7">
      <w:pPr>
        <w:jc w:val="both"/>
        <w:rPr>
          <w:i/>
          <w:iCs/>
          <w:sz w:val="24"/>
          <w:szCs w:val="24"/>
        </w:rPr>
      </w:pPr>
      <w:r>
        <w:rPr>
          <w:i/>
          <w:iCs/>
          <w:sz w:val="24"/>
          <w:szCs w:val="24"/>
        </w:rPr>
        <w:t>larghezza d’una parte o</w:t>
      </w:r>
      <w:r w:rsidR="00405BD7">
        <w:rPr>
          <w:i/>
          <w:iCs/>
          <w:sz w:val="24"/>
          <w:szCs w:val="24"/>
        </w:rPr>
        <w:t>nze</w:t>
      </w:r>
      <w:r>
        <w:rPr>
          <w:i/>
          <w:iCs/>
          <w:sz w:val="24"/>
          <w:szCs w:val="24"/>
        </w:rPr>
        <w:t xml:space="preserve"> 10.</w:t>
      </w:r>
    </w:p>
    <w:p w14:paraId="11ADC581" w14:textId="28BEFBBA" w:rsidR="00CB28CC" w:rsidRDefault="00CB28CC" w:rsidP="00405BD7">
      <w:pPr>
        <w:jc w:val="both"/>
        <w:rPr>
          <w:i/>
          <w:iCs/>
          <w:sz w:val="24"/>
          <w:szCs w:val="24"/>
        </w:rPr>
      </w:pPr>
      <w:r>
        <w:rPr>
          <w:i/>
          <w:iCs/>
          <w:sz w:val="24"/>
          <w:szCs w:val="24"/>
        </w:rPr>
        <w:t>dall'altra… o</w:t>
      </w:r>
      <w:r w:rsidR="00405BD7">
        <w:rPr>
          <w:i/>
          <w:iCs/>
          <w:sz w:val="24"/>
          <w:szCs w:val="24"/>
        </w:rPr>
        <w:t xml:space="preserve">nze </w:t>
      </w:r>
      <w:r>
        <w:rPr>
          <w:i/>
          <w:iCs/>
          <w:sz w:val="24"/>
          <w:szCs w:val="24"/>
        </w:rPr>
        <w:t>3.</w:t>
      </w:r>
    </w:p>
    <w:p w14:paraId="7F2134FA" w14:textId="3EBA4F51" w:rsidR="00CB28CC" w:rsidRDefault="00CB28CC" w:rsidP="00405BD7">
      <w:pPr>
        <w:jc w:val="both"/>
        <w:rPr>
          <w:i/>
          <w:iCs/>
          <w:sz w:val="24"/>
          <w:szCs w:val="24"/>
        </w:rPr>
      </w:pPr>
      <w:r>
        <w:rPr>
          <w:i/>
          <w:iCs/>
          <w:sz w:val="24"/>
          <w:szCs w:val="24"/>
        </w:rPr>
        <w:t>alt</w:t>
      </w:r>
      <w:r w:rsidR="00405BD7">
        <w:rPr>
          <w:i/>
          <w:iCs/>
          <w:sz w:val="24"/>
          <w:szCs w:val="24"/>
        </w:rPr>
        <w:t>i</w:t>
      </w:r>
      <w:r>
        <w:rPr>
          <w:i/>
          <w:iCs/>
          <w:sz w:val="24"/>
          <w:szCs w:val="24"/>
        </w:rPr>
        <w:t>… o</w:t>
      </w:r>
      <w:r w:rsidR="00405BD7">
        <w:rPr>
          <w:i/>
          <w:iCs/>
          <w:sz w:val="24"/>
          <w:szCs w:val="24"/>
        </w:rPr>
        <w:t>nze</w:t>
      </w:r>
      <w:r>
        <w:rPr>
          <w:i/>
          <w:iCs/>
          <w:sz w:val="24"/>
          <w:szCs w:val="24"/>
        </w:rPr>
        <w:t xml:space="preserve"> 3 ½.</w:t>
      </w:r>
      <w:r w:rsidR="00405BD7">
        <w:rPr>
          <w:i/>
          <w:iCs/>
          <w:sz w:val="24"/>
          <w:szCs w:val="24"/>
        </w:rPr>
        <w:t xml:space="preserve"> </w:t>
      </w:r>
      <w:hyperlink r:id="rId9" w:tgtFrame="_blank" w:history="1">
        <w:r w:rsidR="00405BD7" w:rsidRPr="00405BD7">
          <w:rPr>
            <w:rStyle w:val="Collegamentoipertestuale"/>
            <w:i/>
            <w:iCs/>
            <w:color w:val="auto"/>
            <w:sz w:val="24"/>
            <w:szCs w:val="24"/>
            <w:u w:val="none"/>
          </w:rPr>
          <w:t>}</w:t>
        </w:r>
      </w:hyperlink>
      <w:r w:rsidR="00405BD7">
        <w:rPr>
          <w:i/>
          <w:iCs/>
          <w:sz w:val="24"/>
          <w:szCs w:val="24"/>
        </w:rPr>
        <w:t xml:space="preserve"> N°. 450 metà per caduna</w:t>
      </w:r>
    </w:p>
    <w:p w14:paraId="73EDDA55" w14:textId="58EAA715" w:rsidR="00CB28CC" w:rsidRDefault="00CB28CC" w:rsidP="00405BD7">
      <w:pPr>
        <w:jc w:val="both"/>
        <w:rPr>
          <w:i/>
          <w:iCs/>
          <w:sz w:val="24"/>
          <w:szCs w:val="24"/>
        </w:rPr>
      </w:pPr>
      <w:r>
        <w:rPr>
          <w:i/>
          <w:iCs/>
          <w:sz w:val="24"/>
          <w:szCs w:val="24"/>
        </w:rPr>
        <w:t>Lose di onze 15 in longezza, onza una in grosezza, fuga trab</w:t>
      </w:r>
      <w:r w:rsidR="00405BD7">
        <w:rPr>
          <w:i/>
          <w:iCs/>
          <w:sz w:val="24"/>
          <w:szCs w:val="24"/>
        </w:rPr>
        <w:t>.</w:t>
      </w:r>
      <w:r>
        <w:rPr>
          <w:i/>
          <w:iCs/>
          <w:sz w:val="24"/>
          <w:szCs w:val="24"/>
        </w:rPr>
        <w:t xml:space="preserve"> 48</w:t>
      </w:r>
      <w:r w:rsidR="00405BD7">
        <w:rPr>
          <w:i/>
          <w:iCs/>
          <w:sz w:val="24"/>
          <w:szCs w:val="24"/>
        </w:rPr>
        <w:t>.</w:t>
      </w:r>
      <w:r>
        <w:rPr>
          <w:i/>
          <w:iCs/>
          <w:sz w:val="24"/>
          <w:szCs w:val="24"/>
        </w:rPr>
        <w:t>2</w:t>
      </w:r>
      <w:r w:rsidR="00405BD7">
        <w:rPr>
          <w:i/>
          <w:iCs/>
          <w:sz w:val="24"/>
          <w:szCs w:val="24"/>
        </w:rPr>
        <w:t>.</w:t>
      </w:r>
      <w:r>
        <w:rPr>
          <w:i/>
          <w:iCs/>
          <w:sz w:val="24"/>
          <w:szCs w:val="24"/>
        </w:rPr>
        <w:t>0</w:t>
      </w:r>
      <w:r w:rsidR="00405BD7">
        <w:rPr>
          <w:i/>
          <w:iCs/>
          <w:sz w:val="24"/>
          <w:szCs w:val="24"/>
        </w:rPr>
        <w:t>.</w:t>
      </w:r>
    </w:p>
    <w:p w14:paraId="306F5A28" w14:textId="4013AC2E" w:rsidR="00405BD7" w:rsidRDefault="00CB28CC" w:rsidP="00405BD7">
      <w:pPr>
        <w:jc w:val="both"/>
        <w:rPr>
          <w:i/>
          <w:iCs/>
          <w:sz w:val="24"/>
          <w:szCs w:val="24"/>
        </w:rPr>
      </w:pPr>
      <w:r>
        <w:rPr>
          <w:i/>
          <w:iCs/>
          <w:sz w:val="24"/>
          <w:szCs w:val="24"/>
        </w:rPr>
        <w:t>Cantonali quadrati n° 32 del istessa grosezza e ben profilati cioe di onze 15 in quadro.</w:t>
      </w:r>
      <w:r w:rsidR="00000000">
        <w:rPr>
          <w:i/>
          <w:iCs/>
          <w:sz w:val="24"/>
          <w:szCs w:val="24"/>
        </w:rPr>
        <w:pict w14:anchorId="353C933A">
          <v:rect id="_x0000_i1266" style="width:0;height:1.5pt" o:hrstd="t" o:hr="t" fillcolor="#a0a0a0" stroked="f"/>
        </w:pict>
      </w:r>
    </w:p>
    <w:p w14:paraId="3434501A" w14:textId="3317BB0B" w:rsidR="00537485" w:rsidRDefault="00F873E8" w:rsidP="00585117">
      <w:pPr>
        <w:jc w:val="both"/>
        <w:rPr>
          <w:sz w:val="24"/>
          <w:szCs w:val="24"/>
        </w:rPr>
      </w:pPr>
      <w:r w:rsidRPr="00F873E8">
        <w:rPr>
          <w:sz w:val="24"/>
          <w:szCs w:val="24"/>
        </w:rPr>
        <w:t>Archivio di Stato di Torino | Sezioni Riunite | Ministero della guerra | Azienda generale di fabbriche e fortificazioni (1733-1797) già Azienda generale d'artiglieria, fabbriche e fortificazioni (1717-1733) | Contratti fortificazioni | Mazzo 6 (1719) | foll. 99-100-101</w:t>
      </w:r>
      <w:r w:rsidR="00935555">
        <w:rPr>
          <w:sz w:val="24"/>
          <w:szCs w:val="24"/>
        </w:rPr>
        <w:t>.</w:t>
      </w:r>
    </w:p>
    <w:p w14:paraId="103443F5" w14:textId="77777777" w:rsidR="00822BA7" w:rsidRDefault="00822BA7" w:rsidP="005413C0">
      <w:pPr>
        <w:rPr>
          <w:sz w:val="24"/>
          <w:szCs w:val="24"/>
        </w:rPr>
      </w:pPr>
    </w:p>
    <w:p w14:paraId="6A913C0A" w14:textId="77777777" w:rsidR="00E62EA6" w:rsidRDefault="00822BA7" w:rsidP="00E62EA6">
      <w:pPr>
        <w:jc w:val="center"/>
        <w:rPr>
          <w:i/>
          <w:iCs/>
          <w:sz w:val="24"/>
          <w:szCs w:val="24"/>
        </w:rPr>
      </w:pPr>
      <w:r w:rsidRPr="00822BA7">
        <w:rPr>
          <w:b/>
          <w:bCs/>
          <w:i/>
          <w:iCs/>
          <w:sz w:val="24"/>
          <w:szCs w:val="24"/>
        </w:rPr>
        <w:t>Instruzione per li novi mattoni per l'archi e arconi della Chiesa di Soperga</w:t>
      </w:r>
      <w:r w:rsidR="00000000">
        <w:rPr>
          <w:i/>
          <w:iCs/>
          <w:sz w:val="24"/>
          <w:szCs w:val="24"/>
        </w:rPr>
        <w:pict w14:anchorId="6F8537C0">
          <v:rect id="_x0000_i1267" style="width:0;height:1.5pt" o:hralign="center" o:hrstd="t" o:hr="t" fillcolor="#a0a0a0" stroked="f"/>
        </w:pict>
      </w:r>
    </w:p>
    <w:p w14:paraId="3B5513D1" w14:textId="49A9C692" w:rsidR="00E62EA6" w:rsidRDefault="00822BA7" w:rsidP="00E62EA6">
      <w:pPr>
        <w:jc w:val="both"/>
        <w:rPr>
          <w:i/>
          <w:iCs/>
          <w:sz w:val="24"/>
          <w:szCs w:val="24"/>
        </w:rPr>
      </w:pPr>
      <w:r>
        <w:rPr>
          <w:i/>
          <w:iCs/>
          <w:sz w:val="24"/>
          <w:szCs w:val="24"/>
        </w:rPr>
        <w:t xml:space="preserve">I mattoni che si doveranno fare per l’archoni e archi di </w:t>
      </w:r>
      <w:r w:rsidR="00E62EA6">
        <w:rPr>
          <w:i/>
          <w:iCs/>
          <w:sz w:val="24"/>
          <w:szCs w:val="24"/>
        </w:rPr>
        <w:t>detta</w:t>
      </w:r>
      <w:r>
        <w:rPr>
          <w:i/>
          <w:iCs/>
          <w:sz w:val="24"/>
          <w:szCs w:val="24"/>
        </w:rPr>
        <w:t xml:space="preserve"> chiesa saranno fatti dalla migliore terra di quei convicini luogi; e saranno cotti, di lo</w:t>
      </w:r>
      <w:r w:rsidR="00E62EA6">
        <w:rPr>
          <w:i/>
          <w:iCs/>
          <w:sz w:val="24"/>
          <w:szCs w:val="24"/>
        </w:rPr>
        <w:t>ngezza</w:t>
      </w:r>
      <w:r>
        <w:rPr>
          <w:i/>
          <w:iCs/>
          <w:sz w:val="24"/>
          <w:szCs w:val="24"/>
        </w:rPr>
        <w:t xml:space="preserve"> onze 11, di lar</w:t>
      </w:r>
      <w:r w:rsidR="00E62EA6">
        <w:rPr>
          <w:i/>
          <w:iCs/>
          <w:sz w:val="24"/>
          <w:szCs w:val="24"/>
        </w:rPr>
        <w:t>gezza</w:t>
      </w:r>
      <w:r>
        <w:rPr>
          <w:i/>
          <w:iCs/>
          <w:sz w:val="24"/>
          <w:szCs w:val="24"/>
        </w:rPr>
        <w:t xml:space="preserve"> onze 5, e grosezza onza una e mezza, ben fatti, e ben </w:t>
      </w:r>
      <w:r w:rsidR="0009791D">
        <w:rPr>
          <w:i/>
          <w:iCs/>
          <w:sz w:val="24"/>
          <w:szCs w:val="24"/>
        </w:rPr>
        <w:t>cotti; e che no</w:t>
      </w:r>
      <w:r w:rsidR="00E62EA6">
        <w:rPr>
          <w:i/>
          <w:iCs/>
          <w:sz w:val="24"/>
          <w:szCs w:val="24"/>
        </w:rPr>
        <w:t>n</w:t>
      </w:r>
      <w:r w:rsidR="0009791D">
        <w:rPr>
          <w:i/>
          <w:iCs/>
          <w:sz w:val="24"/>
          <w:szCs w:val="24"/>
        </w:rPr>
        <w:t xml:space="preserve"> siano piegate in mezzo, e la terra sia bene impastata co</w:t>
      </w:r>
      <w:r w:rsidR="00E62EA6">
        <w:rPr>
          <w:i/>
          <w:iCs/>
          <w:sz w:val="24"/>
          <w:szCs w:val="24"/>
        </w:rPr>
        <w:t>n</w:t>
      </w:r>
      <w:r w:rsidR="0009791D">
        <w:rPr>
          <w:i/>
          <w:iCs/>
          <w:sz w:val="24"/>
          <w:szCs w:val="24"/>
        </w:rPr>
        <w:t xml:space="preserve"> tutta diligenza, e operate similmente, acciò no</w:t>
      </w:r>
      <w:r w:rsidR="00E62EA6">
        <w:rPr>
          <w:i/>
          <w:iCs/>
          <w:sz w:val="24"/>
          <w:szCs w:val="24"/>
        </w:rPr>
        <w:t>n</w:t>
      </w:r>
      <w:r w:rsidR="0009791D">
        <w:rPr>
          <w:i/>
          <w:iCs/>
          <w:sz w:val="24"/>
          <w:szCs w:val="24"/>
        </w:rPr>
        <w:t xml:space="preserve"> si rompino nel operare e per facilitare che detti mattoni siano tutti ben cotti, si potrebono mettere nella fornace dell’altri, in parte overo come gli metterà conto all’Impresario pur che siano perfettamente cotti e di tutta qualit</w:t>
      </w:r>
      <w:r w:rsidR="00E62EA6">
        <w:rPr>
          <w:i/>
          <w:iCs/>
          <w:sz w:val="24"/>
          <w:szCs w:val="24"/>
        </w:rPr>
        <w:t>à</w:t>
      </w:r>
      <w:r w:rsidR="0009791D">
        <w:rPr>
          <w:i/>
          <w:iCs/>
          <w:sz w:val="24"/>
          <w:szCs w:val="24"/>
        </w:rPr>
        <w:t xml:space="preserve">, e perfette come anche le sopra dette misure per il n° di M/50. al meno e darne parte subito che sarà permesso di lavoro </w:t>
      </w:r>
      <w:r w:rsidR="00E62EA6">
        <w:rPr>
          <w:i/>
          <w:iCs/>
          <w:sz w:val="24"/>
          <w:szCs w:val="24"/>
        </w:rPr>
        <w:t>detta</w:t>
      </w:r>
      <w:r w:rsidR="0009791D">
        <w:rPr>
          <w:i/>
          <w:iCs/>
          <w:sz w:val="24"/>
          <w:szCs w:val="24"/>
        </w:rPr>
        <w:t xml:space="preserve"> terra, e di mano in mano darlle secondo il necesario di </w:t>
      </w:r>
      <w:r w:rsidR="00E62EA6">
        <w:rPr>
          <w:i/>
          <w:iCs/>
          <w:sz w:val="24"/>
          <w:szCs w:val="24"/>
        </w:rPr>
        <w:t>detta</w:t>
      </w:r>
      <w:r w:rsidR="0009791D">
        <w:rPr>
          <w:i/>
          <w:iCs/>
          <w:sz w:val="24"/>
          <w:szCs w:val="24"/>
        </w:rPr>
        <w:t xml:space="preserve"> fabricha il tutto a opera conlaudata e misurata.</w:t>
      </w:r>
      <w:r w:rsidR="0009791D" w:rsidRPr="0009791D">
        <w:rPr>
          <w:i/>
          <w:iCs/>
          <w:sz w:val="24"/>
          <w:szCs w:val="24"/>
        </w:rPr>
        <w:t xml:space="preserve"> </w:t>
      </w:r>
      <w:r w:rsidR="00000000">
        <w:rPr>
          <w:i/>
          <w:iCs/>
          <w:sz w:val="24"/>
          <w:szCs w:val="24"/>
        </w:rPr>
        <w:pict w14:anchorId="707D61E1">
          <v:rect id="_x0000_i1268" style="width:0;height:1.5pt" o:hralign="center" o:hrstd="t" o:hr="t" fillcolor="#a0a0a0" stroked="f"/>
        </w:pict>
      </w:r>
    </w:p>
    <w:p w14:paraId="1F98C2FA" w14:textId="2066A5E6" w:rsidR="00822BA7" w:rsidRDefault="00E62EA6" w:rsidP="00E62EA6">
      <w:pPr>
        <w:jc w:val="right"/>
        <w:rPr>
          <w:i/>
          <w:iCs/>
          <w:sz w:val="24"/>
          <w:szCs w:val="24"/>
        </w:rPr>
      </w:pPr>
      <w:r>
        <w:rPr>
          <w:i/>
          <w:iCs/>
          <w:sz w:val="24"/>
          <w:szCs w:val="24"/>
        </w:rPr>
        <w:t>giorno</w:t>
      </w:r>
      <w:r w:rsidR="0009791D">
        <w:rPr>
          <w:i/>
          <w:iCs/>
          <w:sz w:val="24"/>
          <w:szCs w:val="24"/>
        </w:rPr>
        <w:t xml:space="preserve"> di 22 </w:t>
      </w:r>
      <w:r>
        <w:rPr>
          <w:i/>
          <w:iCs/>
          <w:sz w:val="24"/>
          <w:szCs w:val="24"/>
        </w:rPr>
        <w:t>Dicembre</w:t>
      </w:r>
      <w:r w:rsidR="0009791D">
        <w:rPr>
          <w:i/>
          <w:iCs/>
          <w:sz w:val="24"/>
          <w:szCs w:val="24"/>
        </w:rPr>
        <w:t xml:space="preserve"> 1719</w:t>
      </w:r>
    </w:p>
    <w:p w14:paraId="1A8D3953" w14:textId="2E530617" w:rsidR="00E62EA6" w:rsidRDefault="0009791D" w:rsidP="00E62EA6">
      <w:pPr>
        <w:jc w:val="right"/>
        <w:rPr>
          <w:i/>
          <w:iCs/>
          <w:sz w:val="24"/>
          <w:szCs w:val="24"/>
        </w:rPr>
      </w:pPr>
      <w:r w:rsidRPr="00F11AB3">
        <w:rPr>
          <w:i/>
          <w:iCs/>
          <w:sz w:val="24"/>
          <w:szCs w:val="24"/>
        </w:rPr>
        <w:t>C</w:t>
      </w:r>
      <w:r w:rsidR="00E62EA6">
        <w:rPr>
          <w:i/>
          <w:iCs/>
          <w:sz w:val="24"/>
          <w:szCs w:val="24"/>
        </w:rPr>
        <w:t>avaliere Don</w:t>
      </w:r>
      <w:r w:rsidRPr="00F11AB3">
        <w:rPr>
          <w:i/>
          <w:iCs/>
          <w:sz w:val="24"/>
          <w:szCs w:val="24"/>
        </w:rPr>
        <w:t xml:space="preserve"> Filippo Juvarra A</w:t>
      </w:r>
      <w:r w:rsidR="00E62EA6">
        <w:rPr>
          <w:i/>
          <w:iCs/>
          <w:sz w:val="24"/>
          <w:szCs w:val="24"/>
        </w:rPr>
        <w:t>rchitetto</w:t>
      </w:r>
      <w:r w:rsidRPr="00F11AB3">
        <w:rPr>
          <w:i/>
          <w:iCs/>
          <w:sz w:val="24"/>
          <w:szCs w:val="24"/>
        </w:rPr>
        <w:t xml:space="preserve"> </w:t>
      </w:r>
      <w:r w:rsidR="00000000">
        <w:rPr>
          <w:i/>
          <w:iCs/>
          <w:sz w:val="24"/>
          <w:szCs w:val="24"/>
        </w:rPr>
        <w:pict w14:anchorId="013F849B">
          <v:rect id="_x0000_i1269" style="width:0;height:1.5pt" o:hralign="center" o:hrstd="t" o:hr="t" fillcolor="#a0a0a0" stroked="f"/>
        </w:pict>
      </w:r>
    </w:p>
    <w:p w14:paraId="1D5B1FE4" w14:textId="49E613AA" w:rsidR="0009791D" w:rsidRPr="00585117" w:rsidRDefault="0009791D" w:rsidP="00E62EA6">
      <w:pPr>
        <w:jc w:val="both"/>
        <w:rPr>
          <w:i/>
          <w:iCs/>
          <w:sz w:val="24"/>
          <w:szCs w:val="24"/>
        </w:rPr>
      </w:pPr>
      <w:r w:rsidRPr="00F873E8">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7 (1720) | foll. </w:t>
      </w:r>
      <w:r>
        <w:rPr>
          <w:sz w:val="24"/>
          <w:szCs w:val="24"/>
        </w:rPr>
        <w:t>151.</w:t>
      </w:r>
    </w:p>
    <w:p w14:paraId="1B5F742B" w14:textId="77777777" w:rsidR="0009791D" w:rsidRPr="00585117" w:rsidRDefault="0009791D" w:rsidP="005413C0">
      <w:pPr>
        <w:rPr>
          <w:i/>
          <w:iCs/>
          <w:sz w:val="24"/>
          <w:szCs w:val="24"/>
        </w:rPr>
      </w:pPr>
    </w:p>
    <w:p w14:paraId="7EE2ED79" w14:textId="77777777" w:rsidR="00E62EA6" w:rsidRDefault="00137701" w:rsidP="00E62EA6">
      <w:pPr>
        <w:jc w:val="center"/>
        <w:rPr>
          <w:i/>
          <w:iCs/>
          <w:sz w:val="24"/>
          <w:szCs w:val="24"/>
        </w:rPr>
      </w:pPr>
      <w:r w:rsidRPr="00F873E8">
        <w:rPr>
          <w:b/>
          <w:bCs/>
          <w:i/>
          <w:iCs/>
          <w:sz w:val="24"/>
          <w:szCs w:val="24"/>
        </w:rPr>
        <w:t>Instruzione per le chiave di ferro per la Chiesa di Superga</w:t>
      </w:r>
      <w:r w:rsidR="00000000">
        <w:rPr>
          <w:i/>
          <w:iCs/>
          <w:sz w:val="24"/>
          <w:szCs w:val="24"/>
        </w:rPr>
        <w:pict w14:anchorId="463C25E3">
          <v:rect id="_x0000_i1270" style="width:0;height:1.5pt" o:hralign="center" o:hrstd="t" o:hr="t" fillcolor="#a0a0a0" stroked="f"/>
        </w:pict>
      </w:r>
    </w:p>
    <w:p w14:paraId="413684BA" w14:textId="0E997C68" w:rsidR="00137701" w:rsidRDefault="00C23B8A" w:rsidP="00E62EA6">
      <w:pPr>
        <w:jc w:val="both"/>
        <w:rPr>
          <w:i/>
          <w:iCs/>
          <w:sz w:val="24"/>
          <w:szCs w:val="24"/>
        </w:rPr>
      </w:pPr>
      <w:r>
        <w:rPr>
          <w:i/>
          <w:iCs/>
          <w:sz w:val="24"/>
          <w:szCs w:val="24"/>
        </w:rPr>
        <w:lastRenderedPageBreak/>
        <w:t>Le chiave di ferro saranno esattamente secondo le misure anesse disegniate, e numerate, le quali saranno di ferro d’Agusta o vero, di Ceres, e che no</w:t>
      </w:r>
      <w:r w:rsidR="00E62EA6">
        <w:rPr>
          <w:i/>
          <w:iCs/>
          <w:sz w:val="24"/>
          <w:szCs w:val="24"/>
        </w:rPr>
        <w:t>n</w:t>
      </w:r>
      <w:r>
        <w:rPr>
          <w:i/>
          <w:iCs/>
          <w:sz w:val="24"/>
          <w:szCs w:val="24"/>
        </w:rPr>
        <w:t xml:space="preserve"> abbiano nessuna bulitura ma solamente onde richiede l’ochio, </w:t>
      </w:r>
      <w:r w:rsidR="000059D3">
        <w:rPr>
          <w:i/>
          <w:iCs/>
          <w:sz w:val="24"/>
          <w:szCs w:val="24"/>
        </w:rPr>
        <w:t>se</w:t>
      </w:r>
      <w:r>
        <w:rPr>
          <w:i/>
          <w:iCs/>
          <w:sz w:val="24"/>
          <w:szCs w:val="24"/>
        </w:rPr>
        <w:t>mplice, o doppio.</w:t>
      </w:r>
    </w:p>
    <w:p w14:paraId="64EE1BC4" w14:textId="72B1B19A" w:rsidR="00C23B8A" w:rsidRDefault="00C23B8A" w:rsidP="00E62EA6">
      <w:pPr>
        <w:jc w:val="both"/>
        <w:rPr>
          <w:i/>
          <w:iCs/>
          <w:sz w:val="24"/>
          <w:szCs w:val="24"/>
        </w:rPr>
      </w:pPr>
      <w:r>
        <w:rPr>
          <w:i/>
          <w:iCs/>
          <w:sz w:val="24"/>
          <w:szCs w:val="24"/>
        </w:rPr>
        <w:t>Le chiave a bracha saranno dove piega la braga ben bolliti e datti due chiodi e poscia bollit</w:t>
      </w:r>
      <w:r w:rsidR="00E62EA6">
        <w:rPr>
          <w:i/>
          <w:iCs/>
          <w:sz w:val="24"/>
          <w:szCs w:val="24"/>
        </w:rPr>
        <w:t>i</w:t>
      </w:r>
      <w:r>
        <w:rPr>
          <w:i/>
          <w:iCs/>
          <w:sz w:val="24"/>
          <w:szCs w:val="24"/>
        </w:rPr>
        <w:t xml:space="preserve"> a sieme delle misure adietro scritti.</w:t>
      </w:r>
    </w:p>
    <w:p w14:paraId="430CFB74" w14:textId="1D2EADCD" w:rsidR="00C23B8A" w:rsidRDefault="00C23B8A" w:rsidP="00E62EA6">
      <w:pPr>
        <w:jc w:val="both"/>
        <w:rPr>
          <w:i/>
          <w:iCs/>
          <w:sz w:val="24"/>
          <w:szCs w:val="24"/>
        </w:rPr>
      </w:pPr>
      <w:r>
        <w:rPr>
          <w:i/>
          <w:iCs/>
          <w:sz w:val="24"/>
          <w:szCs w:val="24"/>
        </w:rPr>
        <w:t>I bolzoni potranno essere di ferro di Brozzolo no</w:t>
      </w:r>
      <w:r w:rsidR="00E62EA6">
        <w:rPr>
          <w:i/>
          <w:iCs/>
          <w:sz w:val="24"/>
          <w:szCs w:val="24"/>
        </w:rPr>
        <w:t>n</w:t>
      </w:r>
      <w:r>
        <w:rPr>
          <w:i/>
          <w:iCs/>
          <w:sz w:val="24"/>
          <w:szCs w:val="24"/>
        </w:rPr>
        <w:t xml:space="preserve"> bolliti di diversi pezzi ma d’un solo e ben fatti quadrati, come anche tutte le sue zeppe.</w:t>
      </w:r>
    </w:p>
    <w:p w14:paraId="736A689B" w14:textId="15AB0A36" w:rsidR="00C23B8A" w:rsidRDefault="00C23B8A" w:rsidP="00E62EA6">
      <w:pPr>
        <w:jc w:val="both"/>
        <w:rPr>
          <w:i/>
          <w:iCs/>
          <w:sz w:val="24"/>
          <w:szCs w:val="24"/>
        </w:rPr>
      </w:pPr>
      <w:r>
        <w:rPr>
          <w:i/>
          <w:iCs/>
          <w:sz w:val="24"/>
          <w:szCs w:val="24"/>
        </w:rPr>
        <w:t>E che siano provisti 2° il bisognio della fabricha, no</w:t>
      </w:r>
      <w:r w:rsidR="003735A5">
        <w:rPr>
          <w:i/>
          <w:iCs/>
          <w:sz w:val="24"/>
          <w:szCs w:val="24"/>
        </w:rPr>
        <w:t>n</w:t>
      </w:r>
      <w:r w:rsidR="00AA0EB3">
        <w:rPr>
          <w:i/>
          <w:iCs/>
          <w:sz w:val="24"/>
          <w:szCs w:val="24"/>
        </w:rPr>
        <w:t xml:space="preserve"> </w:t>
      </w:r>
      <w:r>
        <w:rPr>
          <w:i/>
          <w:iCs/>
          <w:sz w:val="24"/>
          <w:szCs w:val="24"/>
        </w:rPr>
        <w:t>facendo perder tempo a i maestri di muro e sarebbono tutti necesarij, per tutto Aprile al meno.</w:t>
      </w:r>
    </w:p>
    <w:p w14:paraId="31E2F25D" w14:textId="5D008136" w:rsidR="00C23B8A" w:rsidRDefault="00C23B8A" w:rsidP="00E62EA6">
      <w:pPr>
        <w:jc w:val="both"/>
        <w:rPr>
          <w:i/>
          <w:iCs/>
          <w:sz w:val="24"/>
          <w:szCs w:val="24"/>
        </w:rPr>
      </w:pPr>
      <w:r>
        <w:rPr>
          <w:i/>
          <w:iCs/>
          <w:sz w:val="24"/>
          <w:szCs w:val="24"/>
        </w:rPr>
        <w:t xml:space="preserve">Le ferate parimente saranno di bon ferro tantto quelle a bacchetta, quanto l’altre a mandola e che li </w:t>
      </w:r>
      <w:r w:rsidR="00F873E8">
        <w:rPr>
          <w:i/>
          <w:iCs/>
          <w:sz w:val="24"/>
          <w:szCs w:val="24"/>
        </w:rPr>
        <w:t>bastoni d’uni, e dell altri vadino nel muro al meno onze 3, e no</w:t>
      </w:r>
      <w:r w:rsidR="003735A5">
        <w:rPr>
          <w:i/>
          <w:iCs/>
          <w:sz w:val="24"/>
          <w:szCs w:val="24"/>
        </w:rPr>
        <w:t>n</w:t>
      </w:r>
      <w:r w:rsidR="00F873E8">
        <w:rPr>
          <w:i/>
          <w:iCs/>
          <w:sz w:val="24"/>
          <w:szCs w:val="24"/>
        </w:rPr>
        <w:t xml:space="preserve"> altrimente tutta a opera conlaudata e perfetta e che le distanze di quelle a mandola siano co</w:t>
      </w:r>
      <w:r w:rsidR="003735A5">
        <w:rPr>
          <w:i/>
          <w:iCs/>
          <w:sz w:val="24"/>
          <w:szCs w:val="24"/>
        </w:rPr>
        <w:t>n</w:t>
      </w:r>
      <w:r w:rsidR="00F873E8">
        <w:rPr>
          <w:i/>
          <w:iCs/>
          <w:sz w:val="24"/>
          <w:szCs w:val="24"/>
        </w:rPr>
        <w:t xml:space="preserve"> le distanze uguale conforme dimostra l’anesso disegnio e il simile quelle a bacchetta.</w:t>
      </w:r>
    </w:p>
    <w:p w14:paraId="44675A65" w14:textId="77777777" w:rsidR="003735A5" w:rsidRDefault="00F873E8" w:rsidP="00E62EA6">
      <w:pPr>
        <w:jc w:val="both"/>
        <w:rPr>
          <w:i/>
          <w:iCs/>
          <w:sz w:val="24"/>
          <w:szCs w:val="24"/>
        </w:rPr>
      </w:pPr>
      <w:r>
        <w:rPr>
          <w:i/>
          <w:iCs/>
          <w:sz w:val="24"/>
          <w:szCs w:val="24"/>
        </w:rPr>
        <w:t>Le chiavette per mettere alle pietre siano come le proviste del anno scorso; e 2° le misure che saranno necesarie nell’metterlli in opera dandoli antecedentemente tutta come sopra ho detto a opera conlaudata e perfetta.</w:t>
      </w:r>
      <w:r w:rsidRPr="00F873E8">
        <w:rPr>
          <w:i/>
          <w:iCs/>
          <w:sz w:val="24"/>
          <w:szCs w:val="24"/>
        </w:rPr>
        <w:t xml:space="preserve"> </w:t>
      </w:r>
      <w:r w:rsidR="00000000">
        <w:rPr>
          <w:i/>
          <w:iCs/>
          <w:sz w:val="24"/>
          <w:szCs w:val="24"/>
        </w:rPr>
        <w:pict w14:anchorId="1EE44EE1">
          <v:rect id="_x0000_i1271" style="width:0;height:1.5pt" o:hralign="center" o:hrstd="t" o:hr="t" fillcolor="#a0a0a0" stroked="f"/>
        </w:pict>
      </w:r>
    </w:p>
    <w:p w14:paraId="3ABCDF27" w14:textId="04BD4F01" w:rsidR="00F873E8" w:rsidRDefault="003735A5" w:rsidP="003735A5">
      <w:pPr>
        <w:jc w:val="right"/>
        <w:rPr>
          <w:i/>
          <w:iCs/>
          <w:sz w:val="24"/>
          <w:szCs w:val="24"/>
        </w:rPr>
      </w:pPr>
      <w:r>
        <w:rPr>
          <w:i/>
          <w:iCs/>
          <w:sz w:val="24"/>
          <w:szCs w:val="24"/>
        </w:rPr>
        <w:t>giorno di 22 Dicembre</w:t>
      </w:r>
      <w:r w:rsidR="00F873E8">
        <w:rPr>
          <w:i/>
          <w:iCs/>
          <w:sz w:val="24"/>
          <w:szCs w:val="24"/>
        </w:rPr>
        <w:t xml:space="preserve"> 1719</w:t>
      </w:r>
    </w:p>
    <w:p w14:paraId="469EC7C6" w14:textId="77777777" w:rsidR="003735A5" w:rsidRDefault="003735A5" w:rsidP="003735A5">
      <w:pPr>
        <w:jc w:val="right"/>
        <w:rPr>
          <w:i/>
          <w:iCs/>
          <w:sz w:val="24"/>
          <w:szCs w:val="24"/>
        </w:rPr>
      </w:pPr>
      <w:r>
        <w:rPr>
          <w:i/>
          <w:iCs/>
          <w:sz w:val="24"/>
          <w:szCs w:val="24"/>
        </w:rPr>
        <w:t xml:space="preserve">Cavaliere Don </w:t>
      </w:r>
      <w:r w:rsidR="00F873E8">
        <w:rPr>
          <w:i/>
          <w:iCs/>
          <w:sz w:val="24"/>
          <w:szCs w:val="24"/>
        </w:rPr>
        <w:t>Filippo Juvarra A</w:t>
      </w:r>
      <w:r>
        <w:rPr>
          <w:i/>
          <w:iCs/>
          <w:sz w:val="24"/>
          <w:szCs w:val="24"/>
        </w:rPr>
        <w:t>rchitetto</w:t>
      </w:r>
      <w:r w:rsidR="00F873E8" w:rsidRPr="00F873E8">
        <w:rPr>
          <w:i/>
          <w:iCs/>
          <w:sz w:val="24"/>
          <w:szCs w:val="24"/>
        </w:rPr>
        <w:t xml:space="preserve"> </w:t>
      </w:r>
      <w:r w:rsidR="00000000">
        <w:rPr>
          <w:i/>
          <w:iCs/>
          <w:sz w:val="24"/>
          <w:szCs w:val="24"/>
        </w:rPr>
        <w:pict w14:anchorId="3893F676">
          <v:rect id="_x0000_i1272" style="width:0;height:1.5pt" o:hralign="center" o:hrstd="t" o:hr="t" fillcolor="#a0a0a0" stroked="f"/>
        </w:pict>
      </w:r>
    </w:p>
    <w:p w14:paraId="7D8A9E01" w14:textId="49DC85AC" w:rsidR="003735A5" w:rsidRDefault="006E65FC" w:rsidP="003735A5">
      <w:pPr>
        <w:jc w:val="both"/>
        <w:rPr>
          <w:i/>
          <w:iCs/>
          <w:sz w:val="24"/>
          <w:szCs w:val="24"/>
        </w:rPr>
      </w:pPr>
      <w:r>
        <w:rPr>
          <w:i/>
          <w:iCs/>
          <w:sz w:val="24"/>
          <w:szCs w:val="24"/>
        </w:rPr>
        <w:t xml:space="preserve">Il ferro delle chiavi s’intenderà che non patisca collore, </w:t>
      </w:r>
      <w:r w:rsidR="001F53BB">
        <w:rPr>
          <w:i/>
          <w:iCs/>
          <w:sz w:val="24"/>
          <w:szCs w:val="24"/>
        </w:rPr>
        <w:t>nervoso e dolce.</w:t>
      </w:r>
      <w:r w:rsidR="003735A5" w:rsidRPr="003735A5">
        <w:rPr>
          <w:i/>
          <w:iCs/>
          <w:sz w:val="24"/>
          <w:szCs w:val="24"/>
        </w:rPr>
        <w:t xml:space="preserve"> </w:t>
      </w:r>
      <w:r w:rsidR="00000000">
        <w:rPr>
          <w:i/>
          <w:iCs/>
          <w:sz w:val="24"/>
          <w:szCs w:val="24"/>
        </w:rPr>
        <w:pict w14:anchorId="15B5B9E9">
          <v:rect id="_x0000_i1273" style="width:0;height:1.5pt" o:hralign="center" o:hrstd="t" o:hr="t" fillcolor="#a0a0a0" stroked="f"/>
        </w:pict>
      </w:r>
    </w:p>
    <w:p w14:paraId="2D0CCBEE" w14:textId="77777777" w:rsidR="003735A5" w:rsidRDefault="001F53BB" w:rsidP="003735A5">
      <w:pPr>
        <w:jc w:val="right"/>
        <w:rPr>
          <w:i/>
          <w:iCs/>
          <w:sz w:val="24"/>
          <w:szCs w:val="24"/>
        </w:rPr>
      </w:pPr>
      <w:r>
        <w:rPr>
          <w:i/>
          <w:iCs/>
          <w:sz w:val="24"/>
          <w:szCs w:val="24"/>
        </w:rPr>
        <w:t>Audifredi d’</w:t>
      </w:r>
      <w:r w:rsidR="003735A5">
        <w:rPr>
          <w:i/>
          <w:iCs/>
          <w:sz w:val="24"/>
          <w:szCs w:val="24"/>
        </w:rPr>
        <w:t>ordine</w:t>
      </w:r>
      <w:r>
        <w:rPr>
          <w:i/>
          <w:iCs/>
          <w:sz w:val="24"/>
          <w:szCs w:val="24"/>
        </w:rPr>
        <w:t xml:space="preserve"> del Consiglio</w:t>
      </w:r>
      <w:r w:rsidR="00000000">
        <w:rPr>
          <w:i/>
          <w:iCs/>
          <w:sz w:val="24"/>
          <w:szCs w:val="24"/>
        </w:rPr>
        <w:pict w14:anchorId="34047FB5">
          <v:rect id="_x0000_i1274" style="width:0;height:1.5pt" o:hralign="center" o:hrstd="t" o:hr="t" fillcolor="#a0a0a0" stroked="f"/>
        </w:pict>
      </w:r>
    </w:p>
    <w:p w14:paraId="2DEFCEB2" w14:textId="55F18218" w:rsidR="00F23FBD" w:rsidRDefault="00F23FBD" w:rsidP="003735A5">
      <w:pPr>
        <w:jc w:val="both"/>
        <w:rPr>
          <w:i/>
          <w:iCs/>
          <w:sz w:val="24"/>
          <w:szCs w:val="24"/>
        </w:rPr>
      </w:pPr>
      <w:r>
        <w:rPr>
          <w:i/>
          <w:iCs/>
          <w:sz w:val="24"/>
          <w:szCs w:val="24"/>
        </w:rPr>
        <w:t>Chiavi di ferro per li pillastroni della nuova Chiesa di Superga n°</w:t>
      </w:r>
      <w:r w:rsidR="003735A5">
        <w:rPr>
          <w:i/>
          <w:iCs/>
          <w:sz w:val="24"/>
          <w:szCs w:val="24"/>
        </w:rPr>
        <w:t xml:space="preserve"> </w:t>
      </w:r>
      <w:r>
        <w:rPr>
          <w:i/>
          <w:iCs/>
          <w:sz w:val="24"/>
          <w:szCs w:val="24"/>
        </w:rPr>
        <w:t>4 di longhezza trab. 3</w:t>
      </w:r>
      <w:r w:rsidR="003735A5">
        <w:rPr>
          <w:i/>
          <w:iCs/>
          <w:sz w:val="24"/>
          <w:szCs w:val="24"/>
        </w:rPr>
        <w:t>.</w:t>
      </w:r>
      <w:r>
        <w:rPr>
          <w:i/>
          <w:iCs/>
          <w:sz w:val="24"/>
          <w:szCs w:val="24"/>
        </w:rPr>
        <w:t>1, e queste si puonno far in due pezzi con la sua ciarniera in mezo et suoi ochi a parte con suoi bolzoni di long</w:t>
      </w:r>
      <w:r w:rsidR="003735A5">
        <w:rPr>
          <w:i/>
          <w:iCs/>
          <w:sz w:val="24"/>
          <w:szCs w:val="24"/>
        </w:rPr>
        <w:t>hezza</w:t>
      </w:r>
      <w:r>
        <w:rPr>
          <w:i/>
          <w:iCs/>
          <w:sz w:val="24"/>
          <w:szCs w:val="24"/>
        </w:rPr>
        <w:t xml:space="preserve"> </w:t>
      </w:r>
      <w:r w:rsidR="003735A5">
        <w:rPr>
          <w:i/>
          <w:iCs/>
          <w:sz w:val="24"/>
          <w:szCs w:val="24"/>
        </w:rPr>
        <w:t>p</w:t>
      </w:r>
      <w:r>
        <w:rPr>
          <w:i/>
          <w:iCs/>
          <w:sz w:val="24"/>
          <w:szCs w:val="24"/>
        </w:rPr>
        <w:t>iedi tre et d</w:t>
      </w:r>
      <w:r w:rsidR="003735A5">
        <w:rPr>
          <w:i/>
          <w:iCs/>
          <w:sz w:val="24"/>
          <w:szCs w:val="24"/>
        </w:rPr>
        <w:t>etta</w:t>
      </w:r>
      <w:r>
        <w:rPr>
          <w:i/>
          <w:iCs/>
          <w:sz w:val="24"/>
          <w:szCs w:val="24"/>
        </w:rPr>
        <w:t xml:space="preserve"> chiave sarà di grosezza o</w:t>
      </w:r>
      <w:r w:rsidR="003735A5">
        <w:rPr>
          <w:i/>
          <w:iCs/>
          <w:sz w:val="24"/>
          <w:szCs w:val="24"/>
        </w:rPr>
        <w:t>nza</w:t>
      </w:r>
      <w:r>
        <w:rPr>
          <w:i/>
          <w:iCs/>
          <w:sz w:val="24"/>
          <w:szCs w:val="24"/>
        </w:rPr>
        <w:t xml:space="preserve"> una di diametro.</w:t>
      </w:r>
    </w:p>
    <w:p w14:paraId="6412B875" w14:textId="19661E98" w:rsidR="00F23FBD" w:rsidRDefault="00F23FBD" w:rsidP="003735A5">
      <w:pPr>
        <w:jc w:val="both"/>
        <w:rPr>
          <w:i/>
          <w:iCs/>
          <w:sz w:val="24"/>
          <w:szCs w:val="24"/>
        </w:rPr>
      </w:pPr>
      <w:r>
        <w:rPr>
          <w:i/>
          <w:iCs/>
          <w:sz w:val="24"/>
          <w:szCs w:val="24"/>
        </w:rPr>
        <w:t>Altre chiavi n°</w:t>
      </w:r>
      <w:r w:rsidR="003735A5">
        <w:rPr>
          <w:i/>
          <w:iCs/>
          <w:sz w:val="24"/>
          <w:szCs w:val="24"/>
        </w:rPr>
        <w:t xml:space="preserve"> </w:t>
      </w:r>
      <w:r>
        <w:rPr>
          <w:i/>
          <w:iCs/>
          <w:sz w:val="24"/>
          <w:szCs w:val="24"/>
        </w:rPr>
        <w:t>4 di longhezza Trab</w:t>
      </w:r>
      <w:r w:rsidR="003735A5">
        <w:rPr>
          <w:i/>
          <w:iCs/>
          <w:sz w:val="24"/>
          <w:szCs w:val="24"/>
        </w:rPr>
        <w:t>.</w:t>
      </w:r>
      <w:r>
        <w:rPr>
          <w:i/>
          <w:iCs/>
          <w:sz w:val="24"/>
          <w:szCs w:val="24"/>
        </w:rPr>
        <w:t xml:space="preserve"> 3</w:t>
      </w:r>
      <w:r w:rsidR="003735A5">
        <w:rPr>
          <w:i/>
          <w:iCs/>
          <w:sz w:val="24"/>
          <w:szCs w:val="24"/>
        </w:rPr>
        <w:t>.</w:t>
      </w:r>
      <w:r>
        <w:rPr>
          <w:i/>
          <w:iCs/>
          <w:sz w:val="24"/>
          <w:szCs w:val="24"/>
        </w:rPr>
        <w:t>1</w:t>
      </w:r>
      <w:r w:rsidR="003735A5">
        <w:rPr>
          <w:i/>
          <w:iCs/>
          <w:sz w:val="24"/>
          <w:szCs w:val="24"/>
        </w:rPr>
        <w:t>.</w:t>
      </w:r>
      <w:r>
        <w:rPr>
          <w:i/>
          <w:iCs/>
          <w:sz w:val="24"/>
          <w:szCs w:val="24"/>
        </w:rPr>
        <w:t>9. me</w:t>
      </w:r>
      <w:r w:rsidR="003735A5">
        <w:rPr>
          <w:i/>
          <w:iCs/>
          <w:sz w:val="24"/>
          <w:szCs w:val="24"/>
        </w:rPr>
        <w:t>dema</w:t>
      </w:r>
      <w:r>
        <w:rPr>
          <w:i/>
          <w:iCs/>
          <w:sz w:val="24"/>
          <w:szCs w:val="24"/>
        </w:rPr>
        <w:t xml:space="preserve"> gros</w:t>
      </w:r>
      <w:r w:rsidR="003735A5">
        <w:rPr>
          <w:i/>
          <w:iCs/>
          <w:sz w:val="24"/>
          <w:szCs w:val="24"/>
        </w:rPr>
        <w:t>sezza</w:t>
      </w:r>
      <w:r>
        <w:rPr>
          <w:i/>
          <w:iCs/>
          <w:sz w:val="24"/>
          <w:szCs w:val="24"/>
        </w:rPr>
        <w:t xml:space="preserve"> et in due pezzi come sovra con suoi bolzoni simili.</w:t>
      </w:r>
    </w:p>
    <w:p w14:paraId="6F4933AF" w14:textId="6A3EAC21" w:rsidR="00F23FBD" w:rsidRDefault="00F23FBD" w:rsidP="003735A5">
      <w:pPr>
        <w:jc w:val="both"/>
        <w:rPr>
          <w:i/>
          <w:iCs/>
          <w:sz w:val="24"/>
          <w:szCs w:val="24"/>
        </w:rPr>
      </w:pPr>
      <w:r>
        <w:rPr>
          <w:i/>
          <w:iCs/>
          <w:sz w:val="24"/>
          <w:szCs w:val="24"/>
        </w:rPr>
        <w:t>Chiavi a braga p</w:t>
      </w:r>
      <w:r w:rsidR="003735A5">
        <w:rPr>
          <w:i/>
          <w:iCs/>
          <w:sz w:val="24"/>
          <w:szCs w:val="24"/>
        </w:rPr>
        <w:t>er</w:t>
      </w:r>
      <w:r>
        <w:rPr>
          <w:i/>
          <w:iCs/>
          <w:sz w:val="24"/>
          <w:szCs w:val="24"/>
        </w:rPr>
        <w:t xml:space="preserve"> il corritore attorno al cortille n° 20 di gros</w:t>
      </w:r>
      <w:r w:rsidR="003735A5">
        <w:rPr>
          <w:i/>
          <w:iCs/>
          <w:sz w:val="24"/>
          <w:szCs w:val="24"/>
        </w:rPr>
        <w:t>sezza</w:t>
      </w:r>
      <w:r>
        <w:rPr>
          <w:i/>
          <w:iCs/>
          <w:sz w:val="24"/>
          <w:szCs w:val="24"/>
        </w:rPr>
        <w:t xml:space="preserve"> o</w:t>
      </w:r>
      <w:r w:rsidR="003735A5">
        <w:rPr>
          <w:i/>
          <w:iCs/>
          <w:sz w:val="24"/>
          <w:szCs w:val="24"/>
        </w:rPr>
        <w:t>nze</w:t>
      </w:r>
      <w:r>
        <w:rPr>
          <w:i/>
          <w:iCs/>
          <w:sz w:val="24"/>
          <w:szCs w:val="24"/>
        </w:rPr>
        <w:t xml:space="preserve"> ¾ e longheza trab</w:t>
      </w:r>
      <w:r w:rsidR="003735A5">
        <w:rPr>
          <w:i/>
          <w:iCs/>
          <w:sz w:val="24"/>
          <w:szCs w:val="24"/>
        </w:rPr>
        <w:t>.</w:t>
      </w:r>
      <w:r>
        <w:rPr>
          <w:i/>
          <w:iCs/>
          <w:sz w:val="24"/>
          <w:szCs w:val="24"/>
        </w:rPr>
        <w:t xml:space="preserve"> 2</w:t>
      </w:r>
      <w:r w:rsidR="003735A5">
        <w:rPr>
          <w:i/>
          <w:iCs/>
          <w:sz w:val="24"/>
          <w:szCs w:val="24"/>
        </w:rPr>
        <w:t>.</w:t>
      </w:r>
      <w:r>
        <w:rPr>
          <w:i/>
          <w:iCs/>
          <w:sz w:val="24"/>
          <w:szCs w:val="24"/>
        </w:rPr>
        <w:t>0</w:t>
      </w:r>
      <w:r w:rsidR="003735A5">
        <w:rPr>
          <w:i/>
          <w:iCs/>
          <w:sz w:val="24"/>
          <w:szCs w:val="24"/>
        </w:rPr>
        <w:t>.</w:t>
      </w:r>
      <w:r>
        <w:rPr>
          <w:i/>
          <w:iCs/>
          <w:sz w:val="24"/>
          <w:szCs w:val="24"/>
        </w:rPr>
        <w:t>6. secondo al disegnio qui sotto.</w:t>
      </w:r>
    </w:p>
    <w:p w14:paraId="5A84FDDE" w14:textId="0A888397" w:rsidR="00585117" w:rsidRDefault="00585117" w:rsidP="003735A5">
      <w:pPr>
        <w:jc w:val="both"/>
        <w:rPr>
          <w:i/>
          <w:iCs/>
          <w:sz w:val="24"/>
          <w:szCs w:val="24"/>
        </w:rPr>
      </w:pPr>
      <w:r>
        <w:rPr>
          <w:i/>
          <w:iCs/>
          <w:sz w:val="24"/>
          <w:szCs w:val="24"/>
        </w:rPr>
        <w:t>N° 8 feratte a mandola p</w:t>
      </w:r>
      <w:r w:rsidR="003735A5">
        <w:rPr>
          <w:i/>
          <w:iCs/>
          <w:sz w:val="24"/>
          <w:szCs w:val="24"/>
        </w:rPr>
        <w:t>er</w:t>
      </w:r>
      <w:r>
        <w:rPr>
          <w:i/>
          <w:iCs/>
          <w:sz w:val="24"/>
          <w:szCs w:val="24"/>
        </w:rPr>
        <w:t xml:space="preserve"> le finestre de sotteranei dalla parte verso ponente di larghezza netto </w:t>
      </w:r>
      <w:r w:rsidR="003735A5">
        <w:rPr>
          <w:i/>
          <w:iCs/>
          <w:sz w:val="24"/>
          <w:szCs w:val="24"/>
        </w:rPr>
        <w:t>p.</w:t>
      </w:r>
      <w:r>
        <w:rPr>
          <w:i/>
          <w:iCs/>
          <w:sz w:val="24"/>
          <w:szCs w:val="24"/>
        </w:rPr>
        <w:t xml:space="preserve"> 2</w:t>
      </w:r>
      <w:r w:rsidR="003735A5">
        <w:rPr>
          <w:i/>
          <w:iCs/>
          <w:sz w:val="24"/>
          <w:szCs w:val="24"/>
        </w:rPr>
        <w:t>.</w:t>
      </w:r>
      <w:r>
        <w:rPr>
          <w:i/>
          <w:iCs/>
          <w:sz w:val="24"/>
          <w:szCs w:val="24"/>
        </w:rPr>
        <w:t>6. d'altezza netto piedi 1</w:t>
      </w:r>
      <w:r w:rsidR="003735A5">
        <w:rPr>
          <w:i/>
          <w:iCs/>
          <w:sz w:val="24"/>
          <w:szCs w:val="24"/>
        </w:rPr>
        <w:t>.</w:t>
      </w:r>
      <w:r>
        <w:rPr>
          <w:i/>
          <w:iCs/>
          <w:sz w:val="24"/>
          <w:szCs w:val="24"/>
        </w:rPr>
        <w:t>10. come si vedono qui in margine.</w:t>
      </w:r>
    </w:p>
    <w:p w14:paraId="72FEAC61" w14:textId="151DC6DD" w:rsidR="003735A5" w:rsidRDefault="00585117" w:rsidP="003735A5">
      <w:pPr>
        <w:jc w:val="both"/>
        <w:rPr>
          <w:i/>
          <w:iCs/>
          <w:sz w:val="24"/>
          <w:szCs w:val="24"/>
        </w:rPr>
      </w:pPr>
      <w:r>
        <w:rPr>
          <w:i/>
          <w:iCs/>
          <w:sz w:val="24"/>
          <w:szCs w:val="24"/>
        </w:rPr>
        <w:t>N° 12 feratte</w:t>
      </w:r>
      <w:r w:rsidRPr="0087247B">
        <w:rPr>
          <w:i/>
          <w:iCs/>
          <w:sz w:val="24"/>
          <w:szCs w:val="24"/>
        </w:rPr>
        <w:t xml:space="preserve"> </w:t>
      </w:r>
      <w:r>
        <w:rPr>
          <w:i/>
          <w:iCs/>
          <w:sz w:val="24"/>
          <w:szCs w:val="24"/>
        </w:rPr>
        <w:t>p</w:t>
      </w:r>
      <w:r w:rsidR="003735A5">
        <w:rPr>
          <w:i/>
          <w:iCs/>
          <w:sz w:val="24"/>
          <w:szCs w:val="24"/>
        </w:rPr>
        <w:t>er</w:t>
      </w:r>
      <w:r>
        <w:rPr>
          <w:i/>
          <w:iCs/>
          <w:sz w:val="24"/>
          <w:szCs w:val="24"/>
        </w:rPr>
        <w:t xml:space="preserve"> le finestre verso levante di larg</w:t>
      </w:r>
      <w:r w:rsidR="003735A5">
        <w:rPr>
          <w:i/>
          <w:iCs/>
          <w:sz w:val="24"/>
          <w:szCs w:val="24"/>
        </w:rPr>
        <w:t>hezza</w:t>
      </w:r>
      <w:r>
        <w:rPr>
          <w:i/>
          <w:iCs/>
          <w:sz w:val="24"/>
          <w:szCs w:val="24"/>
        </w:rPr>
        <w:t xml:space="preserve"> netto p</w:t>
      </w:r>
      <w:r w:rsidR="003735A5">
        <w:rPr>
          <w:i/>
          <w:iCs/>
          <w:sz w:val="24"/>
          <w:szCs w:val="24"/>
        </w:rPr>
        <w:t>.</w:t>
      </w:r>
      <w:r>
        <w:rPr>
          <w:i/>
          <w:iCs/>
          <w:sz w:val="24"/>
          <w:szCs w:val="24"/>
        </w:rPr>
        <w:t xml:space="preserve"> 2</w:t>
      </w:r>
      <w:r w:rsidR="003735A5">
        <w:rPr>
          <w:i/>
          <w:iCs/>
          <w:sz w:val="24"/>
          <w:szCs w:val="24"/>
        </w:rPr>
        <w:t>.</w:t>
      </w:r>
      <w:r>
        <w:rPr>
          <w:i/>
          <w:iCs/>
          <w:sz w:val="24"/>
          <w:szCs w:val="24"/>
        </w:rPr>
        <w:t>3. et d’altezza p</w:t>
      </w:r>
      <w:r w:rsidR="003735A5">
        <w:rPr>
          <w:i/>
          <w:iCs/>
          <w:sz w:val="24"/>
          <w:szCs w:val="24"/>
        </w:rPr>
        <w:t>.</w:t>
      </w:r>
      <w:r>
        <w:rPr>
          <w:i/>
          <w:iCs/>
          <w:sz w:val="24"/>
          <w:szCs w:val="24"/>
        </w:rPr>
        <w:t xml:space="preserve"> 4</w:t>
      </w:r>
      <w:r w:rsidR="003735A5">
        <w:rPr>
          <w:i/>
          <w:iCs/>
          <w:sz w:val="24"/>
          <w:szCs w:val="24"/>
        </w:rPr>
        <w:t>.</w:t>
      </w:r>
      <w:r>
        <w:rPr>
          <w:i/>
          <w:iCs/>
          <w:sz w:val="24"/>
          <w:szCs w:val="24"/>
        </w:rPr>
        <w:t>6. come in margine si vede con cinque montanti et otto traversi.</w:t>
      </w:r>
      <w:r w:rsidR="00000000">
        <w:rPr>
          <w:i/>
          <w:iCs/>
          <w:sz w:val="24"/>
          <w:szCs w:val="24"/>
        </w:rPr>
        <w:pict w14:anchorId="3F876AA0">
          <v:rect id="_x0000_i1275" style="width:0;height:1.5pt" o:hralign="center" o:hrstd="t" o:hr="t" fillcolor="#a0a0a0" stroked="f"/>
        </w:pict>
      </w:r>
    </w:p>
    <w:p w14:paraId="402B4141" w14:textId="5EF83463" w:rsidR="00F873E8" w:rsidRDefault="00F873E8" w:rsidP="003735A5">
      <w:pPr>
        <w:jc w:val="both"/>
        <w:rPr>
          <w:sz w:val="24"/>
          <w:szCs w:val="24"/>
        </w:rPr>
      </w:pPr>
      <w:r w:rsidRPr="00F873E8">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7 (1720) | foll. 5-6</w:t>
      </w:r>
      <w:r w:rsidR="00935555">
        <w:rPr>
          <w:sz w:val="24"/>
          <w:szCs w:val="24"/>
        </w:rPr>
        <w:t>.</w:t>
      </w:r>
    </w:p>
    <w:p w14:paraId="445031A2" w14:textId="77777777" w:rsidR="00585117" w:rsidRDefault="00585117" w:rsidP="005413C0">
      <w:pPr>
        <w:rPr>
          <w:sz w:val="24"/>
          <w:szCs w:val="24"/>
        </w:rPr>
      </w:pPr>
    </w:p>
    <w:p w14:paraId="5E50A193" w14:textId="77777777" w:rsidR="003735A5" w:rsidRDefault="00585117" w:rsidP="003735A5">
      <w:pPr>
        <w:jc w:val="center"/>
        <w:rPr>
          <w:i/>
          <w:iCs/>
          <w:sz w:val="24"/>
          <w:szCs w:val="24"/>
        </w:rPr>
      </w:pPr>
      <w:r w:rsidRPr="002D2BDD">
        <w:rPr>
          <w:b/>
          <w:bCs/>
          <w:i/>
          <w:iCs/>
          <w:sz w:val="24"/>
          <w:szCs w:val="24"/>
        </w:rPr>
        <w:t>Instruzione per le 8</w:t>
      </w:r>
      <w:r w:rsidR="006B0BA9" w:rsidRPr="002D2BDD">
        <w:rPr>
          <w:b/>
          <w:bCs/>
          <w:i/>
          <w:iCs/>
          <w:sz w:val="24"/>
          <w:szCs w:val="24"/>
        </w:rPr>
        <w:t>°</w:t>
      </w:r>
      <w:r w:rsidRPr="002D2BDD">
        <w:rPr>
          <w:b/>
          <w:bCs/>
          <w:i/>
          <w:iCs/>
          <w:sz w:val="24"/>
          <w:szCs w:val="24"/>
        </w:rPr>
        <w:t xml:space="preserve"> colonne di pietra biggio di </w:t>
      </w:r>
      <w:r w:rsidR="003735A5">
        <w:rPr>
          <w:b/>
          <w:bCs/>
          <w:i/>
          <w:iCs/>
          <w:sz w:val="24"/>
          <w:szCs w:val="24"/>
        </w:rPr>
        <w:t>f</w:t>
      </w:r>
      <w:r w:rsidR="006B0BA9" w:rsidRPr="002D2BDD">
        <w:rPr>
          <w:b/>
          <w:bCs/>
          <w:i/>
          <w:iCs/>
          <w:sz w:val="24"/>
          <w:szCs w:val="24"/>
        </w:rPr>
        <w:t>rabosa</w:t>
      </w:r>
      <w:r w:rsidRPr="002D2BDD">
        <w:rPr>
          <w:b/>
          <w:bCs/>
          <w:i/>
          <w:iCs/>
          <w:sz w:val="24"/>
          <w:szCs w:val="24"/>
        </w:rPr>
        <w:t xml:space="preserve"> che vanno situate nelli di dentro della chiesa che S</w:t>
      </w:r>
      <w:r w:rsidRPr="002D2BDD">
        <w:rPr>
          <w:b/>
          <w:bCs/>
          <w:i/>
          <w:iCs/>
          <w:sz w:val="24"/>
          <w:szCs w:val="24"/>
          <w:vertAlign w:val="superscript"/>
        </w:rPr>
        <w:t>a</w:t>
      </w:r>
      <w:r w:rsidRPr="002D2BDD">
        <w:rPr>
          <w:b/>
          <w:bCs/>
          <w:i/>
          <w:iCs/>
          <w:sz w:val="24"/>
          <w:szCs w:val="24"/>
        </w:rPr>
        <w:t xml:space="preserve"> M</w:t>
      </w:r>
      <w:r w:rsidRPr="002D2BDD">
        <w:rPr>
          <w:b/>
          <w:bCs/>
          <w:i/>
          <w:iCs/>
          <w:sz w:val="24"/>
          <w:szCs w:val="24"/>
          <w:vertAlign w:val="superscript"/>
        </w:rPr>
        <w:t>a</w:t>
      </w:r>
      <w:r w:rsidRPr="002D2BDD">
        <w:rPr>
          <w:b/>
          <w:bCs/>
          <w:i/>
          <w:iCs/>
          <w:sz w:val="24"/>
          <w:szCs w:val="24"/>
        </w:rPr>
        <w:t xml:space="preserve"> fa construere nell</w:t>
      </w:r>
      <w:r w:rsidR="006B0BA9" w:rsidRPr="002D2BDD">
        <w:rPr>
          <w:b/>
          <w:bCs/>
          <w:i/>
          <w:iCs/>
          <w:sz w:val="24"/>
          <w:szCs w:val="24"/>
        </w:rPr>
        <w:t>’</w:t>
      </w:r>
      <w:r w:rsidRPr="002D2BDD">
        <w:rPr>
          <w:b/>
          <w:bCs/>
          <w:i/>
          <w:iCs/>
          <w:sz w:val="24"/>
          <w:szCs w:val="24"/>
        </w:rPr>
        <w:t>Monte di Soperga</w:t>
      </w:r>
      <w:r w:rsidR="00000000">
        <w:rPr>
          <w:i/>
          <w:iCs/>
          <w:sz w:val="24"/>
          <w:szCs w:val="24"/>
        </w:rPr>
        <w:pict w14:anchorId="7429ACCE">
          <v:rect id="_x0000_i1276" style="width:0;height:1.5pt" o:hralign="center" o:hrstd="t" o:hr="t" fillcolor="#a0a0a0" stroked="f"/>
        </w:pict>
      </w:r>
    </w:p>
    <w:p w14:paraId="62255E59" w14:textId="1FD6C6AE" w:rsidR="00585117" w:rsidRDefault="006B0BA9" w:rsidP="003735A5">
      <w:pPr>
        <w:jc w:val="both"/>
        <w:rPr>
          <w:i/>
          <w:iCs/>
          <w:sz w:val="24"/>
          <w:szCs w:val="24"/>
        </w:rPr>
      </w:pPr>
      <w:r>
        <w:rPr>
          <w:i/>
          <w:iCs/>
          <w:sz w:val="24"/>
          <w:szCs w:val="24"/>
        </w:rPr>
        <w:t>Le dette colonne saranno della misura che l’anesso disegnio dimostra, cioè di solo fuso di colonna dall’imoscapo e collarino, sarà trab</w:t>
      </w:r>
      <w:r w:rsidR="001B477E">
        <w:rPr>
          <w:i/>
          <w:iCs/>
          <w:sz w:val="24"/>
          <w:szCs w:val="24"/>
        </w:rPr>
        <w:t>.</w:t>
      </w:r>
      <w:r>
        <w:rPr>
          <w:i/>
          <w:iCs/>
          <w:sz w:val="24"/>
          <w:szCs w:val="24"/>
        </w:rPr>
        <w:t xml:space="preserve"> 3</w:t>
      </w:r>
      <w:r w:rsidR="001B477E">
        <w:rPr>
          <w:i/>
          <w:iCs/>
          <w:sz w:val="24"/>
          <w:szCs w:val="24"/>
        </w:rPr>
        <w:t>.</w:t>
      </w:r>
      <w:r>
        <w:rPr>
          <w:i/>
          <w:iCs/>
          <w:sz w:val="24"/>
          <w:szCs w:val="24"/>
        </w:rPr>
        <w:t>5</w:t>
      </w:r>
      <w:r w:rsidR="001B477E">
        <w:rPr>
          <w:i/>
          <w:iCs/>
          <w:sz w:val="24"/>
          <w:szCs w:val="24"/>
        </w:rPr>
        <w:t>.</w:t>
      </w:r>
      <w:r>
        <w:rPr>
          <w:i/>
          <w:iCs/>
          <w:sz w:val="24"/>
          <w:szCs w:val="24"/>
        </w:rPr>
        <w:t>3</w:t>
      </w:r>
      <w:r w:rsidR="001B477E">
        <w:rPr>
          <w:i/>
          <w:iCs/>
          <w:sz w:val="24"/>
          <w:szCs w:val="24"/>
        </w:rPr>
        <w:t>.</w:t>
      </w:r>
      <w:r>
        <w:rPr>
          <w:i/>
          <w:iCs/>
          <w:sz w:val="24"/>
          <w:szCs w:val="24"/>
        </w:rPr>
        <w:t xml:space="preserve"> e </w:t>
      </w:r>
      <w:r w:rsidR="001B477E">
        <w:rPr>
          <w:i/>
          <w:iCs/>
          <w:sz w:val="24"/>
          <w:szCs w:val="24"/>
        </w:rPr>
        <w:t>detta</w:t>
      </w:r>
      <w:r>
        <w:rPr>
          <w:i/>
          <w:iCs/>
          <w:sz w:val="24"/>
          <w:szCs w:val="24"/>
        </w:rPr>
        <w:t xml:space="preserve"> colonna sarà in pezzi 9 per la sua altezza, e in due pezzi per il suo diametro; che in tutto sarà di pezzi 18 sarà la medema scanellata in n° 24 scanelli co</w:t>
      </w:r>
      <w:r w:rsidR="001B477E">
        <w:rPr>
          <w:i/>
          <w:iCs/>
          <w:sz w:val="24"/>
          <w:szCs w:val="24"/>
        </w:rPr>
        <w:t>n</w:t>
      </w:r>
      <w:r>
        <w:rPr>
          <w:i/>
          <w:iCs/>
          <w:sz w:val="24"/>
          <w:szCs w:val="24"/>
        </w:rPr>
        <w:t xml:space="preserve"> il suo quadretto, e sarà tutta scanellata senza far nesuna divisione nell 3° e il scanello sarà incavato a mezzo diametro co</w:t>
      </w:r>
      <w:r w:rsidR="001B477E">
        <w:rPr>
          <w:i/>
          <w:iCs/>
          <w:sz w:val="24"/>
          <w:szCs w:val="24"/>
        </w:rPr>
        <w:t>n</w:t>
      </w:r>
      <w:r>
        <w:rPr>
          <w:i/>
          <w:iCs/>
          <w:sz w:val="24"/>
          <w:szCs w:val="24"/>
        </w:rPr>
        <w:t xml:space="preserve"> il suo quadretto che sia il 3° dell scanello e nell scanello entrerà la squadra.</w:t>
      </w:r>
    </w:p>
    <w:p w14:paraId="789C383A" w14:textId="1C83713B" w:rsidR="006B0BA9" w:rsidRDefault="006B0BA9" w:rsidP="003735A5">
      <w:pPr>
        <w:jc w:val="both"/>
        <w:rPr>
          <w:i/>
          <w:iCs/>
          <w:sz w:val="24"/>
          <w:szCs w:val="24"/>
        </w:rPr>
      </w:pPr>
      <w:r>
        <w:rPr>
          <w:i/>
          <w:iCs/>
          <w:sz w:val="24"/>
          <w:szCs w:val="24"/>
        </w:rPr>
        <w:t>E perche le sudette colonne sono in tantte pezzi, per la facilità di trovarlli, come anche per la condotta e detti scanellature no</w:t>
      </w:r>
      <w:r w:rsidR="001B477E">
        <w:rPr>
          <w:i/>
          <w:iCs/>
          <w:sz w:val="24"/>
          <w:szCs w:val="24"/>
        </w:rPr>
        <w:t>n</w:t>
      </w:r>
      <w:r>
        <w:rPr>
          <w:i/>
          <w:iCs/>
          <w:sz w:val="24"/>
          <w:szCs w:val="24"/>
        </w:rPr>
        <w:t xml:space="preserve"> potendosi lavorare così perfetti in pezzi, </w:t>
      </w:r>
      <w:r w:rsidR="001B477E">
        <w:rPr>
          <w:i/>
          <w:iCs/>
          <w:sz w:val="24"/>
          <w:szCs w:val="24"/>
        </w:rPr>
        <w:t xml:space="preserve">e necesario solamente in terra abbozzarlle, </w:t>
      </w:r>
      <w:r>
        <w:rPr>
          <w:i/>
          <w:iCs/>
          <w:sz w:val="24"/>
          <w:szCs w:val="24"/>
        </w:rPr>
        <w:t>e poscia quando la colonna è messa in opera, calare i piombi e profilare e giustamente fare il suo quadretto perfettamente a piombo acciò le canellature no</w:t>
      </w:r>
      <w:r w:rsidR="001B477E">
        <w:rPr>
          <w:i/>
          <w:iCs/>
          <w:sz w:val="24"/>
          <w:szCs w:val="24"/>
        </w:rPr>
        <w:t>n</w:t>
      </w:r>
      <w:r>
        <w:rPr>
          <w:i/>
          <w:iCs/>
          <w:sz w:val="24"/>
          <w:szCs w:val="24"/>
        </w:rPr>
        <w:t xml:space="preserve"> si vedano piegare ma restare a piombo perfetto.</w:t>
      </w:r>
    </w:p>
    <w:p w14:paraId="339BCEB3" w14:textId="634422DB" w:rsidR="006B0BA9" w:rsidRDefault="006B0BA9" w:rsidP="003735A5">
      <w:pPr>
        <w:jc w:val="both"/>
        <w:rPr>
          <w:i/>
          <w:iCs/>
          <w:sz w:val="24"/>
          <w:szCs w:val="24"/>
        </w:rPr>
      </w:pPr>
      <w:r>
        <w:rPr>
          <w:i/>
          <w:iCs/>
          <w:sz w:val="24"/>
          <w:szCs w:val="24"/>
        </w:rPr>
        <w:t>Sopra tutto si raccomanda l’unione de pezzi sempre in piano perfetto per tutte le parti</w:t>
      </w:r>
      <w:r w:rsidR="001E2A02">
        <w:rPr>
          <w:i/>
          <w:iCs/>
          <w:sz w:val="24"/>
          <w:szCs w:val="24"/>
        </w:rPr>
        <w:t>. E che la pietra serri una co</w:t>
      </w:r>
      <w:r w:rsidR="001B477E">
        <w:rPr>
          <w:i/>
          <w:iCs/>
          <w:sz w:val="24"/>
          <w:szCs w:val="24"/>
        </w:rPr>
        <w:t>n</w:t>
      </w:r>
      <w:r w:rsidR="001E2A02">
        <w:rPr>
          <w:i/>
          <w:iCs/>
          <w:sz w:val="24"/>
          <w:szCs w:val="24"/>
        </w:rPr>
        <w:t xml:space="preserve"> l’altra perfettamente e questo s’intende interiormente e esteriormente co</w:t>
      </w:r>
      <w:r w:rsidR="001B477E">
        <w:rPr>
          <w:i/>
          <w:iCs/>
          <w:sz w:val="24"/>
          <w:szCs w:val="24"/>
        </w:rPr>
        <w:t>n</w:t>
      </w:r>
      <w:r w:rsidR="001E2A02">
        <w:rPr>
          <w:i/>
          <w:iCs/>
          <w:sz w:val="24"/>
          <w:szCs w:val="24"/>
        </w:rPr>
        <w:t xml:space="preserve"> tutta quella diligenza che ricerca la perfettione di tal lavoro. </w:t>
      </w:r>
    </w:p>
    <w:p w14:paraId="6098356F" w14:textId="5E8861E5" w:rsidR="001E2A02" w:rsidRDefault="001E2A02" w:rsidP="003735A5">
      <w:pPr>
        <w:jc w:val="both"/>
        <w:rPr>
          <w:i/>
          <w:iCs/>
          <w:sz w:val="24"/>
          <w:szCs w:val="24"/>
        </w:rPr>
      </w:pPr>
      <w:r>
        <w:rPr>
          <w:i/>
          <w:iCs/>
          <w:sz w:val="24"/>
          <w:szCs w:val="24"/>
        </w:rPr>
        <w:t>Si doverà avertire parimente al colore delli pezzi che no</w:t>
      </w:r>
      <w:r w:rsidR="001B477E">
        <w:rPr>
          <w:i/>
          <w:iCs/>
          <w:sz w:val="24"/>
          <w:szCs w:val="24"/>
        </w:rPr>
        <w:t>n</w:t>
      </w:r>
      <w:r>
        <w:rPr>
          <w:i/>
          <w:iCs/>
          <w:sz w:val="24"/>
          <w:szCs w:val="24"/>
        </w:rPr>
        <w:t xml:space="preserve"> faccino deformità nell unione e che tagli la colonna per mezzo o per altro; e in questo si oserverà quanto sarà posibile. </w:t>
      </w:r>
    </w:p>
    <w:p w14:paraId="4F74B761" w14:textId="0B133750" w:rsidR="001E2A02" w:rsidRDefault="001E2A02" w:rsidP="003735A5">
      <w:pPr>
        <w:jc w:val="both"/>
        <w:rPr>
          <w:i/>
          <w:iCs/>
          <w:sz w:val="24"/>
          <w:szCs w:val="24"/>
        </w:rPr>
      </w:pPr>
      <w:r>
        <w:rPr>
          <w:i/>
          <w:iCs/>
          <w:sz w:val="24"/>
          <w:szCs w:val="24"/>
        </w:rPr>
        <w:t>Dette colonne saranno bin lustre di tutta perfezione fatte a opera conlaudata e perché le canellature si doveranno allustrare i</w:t>
      </w:r>
      <w:r w:rsidR="00531F22">
        <w:rPr>
          <w:i/>
          <w:iCs/>
          <w:sz w:val="24"/>
          <w:szCs w:val="24"/>
        </w:rPr>
        <w:t>n</w:t>
      </w:r>
      <w:r>
        <w:rPr>
          <w:i/>
          <w:iCs/>
          <w:sz w:val="24"/>
          <w:szCs w:val="24"/>
        </w:rPr>
        <w:t xml:space="preserve"> opera questo si farà co</w:t>
      </w:r>
      <w:r w:rsidR="00531F22">
        <w:rPr>
          <w:i/>
          <w:iCs/>
          <w:sz w:val="24"/>
          <w:szCs w:val="24"/>
        </w:rPr>
        <w:t>n</w:t>
      </w:r>
      <w:r>
        <w:rPr>
          <w:i/>
          <w:iCs/>
          <w:sz w:val="24"/>
          <w:szCs w:val="24"/>
        </w:rPr>
        <w:t xml:space="preserve"> un po' più di tempo, </w:t>
      </w:r>
      <w:r w:rsidR="00531F22">
        <w:rPr>
          <w:i/>
          <w:iCs/>
          <w:sz w:val="24"/>
          <w:szCs w:val="24"/>
        </w:rPr>
        <w:t>onde</w:t>
      </w:r>
      <w:r>
        <w:rPr>
          <w:i/>
          <w:iCs/>
          <w:sz w:val="24"/>
          <w:szCs w:val="24"/>
        </w:rPr>
        <w:t xml:space="preserve"> l’impresario, resterà caricato di questo con tutta politezza.</w:t>
      </w:r>
    </w:p>
    <w:p w14:paraId="24B2CEF6" w14:textId="5A4FEE79" w:rsidR="001E2A02" w:rsidRDefault="001E2A02" w:rsidP="003735A5">
      <w:pPr>
        <w:jc w:val="both"/>
        <w:rPr>
          <w:i/>
          <w:iCs/>
          <w:sz w:val="24"/>
          <w:szCs w:val="24"/>
        </w:rPr>
      </w:pPr>
      <w:r>
        <w:rPr>
          <w:i/>
          <w:iCs/>
          <w:sz w:val="24"/>
          <w:szCs w:val="24"/>
        </w:rPr>
        <w:t>E se in caso troveranno espediente di fare tal canellatura in terra, e che vadino bene in opera, si lascerà in suo caricho, havertendo se le canellature no</w:t>
      </w:r>
      <w:r w:rsidR="00531F22">
        <w:rPr>
          <w:i/>
          <w:iCs/>
          <w:sz w:val="24"/>
          <w:szCs w:val="24"/>
        </w:rPr>
        <w:t>n</w:t>
      </w:r>
      <w:r>
        <w:rPr>
          <w:i/>
          <w:iCs/>
          <w:sz w:val="24"/>
          <w:szCs w:val="24"/>
        </w:rPr>
        <w:t xml:space="preserve"> saranno rette a piombo si faranno levare tutti i pezzi che no</w:t>
      </w:r>
      <w:r w:rsidR="00531F22">
        <w:rPr>
          <w:i/>
          <w:iCs/>
          <w:sz w:val="24"/>
          <w:szCs w:val="24"/>
        </w:rPr>
        <w:t>n</w:t>
      </w:r>
      <w:r>
        <w:rPr>
          <w:i/>
          <w:iCs/>
          <w:sz w:val="24"/>
          <w:szCs w:val="24"/>
        </w:rPr>
        <w:t xml:space="preserve"> saranno perfetti a suo carico e spese, e sofriranno la tiratura a loro conto e ponteggi a loro opere.</w:t>
      </w:r>
    </w:p>
    <w:p w14:paraId="020C8231" w14:textId="77777777" w:rsidR="001E2A02" w:rsidRDefault="001E2A02" w:rsidP="003735A5">
      <w:pPr>
        <w:jc w:val="both"/>
        <w:rPr>
          <w:i/>
          <w:iCs/>
          <w:sz w:val="24"/>
          <w:szCs w:val="24"/>
        </w:rPr>
      </w:pPr>
      <w:r>
        <w:rPr>
          <w:i/>
          <w:iCs/>
          <w:sz w:val="24"/>
          <w:szCs w:val="24"/>
        </w:rPr>
        <w:t>Saranno tenuti d’asssitere alla mettitura in opera e fare de bugi per le chiavette o altri ferri necesarij somministrando tutta la ferramenta il Reggio Patrimonio.</w:t>
      </w:r>
    </w:p>
    <w:p w14:paraId="21E88D88" w14:textId="0BEB8665" w:rsidR="009379DA" w:rsidRDefault="009379DA" w:rsidP="003735A5">
      <w:pPr>
        <w:jc w:val="both"/>
        <w:rPr>
          <w:i/>
          <w:iCs/>
          <w:sz w:val="24"/>
          <w:szCs w:val="24"/>
        </w:rPr>
      </w:pPr>
      <w:r>
        <w:rPr>
          <w:i/>
          <w:iCs/>
          <w:sz w:val="24"/>
          <w:szCs w:val="24"/>
        </w:rPr>
        <w:t>S’intende che si darà i pezzi spaccati dalla cava a misura che possono ben abbozzarlli e secondo porta la spaccatura di detta pietra e obbligazione dell partito già dato.</w:t>
      </w:r>
    </w:p>
    <w:p w14:paraId="41453E45" w14:textId="77777777" w:rsidR="00531F22" w:rsidRDefault="009379DA" w:rsidP="003735A5">
      <w:pPr>
        <w:jc w:val="both"/>
        <w:rPr>
          <w:i/>
          <w:iCs/>
          <w:sz w:val="24"/>
          <w:szCs w:val="24"/>
        </w:rPr>
      </w:pPr>
      <w:r>
        <w:rPr>
          <w:i/>
          <w:iCs/>
          <w:sz w:val="24"/>
          <w:szCs w:val="24"/>
        </w:rPr>
        <w:t>Saranno tenuti di dare li pezzi in due parti e di tutta perfezione lavorati e secondo il disegnio e la vena o machia per lungo e no</w:t>
      </w:r>
      <w:r w:rsidR="00531F22">
        <w:rPr>
          <w:i/>
          <w:iCs/>
          <w:sz w:val="24"/>
          <w:szCs w:val="24"/>
        </w:rPr>
        <w:t>n</w:t>
      </w:r>
      <w:r>
        <w:rPr>
          <w:i/>
          <w:iCs/>
          <w:sz w:val="24"/>
          <w:szCs w:val="24"/>
        </w:rPr>
        <w:t xml:space="preserve"> per piano il tutto a opera conlaudata e 2° il disegnio sopra detto.</w:t>
      </w:r>
      <w:r w:rsidRPr="009379DA">
        <w:rPr>
          <w:i/>
          <w:iCs/>
          <w:sz w:val="24"/>
          <w:szCs w:val="24"/>
        </w:rPr>
        <w:t xml:space="preserve"> </w:t>
      </w:r>
      <w:r w:rsidR="00000000">
        <w:rPr>
          <w:i/>
          <w:iCs/>
          <w:sz w:val="24"/>
          <w:szCs w:val="24"/>
        </w:rPr>
        <w:pict w14:anchorId="104D4FE7">
          <v:rect id="_x0000_i1277" style="width:0;height:1.5pt" o:hralign="center" o:hrstd="t" o:hr="t" fillcolor="#a0a0a0" stroked="f"/>
        </w:pict>
      </w:r>
    </w:p>
    <w:p w14:paraId="03A9166A" w14:textId="77777777" w:rsidR="00531F22" w:rsidRDefault="009379DA" w:rsidP="00531F22">
      <w:pPr>
        <w:jc w:val="right"/>
        <w:rPr>
          <w:i/>
          <w:iCs/>
          <w:sz w:val="24"/>
          <w:szCs w:val="24"/>
        </w:rPr>
      </w:pPr>
      <w:r>
        <w:rPr>
          <w:i/>
          <w:iCs/>
          <w:sz w:val="24"/>
          <w:szCs w:val="24"/>
        </w:rPr>
        <w:t>Cav</w:t>
      </w:r>
      <w:r w:rsidR="00531F22">
        <w:rPr>
          <w:i/>
          <w:iCs/>
          <w:sz w:val="24"/>
          <w:szCs w:val="24"/>
        </w:rPr>
        <w:t>aliere</w:t>
      </w:r>
      <w:r>
        <w:rPr>
          <w:i/>
          <w:iCs/>
          <w:sz w:val="24"/>
          <w:szCs w:val="24"/>
        </w:rPr>
        <w:t xml:space="preserve"> D</w:t>
      </w:r>
      <w:r w:rsidR="00531F22">
        <w:rPr>
          <w:i/>
          <w:iCs/>
          <w:sz w:val="24"/>
          <w:szCs w:val="24"/>
        </w:rPr>
        <w:t>on</w:t>
      </w:r>
      <w:r>
        <w:rPr>
          <w:i/>
          <w:iCs/>
          <w:sz w:val="24"/>
          <w:szCs w:val="24"/>
        </w:rPr>
        <w:t xml:space="preserve"> Filippo Juvarra A</w:t>
      </w:r>
      <w:r w:rsidR="00531F22">
        <w:rPr>
          <w:i/>
          <w:iCs/>
          <w:sz w:val="24"/>
          <w:szCs w:val="24"/>
        </w:rPr>
        <w:t>rchitetto</w:t>
      </w:r>
      <w:r w:rsidRPr="009379DA">
        <w:rPr>
          <w:i/>
          <w:iCs/>
          <w:sz w:val="24"/>
          <w:szCs w:val="24"/>
        </w:rPr>
        <w:t xml:space="preserve"> </w:t>
      </w:r>
      <w:r w:rsidR="00000000">
        <w:rPr>
          <w:i/>
          <w:iCs/>
          <w:sz w:val="24"/>
          <w:szCs w:val="24"/>
        </w:rPr>
        <w:pict w14:anchorId="3A58B57B">
          <v:rect id="_x0000_i1278" style="width:0;height:1.5pt" o:hralign="center" o:hrstd="t" o:hr="t" fillcolor="#a0a0a0" stroked="f"/>
        </w:pict>
      </w:r>
    </w:p>
    <w:p w14:paraId="3C93FD2E" w14:textId="1872B57C" w:rsidR="002D2BDD" w:rsidRDefault="001E2A02" w:rsidP="00531F22">
      <w:pPr>
        <w:jc w:val="both"/>
        <w:rPr>
          <w:i/>
          <w:iCs/>
          <w:sz w:val="24"/>
          <w:szCs w:val="24"/>
        </w:rPr>
      </w:pPr>
      <w:r>
        <w:rPr>
          <w:i/>
          <w:iCs/>
          <w:sz w:val="24"/>
          <w:szCs w:val="24"/>
        </w:rPr>
        <w:lastRenderedPageBreak/>
        <w:t xml:space="preserve">Si osserverà che tutti i tufi sofribile si metterà de taselli e questo s’intende a una piccola quantità, onde </w:t>
      </w:r>
      <w:r w:rsidR="002D2BDD">
        <w:rPr>
          <w:i/>
          <w:iCs/>
          <w:sz w:val="24"/>
          <w:szCs w:val="24"/>
        </w:rPr>
        <w:t>se si potessero ritrovare senza d’essi, sarebbe meglio.</w:t>
      </w:r>
    </w:p>
    <w:p w14:paraId="69CA1A2B" w14:textId="4BA0F0E6" w:rsidR="001E2A02" w:rsidRDefault="002D2BDD" w:rsidP="00531F22">
      <w:pPr>
        <w:jc w:val="both"/>
        <w:rPr>
          <w:i/>
          <w:iCs/>
          <w:sz w:val="24"/>
          <w:szCs w:val="24"/>
        </w:rPr>
      </w:pPr>
      <w:r>
        <w:rPr>
          <w:i/>
          <w:iCs/>
          <w:sz w:val="24"/>
          <w:szCs w:val="24"/>
        </w:rPr>
        <w:t xml:space="preserve">Le base saranno </w:t>
      </w:r>
      <w:r w:rsidR="0069328C">
        <w:rPr>
          <w:i/>
          <w:iCs/>
          <w:sz w:val="24"/>
          <w:szCs w:val="24"/>
        </w:rPr>
        <w:t>di marmore di Foresto della sacoma che si darà dell medemo ordine corintio e sarà tutta la metà in un pezzo e l’altra metà in due pezzi ben lavorata e profilata a tutta perffezione co</w:t>
      </w:r>
      <w:r w:rsidR="00531F22">
        <w:rPr>
          <w:i/>
          <w:iCs/>
          <w:sz w:val="24"/>
          <w:szCs w:val="24"/>
        </w:rPr>
        <w:t>n</w:t>
      </w:r>
      <w:r w:rsidR="0069328C">
        <w:rPr>
          <w:i/>
          <w:iCs/>
          <w:sz w:val="24"/>
          <w:szCs w:val="24"/>
        </w:rPr>
        <w:t xml:space="preserve"> oservare l’angoli dell plinto sia intierno senza taselli o falde e li detti lasciarlli rustichi acciò nella condotta no</w:t>
      </w:r>
      <w:r w:rsidR="00531F22">
        <w:rPr>
          <w:i/>
          <w:iCs/>
          <w:sz w:val="24"/>
          <w:szCs w:val="24"/>
        </w:rPr>
        <w:t xml:space="preserve">n </w:t>
      </w:r>
      <w:r w:rsidR="0069328C">
        <w:rPr>
          <w:i/>
          <w:iCs/>
          <w:sz w:val="24"/>
          <w:szCs w:val="24"/>
        </w:rPr>
        <w:t>si rompessero, e poscia sul posto perfetionarlli.</w:t>
      </w:r>
    </w:p>
    <w:p w14:paraId="572E8EB5" w14:textId="2D17B47D" w:rsidR="0069328C" w:rsidRDefault="0069328C" w:rsidP="00531F22">
      <w:pPr>
        <w:jc w:val="both"/>
        <w:rPr>
          <w:i/>
          <w:iCs/>
          <w:sz w:val="24"/>
          <w:szCs w:val="24"/>
        </w:rPr>
      </w:pPr>
      <w:r>
        <w:rPr>
          <w:i/>
          <w:iCs/>
          <w:sz w:val="24"/>
          <w:szCs w:val="24"/>
        </w:rPr>
        <w:t>Piedestalli saranno di pietra di Biggio di frabosa lustri co</w:t>
      </w:r>
      <w:r w:rsidR="00531F22">
        <w:rPr>
          <w:i/>
          <w:iCs/>
          <w:sz w:val="24"/>
          <w:szCs w:val="24"/>
        </w:rPr>
        <w:t>n</w:t>
      </w:r>
      <w:r>
        <w:rPr>
          <w:i/>
          <w:iCs/>
          <w:sz w:val="24"/>
          <w:szCs w:val="24"/>
        </w:rPr>
        <w:t xml:space="preserve"> sua base, e cima</w:t>
      </w:r>
      <w:r w:rsidR="00531F22">
        <w:rPr>
          <w:i/>
          <w:iCs/>
          <w:sz w:val="24"/>
          <w:szCs w:val="24"/>
        </w:rPr>
        <w:t>t</w:t>
      </w:r>
      <w:r>
        <w:rPr>
          <w:i/>
          <w:iCs/>
          <w:sz w:val="24"/>
          <w:szCs w:val="24"/>
        </w:rPr>
        <w:t xml:space="preserve">a, della sacoma che si darà, e nel quadrato di </w:t>
      </w:r>
      <w:r w:rsidR="00531F22">
        <w:rPr>
          <w:i/>
          <w:iCs/>
          <w:sz w:val="24"/>
          <w:szCs w:val="24"/>
        </w:rPr>
        <w:t>detto</w:t>
      </w:r>
      <w:r>
        <w:rPr>
          <w:i/>
          <w:iCs/>
          <w:sz w:val="24"/>
          <w:szCs w:val="24"/>
        </w:rPr>
        <w:t xml:space="preserve"> piedestallo ci sarà un riquadramento nel mezzo co</w:t>
      </w:r>
      <w:r w:rsidR="00531F22">
        <w:rPr>
          <w:i/>
          <w:iCs/>
          <w:sz w:val="24"/>
          <w:szCs w:val="24"/>
        </w:rPr>
        <w:t>n</w:t>
      </w:r>
      <w:r>
        <w:rPr>
          <w:i/>
          <w:iCs/>
          <w:sz w:val="24"/>
          <w:szCs w:val="24"/>
        </w:rPr>
        <w:t xml:space="preserve"> sua cornicetta intorno 2° la sacoma che si darà come anche nei fianchi di </w:t>
      </w:r>
      <w:r w:rsidR="00531F22">
        <w:rPr>
          <w:i/>
          <w:iCs/>
          <w:sz w:val="24"/>
          <w:szCs w:val="24"/>
        </w:rPr>
        <w:t>detto</w:t>
      </w:r>
      <w:r>
        <w:rPr>
          <w:i/>
          <w:iCs/>
          <w:sz w:val="24"/>
          <w:szCs w:val="24"/>
        </w:rPr>
        <w:t xml:space="preserve"> piedestallo ci saranno i simili riquadri sfondi della </w:t>
      </w:r>
      <w:r w:rsidR="00531F22">
        <w:rPr>
          <w:i/>
          <w:iCs/>
          <w:sz w:val="24"/>
          <w:szCs w:val="24"/>
        </w:rPr>
        <w:t>detta</w:t>
      </w:r>
      <w:r>
        <w:rPr>
          <w:i/>
          <w:iCs/>
          <w:sz w:val="24"/>
          <w:szCs w:val="24"/>
        </w:rPr>
        <w:t xml:space="preserve"> pietra di biggio tutto ben comesso e lustrato a tutta perfezione a opera conlaudata.</w:t>
      </w:r>
    </w:p>
    <w:p w14:paraId="050E179F" w14:textId="503DBAAF" w:rsidR="0069328C" w:rsidRDefault="0069328C" w:rsidP="00531F22">
      <w:pPr>
        <w:jc w:val="both"/>
        <w:rPr>
          <w:i/>
          <w:iCs/>
          <w:sz w:val="24"/>
          <w:szCs w:val="24"/>
        </w:rPr>
      </w:pPr>
      <w:r>
        <w:rPr>
          <w:i/>
          <w:iCs/>
          <w:sz w:val="24"/>
          <w:szCs w:val="24"/>
        </w:rPr>
        <w:t xml:space="preserve">I pezzi di </w:t>
      </w:r>
      <w:r w:rsidR="00531F22">
        <w:rPr>
          <w:i/>
          <w:iCs/>
          <w:sz w:val="24"/>
          <w:szCs w:val="24"/>
        </w:rPr>
        <w:t>detto</w:t>
      </w:r>
      <w:r>
        <w:rPr>
          <w:i/>
          <w:iCs/>
          <w:sz w:val="24"/>
          <w:szCs w:val="24"/>
        </w:rPr>
        <w:t xml:space="preserve"> piedestallo saranno messi in maniera che no</w:t>
      </w:r>
      <w:r w:rsidR="00531F22">
        <w:rPr>
          <w:i/>
          <w:iCs/>
          <w:sz w:val="24"/>
          <w:szCs w:val="24"/>
        </w:rPr>
        <w:t>n</w:t>
      </w:r>
      <w:r>
        <w:rPr>
          <w:i/>
          <w:iCs/>
          <w:sz w:val="24"/>
          <w:szCs w:val="24"/>
        </w:rPr>
        <w:t xml:space="preserve"> si veda la comessura in faccia, e se è necesario </w:t>
      </w:r>
      <w:r w:rsidR="009379DA">
        <w:rPr>
          <w:i/>
          <w:iCs/>
          <w:sz w:val="24"/>
          <w:szCs w:val="24"/>
        </w:rPr>
        <w:t>farne qualche duna sia di tutta perfetione unita acciò no</w:t>
      </w:r>
      <w:r w:rsidR="00531F22">
        <w:rPr>
          <w:i/>
          <w:iCs/>
          <w:sz w:val="24"/>
          <w:szCs w:val="24"/>
        </w:rPr>
        <w:t>n</w:t>
      </w:r>
      <w:r w:rsidR="009379DA">
        <w:rPr>
          <w:i/>
          <w:iCs/>
          <w:sz w:val="24"/>
          <w:szCs w:val="24"/>
        </w:rPr>
        <w:t xml:space="preserve"> si veda in parte che facci deformità.</w:t>
      </w:r>
    </w:p>
    <w:p w14:paraId="12B0EDA3" w14:textId="77777777" w:rsidR="009379DA" w:rsidRDefault="009379DA" w:rsidP="00531F22">
      <w:pPr>
        <w:jc w:val="both"/>
        <w:rPr>
          <w:i/>
          <w:iCs/>
          <w:sz w:val="24"/>
          <w:szCs w:val="24"/>
        </w:rPr>
      </w:pPr>
      <w:r>
        <w:rPr>
          <w:i/>
          <w:iCs/>
          <w:sz w:val="24"/>
          <w:szCs w:val="24"/>
        </w:rPr>
        <w:t>Saranno tenuti come sopra alla metitura in opera e fare i buchi a chiavetti, e altri ferri necesarij.</w:t>
      </w:r>
      <w:r w:rsidRPr="009379DA">
        <w:rPr>
          <w:i/>
          <w:iCs/>
          <w:sz w:val="24"/>
          <w:szCs w:val="24"/>
        </w:rPr>
        <w:t xml:space="preserve"> </w:t>
      </w:r>
    </w:p>
    <w:p w14:paraId="5666A714" w14:textId="252E73CB" w:rsidR="00785DA1" w:rsidRDefault="009379DA" w:rsidP="00531F22">
      <w:pPr>
        <w:jc w:val="both"/>
        <w:rPr>
          <w:i/>
          <w:iCs/>
          <w:sz w:val="24"/>
          <w:szCs w:val="24"/>
        </w:rPr>
      </w:pPr>
      <w:r>
        <w:rPr>
          <w:i/>
          <w:iCs/>
          <w:sz w:val="24"/>
          <w:szCs w:val="24"/>
        </w:rPr>
        <w:t>S’averte che nell caricare i pezzi asistono con tutta diligenza a no</w:t>
      </w:r>
      <w:r w:rsidR="00531F22">
        <w:rPr>
          <w:i/>
          <w:iCs/>
          <w:sz w:val="24"/>
          <w:szCs w:val="24"/>
        </w:rPr>
        <w:t>n</w:t>
      </w:r>
      <w:r>
        <w:rPr>
          <w:i/>
          <w:iCs/>
          <w:sz w:val="24"/>
          <w:szCs w:val="24"/>
        </w:rPr>
        <w:t xml:space="preserve"> rompervi li angoli come parimente nel scaricarlli e se sarà qualche parte rotta per sua negligenza siano tenuti rifalli e se in qualche parte sofribile </w:t>
      </w:r>
      <w:r w:rsidR="00785DA1">
        <w:rPr>
          <w:i/>
          <w:iCs/>
          <w:sz w:val="24"/>
          <w:szCs w:val="24"/>
        </w:rPr>
        <w:t>mettere de taselli e questo sarà 2° dira l’Architetto, o Soprastante che esiste sul posto.</w:t>
      </w:r>
    </w:p>
    <w:p w14:paraId="24DF3142" w14:textId="77777777" w:rsidR="00531F22" w:rsidRDefault="00785DA1" w:rsidP="00531F22">
      <w:pPr>
        <w:jc w:val="both"/>
        <w:rPr>
          <w:i/>
          <w:iCs/>
          <w:sz w:val="24"/>
          <w:szCs w:val="24"/>
        </w:rPr>
      </w:pPr>
      <w:r>
        <w:rPr>
          <w:i/>
          <w:iCs/>
          <w:sz w:val="24"/>
          <w:szCs w:val="24"/>
        </w:rPr>
        <w:t>Il tutto sia conforme il disegnio a tutta perfezione e a opera conlaudata che tutti i tufi che esceranno in una staggione passata alla metitura in opera saranno tenuti co</w:t>
      </w:r>
      <w:r w:rsidR="00531F22">
        <w:rPr>
          <w:i/>
          <w:iCs/>
          <w:sz w:val="24"/>
          <w:szCs w:val="24"/>
        </w:rPr>
        <w:t>n</w:t>
      </w:r>
      <w:r>
        <w:rPr>
          <w:i/>
          <w:iCs/>
          <w:sz w:val="24"/>
          <w:szCs w:val="24"/>
        </w:rPr>
        <w:t xml:space="preserve"> ponti rimeterlli a loro conto e tutto a loro spese e questo quanto occorrerà in ordine a </w:t>
      </w:r>
      <w:r w:rsidR="00531F22">
        <w:rPr>
          <w:i/>
          <w:iCs/>
          <w:sz w:val="24"/>
          <w:szCs w:val="24"/>
        </w:rPr>
        <w:t>detto</w:t>
      </w:r>
      <w:r>
        <w:rPr>
          <w:i/>
          <w:iCs/>
          <w:sz w:val="24"/>
          <w:szCs w:val="24"/>
        </w:rPr>
        <w:t xml:space="preserve"> lavoro.</w:t>
      </w:r>
      <w:r w:rsidR="00000000">
        <w:rPr>
          <w:i/>
          <w:iCs/>
          <w:sz w:val="24"/>
          <w:szCs w:val="24"/>
        </w:rPr>
        <w:pict w14:anchorId="2F0441FA">
          <v:rect id="_x0000_i1279" style="width:0;height:1.5pt" o:hralign="center" o:hrstd="t" o:hr="t" fillcolor="#a0a0a0" stroked="f"/>
        </w:pict>
      </w:r>
    </w:p>
    <w:p w14:paraId="084E0476" w14:textId="2EEBBDDA" w:rsidR="009379DA" w:rsidRDefault="006911C9" w:rsidP="00531F22">
      <w:pPr>
        <w:jc w:val="right"/>
        <w:rPr>
          <w:i/>
          <w:iCs/>
          <w:sz w:val="24"/>
          <w:szCs w:val="24"/>
        </w:rPr>
      </w:pPr>
      <w:r>
        <w:rPr>
          <w:i/>
          <w:iCs/>
          <w:sz w:val="24"/>
          <w:szCs w:val="24"/>
        </w:rPr>
        <w:t>Torino a 23</w:t>
      </w:r>
      <w:r w:rsidR="00531F22">
        <w:rPr>
          <w:i/>
          <w:iCs/>
          <w:sz w:val="24"/>
          <w:szCs w:val="24"/>
        </w:rPr>
        <w:t xml:space="preserve"> Dicembre</w:t>
      </w:r>
      <w:r>
        <w:rPr>
          <w:i/>
          <w:iCs/>
          <w:sz w:val="24"/>
          <w:szCs w:val="24"/>
        </w:rPr>
        <w:t xml:space="preserve"> 1719</w:t>
      </w:r>
    </w:p>
    <w:p w14:paraId="1997203E" w14:textId="77777777" w:rsidR="00531F22" w:rsidRDefault="00531F22" w:rsidP="00531F22">
      <w:pPr>
        <w:jc w:val="right"/>
        <w:rPr>
          <w:i/>
          <w:iCs/>
          <w:sz w:val="24"/>
          <w:szCs w:val="24"/>
        </w:rPr>
      </w:pPr>
      <w:r>
        <w:rPr>
          <w:i/>
          <w:iCs/>
          <w:sz w:val="24"/>
          <w:szCs w:val="24"/>
        </w:rPr>
        <w:t>Cavaliere Don</w:t>
      </w:r>
      <w:r w:rsidR="006911C9" w:rsidRPr="00531F22">
        <w:rPr>
          <w:i/>
          <w:iCs/>
          <w:sz w:val="24"/>
          <w:szCs w:val="24"/>
        </w:rPr>
        <w:t xml:space="preserve"> Filippo Juvarra A</w:t>
      </w:r>
      <w:r w:rsidRPr="00531F22">
        <w:rPr>
          <w:i/>
          <w:iCs/>
          <w:sz w:val="24"/>
          <w:szCs w:val="24"/>
        </w:rPr>
        <w:t>r</w:t>
      </w:r>
      <w:r>
        <w:rPr>
          <w:i/>
          <w:iCs/>
          <w:sz w:val="24"/>
          <w:szCs w:val="24"/>
        </w:rPr>
        <w:t>chitetto</w:t>
      </w:r>
      <w:r w:rsidR="006911C9" w:rsidRPr="00531F22">
        <w:rPr>
          <w:i/>
          <w:iCs/>
          <w:sz w:val="24"/>
          <w:szCs w:val="24"/>
        </w:rPr>
        <w:t xml:space="preserve"> </w:t>
      </w:r>
      <w:r w:rsidR="00000000">
        <w:rPr>
          <w:i/>
          <w:iCs/>
          <w:sz w:val="24"/>
          <w:szCs w:val="24"/>
        </w:rPr>
        <w:pict w14:anchorId="1E3257C2">
          <v:rect id="_x0000_i1280" style="width:0;height:1.5pt" o:hralign="center" o:hrstd="t" o:hr="t" fillcolor="#a0a0a0" stroked="f"/>
        </w:pict>
      </w:r>
    </w:p>
    <w:p w14:paraId="406240EC" w14:textId="21717B62" w:rsidR="006911C9" w:rsidRDefault="006911C9" w:rsidP="00531F22">
      <w:pPr>
        <w:jc w:val="both"/>
        <w:rPr>
          <w:sz w:val="24"/>
          <w:szCs w:val="24"/>
        </w:rPr>
      </w:pPr>
      <w:r w:rsidRPr="00F873E8">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7 (1720) | foll. </w:t>
      </w:r>
      <w:r>
        <w:rPr>
          <w:sz w:val="24"/>
          <w:szCs w:val="24"/>
        </w:rPr>
        <w:t>232-233-23</w:t>
      </w:r>
      <w:r w:rsidRPr="00F873E8">
        <w:rPr>
          <w:sz w:val="24"/>
          <w:szCs w:val="24"/>
        </w:rPr>
        <w:t>5-</w:t>
      </w:r>
      <w:r>
        <w:rPr>
          <w:sz w:val="24"/>
          <w:szCs w:val="24"/>
        </w:rPr>
        <w:t>23</w:t>
      </w:r>
      <w:r w:rsidRPr="00F873E8">
        <w:rPr>
          <w:sz w:val="24"/>
          <w:szCs w:val="24"/>
        </w:rPr>
        <w:t>6</w:t>
      </w:r>
      <w:r>
        <w:rPr>
          <w:sz w:val="24"/>
          <w:szCs w:val="24"/>
        </w:rPr>
        <w:t>.</w:t>
      </w:r>
    </w:p>
    <w:p w14:paraId="07403FB6" w14:textId="77777777" w:rsidR="00935555" w:rsidRDefault="00935555" w:rsidP="005413C0">
      <w:pPr>
        <w:rPr>
          <w:sz w:val="24"/>
          <w:szCs w:val="24"/>
        </w:rPr>
      </w:pPr>
    </w:p>
    <w:p w14:paraId="0C495B9C" w14:textId="7678D104" w:rsidR="00935555" w:rsidRDefault="00935555" w:rsidP="00935555">
      <w:pPr>
        <w:jc w:val="center"/>
        <w:rPr>
          <w:sz w:val="28"/>
          <w:szCs w:val="28"/>
        </w:rPr>
      </w:pPr>
      <w:r w:rsidRPr="00A041A4">
        <w:rPr>
          <w:sz w:val="28"/>
          <w:szCs w:val="28"/>
        </w:rPr>
        <w:t>17</w:t>
      </w:r>
      <w:r>
        <w:rPr>
          <w:sz w:val="28"/>
          <w:szCs w:val="28"/>
        </w:rPr>
        <w:t>20</w:t>
      </w:r>
    </w:p>
    <w:p w14:paraId="62B0B6D6" w14:textId="0DC23BEE" w:rsidR="00DD22CD" w:rsidRDefault="006E65FC" w:rsidP="00DD22CD">
      <w:pPr>
        <w:jc w:val="center"/>
        <w:rPr>
          <w:i/>
          <w:iCs/>
          <w:sz w:val="24"/>
          <w:szCs w:val="24"/>
        </w:rPr>
      </w:pPr>
      <w:r w:rsidRPr="002A4897">
        <w:rPr>
          <w:b/>
          <w:bCs/>
          <w:i/>
          <w:iCs/>
          <w:sz w:val="24"/>
          <w:szCs w:val="24"/>
        </w:rPr>
        <w:t>Instruzione p</w:t>
      </w:r>
      <w:r w:rsidR="00DD22CD">
        <w:rPr>
          <w:b/>
          <w:bCs/>
          <w:i/>
          <w:iCs/>
          <w:sz w:val="24"/>
          <w:szCs w:val="24"/>
        </w:rPr>
        <w:t>er</w:t>
      </w:r>
      <w:r w:rsidRPr="002A4897">
        <w:rPr>
          <w:b/>
          <w:bCs/>
          <w:i/>
          <w:iCs/>
          <w:sz w:val="24"/>
          <w:szCs w:val="24"/>
        </w:rPr>
        <w:t xml:space="preserve"> le muraglie ordinarie della fabrica della Chiesa da S. M. ordinata sovra il Monte di Soperga, che resta del tenore della </w:t>
      </w:r>
      <w:r w:rsidR="002A4897" w:rsidRPr="002A4897">
        <w:rPr>
          <w:b/>
          <w:bCs/>
          <w:i/>
          <w:iCs/>
          <w:sz w:val="24"/>
          <w:szCs w:val="24"/>
        </w:rPr>
        <w:t>di</w:t>
      </w:r>
      <w:r w:rsidRPr="002A4897">
        <w:rPr>
          <w:b/>
          <w:bCs/>
          <w:i/>
          <w:iCs/>
          <w:sz w:val="24"/>
          <w:szCs w:val="24"/>
        </w:rPr>
        <w:t xml:space="preserve"> già fatta sotto li 3 Febraro 1718 e ini</w:t>
      </w:r>
      <w:r w:rsidR="002A4897" w:rsidRPr="002A4897">
        <w:rPr>
          <w:b/>
          <w:bCs/>
          <w:i/>
          <w:iCs/>
          <w:sz w:val="24"/>
          <w:szCs w:val="24"/>
        </w:rPr>
        <w:t>ti</w:t>
      </w:r>
      <w:r w:rsidRPr="002A4897">
        <w:rPr>
          <w:b/>
          <w:bCs/>
          <w:i/>
          <w:iCs/>
          <w:sz w:val="24"/>
          <w:szCs w:val="24"/>
        </w:rPr>
        <w:t>ata nelle due sottomisioni pa</w:t>
      </w:r>
      <w:r w:rsidR="00A64EAA">
        <w:rPr>
          <w:b/>
          <w:bCs/>
          <w:i/>
          <w:iCs/>
          <w:sz w:val="24"/>
          <w:szCs w:val="24"/>
        </w:rPr>
        <w:t>ss</w:t>
      </w:r>
      <w:r w:rsidRPr="002A4897">
        <w:rPr>
          <w:b/>
          <w:bCs/>
          <w:i/>
          <w:iCs/>
          <w:sz w:val="24"/>
          <w:szCs w:val="24"/>
        </w:rPr>
        <w:t>ate, una dall</w:t>
      </w:r>
      <w:r w:rsidR="00A64EAA">
        <w:rPr>
          <w:b/>
          <w:bCs/>
          <w:i/>
          <w:iCs/>
          <w:sz w:val="24"/>
          <w:szCs w:val="24"/>
        </w:rPr>
        <w:t>’</w:t>
      </w:r>
      <w:r w:rsidR="002A4897" w:rsidRPr="002A4897">
        <w:rPr>
          <w:b/>
          <w:bCs/>
          <w:i/>
          <w:iCs/>
          <w:sz w:val="24"/>
          <w:szCs w:val="24"/>
        </w:rPr>
        <w:t>I</w:t>
      </w:r>
      <w:r w:rsidRPr="002A4897">
        <w:rPr>
          <w:b/>
          <w:bCs/>
          <w:i/>
          <w:iCs/>
          <w:sz w:val="24"/>
          <w:szCs w:val="24"/>
        </w:rPr>
        <w:t>mpresari</w:t>
      </w:r>
      <w:r w:rsidR="002A4897" w:rsidRPr="002A4897">
        <w:rPr>
          <w:b/>
          <w:bCs/>
          <w:i/>
          <w:iCs/>
          <w:sz w:val="24"/>
          <w:szCs w:val="24"/>
        </w:rPr>
        <w:t>j</w:t>
      </w:r>
      <w:r w:rsidRPr="002A4897">
        <w:rPr>
          <w:b/>
          <w:bCs/>
          <w:i/>
          <w:iCs/>
          <w:sz w:val="24"/>
          <w:szCs w:val="24"/>
        </w:rPr>
        <w:t xml:space="preserve"> </w:t>
      </w:r>
      <w:r w:rsidR="002A4897" w:rsidRPr="002A4897">
        <w:rPr>
          <w:b/>
          <w:bCs/>
          <w:i/>
          <w:iCs/>
          <w:sz w:val="24"/>
          <w:szCs w:val="24"/>
        </w:rPr>
        <w:t>delle fatture d’esse</w:t>
      </w:r>
      <w:r w:rsidRPr="002A4897">
        <w:rPr>
          <w:b/>
          <w:bCs/>
          <w:i/>
          <w:iCs/>
          <w:sz w:val="24"/>
          <w:szCs w:val="24"/>
        </w:rPr>
        <w:t xml:space="preserve"> Francesco Trogli</w:t>
      </w:r>
      <w:r w:rsidR="002A4897" w:rsidRPr="002A4897">
        <w:rPr>
          <w:b/>
          <w:bCs/>
          <w:i/>
          <w:iCs/>
          <w:sz w:val="24"/>
          <w:szCs w:val="24"/>
        </w:rPr>
        <w:t>,</w:t>
      </w:r>
      <w:r w:rsidRPr="002A4897">
        <w:rPr>
          <w:b/>
          <w:bCs/>
          <w:i/>
          <w:iCs/>
          <w:sz w:val="24"/>
          <w:szCs w:val="24"/>
        </w:rPr>
        <w:t xml:space="preserve"> et Simone Consiglio sotto li 5 Ap</w:t>
      </w:r>
      <w:r w:rsidR="00A64EAA">
        <w:rPr>
          <w:b/>
          <w:bCs/>
          <w:i/>
          <w:iCs/>
          <w:sz w:val="24"/>
          <w:szCs w:val="24"/>
        </w:rPr>
        <w:t>ri</w:t>
      </w:r>
      <w:r w:rsidRPr="002A4897">
        <w:rPr>
          <w:b/>
          <w:bCs/>
          <w:i/>
          <w:iCs/>
          <w:sz w:val="24"/>
          <w:szCs w:val="24"/>
        </w:rPr>
        <w:t xml:space="preserve">le detto anno, et altra dal capo mastro </w:t>
      </w:r>
      <w:r w:rsidR="00A64EAA">
        <w:rPr>
          <w:b/>
          <w:bCs/>
          <w:i/>
          <w:iCs/>
          <w:sz w:val="24"/>
          <w:szCs w:val="24"/>
        </w:rPr>
        <w:t>I</w:t>
      </w:r>
      <w:r w:rsidRPr="002A4897">
        <w:rPr>
          <w:b/>
          <w:bCs/>
          <w:i/>
          <w:iCs/>
          <w:sz w:val="24"/>
          <w:szCs w:val="24"/>
        </w:rPr>
        <w:t>mpresaro Defendente Piazza sotto il 22 Aprile 1719</w:t>
      </w:r>
      <w:r w:rsidR="00000000">
        <w:rPr>
          <w:i/>
          <w:iCs/>
          <w:sz w:val="24"/>
          <w:szCs w:val="24"/>
        </w:rPr>
        <w:pict w14:anchorId="776485FD">
          <v:rect id="_x0000_i1281" style="width:0;height:1.5pt" o:hralign="center" o:hrstd="t" o:hr="t" fillcolor="#a0a0a0" stroked="f"/>
        </w:pict>
      </w:r>
    </w:p>
    <w:p w14:paraId="593CD9ED" w14:textId="7A0EA32F" w:rsidR="009A6E52" w:rsidRDefault="009A6E52" w:rsidP="00DD22CD">
      <w:pPr>
        <w:jc w:val="both"/>
        <w:rPr>
          <w:i/>
          <w:iCs/>
          <w:sz w:val="24"/>
          <w:szCs w:val="24"/>
        </w:rPr>
      </w:pPr>
      <w:r w:rsidRPr="009A6E52">
        <w:rPr>
          <w:i/>
          <w:iCs/>
          <w:sz w:val="24"/>
          <w:szCs w:val="24"/>
        </w:rPr>
        <w:lastRenderedPageBreak/>
        <w:t>Le Muraglie ordinarie saranno con suoi scan</w:t>
      </w:r>
      <w:r w:rsidR="002A4897">
        <w:rPr>
          <w:i/>
          <w:iCs/>
          <w:sz w:val="24"/>
          <w:szCs w:val="24"/>
        </w:rPr>
        <w:t>c</w:t>
      </w:r>
      <w:r w:rsidRPr="009A6E52">
        <w:rPr>
          <w:i/>
          <w:iCs/>
          <w:sz w:val="24"/>
          <w:szCs w:val="24"/>
        </w:rPr>
        <w:t>elli di pietra d’onc</w:t>
      </w:r>
      <w:r w:rsidR="002A4897">
        <w:rPr>
          <w:i/>
          <w:iCs/>
          <w:sz w:val="24"/>
          <w:szCs w:val="24"/>
        </w:rPr>
        <w:t>ie</w:t>
      </w:r>
      <w:r w:rsidRPr="009A6E52">
        <w:rPr>
          <w:i/>
          <w:iCs/>
          <w:sz w:val="24"/>
          <w:szCs w:val="24"/>
        </w:rPr>
        <w:t xml:space="preserve"> otto o</w:t>
      </w:r>
      <w:r w:rsidR="002A4897">
        <w:rPr>
          <w:i/>
          <w:iCs/>
          <w:sz w:val="24"/>
          <w:szCs w:val="24"/>
        </w:rPr>
        <w:t xml:space="preserve"> </w:t>
      </w:r>
      <w:r w:rsidRPr="009A6E52">
        <w:rPr>
          <w:i/>
          <w:iCs/>
          <w:sz w:val="24"/>
          <w:szCs w:val="24"/>
        </w:rPr>
        <w:t xml:space="preserve">vero ogni cinque corsi con </w:t>
      </w:r>
      <w:r w:rsidR="00137576">
        <w:rPr>
          <w:i/>
          <w:iCs/>
          <w:sz w:val="24"/>
          <w:szCs w:val="24"/>
        </w:rPr>
        <w:t>s</w:t>
      </w:r>
      <w:r w:rsidRPr="009A6E52">
        <w:rPr>
          <w:i/>
          <w:iCs/>
          <w:sz w:val="24"/>
          <w:szCs w:val="24"/>
        </w:rPr>
        <w:t xml:space="preserve">ue cinte di mattoni per tutta la grosezza della Muraglia, e saranno obligati di far tutti li </w:t>
      </w:r>
      <w:r w:rsidR="002A4897">
        <w:rPr>
          <w:i/>
          <w:iCs/>
          <w:sz w:val="24"/>
          <w:szCs w:val="24"/>
        </w:rPr>
        <w:t>an</w:t>
      </w:r>
      <w:r w:rsidRPr="009A6E52">
        <w:rPr>
          <w:i/>
          <w:iCs/>
          <w:sz w:val="24"/>
          <w:szCs w:val="24"/>
        </w:rPr>
        <w:t>goli salienti, e entranti, e tutte le spa</w:t>
      </w:r>
      <w:r w:rsidR="002A4897">
        <w:rPr>
          <w:i/>
          <w:iCs/>
          <w:sz w:val="24"/>
          <w:szCs w:val="24"/>
        </w:rPr>
        <w:t>l</w:t>
      </w:r>
      <w:r w:rsidRPr="009A6E52">
        <w:rPr>
          <w:i/>
          <w:iCs/>
          <w:sz w:val="24"/>
          <w:szCs w:val="24"/>
        </w:rPr>
        <w:t>ette delle Porte, e Finestre come parim</w:t>
      </w:r>
      <w:r w:rsidR="002A4897">
        <w:rPr>
          <w:i/>
          <w:iCs/>
          <w:sz w:val="24"/>
          <w:szCs w:val="24"/>
        </w:rPr>
        <w:t>ente i</w:t>
      </w:r>
      <w:r w:rsidRPr="009A6E52">
        <w:rPr>
          <w:i/>
          <w:iCs/>
          <w:sz w:val="24"/>
          <w:szCs w:val="24"/>
        </w:rPr>
        <w:t xml:space="preserve"> voltini, e </w:t>
      </w:r>
      <w:r w:rsidR="002A4897">
        <w:rPr>
          <w:i/>
          <w:iCs/>
          <w:sz w:val="24"/>
          <w:szCs w:val="24"/>
        </w:rPr>
        <w:t>sor</w:t>
      </w:r>
      <w:r w:rsidRPr="009A6E52">
        <w:rPr>
          <w:i/>
          <w:iCs/>
          <w:sz w:val="24"/>
          <w:szCs w:val="24"/>
        </w:rPr>
        <w:t>dini di mattoni di grosezza d’un mattone di punt</w:t>
      </w:r>
      <w:r w:rsidR="002A4897">
        <w:rPr>
          <w:i/>
          <w:iCs/>
          <w:sz w:val="24"/>
          <w:szCs w:val="24"/>
        </w:rPr>
        <w:t>a</w:t>
      </w:r>
      <w:r w:rsidRPr="009A6E52">
        <w:rPr>
          <w:i/>
          <w:iCs/>
          <w:sz w:val="24"/>
          <w:szCs w:val="24"/>
        </w:rPr>
        <w:t xml:space="preserve">, e l’altro </w:t>
      </w:r>
      <w:r w:rsidR="00827B55">
        <w:rPr>
          <w:i/>
          <w:iCs/>
          <w:sz w:val="24"/>
          <w:szCs w:val="24"/>
        </w:rPr>
        <w:t>p</w:t>
      </w:r>
      <w:r w:rsidR="00AC14DE">
        <w:rPr>
          <w:i/>
          <w:iCs/>
          <w:sz w:val="24"/>
          <w:szCs w:val="24"/>
        </w:rPr>
        <w:t>er</w:t>
      </w:r>
      <w:r w:rsidR="002A4897">
        <w:rPr>
          <w:i/>
          <w:iCs/>
          <w:sz w:val="24"/>
          <w:szCs w:val="24"/>
        </w:rPr>
        <w:t xml:space="preserve"> </w:t>
      </w:r>
      <w:r w:rsidRPr="009A6E52">
        <w:rPr>
          <w:i/>
          <w:iCs/>
          <w:sz w:val="24"/>
          <w:szCs w:val="24"/>
        </w:rPr>
        <w:t>piano, che fa</w:t>
      </w:r>
      <w:r w:rsidR="00827B55">
        <w:rPr>
          <w:i/>
          <w:iCs/>
          <w:sz w:val="24"/>
          <w:szCs w:val="24"/>
        </w:rPr>
        <w:t>c</w:t>
      </w:r>
      <w:r w:rsidRPr="009A6E52">
        <w:rPr>
          <w:i/>
          <w:iCs/>
          <w:sz w:val="24"/>
          <w:szCs w:val="24"/>
        </w:rPr>
        <w:t>cino onc</w:t>
      </w:r>
      <w:r w:rsidR="002A4897">
        <w:rPr>
          <w:i/>
          <w:iCs/>
          <w:sz w:val="24"/>
          <w:szCs w:val="24"/>
        </w:rPr>
        <w:t>i</w:t>
      </w:r>
      <w:r w:rsidRPr="009A6E52">
        <w:rPr>
          <w:i/>
          <w:iCs/>
          <w:sz w:val="24"/>
          <w:szCs w:val="24"/>
        </w:rPr>
        <w:t xml:space="preserve">e nove, e </w:t>
      </w:r>
      <w:r w:rsidR="002A4897">
        <w:rPr>
          <w:i/>
          <w:iCs/>
          <w:sz w:val="24"/>
          <w:szCs w:val="24"/>
        </w:rPr>
        <w:t>ond</w:t>
      </w:r>
      <w:r w:rsidRPr="009A6E52">
        <w:rPr>
          <w:i/>
          <w:iCs/>
          <w:sz w:val="24"/>
          <w:szCs w:val="24"/>
        </w:rPr>
        <w:t>e sarà più necesari</w:t>
      </w:r>
      <w:r w:rsidR="00827B55">
        <w:rPr>
          <w:i/>
          <w:iCs/>
          <w:sz w:val="24"/>
          <w:szCs w:val="24"/>
        </w:rPr>
        <w:t>a</w:t>
      </w:r>
      <w:r w:rsidRPr="009A6E52">
        <w:rPr>
          <w:i/>
          <w:iCs/>
          <w:sz w:val="24"/>
          <w:szCs w:val="24"/>
        </w:rPr>
        <w:t xml:space="preserve"> maggior grosezza siano obligati di farlo secondo l’indica</w:t>
      </w:r>
      <w:r w:rsidR="00827B55">
        <w:rPr>
          <w:i/>
          <w:iCs/>
          <w:sz w:val="24"/>
          <w:szCs w:val="24"/>
        </w:rPr>
        <w:t>z</w:t>
      </w:r>
      <w:r w:rsidR="002A4897">
        <w:rPr>
          <w:i/>
          <w:iCs/>
          <w:sz w:val="24"/>
          <w:szCs w:val="24"/>
        </w:rPr>
        <w:t>io</w:t>
      </w:r>
      <w:r w:rsidRPr="009A6E52">
        <w:rPr>
          <w:i/>
          <w:iCs/>
          <w:sz w:val="24"/>
          <w:szCs w:val="24"/>
        </w:rPr>
        <w:t>ne</w:t>
      </w:r>
      <w:r w:rsidR="002A4897">
        <w:rPr>
          <w:i/>
          <w:iCs/>
          <w:sz w:val="24"/>
          <w:szCs w:val="24"/>
        </w:rPr>
        <w:t xml:space="preserve"> </w:t>
      </w:r>
      <w:r w:rsidRPr="009A6E52">
        <w:rPr>
          <w:i/>
          <w:iCs/>
          <w:sz w:val="24"/>
          <w:szCs w:val="24"/>
        </w:rPr>
        <w:t>dell’Architetto, o assistente saranno t</w:t>
      </w:r>
      <w:r w:rsidR="002A4897">
        <w:rPr>
          <w:i/>
          <w:iCs/>
          <w:sz w:val="24"/>
          <w:szCs w:val="24"/>
        </w:rPr>
        <w:t>enutti</w:t>
      </w:r>
      <w:r w:rsidRPr="009A6E52">
        <w:rPr>
          <w:i/>
          <w:iCs/>
          <w:sz w:val="24"/>
          <w:szCs w:val="24"/>
        </w:rPr>
        <w:t xml:space="preserve"> di bagnare i mattoni ne</w:t>
      </w:r>
      <w:r w:rsidR="00827B55">
        <w:rPr>
          <w:i/>
          <w:iCs/>
          <w:sz w:val="24"/>
          <w:szCs w:val="24"/>
        </w:rPr>
        <w:t xml:space="preserve"> </w:t>
      </w:r>
      <w:r w:rsidRPr="009A6E52">
        <w:rPr>
          <w:i/>
          <w:iCs/>
          <w:sz w:val="24"/>
          <w:szCs w:val="24"/>
        </w:rPr>
        <w:t xml:space="preserve">Cebri, </w:t>
      </w:r>
      <w:r w:rsidR="00F16947">
        <w:rPr>
          <w:i/>
          <w:iCs/>
          <w:sz w:val="24"/>
          <w:szCs w:val="24"/>
        </w:rPr>
        <w:t>a</w:t>
      </w:r>
      <w:r w:rsidRPr="009A6E52">
        <w:rPr>
          <w:i/>
          <w:iCs/>
          <w:sz w:val="24"/>
          <w:szCs w:val="24"/>
        </w:rPr>
        <w:t xml:space="preserve"> matton</w:t>
      </w:r>
      <w:r w:rsidR="00F16947">
        <w:rPr>
          <w:i/>
          <w:iCs/>
          <w:sz w:val="24"/>
          <w:szCs w:val="24"/>
        </w:rPr>
        <w:t>e</w:t>
      </w:r>
      <w:r w:rsidRPr="009A6E52">
        <w:rPr>
          <w:i/>
          <w:iCs/>
          <w:sz w:val="24"/>
          <w:szCs w:val="24"/>
        </w:rPr>
        <w:t xml:space="preserve"> coperto, e nelle cinte siano tenuti di bagnar</w:t>
      </w:r>
      <w:r w:rsidR="00F16947">
        <w:rPr>
          <w:i/>
          <w:iCs/>
          <w:sz w:val="24"/>
          <w:szCs w:val="24"/>
        </w:rPr>
        <w:t xml:space="preserve"> p</w:t>
      </w:r>
      <w:r w:rsidR="00AC14DE">
        <w:rPr>
          <w:i/>
          <w:iCs/>
          <w:sz w:val="24"/>
          <w:szCs w:val="24"/>
        </w:rPr>
        <w:t>er</w:t>
      </w:r>
      <w:r w:rsidRPr="009A6E52">
        <w:rPr>
          <w:i/>
          <w:iCs/>
          <w:sz w:val="24"/>
          <w:szCs w:val="24"/>
        </w:rPr>
        <w:t xml:space="preserve"> tutt</w:t>
      </w:r>
      <w:r w:rsidR="00F16947">
        <w:rPr>
          <w:i/>
          <w:iCs/>
          <w:sz w:val="24"/>
          <w:szCs w:val="24"/>
        </w:rPr>
        <w:t>a</w:t>
      </w:r>
      <w:r w:rsidRPr="009A6E52">
        <w:rPr>
          <w:i/>
          <w:iCs/>
          <w:sz w:val="24"/>
          <w:szCs w:val="24"/>
        </w:rPr>
        <w:t xml:space="preserve"> la grossezza della Muraglia, e poscia </w:t>
      </w:r>
      <w:r w:rsidR="00F16947">
        <w:rPr>
          <w:i/>
          <w:iCs/>
          <w:sz w:val="24"/>
          <w:szCs w:val="24"/>
        </w:rPr>
        <w:t>fare</w:t>
      </w:r>
      <w:r w:rsidRPr="009A6E52">
        <w:rPr>
          <w:i/>
          <w:iCs/>
          <w:sz w:val="24"/>
          <w:szCs w:val="24"/>
        </w:rPr>
        <w:t xml:space="preserve"> la sua Calcinata, le pietre saranno sempre messe in piano, e ben battute con il martello senza lasciare nessun va</w:t>
      </w:r>
      <w:r w:rsidR="00F16947">
        <w:rPr>
          <w:i/>
          <w:iCs/>
          <w:sz w:val="24"/>
          <w:szCs w:val="24"/>
        </w:rPr>
        <w:t>q</w:t>
      </w:r>
      <w:r w:rsidRPr="009A6E52">
        <w:rPr>
          <w:i/>
          <w:iCs/>
          <w:sz w:val="24"/>
          <w:szCs w:val="24"/>
        </w:rPr>
        <w:t>uo, e con picole pietre, e scaglie siano guarniti, et dette Muraglie siano imbocate a pietra coperta, e li spi</w:t>
      </w:r>
      <w:r w:rsidR="00F16947">
        <w:rPr>
          <w:i/>
          <w:iCs/>
          <w:sz w:val="24"/>
          <w:szCs w:val="24"/>
        </w:rPr>
        <w:t>c</w:t>
      </w:r>
      <w:r w:rsidRPr="009A6E52">
        <w:rPr>
          <w:i/>
          <w:iCs/>
          <w:sz w:val="24"/>
          <w:szCs w:val="24"/>
        </w:rPr>
        <w:t>oli di mattoni parimente imbocati, et che ogni due ma</w:t>
      </w:r>
      <w:r w:rsidR="00827B55">
        <w:rPr>
          <w:i/>
          <w:iCs/>
          <w:sz w:val="24"/>
          <w:szCs w:val="24"/>
        </w:rPr>
        <w:t>e</w:t>
      </w:r>
      <w:r w:rsidRPr="009A6E52">
        <w:rPr>
          <w:i/>
          <w:iCs/>
          <w:sz w:val="24"/>
          <w:szCs w:val="24"/>
        </w:rPr>
        <w:t>stri</w:t>
      </w:r>
      <w:r w:rsidR="00827B55">
        <w:rPr>
          <w:i/>
          <w:iCs/>
          <w:sz w:val="24"/>
          <w:szCs w:val="24"/>
        </w:rPr>
        <w:t xml:space="preserve"> </w:t>
      </w:r>
      <w:r w:rsidRPr="009A6E52">
        <w:rPr>
          <w:i/>
          <w:iCs/>
          <w:sz w:val="24"/>
          <w:szCs w:val="24"/>
        </w:rPr>
        <w:t xml:space="preserve">abbino il suo </w:t>
      </w:r>
      <w:r w:rsidR="00F16947">
        <w:rPr>
          <w:i/>
          <w:iCs/>
          <w:sz w:val="24"/>
          <w:szCs w:val="24"/>
        </w:rPr>
        <w:t>cebro con l</w:t>
      </w:r>
      <w:r w:rsidRPr="009A6E52">
        <w:rPr>
          <w:i/>
          <w:iCs/>
          <w:sz w:val="24"/>
          <w:szCs w:val="24"/>
        </w:rPr>
        <w:t>’aqua acciò le muraglie, e mattoni siano ben bagnati secondo</w:t>
      </w:r>
      <w:r w:rsidR="004246CD">
        <w:rPr>
          <w:i/>
          <w:iCs/>
          <w:sz w:val="24"/>
          <w:szCs w:val="24"/>
        </w:rPr>
        <w:t xml:space="preserve"> </w:t>
      </w:r>
      <w:r w:rsidRPr="009A6E52">
        <w:rPr>
          <w:i/>
          <w:iCs/>
          <w:sz w:val="24"/>
          <w:szCs w:val="24"/>
        </w:rPr>
        <w:t>bisognerà alla per</w:t>
      </w:r>
      <w:r w:rsidR="00F16947">
        <w:rPr>
          <w:i/>
          <w:iCs/>
          <w:sz w:val="24"/>
          <w:szCs w:val="24"/>
        </w:rPr>
        <w:t>f</w:t>
      </w:r>
      <w:r w:rsidRPr="009A6E52">
        <w:rPr>
          <w:i/>
          <w:iCs/>
          <w:sz w:val="24"/>
          <w:szCs w:val="24"/>
        </w:rPr>
        <w:t>fezione dell’ opera</w:t>
      </w:r>
      <w:r w:rsidR="004246CD">
        <w:rPr>
          <w:i/>
          <w:iCs/>
          <w:sz w:val="24"/>
          <w:szCs w:val="24"/>
        </w:rPr>
        <w:t>.</w:t>
      </w:r>
      <w:r w:rsidRPr="009A6E52">
        <w:rPr>
          <w:i/>
          <w:iCs/>
          <w:sz w:val="24"/>
          <w:szCs w:val="24"/>
        </w:rPr>
        <w:t xml:space="preserve"> </w:t>
      </w:r>
      <w:r w:rsidR="004246CD">
        <w:rPr>
          <w:i/>
          <w:iCs/>
          <w:sz w:val="24"/>
          <w:szCs w:val="24"/>
        </w:rPr>
        <w:t>S</w:t>
      </w:r>
      <w:r w:rsidRPr="009A6E52">
        <w:rPr>
          <w:i/>
          <w:iCs/>
          <w:sz w:val="24"/>
          <w:szCs w:val="24"/>
        </w:rPr>
        <w:t>aranno tenuti di fare i Ponti, e li C</w:t>
      </w:r>
      <w:r w:rsidR="00F16947">
        <w:rPr>
          <w:i/>
          <w:iCs/>
          <w:sz w:val="24"/>
          <w:szCs w:val="24"/>
        </w:rPr>
        <w:t>e</w:t>
      </w:r>
      <w:r w:rsidRPr="009A6E52">
        <w:rPr>
          <w:i/>
          <w:iCs/>
          <w:sz w:val="24"/>
          <w:szCs w:val="24"/>
        </w:rPr>
        <w:t>ntini onde bisognerano</w:t>
      </w:r>
      <w:r w:rsidR="004246CD">
        <w:rPr>
          <w:i/>
          <w:iCs/>
          <w:sz w:val="24"/>
          <w:szCs w:val="24"/>
        </w:rPr>
        <w:t xml:space="preserve">, </w:t>
      </w:r>
      <w:r w:rsidRPr="009A6E52">
        <w:rPr>
          <w:i/>
          <w:iCs/>
          <w:sz w:val="24"/>
          <w:szCs w:val="24"/>
        </w:rPr>
        <w:t>e si piglieranno i mat</w:t>
      </w:r>
      <w:r w:rsidR="004246CD">
        <w:rPr>
          <w:i/>
          <w:iCs/>
          <w:sz w:val="24"/>
          <w:szCs w:val="24"/>
        </w:rPr>
        <w:t>t</w:t>
      </w:r>
      <w:r w:rsidRPr="009A6E52">
        <w:rPr>
          <w:i/>
          <w:iCs/>
          <w:sz w:val="24"/>
          <w:szCs w:val="24"/>
        </w:rPr>
        <w:t>eriali in quel sit</w:t>
      </w:r>
      <w:r w:rsidR="00F16947">
        <w:rPr>
          <w:i/>
          <w:iCs/>
          <w:sz w:val="24"/>
          <w:szCs w:val="24"/>
        </w:rPr>
        <w:t>t</w:t>
      </w:r>
      <w:r w:rsidRPr="009A6E52">
        <w:rPr>
          <w:i/>
          <w:iCs/>
          <w:sz w:val="24"/>
          <w:szCs w:val="24"/>
        </w:rPr>
        <w:t xml:space="preserve">o che saranno </w:t>
      </w:r>
      <w:r w:rsidR="004246CD">
        <w:rPr>
          <w:i/>
          <w:iCs/>
          <w:sz w:val="24"/>
          <w:szCs w:val="24"/>
        </w:rPr>
        <w:t>baronati</w:t>
      </w:r>
      <w:r w:rsidRPr="009A6E52">
        <w:rPr>
          <w:i/>
          <w:iCs/>
          <w:sz w:val="24"/>
          <w:szCs w:val="24"/>
        </w:rPr>
        <w:t xml:space="preserve"> p</w:t>
      </w:r>
      <w:r w:rsidR="00AC14DE">
        <w:rPr>
          <w:i/>
          <w:iCs/>
          <w:sz w:val="24"/>
          <w:szCs w:val="24"/>
        </w:rPr>
        <w:t>er</w:t>
      </w:r>
      <w:r w:rsidR="004246CD">
        <w:rPr>
          <w:i/>
          <w:iCs/>
          <w:sz w:val="24"/>
          <w:szCs w:val="24"/>
        </w:rPr>
        <w:t xml:space="preserve"> </w:t>
      </w:r>
      <w:r w:rsidRPr="009A6E52">
        <w:rPr>
          <w:i/>
          <w:iCs/>
          <w:sz w:val="24"/>
          <w:szCs w:val="24"/>
        </w:rPr>
        <w:t>detto comodo, e dove si troveranno, e faranno la calcina ben impastata con quella quantità d’acqua che sarà necessari</w:t>
      </w:r>
      <w:r w:rsidR="00F16947">
        <w:rPr>
          <w:i/>
          <w:iCs/>
          <w:sz w:val="24"/>
          <w:szCs w:val="24"/>
        </w:rPr>
        <w:t>a.</w:t>
      </w:r>
    </w:p>
    <w:p w14:paraId="40E8AF49" w14:textId="28E8315F" w:rsidR="002A2449" w:rsidRDefault="009A6E52" w:rsidP="00DD22CD">
      <w:pPr>
        <w:jc w:val="both"/>
        <w:rPr>
          <w:i/>
          <w:iCs/>
          <w:sz w:val="24"/>
          <w:szCs w:val="24"/>
        </w:rPr>
      </w:pPr>
      <w:r w:rsidRPr="009A6E52">
        <w:rPr>
          <w:i/>
          <w:iCs/>
          <w:sz w:val="24"/>
          <w:szCs w:val="24"/>
        </w:rPr>
        <w:t>Le Muraglie di mattoni saranno ben lavorat</w:t>
      </w:r>
      <w:r w:rsidR="00F16947">
        <w:rPr>
          <w:i/>
          <w:iCs/>
          <w:sz w:val="24"/>
          <w:szCs w:val="24"/>
        </w:rPr>
        <w:t>t</w:t>
      </w:r>
      <w:r w:rsidRPr="009A6E52">
        <w:rPr>
          <w:i/>
          <w:iCs/>
          <w:sz w:val="24"/>
          <w:szCs w:val="24"/>
        </w:rPr>
        <w:t>e, e sottili in Calcina che non passi il quarto d’oncia fra un mattone, e l’altro, e</w:t>
      </w:r>
      <w:r w:rsidR="00F16947">
        <w:rPr>
          <w:i/>
          <w:iCs/>
          <w:sz w:val="24"/>
          <w:szCs w:val="24"/>
        </w:rPr>
        <w:t xml:space="preserve"> saranno obligati di far tutti li angoli lesene e robba che non entri nell </w:t>
      </w:r>
      <w:r w:rsidR="002A2449">
        <w:rPr>
          <w:i/>
          <w:iCs/>
          <w:sz w:val="24"/>
          <w:szCs w:val="24"/>
        </w:rPr>
        <w:t xml:space="preserve">estimo </w:t>
      </w:r>
      <w:r w:rsidR="00B22017">
        <w:rPr>
          <w:i/>
          <w:iCs/>
          <w:sz w:val="24"/>
          <w:szCs w:val="24"/>
        </w:rPr>
        <w:t>tutto ben lavorat</w:t>
      </w:r>
      <w:r w:rsidR="002A2449">
        <w:rPr>
          <w:i/>
          <w:iCs/>
          <w:sz w:val="24"/>
          <w:szCs w:val="24"/>
        </w:rPr>
        <w:t>t</w:t>
      </w:r>
      <w:r w:rsidR="00B22017">
        <w:rPr>
          <w:i/>
          <w:iCs/>
          <w:sz w:val="24"/>
          <w:szCs w:val="24"/>
        </w:rPr>
        <w:t>o con i corsi in piano perfetto e li angoli a piombo et in ogni altri corsi l</w:t>
      </w:r>
      <w:r w:rsidR="002A2449">
        <w:rPr>
          <w:i/>
          <w:iCs/>
          <w:sz w:val="24"/>
          <w:szCs w:val="24"/>
        </w:rPr>
        <w:t>a</w:t>
      </w:r>
      <w:r w:rsidR="00B22017">
        <w:rPr>
          <w:i/>
          <w:iCs/>
          <w:sz w:val="24"/>
          <w:szCs w:val="24"/>
        </w:rPr>
        <w:t xml:space="preserve"> sua calcinata p</w:t>
      </w:r>
      <w:r w:rsidR="00AC14DE">
        <w:rPr>
          <w:i/>
          <w:iCs/>
          <w:sz w:val="24"/>
          <w:szCs w:val="24"/>
        </w:rPr>
        <w:t>er</w:t>
      </w:r>
      <w:r w:rsidR="00B22017">
        <w:rPr>
          <w:i/>
          <w:iCs/>
          <w:sz w:val="24"/>
          <w:szCs w:val="24"/>
        </w:rPr>
        <w:t xml:space="preserve"> tutta la grosezza della muraglia con fa</w:t>
      </w:r>
      <w:r w:rsidR="002A2449">
        <w:rPr>
          <w:i/>
          <w:iCs/>
          <w:sz w:val="24"/>
          <w:szCs w:val="24"/>
        </w:rPr>
        <w:t>r</w:t>
      </w:r>
      <w:r w:rsidR="00B22017">
        <w:rPr>
          <w:i/>
          <w:iCs/>
          <w:sz w:val="24"/>
          <w:szCs w:val="24"/>
        </w:rPr>
        <w:t xml:space="preserve"> i archi</w:t>
      </w:r>
      <w:r w:rsidR="002A2449">
        <w:rPr>
          <w:i/>
          <w:iCs/>
          <w:sz w:val="24"/>
          <w:szCs w:val="24"/>
        </w:rPr>
        <w:t>,</w:t>
      </w:r>
      <w:r w:rsidR="00B22017">
        <w:rPr>
          <w:i/>
          <w:iCs/>
          <w:sz w:val="24"/>
          <w:szCs w:val="24"/>
        </w:rPr>
        <w:t xml:space="preserve"> arconi</w:t>
      </w:r>
      <w:r w:rsidR="002A2449">
        <w:rPr>
          <w:i/>
          <w:iCs/>
          <w:sz w:val="24"/>
          <w:szCs w:val="24"/>
        </w:rPr>
        <w:t>,</w:t>
      </w:r>
      <w:r w:rsidR="00B22017">
        <w:rPr>
          <w:i/>
          <w:iCs/>
          <w:sz w:val="24"/>
          <w:szCs w:val="24"/>
        </w:rPr>
        <w:t xml:space="preserve"> sordini</w:t>
      </w:r>
      <w:r w:rsidR="002A2449">
        <w:rPr>
          <w:i/>
          <w:iCs/>
          <w:sz w:val="24"/>
          <w:szCs w:val="24"/>
        </w:rPr>
        <w:t>,</w:t>
      </w:r>
      <w:r w:rsidR="00B22017">
        <w:rPr>
          <w:i/>
          <w:iCs/>
          <w:sz w:val="24"/>
          <w:szCs w:val="24"/>
        </w:rPr>
        <w:t xml:space="preserve"> e voltini</w:t>
      </w:r>
      <w:r w:rsidR="002A2449">
        <w:rPr>
          <w:i/>
          <w:iCs/>
          <w:sz w:val="24"/>
          <w:szCs w:val="24"/>
        </w:rPr>
        <w:t>,</w:t>
      </w:r>
      <w:r w:rsidR="00B22017">
        <w:rPr>
          <w:i/>
          <w:iCs/>
          <w:sz w:val="24"/>
          <w:szCs w:val="24"/>
        </w:rPr>
        <w:t xml:space="preserve"> et tutte le canne di fornello ben infraschati di dentro e li mattoni siano ben bagniati come anche sovra li ponti terrano delli cebri acciò si bagnino bene le muraglie nel tempo che si lavorano e li spicoli di ogni lesena siano bene a piombo perfetto e parimente ogni angolo della medema</w:t>
      </w:r>
      <w:r w:rsidR="002A2449">
        <w:rPr>
          <w:i/>
          <w:iCs/>
          <w:sz w:val="24"/>
          <w:szCs w:val="24"/>
        </w:rPr>
        <w:t>.</w:t>
      </w:r>
    </w:p>
    <w:p w14:paraId="0E812F42" w14:textId="4E7908D6" w:rsidR="009A6E52" w:rsidRDefault="002A2449" w:rsidP="00DD22CD">
      <w:pPr>
        <w:jc w:val="both"/>
        <w:rPr>
          <w:i/>
          <w:iCs/>
          <w:sz w:val="24"/>
          <w:szCs w:val="24"/>
        </w:rPr>
      </w:pPr>
      <w:r>
        <w:rPr>
          <w:i/>
          <w:iCs/>
          <w:sz w:val="24"/>
          <w:szCs w:val="24"/>
        </w:rPr>
        <w:t>S</w:t>
      </w:r>
      <w:r w:rsidR="00B22017">
        <w:rPr>
          <w:i/>
          <w:iCs/>
          <w:sz w:val="24"/>
          <w:szCs w:val="24"/>
        </w:rPr>
        <w:t>aranno tenuti di mettere in opera tutti li zocoli di pietra con</w:t>
      </w:r>
      <w:r>
        <w:rPr>
          <w:i/>
          <w:iCs/>
          <w:sz w:val="24"/>
          <w:szCs w:val="24"/>
        </w:rPr>
        <w:t xml:space="preserve"> scal</w:t>
      </w:r>
      <w:r w:rsidR="00AC14DE">
        <w:rPr>
          <w:i/>
          <w:iCs/>
          <w:sz w:val="24"/>
          <w:szCs w:val="24"/>
        </w:rPr>
        <w:t>c</w:t>
      </w:r>
      <w:r>
        <w:rPr>
          <w:i/>
          <w:iCs/>
          <w:sz w:val="24"/>
          <w:szCs w:val="24"/>
        </w:rPr>
        <w:t xml:space="preserve">iarle </w:t>
      </w:r>
      <w:r w:rsidR="00B22017">
        <w:rPr>
          <w:i/>
          <w:iCs/>
          <w:sz w:val="24"/>
          <w:szCs w:val="24"/>
        </w:rPr>
        <w:t>con tutta dilligenza e murare incontro con tutta esattezza senza lasciare nessun va</w:t>
      </w:r>
      <w:r>
        <w:rPr>
          <w:i/>
          <w:iCs/>
          <w:sz w:val="24"/>
          <w:szCs w:val="24"/>
        </w:rPr>
        <w:t>qu</w:t>
      </w:r>
      <w:r w:rsidR="00B22017">
        <w:rPr>
          <w:i/>
          <w:iCs/>
          <w:sz w:val="24"/>
          <w:szCs w:val="24"/>
        </w:rPr>
        <w:t>o e no</w:t>
      </w:r>
      <w:r w:rsidR="00AC14DE">
        <w:rPr>
          <w:i/>
          <w:iCs/>
          <w:sz w:val="24"/>
          <w:szCs w:val="24"/>
        </w:rPr>
        <w:t>n</w:t>
      </w:r>
      <w:r w:rsidR="00B22017">
        <w:rPr>
          <w:i/>
          <w:iCs/>
          <w:sz w:val="24"/>
          <w:szCs w:val="24"/>
        </w:rPr>
        <w:t xml:space="preserve"> rompere i spicoli. </w:t>
      </w:r>
    </w:p>
    <w:p w14:paraId="6308403A" w14:textId="28BFAE03" w:rsidR="00B22017" w:rsidRDefault="00B22017" w:rsidP="00DD22CD">
      <w:pPr>
        <w:jc w:val="both"/>
        <w:rPr>
          <w:i/>
          <w:iCs/>
          <w:sz w:val="24"/>
          <w:szCs w:val="24"/>
        </w:rPr>
      </w:pPr>
      <w:r>
        <w:rPr>
          <w:i/>
          <w:iCs/>
          <w:sz w:val="24"/>
          <w:szCs w:val="24"/>
        </w:rPr>
        <w:t>Bagneranno le calcine e co</w:t>
      </w:r>
      <w:r w:rsidR="002A2449">
        <w:rPr>
          <w:i/>
          <w:iCs/>
          <w:sz w:val="24"/>
          <w:szCs w:val="24"/>
        </w:rPr>
        <w:t>ler</w:t>
      </w:r>
      <w:r>
        <w:rPr>
          <w:i/>
          <w:iCs/>
          <w:sz w:val="24"/>
          <w:szCs w:val="24"/>
        </w:rPr>
        <w:t>anno e purgheranno con tutta esattezza senza lasciar pietre e le dette saranno ben impastate con le sabbie acciò possa far una buona presa e provederla al bisogno della fabrica.</w:t>
      </w:r>
    </w:p>
    <w:p w14:paraId="5E059FB7" w14:textId="75C0D16D" w:rsidR="00B22017" w:rsidRDefault="00B22017" w:rsidP="00DD22CD">
      <w:pPr>
        <w:jc w:val="both"/>
        <w:rPr>
          <w:i/>
          <w:iCs/>
          <w:sz w:val="24"/>
          <w:szCs w:val="24"/>
        </w:rPr>
      </w:pPr>
      <w:r>
        <w:rPr>
          <w:i/>
          <w:iCs/>
          <w:sz w:val="24"/>
          <w:szCs w:val="24"/>
        </w:rPr>
        <w:t>Le volte saranno fatt</w:t>
      </w:r>
      <w:r w:rsidR="002A2449">
        <w:rPr>
          <w:i/>
          <w:iCs/>
          <w:sz w:val="24"/>
          <w:szCs w:val="24"/>
        </w:rPr>
        <w:t xml:space="preserve">i </w:t>
      </w:r>
      <w:r>
        <w:rPr>
          <w:i/>
          <w:iCs/>
          <w:sz w:val="24"/>
          <w:szCs w:val="24"/>
        </w:rPr>
        <w:t>di mattoni di onze 6</w:t>
      </w:r>
      <w:r w:rsidR="002A2449">
        <w:rPr>
          <w:i/>
          <w:iCs/>
          <w:sz w:val="24"/>
          <w:szCs w:val="24"/>
        </w:rPr>
        <w:t>,</w:t>
      </w:r>
      <w:r>
        <w:rPr>
          <w:i/>
          <w:iCs/>
          <w:sz w:val="24"/>
          <w:szCs w:val="24"/>
        </w:rPr>
        <w:t xml:space="preserve"> di onze 3</w:t>
      </w:r>
      <w:r w:rsidR="002A2449">
        <w:rPr>
          <w:i/>
          <w:iCs/>
          <w:sz w:val="24"/>
          <w:szCs w:val="24"/>
        </w:rPr>
        <w:t>,</w:t>
      </w:r>
      <w:r>
        <w:rPr>
          <w:i/>
          <w:iCs/>
          <w:sz w:val="24"/>
          <w:szCs w:val="24"/>
        </w:rPr>
        <w:t xml:space="preserve"> e di onze 9</w:t>
      </w:r>
      <w:r w:rsidR="002A2449">
        <w:rPr>
          <w:i/>
          <w:iCs/>
          <w:sz w:val="24"/>
          <w:szCs w:val="24"/>
        </w:rPr>
        <w:t>,</w:t>
      </w:r>
      <w:r>
        <w:rPr>
          <w:i/>
          <w:iCs/>
          <w:sz w:val="24"/>
          <w:szCs w:val="24"/>
        </w:rPr>
        <w:t xml:space="preserve"> secondo verrà ordinato dall Architetto, e se bisognerà qualche fascia di onze 12 o 15 </w:t>
      </w:r>
      <w:r w:rsidR="007A0109">
        <w:rPr>
          <w:i/>
          <w:iCs/>
          <w:sz w:val="24"/>
          <w:szCs w:val="24"/>
        </w:rPr>
        <w:t>siano tenuti di farllo 2</w:t>
      </w:r>
      <w:r w:rsidR="00113317">
        <w:rPr>
          <w:i/>
          <w:iCs/>
          <w:sz w:val="24"/>
          <w:szCs w:val="24"/>
        </w:rPr>
        <w:t>°</w:t>
      </w:r>
      <w:r w:rsidR="007A0109">
        <w:rPr>
          <w:i/>
          <w:iCs/>
          <w:sz w:val="24"/>
          <w:szCs w:val="24"/>
        </w:rPr>
        <w:t xml:space="preserve"> il loro partito delle volt</w:t>
      </w:r>
      <w:r w:rsidR="00AC14DE">
        <w:rPr>
          <w:i/>
          <w:iCs/>
          <w:sz w:val="24"/>
          <w:szCs w:val="24"/>
        </w:rPr>
        <w:t>t</w:t>
      </w:r>
      <w:r w:rsidR="007A0109">
        <w:rPr>
          <w:i/>
          <w:iCs/>
          <w:sz w:val="24"/>
          <w:szCs w:val="24"/>
        </w:rPr>
        <w:t xml:space="preserve">e e saranno ben lavorati con i loro lunette e 2° porterà il scopartimento della volta e che i mattoni siano ben </w:t>
      </w:r>
      <w:r w:rsidR="00AC14DE">
        <w:rPr>
          <w:i/>
          <w:iCs/>
          <w:sz w:val="24"/>
          <w:szCs w:val="24"/>
        </w:rPr>
        <w:t>vena</w:t>
      </w:r>
      <w:r w:rsidR="007A0109">
        <w:rPr>
          <w:i/>
          <w:iCs/>
          <w:sz w:val="24"/>
          <w:szCs w:val="24"/>
        </w:rPr>
        <w:t>ati che no</w:t>
      </w:r>
      <w:r w:rsidR="00AC14DE">
        <w:rPr>
          <w:i/>
          <w:iCs/>
          <w:sz w:val="24"/>
          <w:szCs w:val="24"/>
        </w:rPr>
        <w:t>n</w:t>
      </w:r>
      <w:r w:rsidR="007A0109">
        <w:rPr>
          <w:i/>
          <w:iCs/>
          <w:sz w:val="24"/>
          <w:szCs w:val="24"/>
        </w:rPr>
        <w:t xml:space="preserve"> ci sia al più un 4° o 3° onza di calcina fra un mattone e l’altro e tutta a opera conlaudata.</w:t>
      </w:r>
    </w:p>
    <w:p w14:paraId="11267B91" w14:textId="012F3B63" w:rsidR="00DD22CD" w:rsidRDefault="007A0109" w:rsidP="00DD22CD">
      <w:pPr>
        <w:jc w:val="both"/>
        <w:rPr>
          <w:i/>
          <w:iCs/>
          <w:sz w:val="24"/>
          <w:szCs w:val="24"/>
        </w:rPr>
      </w:pPr>
      <w:r>
        <w:rPr>
          <w:i/>
          <w:iCs/>
          <w:sz w:val="24"/>
          <w:szCs w:val="24"/>
        </w:rPr>
        <w:t>E saranno tenuti di obedire i profili e disegni che gli saranno dati e se in caso sbagliassero siano tenuti a</w:t>
      </w:r>
      <w:r w:rsidR="00113317">
        <w:rPr>
          <w:i/>
          <w:iCs/>
          <w:sz w:val="24"/>
          <w:szCs w:val="24"/>
        </w:rPr>
        <w:t xml:space="preserve"> loro conto</w:t>
      </w:r>
      <w:r>
        <w:rPr>
          <w:i/>
          <w:iCs/>
          <w:sz w:val="24"/>
          <w:szCs w:val="24"/>
        </w:rPr>
        <w:t xml:space="preserve"> rifalli 2° dimostra</w:t>
      </w:r>
      <w:r w:rsidR="00113317">
        <w:rPr>
          <w:i/>
          <w:iCs/>
          <w:sz w:val="24"/>
          <w:szCs w:val="24"/>
        </w:rPr>
        <w:t>va</w:t>
      </w:r>
      <w:r>
        <w:rPr>
          <w:i/>
          <w:iCs/>
          <w:sz w:val="24"/>
          <w:szCs w:val="24"/>
        </w:rPr>
        <w:t xml:space="preserve"> il disegni a tutta opera conlaudata e approvata.</w:t>
      </w:r>
      <w:r w:rsidRPr="007A0109">
        <w:rPr>
          <w:i/>
          <w:iCs/>
          <w:sz w:val="24"/>
          <w:szCs w:val="24"/>
        </w:rPr>
        <w:t xml:space="preserve"> </w:t>
      </w:r>
      <w:r w:rsidR="00000000">
        <w:rPr>
          <w:i/>
          <w:iCs/>
          <w:sz w:val="24"/>
          <w:szCs w:val="24"/>
        </w:rPr>
        <w:pict w14:anchorId="0BFB3F0F">
          <v:rect id="_x0000_i1282" style="width:0;height:1.5pt" o:hralign="center" o:hrstd="t" o:hr="t" fillcolor="#a0a0a0" stroked="f"/>
        </w:pict>
      </w:r>
    </w:p>
    <w:p w14:paraId="513DAD4C" w14:textId="510BB209" w:rsidR="007A0109" w:rsidRDefault="00DD22CD" w:rsidP="00DD22CD">
      <w:pPr>
        <w:jc w:val="right"/>
        <w:rPr>
          <w:i/>
          <w:iCs/>
          <w:sz w:val="24"/>
          <w:szCs w:val="24"/>
        </w:rPr>
      </w:pPr>
      <w:r>
        <w:rPr>
          <w:i/>
          <w:iCs/>
          <w:sz w:val="24"/>
          <w:szCs w:val="24"/>
        </w:rPr>
        <w:t>giorno</w:t>
      </w:r>
      <w:r w:rsidR="007A0109" w:rsidRPr="007A0109">
        <w:rPr>
          <w:i/>
          <w:iCs/>
          <w:sz w:val="24"/>
          <w:szCs w:val="24"/>
        </w:rPr>
        <w:t xml:space="preserve"> di 11 Marzo 1720</w:t>
      </w:r>
    </w:p>
    <w:p w14:paraId="3AAB9349" w14:textId="6DF8CD63" w:rsidR="00DD22CD" w:rsidRDefault="00DD22CD" w:rsidP="00DD22CD">
      <w:pPr>
        <w:jc w:val="right"/>
        <w:rPr>
          <w:i/>
          <w:iCs/>
          <w:sz w:val="24"/>
          <w:szCs w:val="24"/>
        </w:rPr>
      </w:pPr>
      <w:r>
        <w:rPr>
          <w:i/>
          <w:iCs/>
          <w:sz w:val="24"/>
          <w:szCs w:val="24"/>
        </w:rPr>
        <w:t>Cavaliere Don</w:t>
      </w:r>
      <w:r w:rsidR="00113317">
        <w:rPr>
          <w:i/>
          <w:iCs/>
          <w:sz w:val="24"/>
          <w:szCs w:val="24"/>
        </w:rPr>
        <w:t xml:space="preserve"> Filippo Juvarra </w:t>
      </w:r>
      <w:r>
        <w:rPr>
          <w:i/>
          <w:iCs/>
          <w:sz w:val="24"/>
          <w:szCs w:val="24"/>
        </w:rPr>
        <w:t>Architetto</w:t>
      </w:r>
      <w:r w:rsidR="00113317" w:rsidRPr="006911C9">
        <w:rPr>
          <w:i/>
          <w:iCs/>
          <w:sz w:val="24"/>
          <w:szCs w:val="24"/>
        </w:rPr>
        <w:t xml:space="preserve"> </w:t>
      </w:r>
      <w:r w:rsidR="00000000">
        <w:rPr>
          <w:i/>
          <w:iCs/>
          <w:sz w:val="24"/>
          <w:szCs w:val="24"/>
        </w:rPr>
        <w:pict w14:anchorId="04FEE06B">
          <v:rect id="_x0000_i1283" style="width:0;height:1.5pt" o:hralign="center" o:hrstd="t" o:hr="t" fillcolor="#a0a0a0" stroked="f"/>
        </w:pict>
      </w:r>
    </w:p>
    <w:p w14:paraId="78B941B0" w14:textId="0C5F2F70" w:rsidR="00F16947" w:rsidRDefault="007A0109" w:rsidP="00DD22CD">
      <w:pPr>
        <w:jc w:val="both"/>
        <w:rPr>
          <w:sz w:val="24"/>
          <w:szCs w:val="24"/>
        </w:rPr>
      </w:pPr>
      <w:r w:rsidRPr="00F873E8">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7 (1720) | fol. </w:t>
      </w:r>
      <w:r>
        <w:rPr>
          <w:sz w:val="24"/>
          <w:szCs w:val="24"/>
        </w:rPr>
        <w:t>124.</w:t>
      </w:r>
    </w:p>
    <w:p w14:paraId="20ADADE9" w14:textId="77777777" w:rsidR="00747CE1" w:rsidRDefault="00747CE1" w:rsidP="009A6E52">
      <w:pPr>
        <w:rPr>
          <w:sz w:val="24"/>
          <w:szCs w:val="24"/>
        </w:rPr>
      </w:pPr>
    </w:p>
    <w:p w14:paraId="77D85350" w14:textId="77777777" w:rsidR="00246554" w:rsidRDefault="00747CE1" w:rsidP="00246554">
      <w:pPr>
        <w:jc w:val="center"/>
        <w:rPr>
          <w:i/>
          <w:iCs/>
          <w:sz w:val="24"/>
          <w:szCs w:val="24"/>
        </w:rPr>
      </w:pPr>
      <w:r w:rsidRPr="00C43DCE">
        <w:rPr>
          <w:b/>
          <w:bCs/>
          <w:i/>
          <w:iCs/>
          <w:sz w:val="24"/>
          <w:szCs w:val="24"/>
        </w:rPr>
        <w:t>Instruzione per l'</w:t>
      </w:r>
      <w:r w:rsidR="00246554">
        <w:rPr>
          <w:b/>
          <w:bCs/>
          <w:i/>
          <w:iCs/>
          <w:sz w:val="24"/>
          <w:szCs w:val="24"/>
        </w:rPr>
        <w:t>a</w:t>
      </w:r>
      <w:r w:rsidRPr="00C43DCE">
        <w:rPr>
          <w:b/>
          <w:bCs/>
          <w:i/>
          <w:iCs/>
          <w:sz w:val="24"/>
          <w:szCs w:val="24"/>
        </w:rPr>
        <w:t xml:space="preserve">rchitrave, </w:t>
      </w:r>
      <w:r w:rsidR="00246554">
        <w:rPr>
          <w:b/>
          <w:bCs/>
          <w:i/>
          <w:iCs/>
          <w:sz w:val="24"/>
          <w:szCs w:val="24"/>
        </w:rPr>
        <w:t>f</w:t>
      </w:r>
      <w:r w:rsidRPr="00C43DCE">
        <w:rPr>
          <w:b/>
          <w:bCs/>
          <w:i/>
          <w:iCs/>
          <w:sz w:val="24"/>
          <w:szCs w:val="24"/>
        </w:rPr>
        <w:t xml:space="preserve">reggio e </w:t>
      </w:r>
      <w:r w:rsidR="00246554">
        <w:rPr>
          <w:b/>
          <w:bCs/>
          <w:i/>
          <w:iCs/>
          <w:sz w:val="24"/>
          <w:szCs w:val="24"/>
        </w:rPr>
        <w:t>c</w:t>
      </w:r>
      <w:r w:rsidRPr="00C43DCE">
        <w:rPr>
          <w:b/>
          <w:bCs/>
          <w:i/>
          <w:iCs/>
          <w:sz w:val="24"/>
          <w:szCs w:val="24"/>
        </w:rPr>
        <w:t xml:space="preserve">ornice di pietra di </w:t>
      </w:r>
      <w:r w:rsidR="00246554">
        <w:rPr>
          <w:b/>
          <w:bCs/>
          <w:i/>
          <w:iCs/>
          <w:sz w:val="24"/>
          <w:szCs w:val="24"/>
        </w:rPr>
        <w:t>g</w:t>
      </w:r>
      <w:r w:rsidRPr="00C43DCE">
        <w:rPr>
          <w:b/>
          <w:bCs/>
          <w:i/>
          <w:iCs/>
          <w:sz w:val="24"/>
          <w:szCs w:val="24"/>
        </w:rPr>
        <w:t>assino per la chiesa su il monte di Soperga</w:t>
      </w:r>
      <w:r w:rsidR="00000000">
        <w:rPr>
          <w:i/>
          <w:iCs/>
          <w:sz w:val="24"/>
          <w:szCs w:val="24"/>
        </w:rPr>
        <w:pict w14:anchorId="42A84CA3">
          <v:rect id="_x0000_i1284" style="width:0;height:1.5pt" o:hralign="center" o:hrstd="t" o:hr="t" fillcolor="#a0a0a0" stroked="f"/>
        </w:pict>
      </w:r>
    </w:p>
    <w:p w14:paraId="0437ABC9" w14:textId="6A696E37" w:rsidR="00747CE1" w:rsidRDefault="00FB3700" w:rsidP="00246554">
      <w:pPr>
        <w:jc w:val="both"/>
        <w:rPr>
          <w:i/>
          <w:iCs/>
          <w:sz w:val="24"/>
          <w:szCs w:val="24"/>
        </w:rPr>
      </w:pPr>
      <w:r>
        <w:rPr>
          <w:i/>
          <w:iCs/>
          <w:sz w:val="24"/>
          <w:szCs w:val="24"/>
        </w:rPr>
        <w:t>L’architrave sarà delle misure che dimostra il disegnio cioè di piedi uno</w:t>
      </w:r>
      <w:r w:rsidR="00282380">
        <w:rPr>
          <w:i/>
          <w:iCs/>
          <w:sz w:val="24"/>
          <w:szCs w:val="24"/>
        </w:rPr>
        <w:t xml:space="preserve">, </w:t>
      </w:r>
      <w:r>
        <w:rPr>
          <w:i/>
          <w:iCs/>
          <w:sz w:val="24"/>
          <w:szCs w:val="24"/>
        </w:rPr>
        <w:t>e onze 9 ¾ e secondo la sacom</w:t>
      </w:r>
      <w:r w:rsidR="00282380">
        <w:rPr>
          <w:i/>
          <w:iCs/>
          <w:sz w:val="24"/>
          <w:szCs w:val="24"/>
        </w:rPr>
        <w:t>a</w:t>
      </w:r>
      <w:r>
        <w:rPr>
          <w:i/>
          <w:iCs/>
          <w:sz w:val="24"/>
          <w:szCs w:val="24"/>
        </w:rPr>
        <w:t xml:space="preserve"> che denota il </w:t>
      </w:r>
      <w:r w:rsidR="006652E4">
        <w:rPr>
          <w:i/>
          <w:iCs/>
          <w:sz w:val="24"/>
          <w:szCs w:val="24"/>
        </w:rPr>
        <w:t>detto</w:t>
      </w:r>
      <w:r w:rsidR="008A3E92">
        <w:rPr>
          <w:i/>
          <w:iCs/>
          <w:sz w:val="24"/>
          <w:szCs w:val="24"/>
        </w:rPr>
        <w:t xml:space="preserve"> disegnio</w:t>
      </w:r>
      <w:r w:rsidR="00282380">
        <w:rPr>
          <w:i/>
          <w:iCs/>
          <w:sz w:val="24"/>
          <w:szCs w:val="24"/>
        </w:rPr>
        <w:t>,</w:t>
      </w:r>
      <w:r w:rsidR="008A3E92">
        <w:rPr>
          <w:i/>
          <w:iCs/>
          <w:sz w:val="24"/>
          <w:szCs w:val="24"/>
        </w:rPr>
        <w:t xml:space="preserve"> e sarà per la sua altezza in due pietre per facilitare le grandezze delle medeme e s</w:t>
      </w:r>
      <w:r w:rsidR="002B7058">
        <w:rPr>
          <w:i/>
          <w:iCs/>
          <w:sz w:val="24"/>
          <w:szCs w:val="24"/>
        </w:rPr>
        <w:t>ia</w:t>
      </w:r>
      <w:r w:rsidR="008A3E92">
        <w:rPr>
          <w:i/>
          <w:iCs/>
          <w:sz w:val="24"/>
          <w:szCs w:val="24"/>
        </w:rPr>
        <w:t xml:space="preserve"> ben come</w:t>
      </w:r>
      <w:r w:rsidR="002B7058">
        <w:rPr>
          <w:i/>
          <w:iCs/>
          <w:sz w:val="24"/>
          <w:szCs w:val="24"/>
        </w:rPr>
        <w:t>s</w:t>
      </w:r>
      <w:r w:rsidR="008A3E92">
        <w:rPr>
          <w:i/>
          <w:iCs/>
          <w:sz w:val="24"/>
          <w:szCs w:val="24"/>
        </w:rPr>
        <w:t xml:space="preserve">so e lavorato a tutta perfezzione e ben </w:t>
      </w:r>
      <w:r w:rsidR="002B7058">
        <w:rPr>
          <w:i/>
          <w:iCs/>
          <w:sz w:val="24"/>
          <w:szCs w:val="24"/>
        </w:rPr>
        <w:t>martilinato</w:t>
      </w:r>
      <w:r w:rsidR="008A3E92">
        <w:rPr>
          <w:i/>
          <w:iCs/>
          <w:sz w:val="24"/>
          <w:szCs w:val="24"/>
        </w:rPr>
        <w:t xml:space="preserve"> a tutta opera conlaudata e che le comessure in faccia siano ben </w:t>
      </w:r>
      <w:r w:rsidR="002B7058">
        <w:rPr>
          <w:i/>
          <w:iCs/>
          <w:sz w:val="24"/>
          <w:szCs w:val="24"/>
        </w:rPr>
        <w:t>comesse,</w:t>
      </w:r>
      <w:r w:rsidR="008A3E92">
        <w:rPr>
          <w:i/>
          <w:iCs/>
          <w:sz w:val="24"/>
          <w:szCs w:val="24"/>
        </w:rPr>
        <w:t xml:space="preserve"> e che il pezzo di pietra superiore no</w:t>
      </w:r>
      <w:r w:rsidR="006652E4">
        <w:rPr>
          <w:i/>
          <w:iCs/>
          <w:sz w:val="24"/>
          <w:szCs w:val="24"/>
        </w:rPr>
        <w:t>n</w:t>
      </w:r>
      <w:r w:rsidR="008A3E92">
        <w:rPr>
          <w:i/>
          <w:iCs/>
          <w:sz w:val="24"/>
          <w:szCs w:val="24"/>
        </w:rPr>
        <w:t xml:space="preserve"> venga mai nel filo della comessura dall pezzo di sotto ma tutto a sieme sia ben conlegato e sfuggire </w:t>
      </w:r>
      <w:r w:rsidR="002B7058">
        <w:rPr>
          <w:i/>
          <w:iCs/>
          <w:sz w:val="24"/>
          <w:szCs w:val="24"/>
        </w:rPr>
        <w:t>i</w:t>
      </w:r>
      <w:r w:rsidR="008A3E92">
        <w:rPr>
          <w:i/>
          <w:iCs/>
          <w:sz w:val="24"/>
          <w:szCs w:val="24"/>
        </w:rPr>
        <w:t xml:space="preserve"> tufi che da </w:t>
      </w:r>
      <w:r w:rsidR="006652E4">
        <w:rPr>
          <w:i/>
          <w:iCs/>
          <w:sz w:val="24"/>
          <w:szCs w:val="24"/>
        </w:rPr>
        <w:t>detta</w:t>
      </w:r>
      <w:r w:rsidR="008A3E92">
        <w:rPr>
          <w:i/>
          <w:iCs/>
          <w:sz w:val="24"/>
          <w:szCs w:val="24"/>
        </w:rPr>
        <w:t xml:space="preserve"> pietra di </w:t>
      </w:r>
      <w:r w:rsidR="006652E4">
        <w:rPr>
          <w:i/>
          <w:iCs/>
          <w:sz w:val="24"/>
          <w:szCs w:val="24"/>
        </w:rPr>
        <w:t>g</w:t>
      </w:r>
      <w:r w:rsidR="008A3E92">
        <w:rPr>
          <w:i/>
          <w:iCs/>
          <w:sz w:val="24"/>
          <w:szCs w:val="24"/>
        </w:rPr>
        <w:t>assino e se in opera ne sfior</w:t>
      </w:r>
      <w:r w:rsidR="002B7058">
        <w:rPr>
          <w:i/>
          <w:iCs/>
          <w:sz w:val="24"/>
          <w:szCs w:val="24"/>
        </w:rPr>
        <w:t>asse</w:t>
      </w:r>
      <w:r w:rsidR="008A3E92">
        <w:rPr>
          <w:i/>
          <w:iCs/>
          <w:sz w:val="24"/>
          <w:szCs w:val="24"/>
        </w:rPr>
        <w:t xml:space="preserve"> qualche </w:t>
      </w:r>
      <w:r w:rsidR="002B7058">
        <w:rPr>
          <w:i/>
          <w:iCs/>
          <w:sz w:val="24"/>
          <w:szCs w:val="24"/>
        </w:rPr>
        <w:t xml:space="preserve">duna </w:t>
      </w:r>
      <w:r w:rsidR="008A3E92">
        <w:rPr>
          <w:i/>
          <w:iCs/>
          <w:sz w:val="24"/>
          <w:szCs w:val="24"/>
        </w:rPr>
        <w:t xml:space="preserve"> siano tenuti a mettere i suoi taselli ben incas</w:t>
      </w:r>
      <w:r w:rsidR="002B7058">
        <w:rPr>
          <w:i/>
          <w:iCs/>
          <w:sz w:val="24"/>
          <w:szCs w:val="24"/>
        </w:rPr>
        <w:t>tr</w:t>
      </w:r>
      <w:r w:rsidR="008A3E92">
        <w:rPr>
          <w:i/>
          <w:iCs/>
          <w:sz w:val="24"/>
          <w:szCs w:val="24"/>
        </w:rPr>
        <w:t>ati e co</w:t>
      </w:r>
      <w:r w:rsidR="006652E4">
        <w:rPr>
          <w:i/>
          <w:iCs/>
          <w:sz w:val="24"/>
          <w:szCs w:val="24"/>
        </w:rPr>
        <w:t>n</w:t>
      </w:r>
      <w:r w:rsidR="008A3E92">
        <w:rPr>
          <w:i/>
          <w:iCs/>
          <w:sz w:val="24"/>
          <w:szCs w:val="24"/>
        </w:rPr>
        <w:t xml:space="preserve"> il suo perno perfetamente messo s’intende in qualche parte che no</w:t>
      </w:r>
      <w:r w:rsidR="006652E4">
        <w:rPr>
          <w:i/>
          <w:iCs/>
          <w:sz w:val="24"/>
          <w:szCs w:val="24"/>
        </w:rPr>
        <w:t>n</w:t>
      </w:r>
      <w:r w:rsidR="002B7058">
        <w:rPr>
          <w:i/>
          <w:iCs/>
          <w:sz w:val="24"/>
          <w:szCs w:val="24"/>
        </w:rPr>
        <w:t xml:space="preserve"> </w:t>
      </w:r>
      <w:r w:rsidR="008A3E92">
        <w:rPr>
          <w:i/>
          <w:iCs/>
          <w:sz w:val="24"/>
          <w:szCs w:val="24"/>
        </w:rPr>
        <w:t xml:space="preserve"> faccia deformita.</w:t>
      </w:r>
    </w:p>
    <w:p w14:paraId="4F67B644" w14:textId="1668A1BA" w:rsidR="008A3E92" w:rsidRDefault="008A3E92" w:rsidP="00246554">
      <w:pPr>
        <w:jc w:val="both"/>
        <w:rPr>
          <w:i/>
          <w:iCs/>
          <w:sz w:val="24"/>
          <w:szCs w:val="24"/>
        </w:rPr>
      </w:pPr>
      <w:r>
        <w:rPr>
          <w:i/>
          <w:iCs/>
          <w:sz w:val="24"/>
          <w:szCs w:val="24"/>
        </w:rPr>
        <w:t xml:space="preserve">Dove viene il capitello siano obbligati di fare un pezzo lungo quanto possa reggere </w:t>
      </w:r>
      <w:r w:rsidR="006652E4">
        <w:rPr>
          <w:i/>
          <w:iCs/>
          <w:sz w:val="24"/>
          <w:szCs w:val="24"/>
        </w:rPr>
        <w:t>detto</w:t>
      </w:r>
      <w:r>
        <w:rPr>
          <w:i/>
          <w:iCs/>
          <w:sz w:val="24"/>
          <w:szCs w:val="24"/>
        </w:rPr>
        <w:t xml:space="preserve"> architrave acciò </w:t>
      </w:r>
      <w:r w:rsidR="002B7058">
        <w:rPr>
          <w:i/>
          <w:iCs/>
          <w:sz w:val="24"/>
          <w:szCs w:val="24"/>
        </w:rPr>
        <w:t xml:space="preserve">poscia si possono mettere i capitelli lasciando il suo vacuo, acciò </w:t>
      </w:r>
      <w:r>
        <w:rPr>
          <w:i/>
          <w:iCs/>
          <w:sz w:val="24"/>
          <w:szCs w:val="24"/>
        </w:rPr>
        <w:t>con facilità si mett</w:t>
      </w:r>
      <w:r w:rsidR="002B7058">
        <w:rPr>
          <w:i/>
          <w:iCs/>
          <w:sz w:val="24"/>
          <w:szCs w:val="24"/>
        </w:rPr>
        <w:t>a</w:t>
      </w:r>
      <w:r>
        <w:rPr>
          <w:i/>
          <w:iCs/>
          <w:sz w:val="24"/>
          <w:szCs w:val="24"/>
        </w:rPr>
        <w:t>no in opera no</w:t>
      </w:r>
      <w:r w:rsidR="006652E4">
        <w:rPr>
          <w:i/>
          <w:iCs/>
          <w:sz w:val="24"/>
          <w:szCs w:val="24"/>
        </w:rPr>
        <w:t>n</w:t>
      </w:r>
      <w:r>
        <w:rPr>
          <w:i/>
          <w:iCs/>
          <w:sz w:val="24"/>
          <w:szCs w:val="24"/>
        </w:rPr>
        <w:t xml:space="preserve"> posedendosi avere per q</w:t>
      </w:r>
      <w:r w:rsidR="002B7058">
        <w:rPr>
          <w:i/>
          <w:iCs/>
          <w:sz w:val="24"/>
          <w:szCs w:val="24"/>
        </w:rPr>
        <w:t xml:space="preserve">uesto </w:t>
      </w:r>
      <w:r>
        <w:rPr>
          <w:i/>
          <w:iCs/>
          <w:sz w:val="24"/>
          <w:szCs w:val="24"/>
        </w:rPr>
        <w:t xml:space="preserve">anno </w:t>
      </w:r>
      <w:r w:rsidR="002B7058">
        <w:rPr>
          <w:i/>
          <w:iCs/>
          <w:sz w:val="24"/>
          <w:szCs w:val="24"/>
        </w:rPr>
        <w:t>i</w:t>
      </w:r>
      <w:r>
        <w:rPr>
          <w:i/>
          <w:iCs/>
          <w:sz w:val="24"/>
          <w:szCs w:val="24"/>
        </w:rPr>
        <w:t xml:space="preserve"> detti capitelli intagliati a foglie di rovere e conforme dimostra a parte il disegnio e instruzione.</w:t>
      </w:r>
    </w:p>
    <w:p w14:paraId="009538CB" w14:textId="1D730612" w:rsidR="008A3E92" w:rsidRDefault="008A3E92" w:rsidP="00246554">
      <w:pPr>
        <w:jc w:val="both"/>
        <w:rPr>
          <w:i/>
          <w:iCs/>
          <w:sz w:val="24"/>
          <w:szCs w:val="24"/>
        </w:rPr>
      </w:pPr>
      <w:r>
        <w:rPr>
          <w:i/>
          <w:iCs/>
          <w:sz w:val="24"/>
          <w:szCs w:val="24"/>
        </w:rPr>
        <w:t>Il freggio sarà parimente della medema pietra in altezza di piedi due</w:t>
      </w:r>
      <w:r w:rsidR="006E4000">
        <w:rPr>
          <w:i/>
          <w:iCs/>
          <w:sz w:val="24"/>
          <w:szCs w:val="24"/>
        </w:rPr>
        <w:t xml:space="preserve"> e un onza co</w:t>
      </w:r>
      <w:r w:rsidR="006652E4">
        <w:rPr>
          <w:i/>
          <w:iCs/>
          <w:sz w:val="24"/>
          <w:szCs w:val="24"/>
        </w:rPr>
        <w:t>n</w:t>
      </w:r>
      <w:r w:rsidR="006E4000">
        <w:rPr>
          <w:i/>
          <w:iCs/>
          <w:sz w:val="24"/>
          <w:szCs w:val="24"/>
        </w:rPr>
        <w:t xml:space="preserve"> il suo quadretto in cima</w:t>
      </w:r>
      <w:r w:rsidR="002B7058">
        <w:rPr>
          <w:i/>
          <w:iCs/>
          <w:sz w:val="24"/>
          <w:szCs w:val="24"/>
        </w:rPr>
        <w:t xml:space="preserve">, e </w:t>
      </w:r>
      <w:r w:rsidR="006E4000">
        <w:rPr>
          <w:i/>
          <w:iCs/>
          <w:sz w:val="24"/>
          <w:szCs w:val="24"/>
        </w:rPr>
        <w:t>sarà tutto in un pezzo per la sua altezza</w:t>
      </w:r>
      <w:r w:rsidR="002B7058">
        <w:rPr>
          <w:i/>
          <w:iCs/>
          <w:sz w:val="24"/>
          <w:szCs w:val="24"/>
        </w:rPr>
        <w:t>,</w:t>
      </w:r>
      <w:r w:rsidR="006E4000">
        <w:rPr>
          <w:i/>
          <w:iCs/>
          <w:sz w:val="24"/>
          <w:szCs w:val="24"/>
        </w:rPr>
        <w:t xml:space="preserve"> e per la longezza no</w:t>
      </w:r>
      <w:r w:rsidR="006652E4">
        <w:rPr>
          <w:i/>
          <w:iCs/>
          <w:sz w:val="24"/>
          <w:szCs w:val="24"/>
        </w:rPr>
        <w:t>n</w:t>
      </w:r>
      <w:r w:rsidR="006E4000">
        <w:rPr>
          <w:i/>
          <w:iCs/>
          <w:sz w:val="24"/>
          <w:szCs w:val="24"/>
        </w:rPr>
        <w:t xml:space="preserve"> meno di un piede ben comesso, a tutta opera conlaudata ave</w:t>
      </w:r>
      <w:r w:rsidR="002B7058">
        <w:rPr>
          <w:i/>
          <w:iCs/>
          <w:sz w:val="24"/>
          <w:szCs w:val="24"/>
        </w:rPr>
        <w:t xml:space="preserve">rtendosi </w:t>
      </w:r>
      <w:r w:rsidR="006E4000">
        <w:rPr>
          <w:i/>
          <w:iCs/>
          <w:sz w:val="24"/>
          <w:szCs w:val="24"/>
        </w:rPr>
        <w:t>che nelli cantoni o angoli di detta fabrica si faranno più grosse e 2° ri</w:t>
      </w:r>
      <w:r w:rsidR="002B7058">
        <w:rPr>
          <w:i/>
          <w:iCs/>
          <w:sz w:val="24"/>
          <w:szCs w:val="24"/>
        </w:rPr>
        <w:t>c</w:t>
      </w:r>
      <w:r w:rsidR="006E4000">
        <w:rPr>
          <w:i/>
          <w:iCs/>
          <w:sz w:val="24"/>
          <w:szCs w:val="24"/>
        </w:rPr>
        <w:t>er</w:t>
      </w:r>
      <w:r w:rsidR="002B7058">
        <w:rPr>
          <w:i/>
          <w:iCs/>
          <w:sz w:val="24"/>
          <w:szCs w:val="24"/>
        </w:rPr>
        <w:t>ca</w:t>
      </w:r>
      <w:r w:rsidR="006E4000">
        <w:rPr>
          <w:i/>
          <w:iCs/>
          <w:sz w:val="24"/>
          <w:szCs w:val="24"/>
        </w:rPr>
        <w:t xml:space="preserve"> di solidità di detta opera ma nel suo gran giro no</w:t>
      </w:r>
      <w:r w:rsidR="006652E4">
        <w:rPr>
          <w:i/>
          <w:iCs/>
          <w:sz w:val="24"/>
          <w:szCs w:val="24"/>
        </w:rPr>
        <w:t>n</w:t>
      </w:r>
      <w:r w:rsidR="006E4000">
        <w:rPr>
          <w:i/>
          <w:iCs/>
          <w:sz w:val="24"/>
          <w:szCs w:val="24"/>
        </w:rPr>
        <w:t xml:space="preserve"> siano piu di onze otto nella grossezza e se ce ne sarà di più no</w:t>
      </w:r>
      <w:r w:rsidR="006652E4">
        <w:rPr>
          <w:i/>
          <w:iCs/>
          <w:sz w:val="24"/>
          <w:szCs w:val="24"/>
        </w:rPr>
        <w:t>n</w:t>
      </w:r>
      <w:r w:rsidR="006E4000">
        <w:rPr>
          <w:i/>
          <w:iCs/>
          <w:sz w:val="24"/>
          <w:szCs w:val="24"/>
        </w:rPr>
        <w:t xml:space="preserve"> sarano </w:t>
      </w:r>
      <w:r w:rsidR="002B7058">
        <w:rPr>
          <w:i/>
          <w:iCs/>
          <w:sz w:val="24"/>
          <w:szCs w:val="24"/>
        </w:rPr>
        <w:t>riceut</w:t>
      </w:r>
      <w:r w:rsidR="00A041A4">
        <w:rPr>
          <w:i/>
          <w:iCs/>
          <w:sz w:val="24"/>
          <w:szCs w:val="24"/>
        </w:rPr>
        <w:t>i sia ben ma</w:t>
      </w:r>
      <w:r w:rsidR="002B7058">
        <w:rPr>
          <w:i/>
          <w:iCs/>
          <w:sz w:val="24"/>
          <w:szCs w:val="24"/>
        </w:rPr>
        <w:t>r</w:t>
      </w:r>
      <w:r w:rsidR="00A041A4">
        <w:rPr>
          <w:i/>
          <w:iCs/>
          <w:sz w:val="24"/>
          <w:szCs w:val="24"/>
        </w:rPr>
        <w:t>tilinato e uguagiato perfetamente nelli semeci</w:t>
      </w:r>
      <w:r w:rsidR="002B7058">
        <w:rPr>
          <w:i/>
          <w:iCs/>
          <w:sz w:val="24"/>
          <w:szCs w:val="24"/>
        </w:rPr>
        <w:t>rcoli</w:t>
      </w:r>
      <w:r w:rsidR="00A041A4">
        <w:rPr>
          <w:i/>
          <w:iCs/>
          <w:sz w:val="24"/>
          <w:szCs w:val="24"/>
        </w:rPr>
        <w:t>.</w:t>
      </w:r>
    </w:p>
    <w:p w14:paraId="224E4B47" w14:textId="4684EE10" w:rsidR="00A041A4" w:rsidRDefault="00A041A4" w:rsidP="00246554">
      <w:pPr>
        <w:jc w:val="both"/>
        <w:rPr>
          <w:i/>
          <w:iCs/>
          <w:sz w:val="24"/>
          <w:szCs w:val="24"/>
        </w:rPr>
      </w:pPr>
      <w:r>
        <w:rPr>
          <w:i/>
          <w:iCs/>
          <w:sz w:val="24"/>
          <w:szCs w:val="24"/>
        </w:rPr>
        <w:t>Cornice corintia co</w:t>
      </w:r>
      <w:r w:rsidR="006652E4">
        <w:rPr>
          <w:i/>
          <w:iCs/>
          <w:sz w:val="24"/>
          <w:szCs w:val="24"/>
        </w:rPr>
        <w:t>n</w:t>
      </w:r>
      <w:r>
        <w:rPr>
          <w:i/>
          <w:iCs/>
          <w:sz w:val="24"/>
          <w:szCs w:val="24"/>
        </w:rPr>
        <w:t xml:space="preserve"> sue modiglioni e fioroni nelle intaulature dell</w:t>
      </w:r>
      <w:r w:rsidR="006652E4">
        <w:rPr>
          <w:i/>
          <w:iCs/>
          <w:sz w:val="24"/>
          <w:szCs w:val="24"/>
        </w:rPr>
        <w:t>’</w:t>
      </w:r>
      <w:r>
        <w:rPr>
          <w:i/>
          <w:iCs/>
          <w:sz w:val="24"/>
          <w:szCs w:val="24"/>
        </w:rPr>
        <w:t>incociolatoio e suo dentello intagliato sara della medema pietra di gassino e sarà fatta in 3</w:t>
      </w:r>
      <w:r w:rsidRPr="002B7058">
        <w:rPr>
          <w:i/>
          <w:iCs/>
          <w:sz w:val="24"/>
          <w:szCs w:val="24"/>
          <w:vertAlign w:val="superscript"/>
        </w:rPr>
        <w:t>e</w:t>
      </w:r>
      <w:r>
        <w:rPr>
          <w:i/>
          <w:iCs/>
          <w:sz w:val="24"/>
          <w:szCs w:val="24"/>
        </w:rPr>
        <w:t xml:space="preserve"> pezzi per la sua altezza cioè il</w:t>
      </w:r>
    </w:p>
    <w:p w14:paraId="558DB4B6" w14:textId="67FDA3E7" w:rsidR="00A041A4" w:rsidRDefault="00A041A4" w:rsidP="00246554">
      <w:pPr>
        <w:jc w:val="both"/>
        <w:rPr>
          <w:i/>
          <w:iCs/>
          <w:sz w:val="24"/>
          <w:szCs w:val="24"/>
        </w:rPr>
      </w:pPr>
      <w:r>
        <w:rPr>
          <w:i/>
          <w:iCs/>
          <w:sz w:val="24"/>
          <w:szCs w:val="24"/>
        </w:rPr>
        <w:t xml:space="preserve">Primo </w:t>
      </w:r>
      <w:r w:rsidR="00AC39D8">
        <w:rPr>
          <w:i/>
          <w:iCs/>
          <w:sz w:val="24"/>
          <w:szCs w:val="24"/>
        </w:rPr>
        <w:t>dalla gola rovescia all ovolo incluso il dentello intagliato</w:t>
      </w:r>
    </w:p>
    <w:p w14:paraId="4A42A7F2" w14:textId="6644D563" w:rsidR="00AC39D8" w:rsidRDefault="00AC39D8" w:rsidP="00246554">
      <w:pPr>
        <w:jc w:val="both"/>
        <w:rPr>
          <w:i/>
          <w:iCs/>
          <w:sz w:val="24"/>
          <w:szCs w:val="24"/>
        </w:rPr>
      </w:pPr>
      <w:r>
        <w:rPr>
          <w:i/>
          <w:iCs/>
          <w:sz w:val="24"/>
          <w:szCs w:val="24"/>
        </w:rPr>
        <w:t>2°: quello che porta i modiglioni, o mezzole e fronte dell incociolatoio.</w:t>
      </w:r>
    </w:p>
    <w:p w14:paraId="253F1BAE" w14:textId="2DE0955E" w:rsidR="00AC39D8" w:rsidRDefault="00AC39D8" w:rsidP="00246554">
      <w:pPr>
        <w:jc w:val="both"/>
        <w:rPr>
          <w:i/>
          <w:iCs/>
          <w:sz w:val="24"/>
          <w:szCs w:val="24"/>
        </w:rPr>
      </w:pPr>
      <w:r>
        <w:rPr>
          <w:i/>
          <w:iCs/>
          <w:sz w:val="24"/>
          <w:szCs w:val="24"/>
        </w:rPr>
        <w:t>3°: dalla gola rovescia piccola al fine di tutta la cornice cioè sino al listello della dritta gola e piovente che in tutto fa piedi due e onze nove</w:t>
      </w:r>
      <w:r w:rsidR="006652E4">
        <w:rPr>
          <w:i/>
          <w:iCs/>
          <w:sz w:val="24"/>
          <w:szCs w:val="24"/>
        </w:rPr>
        <w:t xml:space="preserve"> i</w:t>
      </w:r>
      <w:r>
        <w:rPr>
          <w:i/>
          <w:iCs/>
          <w:sz w:val="24"/>
          <w:szCs w:val="24"/>
        </w:rPr>
        <w:t xml:space="preserve">l tutto deve essere </w:t>
      </w:r>
      <w:r w:rsidR="00694954">
        <w:rPr>
          <w:i/>
          <w:iCs/>
          <w:sz w:val="24"/>
          <w:szCs w:val="24"/>
        </w:rPr>
        <w:t>secondo il disegnio e sacoma che dimostra il medesimo bin martilinato e profilato l’angoli perfetti di tal sacoma e diligenzza esattissima nella comissure. Le lunghezze delle dette pietre siano a proporzione dell suo sporto o agetto il tutto si deve stare esattamente a detta sacoma e no</w:t>
      </w:r>
      <w:r w:rsidR="006652E4">
        <w:rPr>
          <w:i/>
          <w:iCs/>
          <w:sz w:val="24"/>
          <w:szCs w:val="24"/>
        </w:rPr>
        <w:t>n</w:t>
      </w:r>
      <w:r w:rsidR="00694954">
        <w:rPr>
          <w:i/>
          <w:iCs/>
          <w:sz w:val="24"/>
          <w:szCs w:val="24"/>
        </w:rPr>
        <w:t xml:space="preserve"> altrimente le comissure siano sempre il contrario una dell’altra acciò sia ben conlocato assieme.</w:t>
      </w:r>
    </w:p>
    <w:p w14:paraId="0416DB1F" w14:textId="6EA0F00D" w:rsidR="00694954" w:rsidRDefault="00694954" w:rsidP="00246554">
      <w:pPr>
        <w:jc w:val="both"/>
        <w:rPr>
          <w:i/>
          <w:iCs/>
          <w:sz w:val="24"/>
          <w:szCs w:val="24"/>
        </w:rPr>
      </w:pPr>
      <w:r>
        <w:rPr>
          <w:i/>
          <w:iCs/>
          <w:sz w:val="24"/>
          <w:szCs w:val="24"/>
        </w:rPr>
        <w:t>Li modiglioni siano co</w:t>
      </w:r>
      <w:r w:rsidR="006652E4">
        <w:rPr>
          <w:i/>
          <w:iCs/>
          <w:sz w:val="24"/>
          <w:szCs w:val="24"/>
        </w:rPr>
        <w:t>n</w:t>
      </w:r>
      <w:r>
        <w:rPr>
          <w:i/>
          <w:iCs/>
          <w:sz w:val="24"/>
          <w:szCs w:val="24"/>
        </w:rPr>
        <w:t xml:space="preserve"> la sua foglia sotto bene scolpita e ricaciata come anche le volute e suo balaustro.</w:t>
      </w:r>
    </w:p>
    <w:p w14:paraId="5080CA80" w14:textId="2F26075A" w:rsidR="00694954" w:rsidRDefault="00694954" w:rsidP="00246554">
      <w:pPr>
        <w:jc w:val="both"/>
        <w:rPr>
          <w:i/>
          <w:iCs/>
          <w:sz w:val="24"/>
          <w:szCs w:val="24"/>
        </w:rPr>
      </w:pPr>
      <w:r>
        <w:rPr>
          <w:i/>
          <w:iCs/>
          <w:sz w:val="24"/>
          <w:szCs w:val="24"/>
        </w:rPr>
        <w:t>Li riquadri siano ben sfondati conforme il disegnio e i fioroni siano intagliati e rinettati perfettamente, e nella maniera siano varie per più vagezza dell opera e come cennano le 3</w:t>
      </w:r>
      <w:r w:rsidRPr="00694954">
        <w:rPr>
          <w:i/>
          <w:iCs/>
          <w:sz w:val="24"/>
          <w:szCs w:val="24"/>
          <w:vertAlign w:val="superscript"/>
        </w:rPr>
        <w:t>e</w:t>
      </w:r>
      <w:r>
        <w:rPr>
          <w:i/>
          <w:iCs/>
          <w:sz w:val="24"/>
          <w:szCs w:val="24"/>
        </w:rPr>
        <w:t xml:space="preserve"> espresse nel disegnio.</w:t>
      </w:r>
    </w:p>
    <w:p w14:paraId="65968BB2" w14:textId="296EA451" w:rsidR="00694954" w:rsidRDefault="00694954" w:rsidP="00246554">
      <w:pPr>
        <w:jc w:val="both"/>
        <w:rPr>
          <w:i/>
          <w:iCs/>
          <w:sz w:val="24"/>
          <w:szCs w:val="24"/>
        </w:rPr>
      </w:pPr>
      <w:r>
        <w:rPr>
          <w:i/>
          <w:iCs/>
          <w:sz w:val="24"/>
          <w:szCs w:val="24"/>
        </w:rPr>
        <w:t>I presarij siano tenuti alla asistenza nell metterlli in opera e fare de bugi per le chiavette, a loro conto, e se in caso qualche linea no</w:t>
      </w:r>
      <w:r w:rsidR="006652E4">
        <w:rPr>
          <w:i/>
          <w:iCs/>
          <w:sz w:val="24"/>
          <w:szCs w:val="24"/>
        </w:rPr>
        <w:t>n</w:t>
      </w:r>
      <w:r>
        <w:rPr>
          <w:i/>
          <w:iCs/>
          <w:sz w:val="24"/>
          <w:szCs w:val="24"/>
        </w:rPr>
        <w:t xml:space="preserve"> vad</w:t>
      </w:r>
      <w:r w:rsidR="006652E4">
        <w:rPr>
          <w:i/>
          <w:iCs/>
          <w:sz w:val="24"/>
          <w:szCs w:val="24"/>
        </w:rPr>
        <w:t>i</w:t>
      </w:r>
      <w:r>
        <w:rPr>
          <w:i/>
          <w:iCs/>
          <w:sz w:val="24"/>
          <w:szCs w:val="24"/>
        </w:rPr>
        <w:t xml:space="preserve"> in piano perfetto da un pezzo all’altro siano tenuti </w:t>
      </w:r>
      <w:r>
        <w:rPr>
          <w:i/>
          <w:iCs/>
          <w:sz w:val="24"/>
          <w:szCs w:val="24"/>
        </w:rPr>
        <w:lastRenderedPageBreak/>
        <w:t>rifallo o vero accomodare in opera in maniera che no</w:t>
      </w:r>
      <w:r w:rsidR="006652E4">
        <w:rPr>
          <w:i/>
          <w:iCs/>
          <w:sz w:val="24"/>
          <w:szCs w:val="24"/>
        </w:rPr>
        <w:t>n</w:t>
      </w:r>
      <w:r>
        <w:rPr>
          <w:i/>
          <w:iCs/>
          <w:sz w:val="24"/>
          <w:szCs w:val="24"/>
        </w:rPr>
        <w:t xml:space="preserve"> facci difetto, o deformità in ordine ai tufi che patisce la </w:t>
      </w:r>
      <w:r w:rsidR="006652E4">
        <w:rPr>
          <w:i/>
          <w:iCs/>
          <w:sz w:val="24"/>
          <w:szCs w:val="24"/>
        </w:rPr>
        <w:t>detta</w:t>
      </w:r>
      <w:r>
        <w:rPr>
          <w:i/>
          <w:iCs/>
          <w:sz w:val="24"/>
          <w:szCs w:val="24"/>
        </w:rPr>
        <w:t xml:space="preserve"> pietra saranno obligati di rifare i tasselli secondo il capitolo dell Ar</w:t>
      </w:r>
      <w:r w:rsidR="003E4CF2">
        <w:rPr>
          <w:i/>
          <w:iCs/>
          <w:sz w:val="24"/>
          <w:szCs w:val="24"/>
        </w:rPr>
        <w:t>chitrave sopra cenato e per meglio scoprire tali tufi saranno tenuti di lasciar passare una invernata a l’opera messa al suo posto e poscia accomodarlle, a tutta opera conlaudata e perfettamente lavorata 2° la sacoma che dimostra il disegnio e secondo le misure della scala di piedi quatro messa sotto.</w:t>
      </w:r>
    </w:p>
    <w:p w14:paraId="6590237F" w14:textId="3B979048" w:rsidR="003E4CF2" w:rsidRDefault="003E4CF2" w:rsidP="00246554">
      <w:pPr>
        <w:jc w:val="both"/>
        <w:rPr>
          <w:i/>
          <w:iCs/>
          <w:sz w:val="24"/>
          <w:szCs w:val="24"/>
        </w:rPr>
      </w:pPr>
      <w:r>
        <w:rPr>
          <w:i/>
          <w:iCs/>
          <w:sz w:val="24"/>
          <w:szCs w:val="24"/>
        </w:rPr>
        <w:t>E stabilendosi il tempo di dare detta opera conlaudata e no</w:t>
      </w:r>
      <w:r w:rsidR="006652E4">
        <w:rPr>
          <w:i/>
          <w:iCs/>
          <w:sz w:val="24"/>
          <w:szCs w:val="24"/>
        </w:rPr>
        <w:t>n</w:t>
      </w:r>
      <w:r>
        <w:rPr>
          <w:i/>
          <w:iCs/>
          <w:sz w:val="24"/>
          <w:szCs w:val="24"/>
        </w:rPr>
        <w:t xml:space="preserve"> adipendo il suo obligo siano tenuti di bonificare a i impresarij muratori la perdita del tempo che faranno per loro.</w:t>
      </w:r>
    </w:p>
    <w:p w14:paraId="0B6F05F6" w14:textId="3C2F60CE" w:rsidR="003E4CF2" w:rsidRDefault="003E4CF2" w:rsidP="00246554">
      <w:pPr>
        <w:jc w:val="both"/>
        <w:rPr>
          <w:i/>
          <w:iCs/>
          <w:sz w:val="24"/>
          <w:szCs w:val="24"/>
        </w:rPr>
      </w:pPr>
      <w:r>
        <w:rPr>
          <w:i/>
          <w:iCs/>
          <w:sz w:val="24"/>
          <w:szCs w:val="24"/>
        </w:rPr>
        <w:t>Le chiavetti di ferro, saranno provisti dell Reggio Ufizio delle Fabriche di S</w:t>
      </w:r>
      <w:r w:rsidRPr="003E4CF2">
        <w:rPr>
          <w:i/>
          <w:iCs/>
          <w:sz w:val="24"/>
          <w:szCs w:val="24"/>
          <w:vertAlign w:val="superscript"/>
        </w:rPr>
        <w:t>a</w:t>
      </w:r>
      <w:r>
        <w:rPr>
          <w:i/>
          <w:iCs/>
          <w:sz w:val="24"/>
          <w:szCs w:val="24"/>
        </w:rPr>
        <w:t>. M</w:t>
      </w:r>
      <w:r w:rsidRPr="003E4CF2">
        <w:rPr>
          <w:i/>
          <w:iCs/>
          <w:sz w:val="24"/>
          <w:szCs w:val="24"/>
          <w:vertAlign w:val="superscript"/>
        </w:rPr>
        <w:t>a</w:t>
      </w:r>
      <w:r>
        <w:rPr>
          <w:i/>
          <w:iCs/>
          <w:sz w:val="24"/>
          <w:szCs w:val="24"/>
        </w:rPr>
        <w:t>. A misura dell bisognio come anche il piombo.</w:t>
      </w:r>
    </w:p>
    <w:p w14:paraId="037B456B" w14:textId="4086EA08" w:rsidR="00246554" w:rsidRDefault="003E4CF2" w:rsidP="00246554">
      <w:pPr>
        <w:jc w:val="both"/>
        <w:rPr>
          <w:i/>
          <w:iCs/>
          <w:sz w:val="24"/>
          <w:szCs w:val="24"/>
        </w:rPr>
      </w:pPr>
      <w:r>
        <w:rPr>
          <w:i/>
          <w:iCs/>
          <w:sz w:val="24"/>
          <w:szCs w:val="24"/>
        </w:rPr>
        <w:t>La misura sarà 2° le nove Reggie Constituzione il tutto ben fatto e a opera conlaudata.</w:t>
      </w:r>
      <w:r w:rsidRPr="003E4CF2">
        <w:rPr>
          <w:i/>
          <w:iCs/>
          <w:sz w:val="24"/>
          <w:szCs w:val="24"/>
        </w:rPr>
        <w:t xml:space="preserve"> </w:t>
      </w:r>
      <w:r w:rsidR="00000000">
        <w:rPr>
          <w:i/>
          <w:iCs/>
          <w:sz w:val="24"/>
          <w:szCs w:val="24"/>
        </w:rPr>
        <w:pict w14:anchorId="5007B2EC">
          <v:rect id="_x0000_i1285" style="width:0;height:1.5pt" o:hralign="center" o:hrstd="t" o:hr="t" fillcolor="#a0a0a0" stroked="f"/>
        </w:pict>
      </w:r>
    </w:p>
    <w:p w14:paraId="525CAE2B" w14:textId="56AB44CD" w:rsidR="003E4CF2" w:rsidRDefault="003E4CF2" w:rsidP="00246554">
      <w:pPr>
        <w:jc w:val="right"/>
        <w:rPr>
          <w:i/>
          <w:iCs/>
          <w:sz w:val="24"/>
          <w:szCs w:val="24"/>
        </w:rPr>
      </w:pPr>
      <w:r>
        <w:rPr>
          <w:i/>
          <w:iCs/>
          <w:sz w:val="24"/>
          <w:szCs w:val="24"/>
        </w:rPr>
        <w:t>Torino g</w:t>
      </w:r>
      <w:r w:rsidR="00246554">
        <w:rPr>
          <w:i/>
          <w:iCs/>
          <w:sz w:val="24"/>
          <w:szCs w:val="24"/>
        </w:rPr>
        <w:t>iorno</w:t>
      </w:r>
      <w:r>
        <w:rPr>
          <w:i/>
          <w:iCs/>
          <w:sz w:val="24"/>
          <w:szCs w:val="24"/>
        </w:rPr>
        <w:t xml:space="preserve"> di 10 Aprile 1720</w:t>
      </w:r>
    </w:p>
    <w:p w14:paraId="7417F8B2" w14:textId="77777777" w:rsidR="00E81175" w:rsidRDefault="003E4CF2" w:rsidP="00E81175">
      <w:pPr>
        <w:jc w:val="right"/>
        <w:rPr>
          <w:i/>
          <w:iCs/>
          <w:sz w:val="24"/>
          <w:szCs w:val="24"/>
        </w:rPr>
      </w:pPr>
      <w:r>
        <w:rPr>
          <w:i/>
          <w:iCs/>
          <w:sz w:val="24"/>
          <w:szCs w:val="24"/>
        </w:rPr>
        <w:t>Cav</w:t>
      </w:r>
      <w:r w:rsidR="00246554">
        <w:rPr>
          <w:i/>
          <w:iCs/>
          <w:sz w:val="24"/>
          <w:szCs w:val="24"/>
        </w:rPr>
        <w:t>aliere</w:t>
      </w:r>
      <w:r>
        <w:rPr>
          <w:i/>
          <w:iCs/>
          <w:sz w:val="24"/>
          <w:szCs w:val="24"/>
        </w:rPr>
        <w:t xml:space="preserve"> D</w:t>
      </w:r>
      <w:r w:rsidR="00246554">
        <w:rPr>
          <w:i/>
          <w:iCs/>
          <w:sz w:val="24"/>
          <w:szCs w:val="24"/>
        </w:rPr>
        <w:t>on</w:t>
      </w:r>
      <w:r>
        <w:rPr>
          <w:i/>
          <w:iCs/>
          <w:sz w:val="24"/>
          <w:szCs w:val="24"/>
        </w:rPr>
        <w:t xml:space="preserve"> Filippo Juvarra Architeto</w:t>
      </w:r>
      <w:r w:rsidR="00000000">
        <w:rPr>
          <w:i/>
          <w:iCs/>
          <w:sz w:val="24"/>
          <w:szCs w:val="24"/>
        </w:rPr>
        <w:pict w14:anchorId="0CC2B344">
          <v:rect id="_x0000_i1286" style="width:0;height:1.5pt" o:hralign="center" o:hrstd="t" o:hr="t" fillcolor="#a0a0a0" stroked="f"/>
        </w:pict>
      </w:r>
    </w:p>
    <w:p w14:paraId="4831D79C" w14:textId="77777777" w:rsidR="00E81175" w:rsidRDefault="00E81175" w:rsidP="00E81175">
      <w:pPr>
        <w:jc w:val="both"/>
        <w:rPr>
          <w:i/>
          <w:iCs/>
          <w:sz w:val="24"/>
          <w:szCs w:val="24"/>
        </w:rPr>
      </w:pPr>
      <w:r>
        <w:rPr>
          <w:i/>
          <w:iCs/>
          <w:sz w:val="24"/>
          <w:szCs w:val="24"/>
        </w:rPr>
        <w:t>Disegnio per l’architrave freggio e cornice della chiesa di Soperga</w:t>
      </w:r>
      <w:r w:rsidR="00000000">
        <w:rPr>
          <w:i/>
          <w:iCs/>
          <w:sz w:val="24"/>
          <w:szCs w:val="24"/>
        </w:rPr>
        <w:pict w14:anchorId="3E0B3F0F">
          <v:rect id="_x0000_i1287" style="width:0;height:1.5pt" o:hralign="center" o:hrstd="t" o:hr="t" fillcolor="#a0a0a0" stroked="f"/>
        </w:pict>
      </w:r>
    </w:p>
    <w:p w14:paraId="5E89A69D" w14:textId="7BA01AD2" w:rsidR="00E81175" w:rsidRDefault="00E81175" w:rsidP="00E81175">
      <w:pPr>
        <w:jc w:val="right"/>
        <w:rPr>
          <w:i/>
          <w:iCs/>
          <w:sz w:val="24"/>
          <w:szCs w:val="24"/>
        </w:rPr>
      </w:pPr>
      <w:r w:rsidRPr="00E81175">
        <w:rPr>
          <w:i/>
          <w:iCs/>
          <w:sz w:val="24"/>
          <w:szCs w:val="24"/>
        </w:rPr>
        <w:t xml:space="preserve"> </w:t>
      </w:r>
      <w:r>
        <w:rPr>
          <w:i/>
          <w:iCs/>
          <w:sz w:val="24"/>
          <w:szCs w:val="24"/>
        </w:rPr>
        <w:t>Torino a 10 Aprile 1720</w:t>
      </w:r>
    </w:p>
    <w:p w14:paraId="6EEADAFF" w14:textId="56F8F842" w:rsidR="00246554" w:rsidRDefault="00E81175" w:rsidP="00E81175">
      <w:pPr>
        <w:jc w:val="right"/>
        <w:rPr>
          <w:i/>
          <w:iCs/>
          <w:sz w:val="24"/>
          <w:szCs w:val="24"/>
        </w:rPr>
      </w:pPr>
      <w:r>
        <w:rPr>
          <w:i/>
          <w:iCs/>
          <w:sz w:val="24"/>
          <w:szCs w:val="24"/>
        </w:rPr>
        <w:t>Cavaliere Don Filippo Juvarra Architeto</w:t>
      </w:r>
      <w:r w:rsidR="00000000">
        <w:rPr>
          <w:i/>
          <w:iCs/>
          <w:sz w:val="24"/>
          <w:szCs w:val="24"/>
        </w:rPr>
        <w:pict w14:anchorId="71E0C52B">
          <v:rect id="_x0000_i1288" style="width:0;height:1.5pt" o:hralign="center" o:hrstd="t" o:hr="t" fillcolor="#a0a0a0" stroked="f"/>
        </w:pict>
      </w:r>
    </w:p>
    <w:p w14:paraId="4816233D" w14:textId="2B22BE4A" w:rsidR="003E4CF2" w:rsidRDefault="003E4CF2" w:rsidP="00246554">
      <w:pPr>
        <w:jc w:val="both"/>
        <w:rPr>
          <w:sz w:val="24"/>
          <w:szCs w:val="24"/>
        </w:rPr>
      </w:pPr>
      <w:r w:rsidRPr="00F873E8">
        <w:rPr>
          <w:sz w:val="24"/>
          <w:szCs w:val="24"/>
        </w:rPr>
        <w:t>Archivio di Stato di Torino | Sezioni Riunite | Ministero della guerra | Azienda generale di fabbriche e fortificazioni (1733-1797) già Azienda generale d'artiglieria, fabbriche e fortificazioni (1717-1733) | Contratti fortificazioni | Mazzo 7 (1720) | fol</w:t>
      </w:r>
      <w:r>
        <w:rPr>
          <w:sz w:val="24"/>
          <w:szCs w:val="24"/>
        </w:rPr>
        <w:t>l</w:t>
      </w:r>
      <w:r w:rsidRPr="00F873E8">
        <w:rPr>
          <w:sz w:val="24"/>
          <w:szCs w:val="24"/>
        </w:rPr>
        <w:t xml:space="preserve">. </w:t>
      </w:r>
      <w:r>
        <w:rPr>
          <w:sz w:val="24"/>
          <w:szCs w:val="24"/>
        </w:rPr>
        <w:t>147-148.</w:t>
      </w:r>
    </w:p>
    <w:p w14:paraId="043BB2DD" w14:textId="77777777" w:rsidR="003E4CF2" w:rsidRDefault="003E4CF2" w:rsidP="009A6E52">
      <w:pPr>
        <w:rPr>
          <w:i/>
          <w:iCs/>
          <w:sz w:val="24"/>
          <w:szCs w:val="24"/>
        </w:rPr>
      </w:pPr>
    </w:p>
    <w:p w14:paraId="7AEFA16F" w14:textId="77777777" w:rsidR="00E53852" w:rsidRDefault="00C43DCE" w:rsidP="00E53852">
      <w:pPr>
        <w:jc w:val="center"/>
        <w:rPr>
          <w:i/>
          <w:iCs/>
          <w:sz w:val="24"/>
          <w:szCs w:val="24"/>
        </w:rPr>
      </w:pPr>
      <w:r w:rsidRPr="00C43DCE">
        <w:rPr>
          <w:b/>
          <w:bCs/>
          <w:i/>
          <w:iCs/>
          <w:sz w:val="24"/>
          <w:szCs w:val="24"/>
        </w:rPr>
        <w:t>Instruzione per li capitelli delle lesene</w:t>
      </w:r>
      <w:r w:rsidR="003E4CF2">
        <w:rPr>
          <w:b/>
          <w:bCs/>
          <w:i/>
          <w:iCs/>
          <w:sz w:val="24"/>
          <w:szCs w:val="24"/>
        </w:rPr>
        <w:t>,</w:t>
      </w:r>
      <w:r w:rsidRPr="00C43DCE">
        <w:rPr>
          <w:b/>
          <w:bCs/>
          <w:i/>
          <w:iCs/>
          <w:sz w:val="24"/>
          <w:szCs w:val="24"/>
        </w:rPr>
        <w:t xml:space="preserve"> o pilastri dell esteriore facciata della </w:t>
      </w:r>
      <w:r w:rsidR="003E4CF2">
        <w:rPr>
          <w:b/>
          <w:bCs/>
          <w:i/>
          <w:iCs/>
          <w:sz w:val="24"/>
          <w:szCs w:val="24"/>
        </w:rPr>
        <w:t>C</w:t>
      </w:r>
      <w:r w:rsidRPr="00C43DCE">
        <w:rPr>
          <w:b/>
          <w:bCs/>
          <w:i/>
          <w:iCs/>
          <w:sz w:val="24"/>
          <w:szCs w:val="24"/>
        </w:rPr>
        <w:t>hiesa di Soperga</w:t>
      </w:r>
      <w:r w:rsidR="00000000">
        <w:rPr>
          <w:i/>
          <w:iCs/>
          <w:sz w:val="24"/>
          <w:szCs w:val="24"/>
        </w:rPr>
        <w:pict w14:anchorId="38DB04B4">
          <v:rect id="_x0000_i1289" style="width:0;height:1.5pt" o:hralign="center" o:hrstd="t" o:hr="t" fillcolor="#a0a0a0" stroked="f"/>
        </w:pict>
      </w:r>
    </w:p>
    <w:p w14:paraId="634F9BE1" w14:textId="6877E0DC" w:rsidR="003E4CF2" w:rsidRDefault="003E4CF2" w:rsidP="00E53852">
      <w:pPr>
        <w:jc w:val="both"/>
        <w:rPr>
          <w:i/>
          <w:iCs/>
          <w:sz w:val="24"/>
          <w:szCs w:val="24"/>
        </w:rPr>
      </w:pPr>
      <w:r>
        <w:rPr>
          <w:i/>
          <w:iCs/>
          <w:sz w:val="24"/>
          <w:szCs w:val="24"/>
        </w:rPr>
        <w:t xml:space="preserve">I detti capitelli saranno di marmo di Brosasco biancho 2° i balaustri </w:t>
      </w:r>
      <w:r w:rsidR="00A95707">
        <w:rPr>
          <w:i/>
          <w:iCs/>
          <w:sz w:val="24"/>
          <w:szCs w:val="24"/>
        </w:rPr>
        <w:t>piccoli della facciata della scala di Madama Reale e saranno di forma secondo dimostra il disegnio cioè intagliati a fronde d’olivo con i suoi calicoli ben trasforati e staccati 2° dimostra il disegnio e le regole dell Vigniola il tutto a opera conlaudata.</w:t>
      </w:r>
    </w:p>
    <w:p w14:paraId="667AEE51" w14:textId="0505A0B5" w:rsidR="00A95707" w:rsidRDefault="00A95707" w:rsidP="00E53852">
      <w:pPr>
        <w:jc w:val="both"/>
        <w:rPr>
          <w:i/>
          <w:iCs/>
          <w:sz w:val="24"/>
          <w:szCs w:val="24"/>
        </w:rPr>
      </w:pPr>
      <w:r>
        <w:rPr>
          <w:i/>
          <w:iCs/>
          <w:sz w:val="24"/>
          <w:szCs w:val="24"/>
        </w:rPr>
        <w:t>Si intende che doveranno parimente essere obligati alli risvolti di onze 6 co</w:t>
      </w:r>
      <w:r w:rsidR="00E53852">
        <w:rPr>
          <w:i/>
          <w:iCs/>
          <w:sz w:val="24"/>
          <w:szCs w:val="24"/>
        </w:rPr>
        <w:t>n</w:t>
      </w:r>
      <w:r>
        <w:rPr>
          <w:i/>
          <w:iCs/>
          <w:sz w:val="24"/>
          <w:szCs w:val="24"/>
        </w:rPr>
        <w:t xml:space="preserve"> l’istesso lavoro co</w:t>
      </w:r>
      <w:r w:rsidR="00E53852">
        <w:rPr>
          <w:i/>
          <w:iCs/>
          <w:sz w:val="24"/>
          <w:szCs w:val="24"/>
        </w:rPr>
        <w:t>n</w:t>
      </w:r>
      <w:r>
        <w:rPr>
          <w:i/>
          <w:iCs/>
          <w:sz w:val="24"/>
          <w:szCs w:val="24"/>
        </w:rPr>
        <w:t xml:space="preserve"> le mezze foglie intagliate parimente a la conformità di quelle di facciata intendendosi anche nelle volute l’istesso e sua tavola.</w:t>
      </w:r>
    </w:p>
    <w:p w14:paraId="79217B1A" w14:textId="61C3B129" w:rsidR="00A95707" w:rsidRDefault="00A95707" w:rsidP="00E53852">
      <w:pPr>
        <w:jc w:val="both"/>
        <w:rPr>
          <w:i/>
          <w:iCs/>
          <w:sz w:val="24"/>
          <w:szCs w:val="24"/>
        </w:rPr>
      </w:pPr>
      <w:r>
        <w:rPr>
          <w:i/>
          <w:iCs/>
          <w:sz w:val="24"/>
          <w:szCs w:val="24"/>
        </w:rPr>
        <w:t>La quantità de pezzi che doveranno formare detti capitelli saranno le seguenti:</w:t>
      </w:r>
    </w:p>
    <w:p w14:paraId="423CD1E6" w14:textId="03D50EB0" w:rsidR="00B511A2" w:rsidRDefault="00A95707" w:rsidP="00E53852">
      <w:pPr>
        <w:jc w:val="both"/>
        <w:rPr>
          <w:i/>
          <w:iCs/>
          <w:sz w:val="24"/>
          <w:szCs w:val="24"/>
        </w:rPr>
      </w:pPr>
      <w:r>
        <w:rPr>
          <w:i/>
          <w:iCs/>
          <w:sz w:val="24"/>
          <w:szCs w:val="24"/>
        </w:rPr>
        <w:t>il p</w:t>
      </w:r>
      <w:r w:rsidR="00E53852">
        <w:rPr>
          <w:i/>
          <w:iCs/>
          <w:sz w:val="24"/>
          <w:szCs w:val="24"/>
        </w:rPr>
        <w:t>rimo</w:t>
      </w:r>
      <w:r>
        <w:rPr>
          <w:i/>
          <w:iCs/>
          <w:sz w:val="24"/>
          <w:szCs w:val="24"/>
        </w:rPr>
        <w:t xml:space="preserve"> pezzo sarà intiero che formerà le prime foglie co</w:t>
      </w:r>
      <w:r w:rsidR="00E53852">
        <w:rPr>
          <w:i/>
          <w:iCs/>
          <w:sz w:val="24"/>
          <w:szCs w:val="24"/>
        </w:rPr>
        <w:t>n</w:t>
      </w:r>
      <w:r>
        <w:rPr>
          <w:i/>
          <w:iCs/>
          <w:sz w:val="24"/>
          <w:szCs w:val="24"/>
        </w:rPr>
        <w:t xml:space="preserve"> sue foglie in risvolto lavorate alle onze 6 di agetto dell pilastro e onze 4° sarà di rusticho che anderà nella muraglia. Le 2</w:t>
      </w:r>
      <w:r w:rsidRPr="00A95707">
        <w:rPr>
          <w:i/>
          <w:iCs/>
          <w:sz w:val="24"/>
          <w:szCs w:val="24"/>
          <w:vertAlign w:val="superscript"/>
        </w:rPr>
        <w:t>e</w:t>
      </w:r>
      <w:r>
        <w:rPr>
          <w:i/>
          <w:iCs/>
          <w:sz w:val="24"/>
          <w:szCs w:val="24"/>
        </w:rPr>
        <w:t xml:space="preserve"> foglie saranno </w:t>
      </w:r>
      <w:r>
        <w:rPr>
          <w:i/>
          <w:iCs/>
          <w:sz w:val="24"/>
          <w:szCs w:val="24"/>
        </w:rPr>
        <w:lastRenderedPageBreak/>
        <w:t xml:space="preserve">parimente in un altro pezzo con le </w:t>
      </w:r>
      <w:r w:rsidR="00C10476">
        <w:rPr>
          <w:i/>
          <w:iCs/>
          <w:sz w:val="24"/>
          <w:szCs w:val="24"/>
        </w:rPr>
        <w:t xml:space="preserve">grosezze necesarie che </w:t>
      </w:r>
      <w:r w:rsidR="00B511A2">
        <w:rPr>
          <w:i/>
          <w:iCs/>
          <w:sz w:val="24"/>
          <w:szCs w:val="24"/>
        </w:rPr>
        <w:t xml:space="preserve">vada </w:t>
      </w:r>
      <w:r w:rsidR="00C10476">
        <w:rPr>
          <w:i/>
          <w:iCs/>
          <w:sz w:val="24"/>
          <w:szCs w:val="24"/>
        </w:rPr>
        <w:t>sodamente nella muraglia al meno onze 4 in 3</w:t>
      </w:r>
      <w:r w:rsidR="00B511A2">
        <w:rPr>
          <w:i/>
          <w:iCs/>
          <w:sz w:val="24"/>
          <w:szCs w:val="24"/>
        </w:rPr>
        <w:t>. Le volute saranno in due pezzi ben trasforati e intagliati in caso che no</w:t>
      </w:r>
      <w:r w:rsidR="00E53852">
        <w:rPr>
          <w:i/>
          <w:iCs/>
          <w:sz w:val="24"/>
          <w:szCs w:val="24"/>
        </w:rPr>
        <w:t>n</w:t>
      </w:r>
      <w:r w:rsidR="00B511A2">
        <w:rPr>
          <w:i/>
          <w:iCs/>
          <w:sz w:val="24"/>
          <w:szCs w:val="24"/>
        </w:rPr>
        <w:t xml:space="preserve"> si potessino avere i pezzi lungi cioè un pezzo per la longezza intiero e l’altro simle sopra le dette volute chiamato tavola e in ordine a i pezzi saranno nominati qui sotto e se in caso il pezzo delli calicoli segniato </w:t>
      </w:r>
      <w:r w:rsidR="00E53852">
        <w:rPr>
          <w:i/>
          <w:iCs/>
          <w:sz w:val="24"/>
          <w:szCs w:val="24"/>
        </w:rPr>
        <w:t>n</w:t>
      </w:r>
      <w:r w:rsidR="00B511A2">
        <w:rPr>
          <w:i/>
          <w:iCs/>
          <w:sz w:val="24"/>
          <w:szCs w:val="24"/>
        </w:rPr>
        <w:t>° 2 no</w:t>
      </w:r>
      <w:r w:rsidR="00E53852">
        <w:rPr>
          <w:i/>
          <w:iCs/>
          <w:sz w:val="24"/>
          <w:szCs w:val="24"/>
        </w:rPr>
        <w:t>n</w:t>
      </w:r>
      <w:r w:rsidR="00B511A2">
        <w:rPr>
          <w:i/>
          <w:iCs/>
          <w:sz w:val="24"/>
          <w:szCs w:val="24"/>
        </w:rPr>
        <w:t xml:space="preserve"> si potesse avere intiero si permette farllo in due con avertire che li calicoli siano perfettamente intagiate acciò vadino uguale il tutto a opera conlaudata.</w:t>
      </w:r>
    </w:p>
    <w:p w14:paraId="3A1A97F4" w14:textId="77777777" w:rsidR="00B511A2" w:rsidRDefault="00B511A2" w:rsidP="00E53852">
      <w:pPr>
        <w:jc w:val="both"/>
        <w:rPr>
          <w:i/>
          <w:iCs/>
          <w:sz w:val="24"/>
          <w:szCs w:val="24"/>
        </w:rPr>
      </w:pPr>
      <w:r>
        <w:rPr>
          <w:i/>
          <w:iCs/>
          <w:sz w:val="24"/>
          <w:szCs w:val="24"/>
        </w:rPr>
        <w:t>Le comessure siano sotilissime e ben comesse il rilievo e agetto delle foglie sia conforme la regola dell Architetura saranno tenuti di asistere all mettere in opera e fare i bugi per le chiavette.</w:t>
      </w:r>
    </w:p>
    <w:p w14:paraId="03C4846F" w14:textId="77777777" w:rsidR="00E53852" w:rsidRDefault="00B511A2" w:rsidP="00E53852">
      <w:pPr>
        <w:jc w:val="both"/>
        <w:rPr>
          <w:i/>
          <w:iCs/>
          <w:sz w:val="24"/>
          <w:szCs w:val="24"/>
        </w:rPr>
      </w:pPr>
      <w:r>
        <w:rPr>
          <w:i/>
          <w:iCs/>
          <w:sz w:val="24"/>
          <w:szCs w:val="24"/>
        </w:rPr>
        <w:t>Il tutto pulitamente lavorato e esatamente eseguite le misure dell disegnio il tutto a opera ben fatta e bene intagliata e conlaudata.</w:t>
      </w:r>
      <w:r w:rsidR="00C10476">
        <w:rPr>
          <w:i/>
          <w:iCs/>
          <w:sz w:val="24"/>
          <w:szCs w:val="24"/>
        </w:rPr>
        <w:t xml:space="preserve"> </w:t>
      </w:r>
      <w:r w:rsidR="00000000">
        <w:rPr>
          <w:i/>
          <w:iCs/>
          <w:sz w:val="24"/>
          <w:szCs w:val="24"/>
        </w:rPr>
        <w:pict w14:anchorId="054BD434">
          <v:rect id="_x0000_i1290" style="width:0;height:1.5pt" o:hralign="center" o:hrstd="t" o:hr="t" fillcolor="#a0a0a0" stroked="f"/>
        </w:pict>
      </w:r>
    </w:p>
    <w:p w14:paraId="12EA455D" w14:textId="41A4E76B" w:rsidR="00A95707" w:rsidRDefault="00B511A2" w:rsidP="00E53852">
      <w:pPr>
        <w:jc w:val="right"/>
        <w:rPr>
          <w:i/>
          <w:iCs/>
          <w:sz w:val="24"/>
          <w:szCs w:val="24"/>
        </w:rPr>
      </w:pPr>
      <w:r>
        <w:rPr>
          <w:i/>
          <w:iCs/>
          <w:sz w:val="24"/>
          <w:szCs w:val="24"/>
        </w:rPr>
        <w:t>g</w:t>
      </w:r>
      <w:r w:rsidR="00E53852">
        <w:rPr>
          <w:i/>
          <w:iCs/>
          <w:sz w:val="24"/>
          <w:szCs w:val="24"/>
        </w:rPr>
        <w:t>iorno</w:t>
      </w:r>
      <w:r>
        <w:rPr>
          <w:i/>
          <w:iCs/>
          <w:sz w:val="24"/>
          <w:szCs w:val="24"/>
        </w:rPr>
        <w:t xml:space="preserve"> di 20 Maggio 1720</w:t>
      </w:r>
    </w:p>
    <w:p w14:paraId="42A60DB8" w14:textId="77777777" w:rsidR="00E53852" w:rsidRDefault="00B511A2" w:rsidP="00E53852">
      <w:pPr>
        <w:jc w:val="right"/>
        <w:rPr>
          <w:i/>
          <w:iCs/>
          <w:sz w:val="24"/>
          <w:szCs w:val="24"/>
        </w:rPr>
      </w:pPr>
      <w:r>
        <w:rPr>
          <w:i/>
          <w:iCs/>
          <w:sz w:val="24"/>
          <w:szCs w:val="24"/>
        </w:rPr>
        <w:t>Cav</w:t>
      </w:r>
      <w:r w:rsidR="00E53852">
        <w:rPr>
          <w:i/>
          <w:iCs/>
          <w:sz w:val="24"/>
          <w:szCs w:val="24"/>
        </w:rPr>
        <w:t>aliere</w:t>
      </w:r>
      <w:r>
        <w:rPr>
          <w:i/>
          <w:iCs/>
          <w:sz w:val="24"/>
          <w:szCs w:val="24"/>
        </w:rPr>
        <w:t xml:space="preserve"> D</w:t>
      </w:r>
      <w:r w:rsidR="00E53852">
        <w:rPr>
          <w:i/>
          <w:iCs/>
          <w:sz w:val="24"/>
          <w:szCs w:val="24"/>
        </w:rPr>
        <w:t>on</w:t>
      </w:r>
      <w:r>
        <w:rPr>
          <w:i/>
          <w:iCs/>
          <w:sz w:val="24"/>
          <w:szCs w:val="24"/>
        </w:rPr>
        <w:t xml:space="preserve"> Filippo Juvarra A</w:t>
      </w:r>
      <w:r w:rsidR="00E53852">
        <w:rPr>
          <w:i/>
          <w:iCs/>
          <w:sz w:val="24"/>
          <w:szCs w:val="24"/>
        </w:rPr>
        <w:t>rchitetto</w:t>
      </w:r>
      <w:r w:rsidRPr="00B511A2">
        <w:rPr>
          <w:i/>
          <w:iCs/>
          <w:sz w:val="24"/>
          <w:szCs w:val="24"/>
        </w:rPr>
        <w:t xml:space="preserve"> </w:t>
      </w:r>
      <w:r w:rsidR="00000000">
        <w:rPr>
          <w:i/>
          <w:iCs/>
          <w:sz w:val="24"/>
          <w:szCs w:val="24"/>
        </w:rPr>
        <w:pict w14:anchorId="5AA039ED">
          <v:rect id="_x0000_i1291" style="width:0;height:1.5pt" o:hralign="center" o:hrstd="t" o:hr="t" fillcolor="#a0a0a0" stroked="f"/>
        </w:pict>
      </w:r>
    </w:p>
    <w:p w14:paraId="777F9E71" w14:textId="77777777" w:rsidR="00E53852" w:rsidRDefault="00F70C97" w:rsidP="00E53852">
      <w:pPr>
        <w:jc w:val="both"/>
        <w:rPr>
          <w:i/>
          <w:iCs/>
          <w:sz w:val="24"/>
          <w:szCs w:val="24"/>
        </w:rPr>
      </w:pPr>
      <w:r>
        <w:rPr>
          <w:i/>
          <w:iCs/>
          <w:sz w:val="24"/>
          <w:szCs w:val="24"/>
        </w:rPr>
        <w:t>si intende per più chiarezza che la pietra rustica che anderà nella muraglia sia tenuto il Reggio uficio pagarlla a L. 25 la ca</w:t>
      </w:r>
      <w:r w:rsidR="00E53852">
        <w:rPr>
          <w:i/>
          <w:iCs/>
          <w:sz w:val="24"/>
          <w:szCs w:val="24"/>
        </w:rPr>
        <w:t>nn</w:t>
      </w:r>
      <w:r>
        <w:rPr>
          <w:i/>
          <w:iCs/>
          <w:sz w:val="24"/>
          <w:szCs w:val="24"/>
        </w:rPr>
        <w:t>a, secondo i stessi la pagano a cava pietre e questa grosezza di rustico si intende che no</w:t>
      </w:r>
      <w:r w:rsidR="00E53852">
        <w:rPr>
          <w:i/>
          <w:iCs/>
          <w:sz w:val="24"/>
          <w:szCs w:val="24"/>
        </w:rPr>
        <w:t>n</w:t>
      </w:r>
      <w:r>
        <w:rPr>
          <w:i/>
          <w:iCs/>
          <w:sz w:val="24"/>
          <w:szCs w:val="24"/>
        </w:rPr>
        <w:t xml:space="preserve"> </w:t>
      </w:r>
      <w:r w:rsidR="00F07C2E">
        <w:rPr>
          <w:i/>
          <w:iCs/>
          <w:sz w:val="24"/>
          <w:szCs w:val="24"/>
        </w:rPr>
        <w:t>sia più dell’onze 3 in 4° e se ce ne fosse di più no</w:t>
      </w:r>
      <w:r w:rsidR="00E53852">
        <w:rPr>
          <w:i/>
          <w:iCs/>
          <w:sz w:val="24"/>
          <w:szCs w:val="24"/>
        </w:rPr>
        <w:t>n</w:t>
      </w:r>
      <w:r w:rsidR="00F07C2E">
        <w:rPr>
          <w:i/>
          <w:iCs/>
          <w:sz w:val="24"/>
          <w:szCs w:val="24"/>
        </w:rPr>
        <w:t xml:space="preserve"> si passerà per essere superflua, essendo la loro obligazione di fare i capitelli intagliati di onze 6 di rilievo il tutto bene intagliato e conlaudato.</w:t>
      </w:r>
      <w:r w:rsidR="00F07C2E" w:rsidRPr="00F07C2E">
        <w:rPr>
          <w:i/>
          <w:iCs/>
          <w:sz w:val="24"/>
          <w:szCs w:val="24"/>
        </w:rPr>
        <w:t xml:space="preserve"> </w:t>
      </w:r>
      <w:r w:rsidR="00000000">
        <w:rPr>
          <w:i/>
          <w:iCs/>
          <w:sz w:val="24"/>
          <w:szCs w:val="24"/>
        </w:rPr>
        <w:pict w14:anchorId="17BFCD69">
          <v:rect id="_x0000_i1292" style="width:0;height:1.5pt" o:hralign="center" o:hrstd="t" o:hr="t" fillcolor="#a0a0a0" stroked="f"/>
        </w:pict>
      </w:r>
    </w:p>
    <w:p w14:paraId="5218BE11" w14:textId="7E5ED4AA" w:rsidR="00E53852" w:rsidRDefault="00F07C2E" w:rsidP="00E53852">
      <w:pPr>
        <w:jc w:val="right"/>
        <w:rPr>
          <w:i/>
          <w:iCs/>
          <w:sz w:val="24"/>
          <w:szCs w:val="24"/>
        </w:rPr>
      </w:pPr>
      <w:r>
        <w:rPr>
          <w:i/>
          <w:iCs/>
          <w:sz w:val="24"/>
          <w:szCs w:val="24"/>
        </w:rPr>
        <w:t>Cav</w:t>
      </w:r>
      <w:r w:rsidR="00E53852">
        <w:rPr>
          <w:i/>
          <w:iCs/>
          <w:sz w:val="24"/>
          <w:szCs w:val="24"/>
        </w:rPr>
        <w:t xml:space="preserve">aliere </w:t>
      </w:r>
      <w:r>
        <w:rPr>
          <w:i/>
          <w:iCs/>
          <w:sz w:val="24"/>
          <w:szCs w:val="24"/>
        </w:rPr>
        <w:t>D</w:t>
      </w:r>
      <w:r w:rsidR="00E53852">
        <w:rPr>
          <w:i/>
          <w:iCs/>
          <w:sz w:val="24"/>
          <w:szCs w:val="24"/>
        </w:rPr>
        <w:t>on</w:t>
      </w:r>
      <w:r>
        <w:rPr>
          <w:i/>
          <w:iCs/>
          <w:sz w:val="24"/>
          <w:szCs w:val="24"/>
        </w:rPr>
        <w:t xml:space="preserve"> Filippo Juvarra</w:t>
      </w:r>
      <w:r w:rsidR="00000000">
        <w:rPr>
          <w:i/>
          <w:iCs/>
          <w:sz w:val="24"/>
          <w:szCs w:val="24"/>
        </w:rPr>
        <w:pict w14:anchorId="6A7DFE5B">
          <v:rect id="_x0000_i1293" style="width:0;height:1.5pt" o:hralign="center" o:hrstd="t" o:hr="t" fillcolor="#a0a0a0" stroked="f"/>
        </w:pict>
      </w:r>
    </w:p>
    <w:p w14:paraId="4A624EDB" w14:textId="75EE4D4F" w:rsidR="003E4CF2" w:rsidRDefault="00F07C2E" w:rsidP="00E53852">
      <w:pPr>
        <w:jc w:val="both"/>
        <w:rPr>
          <w:i/>
          <w:iCs/>
          <w:sz w:val="24"/>
          <w:szCs w:val="24"/>
        </w:rPr>
      </w:pPr>
      <w:r w:rsidRPr="00F873E8">
        <w:rPr>
          <w:sz w:val="24"/>
          <w:szCs w:val="24"/>
        </w:rPr>
        <w:t>Archivio di Stato di Torino | Sezioni Riunite | Ministero della guerra | Azienda generale di fabbriche e fortificazioni (1733-1797) già Azienda generale d'artiglieria, fabbriche e fortificazioni (1717-1733) | Contratti fortificazioni | Mazzo 7 (1720) | fol</w:t>
      </w:r>
      <w:r>
        <w:rPr>
          <w:sz w:val="24"/>
          <w:szCs w:val="24"/>
        </w:rPr>
        <w:t>l</w:t>
      </w:r>
      <w:r w:rsidRPr="00F873E8">
        <w:rPr>
          <w:sz w:val="24"/>
          <w:szCs w:val="24"/>
        </w:rPr>
        <w:t xml:space="preserve">. </w:t>
      </w:r>
      <w:r>
        <w:rPr>
          <w:sz w:val="24"/>
          <w:szCs w:val="24"/>
        </w:rPr>
        <w:t>209-210.</w:t>
      </w:r>
    </w:p>
    <w:p w14:paraId="5098BC73" w14:textId="77777777" w:rsidR="002C0C54" w:rsidRDefault="002C0C54" w:rsidP="005413C0">
      <w:pPr>
        <w:rPr>
          <w:i/>
          <w:iCs/>
          <w:sz w:val="24"/>
          <w:szCs w:val="24"/>
        </w:rPr>
      </w:pPr>
    </w:p>
    <w:p w14:paraId="3D486FE3" w14:textId="77777777" w:rsidR="00A567E7" w:rsidRDefault="00C43DCE" w:rsidP="00A567E7">
      <w:pPr>
        <w:jc w:val="center"/>
        <w:rPr>
          <w:i/>
          <w:iCs/>
          <w:sz w:val="24"/>
          <w:szCs w:val="24"/>
        </w:rPr>
      </w:pPr>
      <w:r w:rsidRPr="00C43DCE">
        <w:rPr>
          <w:b/>
          <w:bCs/>
          <w:i/>
          <w:iCs/>
          <w:sz w:val="24"/>
          <w:szCs w:val="24"/>
        </w:rPr>
        <w:t xml:space="preserve">Instruzione per li </w:t>
      </w:r>
      <w:r w:rsidR="00A567E7">
        <w:rPr>
          <w:b/>
          <w:bCs/>
          <w:i/>
          <w:iCs/>
          <w:sz w:val="24"/>
          <w:szCs w:val="24"/>
        </w:rPr>
        <w:t>m</w:t>
      </w:r>
      <w:r w:rsidRPr="00C43DCE">
        <w:rPr>
          <w:b/>
          <w:bCs/>
          <w:i/>
          <w:iCs/>
          <w:sz w:val="24"/>
          <w:szCs w:val="24"/>
        </w:rPr>
        <w:t>attoni della Real Chiesa di Soperga</w:t>
      </w:r>
      <w:r w:rsidR="00000000">
        <w:rPr>
          <w:i/>
          <w:iCs/>
          <w:sz w:val="24"/>
          <w:szCs w:val="24"/>
        </w:rPr>
        <w:pict w14:anchorId="7313B90C">
          <v:rect id="_x0000_i1294" style="width:0;height:1.5pt" o:hralign="center" o:hrstd="t" o:hr="t" fillcolor="#a0a0a0" stroked="f"/>
        </w:pict>
      </w:r>
    </w:p>
    <w:p w14:paraId="1A70642E" w14:textId="100F7D59" w:rsidR="00465384" w:rsidRDefault="001B48A1" w:rsidP="00A567E7">
      <w:pPr>
        <w:jc w:val="both"/>
        <w:rPr>
          <w:i/>
          <w:iCs/>
          <w:sz w:val="24"/>
          <w:szCs w:val="24"/>
        </w:rPr>
      </w:pPr>
      <w:r>
        <w:rPr>
          <w:i/>
          <w:iCs/>
          <w:sz w:val="24"/>
          <w:szCs w:val="24"/>
        </w:rPr>
        <w:t>Saranno di bonissima qualita cioè di lon</w:t>
      </w:r>
      <w:r w:rsidR="00A567E7">
        <w:rPr>
          <w:i/>
          <w:iCs/>
          <w:sz w:val="24"/>
          <w:szCs w:val="24"/>
        </w:rPr>
        <w:t>gezza</w:t>
      </w:r>
      <w:r>
        <w:rPr>
          <w:i/>
          <w:iCs/>
          <w:sz w:val="24"/>
          <w:szCs w:val="24"/>
        </w:rPr>
        <w:t xml:space="preserve"> onze 6 di </w:t>
      </w:r>
      <w:r w:rsidR="007541F6">
        <w:rPr>
          <w:i/>
          <w:iCs/>
          <w:sz w:val="24"/>
          <w:szCs w:val="24"/>
        </w:rPr>
        <w:t>largezza onze 3 grosezza onza una e meza e di ottima qualità quadrati co</w:t>
      </w:r>
      <w:r w:rsidR="00A567E7">
        <w:rPr>
          <w:i/>
          <w:iCs/>
          <w:sz w:val="24"/>
          <w:szCs w:val="24"/>
        </w:rPr>
        <w:t>n</w:t>
      </w:r>
      <w:r w:rsidR="007541F6">
        <w:rPr>
          <w:i/>
          <w:iCs/>
          <w:sz w:val="24"/>
          <w:szCs w:val="24"/>
        </w:rPr>
        <w:t xml:space="preserve"> soi angoli perfetti e senza nesuna gobba o mezzo e saranno ben cotti, stracotti suficientemente e ragionevolmente cotti di tutta perfezione e che la terra sia ben impastata e provedere la quantità necesaria.</w:t>
      </w:r>
    </w:p>
    <w:p w14:paraId="573062AA" w14:textId="77777777" w:rsidR="00A567E7" w:rsidRDefault="007541F6" w:rsidP="00A567E7">
      <w:pPr>
        <w:jc w:val="both"/>
        <w:rPr>
          <w:i/>
          <w:iCs/>
          <w:sz w:val="24"/>
          <w:szCs w:val="24"/>
        </w:rPr>
      </w:pPr>
      <w:r>
        <w:rPr>
          <w:i/>
          <w:iCs/>
          <w:sz w:val="24"/>
          <w:szCs w:val="24"/>
        </w:rPr>
        <w:t>I rotti si riceveranno 10 solamente per 100.</w:t>
      </w:r>
      <w:r w:rsidRPr="007541F6">
        <w:rPr>
          <w:i/>
          <w:iCs/>
          <w:sz w:val="24"/>
          <w:szCs w:val="24"/>
        </w:rPr>
        <w:t xml:space="preserve"> </w:t>
      </w:r>
      <w:r w:rsidR="00000000">
        <w:rPr>
          <w:i/>
          <w:iCs/>
          <w:sz w:val="24"/>
          <w:szCs w:val="24"/>
        </w:rPr>
        <w:pict w14:anchorId="1D20F140">
          <v:rect id="_x0000_i1295" style="width:0;height:1.5pt" o:hralign="center" o:hrstd="t" o:hr="t" fillcolor="#a0a0a0" stroked="f"/>
        </w:pict>
      </w:r>
    </w:p>
    <w:p w14:paraId="52C17F9D" w14:textId="5E902883" w:rsidR="007541F6" w:rsidRDefault="00A567E7" w:rsidP="00A567E7">
      <w:pPr>
        <w:jc w:val="right"/>
        <w:rPr>
          <w:i/>
          <w:iCs/>
          <w:sz w:val="24"/>
          <w:szCs w:val="24"/>
        </w:rPr>
      </w:pPr>
      <w:r>
        <w:rPr>
          <w:i/>
          <w:iCs/>
          <w:sz w:val="24"/>
          <w:szCs w:val="24"/>
        </w:rPr>
        <w:t>giorno</w:t>
      </w:r>
      <w:r w:rsidR="007541F6">
        <w:rPr>
          <w:i/>
          <w:iCs/>
          <w:sz w:val="24"/>
          <w:szCs w:val="24"/>
        </w:rPr>
        <w:t xml:space="preserve"> </w:t>
      </w:r>
      <w:r>
        <w:rPr>
          <w:i/>
          <w:iCs/>
          <w:sz w:val="24"/>
          <w:szCs w:val="24"/>
        </w:rPr>
        <w:t>d</w:t>
      </w:r>
      <w:r w:rsidR="007541F6">
        <w:rPr>
          <w:i/>
          <w:iCs/>
          <w:sz w:val="24"/>
          <w:szCs w:val="24"/>
        </w:rPr>
        <w:t>i 19 Ott</w:t>
      </w:r>
      <w:r>
        <w:rPr>
          <w:i/>
          <w:iCs/>
          <w:sz w:val="24"/>
          <w:szCs w:val="24"/>
        </w:rPr>
        <w:t>obr</w:t>
      </w:r>
      <w:r w:rsidR="007541F6">
        <w:rPr>
          <w:i/>
          <w:iCs/>
          <w:sz w:val="24"/>
          <w:szCs w:val="24"/>
        </w:rPr>
        <w:t>e 1720</w:t>
      </w:r>
    </w:p>
    <w:p w14:paraId="4C900862" w14:textId="77777777" w:rsidR="00A567E7" w:rsidRDefault="007541F6" w:rsidP="00A567E7">
      <w:pPr>
        <w:jc w:val="right"/>
        <w:rPr>
          <w:i/>
          <w:iCs/>
          <w:sz w:val="24"/>
          <w:szCs w:val="24"/>
        </w:rPr>
      </w:pPr>
      <w:r w:rsidRPr="00F11AB3">
        <w:rPr>
          <w:i/>
          <w:iCs/>
          <w:sz w:val="24"/>
          <w:szCs w:val="24"/>
        </w:rPr>
        <w:t>C</w:t>
      </w:r>
      <w:r w:rsidR="00A567E7">
        <w:rPr>
          <w:i/>
          <w:iCs/>
          <w:sz w:val="24"/>
          <w:szCs w:val="24"/>
        </w:rPr>
        <w:t>avaliere</w:t>
      </w:r>
      <w:r w:rsidRPr="00F11AB3">
        <w:rPr>
          <w:i/>
          <w:iCs/>
          <w:sz w:val="24"/>
          <w:szCs w:val="24"/>
        </w:rPr>
        <w:t xml:space="preserve"> D</w:t>
      </w:r>
      <w:r w:rsidR="00A567E7">
        <w:rPr>
          <w:i/>
          <w:iCs/>
          <w:sz w:val="24"/>
          <w:szCs w:val="24"/>
        </w:rPr>
        <w:t>on</w:t>
      </w:r>
      <w:r w:rsidRPr="00F11AB3">
        <w:rPr>
          <w:i/>
          <w:iCs/>
          <w:sz w:val="24"/>
          <w:szCs w:val="24"/>
        </w:rPr>
        <w:t xml:space="preserve"> Filippo Juvarra A</w:t>
      </w:r>
      <w:r w:rsidR="00A567E7">
        <w:rPr>
          <w:i/>
          <w:iCs/>
          <w:sz w:val="24"/>
          <w:szCs w:val="24"/>
        </w:rPr>
        <w:t>rchitetto</w:t>
      </w:r>
      <w:r w:rsidRPr="00F11AB3">
        <w:rPr>
          <w:i/>
          <w:iCs/>
          <w:sz w:val="24"/>
          <w:szCs w:val="24"/>
        </w:rPr>
        <w:t xml:space="preserve"> </w:t>
      </w:r>
      <w:r w:rsidR="00000000">
        <w:rPr>
          <w:i/>
          <w:iCs/>
          <w:sz w:val="24"/>
          <w:szCs w:val="24"/>
        </w:rPr>
        <w:pict w14:anchorId="7E8E04FC">
          <v:rect id="_x0000_i1296" style="width:0;height:1.5pt" o:hralign="center" o:hrstd="t" o:hr="t" fillcolor="#a0a0a0" stroked="f"/>
        </w:pict>
      </w:r>
    </w:p>
    <w:p w14:paraId="2FCB7CCD" w14:textId="5B6F0141" w:rsidR="007541F6" w:rsidRDefault="007541F6" w:rsidP="00A567E7">
      <w:pPr>
        <w:jc w:val="both"/>
        <w:rPr>
          <w:sz w:val="24"/>
          <w:szCs w:val="24"/>
        </w:rPr>
      </w:pPr>
      <w:r w:rsidRPr="00F873E8">
        <w:rPr>
          <w:sz w:val="24"/>
          <w:szCs w:val="24"/>
        </w:rPr>
        <w:lastRenderedPageBreak/>
        <w:t xml:space="preserve">Archivio di Stato di Torino | Sezioni Riunite | Ministero della guerra | Azienda generale di fabbriche e fortificazioni (1733-1797) già Azienda generale d'artiglieria, fabbriche e fortificazioni (1717-1733) | Contratti fortificazioni | Mazzo 7 (1720) | fol. </w:t>
      </w:r>
      <w:r>
        <w:rPr>
          <w:sz w:val="24"/>
          <w:szCs w:val="24"/>
        </w:rPr>
        <w:t>271.</w:t>
      </w:r>
    </w:p>
    <w:p w14:paraId="037CE1D4" w14:textId="77777777" w:rsidR="007541F6" w:rsidRDefault="007541F6" w:rsidP="005413C0">
      <w:pPr>
        <w:rPr>
          <w:sz w:val="24"/>
          <w:szCs w:val="24"/>
        </w:rPr>
      </w:pPr>
    </w:p>
    <w:p w14:paraId="70913B7B" w14:textId="3D39B998" w:rsidR="007541F6" w:rsidRDefault="007541F6" w:rsidP="007541F6">
      <w:pPr>
        <w:jc w:val="center"/>
        <w:rPr>
          <w:sz w:val="28"/>
          <w:szCs w:val="28"/>
        </w:rPr>
      </w:pPr>
      <w:r w:rsidRPr="00A041A4">
        <w:rPr>
          <w:sz w:val="28"/>
          <w:szCs w:val="28"/>
        </w:rPr>
        <w:t>17</w:t>
      </w:r>
      <w:r>
        <w:rPr>
          <w:sz w:val="28"/>
          <w:szCs w:val="28"/>
        </w:rPr>
        <w:t>21</w:t>
      </w:r>
    </w:p>
    <w:p w14:paraId="2210BDB3" w14:textId="77777777" w:rsidR="00600472" w:rsidRDefault="00A44773" w:rsidP="00600472">
      <w:pPr>
        <w:jc w:val="center"/>
        <w:rPr>
          <w:i/>
          <w:iCs/>
          <w:sz w:val="24"/>
          <w:szCs w:val="24"/>
        </w:rPr>
      </w:pPr>
      <w:r w:rsidRPr="00A44773">
        <w:rPr>
          <w:b/>
          <w:bCs/>
          <w:i/>
          <w:iCs/>
          <w:sz w:val="24"/>
          <w:szCs w:val="24"/>
        </w:rPr>
        <w:t>Instruzione per il coperto de</w:t>
      </w:r>
      <w:r>
        <w:rPr>
          <w:b/>
          <w:bCs/>
          <w:i/>
          <w:iCs/>
          <w:sz w:val="24"/>
          <w:szCs w:val="24"/>
        </w:rPr>
        <w:t>l</w:t>
      </w:r>
      <w:r w:rsidRPr="00A44773">
        <w:rPr>
          <w:b/>
          <w:bCs/>
          <w:i/>
          <w:iCs/>
          <w:sz w:val="24"/>
          <w:szCs w:val="24"/>
        </w:rPr>
        <w:t>l Coro e Sacr</w:t>
      </w:r>
      <w:r>
        <w:rPr>
          <w:b/>
          <w:bCs/>
          <w:i/>
          <w:iCs/>
          <w:sz w:val="24"/>
          <w:szCs w:val="24"/>
        </w:rPr>
        <w:t>i</w:t>
      </w:r>
      <w:r w:rsidRPr="00A44773">
        <w:rPr>
          <w:b/>
          <w:bCs/>
          <w:i/>
          <w:iCs/>
          <w:sz w:val="24"/>
          <w:szCs w:val="24"/>
        </w:rPr>
        <w:t>stie della Chiesa di Superga</w:t>
      </w:r>
      <w:r w:rsidR="00000000">
        <w:rPr>
          <w:i/>
          <w:iCs/>
          <w:sz w:val="24"/>
          <w:szCs w:val="24"/>
        </w:rPr>
        <w:pict w14:anchorId="33D60EA8">
          <v:rect id="_x0000_i1297" style="width:0;height:1.5pt" o:hralign="center" o:hrstd="t" o:hr="t" fillcolor="#a0a0a0" stroked="f"/>
        </w:pict>
      </w:r>
    </w:p>
    <w:p w14:paraId="482137BE" w14:textId="3F49076B" w:rsidR="00A44773" w:rsidRDefault="00A44773" w:rsidP="00600472">
      <w:pPr>
        <w:jc w:val="both"/>
        <w:rPr>
          <w:i/>
          <w:iCs/>
          <w:sz w:val="24"/>
          <w:szCs w:val="24"/>
        </w:rPr>
      </w:pPr>
      <w:r>
        <w:rPr>
          <w:i/>
          <w:iCs/>
          <w:sz w:val="24"/>
          <w:szCs w:val="24"/>
        </w:rPr>
        <w:t>Il coperto sarà dell coro in angolo 2° il disegnio come anche in una pendenza quello delle sacristie sarà di legni dritti e di grosezza proporzionata a detto coperto.</w:t>
      </w:r>
    </w:p>
    <w:p w14:paraId="3BC0B048" w14:textId="5BD7BFDA" w:rsidR="00A44773" w:rsidRDefault="00A44773" w:rsidP="00600472">
      <w:pPr>
        <w:jc w:val="both"/>
        <w:rPr>
          <w:i/>
          <w:iCs/>
          <w:sz w:val="24"/>
          <w:szCs w:val="24"/>
        </w:rPr>
      </w:pPr>
      <w:r>
        <w:rPr>
          <w:i/>
          <w:iCs/>
          <w:sz w:val="24"/>
          <w:szCs w:val="24"/>
        </w:rPr>
        <w:t>I legni grossi tant</w:t>
      </w:r>
      <w:r w:rsidR="00F846AE">
        <w:rPr>
          <w:i/>
          <w:iCs/>
          <w:sz w:val="24"/>
          <w:szCs w:val="24"/>
        </w:rPr>
        <w:t>t</w:t>
      </w:r>
      <w:r>
        <w:rPr>
          <w:i/>
          <w:iCs/>
          <w:sz w:val="24"/>
          <w:szCs w:val="24"/>
        </w:rPr>
        <w:t xml:space="preserve">o delle cavriate, e bracci, e saettoni, e saete, e altre legni necesarij all’incanallatura tanto semplici, che doppie, saranno tenuti falli l’impresarij 2° gli sarà ordinato sul posto, e alla maggior stabilità di </w:t>
      </w:r>
      <w:r w:rsidR="00F846AE">
        <w:rPr>
          <w:i/>
          <w:iCs/>
          <w:sz w:val="24"/>
          <w:szCs w:val="24"/>
        </w:rPr>
        <w:t xml:space="preserve">detto </w:t>
      </w:r>
      <w:r>
        <w:rPr>
          <w:i/>
          <w:iCs/>
          <w:sz w:val="24"/>
          <w:szCs w:val="24"/>
        </w:rPr>
        <w:t>coperto saranno parimente obligati d’armare le cavriate no</w:t>
      </w:r>
      <w:r w:rsidR="00F846AE">
        <w:rPr>
          <w:i/>
          <w:iCs/>
          <w:sz w:val="24"/>
          <w:szCs w:val="24"/>
        </w:rPr>
        <w:t>n</w:t>
      </w:r>
      <w:r>
        <w:rPr>
          <w:i/>
          <w:iCs/>
          <w:sz w:val="24"/>
          <w:szCs w:val="24"/>
        </w:rPr>
        <w:t xml:space="preserve"> avendo legni della necesaria grosezza e le cavriate saranno messe in 5 piedi di distanza d’una a l’altra o meno secondo sarà proprio e necesario sul sito.</w:t>
      </w:r>
    </w:p>
    <w:p w14:paraId="17566606" w14:textId="219534C1" w:rsidR="00A44773" w:rsidRDefault="00A44773" w:rsidP="00600472">
      <w:pPr>
        <w:jc w:val="both"/>
        <w:rPr>
          <w:i/>
          <w:iCs/>
          <w:sz w:val="24"/>
          <w:szCs w:val="24"/>
        </w:rPr>
      </w:pPr>
      <w:r>
        <w:rPr>
          <w:i/>
          <w:iCs/>
          <w:sz w:val="24"/>
          <w:szCs w:val="24"/>
        </w:rPr>
        <w:t>Li detti legni saranno provisti da S</w:t>
      </w:r>
      <w:r w:rsidRPr="00A44773">
        <w:rPr>
          <w:i/>
          <w:iCs/>
          <w:sz w:val="24"/>
          <w:szCs w:val="24"/>
          <w:vertAlign w:val="superscript"/>
        </w:rPr>
        <w:t>a</w:t>
      </w:r>
      <w:r>
        <w:rPr>
          <w:i/>
          <w:iCs/>
          <w:sz w:val="24"/>
          <w:szCs w:val="24"/>
        </w:rPr>
        <w:t xml:space="preserve"> M</w:t>
      </w:r>
      <w:r w:rsidRPr="00A44773">
        <w:rPr>
          <w:i/>
          <w:iCs/>
          <w:sz w:val="24"/>
          <w:szCs w:val="24"/>
          <w:vertAlign w:val="superscript"/>
        </w:rPr>
        <w:t>a</w:t>
      </w:r>
      <w:r>
        <w:rPr>
          <w:i/>
          <w:iCs/>
          <w:sz w:val="24"/>
          <w:szCs w:val="24"/>
        </w:rPr>
        <w:t xml:space="preserve"> sul posto di Superga dove si potrà e l’impresarij alzarlli e lavorarlli dove si renderà più comodo.</w:t>
      </w:r>
    </w:p>
    <w:p w14:paraId="2D7EFB9F" w14:textId="59D52D32" w:rsidR="0074701B" w:rsidRDefault="0074701B" w:rsidP="00600472">
      <w:pPr>
        <w:jc w:val="both"/>
        <w:rPr>
          <w:i/>
          <w:iCs/>
          <w:sz w:val="24"/>
          <w:szCs w:val="24"/>
        </w:rPr>
      </w:pPr>
      <w:r>
        <w:rPr>
          <w:i/>
          <w:iCs/>
          <w:sz w:val="24"/>
          <w:szCs w:val="24"/>
        </w:rPr>
        <w:t>Le reme saranno di rovere di longezza che possino abbracciare due capate al meno, e nella punta no</w:t>
      </w:r>
      <w:r w:rsidR="00F846AE">
        <w:rPr>
          <w:i/>
          <w:iCs/>
          <w:sz w:val="24"/>
          <w:szCs w:val="24"/>
        </w:rPr>
        <w:t>n</w:t>
      </w:r>
      <w:r>
        <w:rPr>
          <w:i/>
          <w:iCs/>
          <w:sz w:val="24"/>
          <w:szCs w:val="24"/>
        </w:rPr>
        <w:t xml:space="preserve"> siano meno di onze 2 ½ in 3 al meno di tutta qualità e bontà e saranno inchiodati con chiodi di suficiente lungezza e siano inchiodati in tutti i luogi che tocchino li legni grossi e no</w:t>
      </w:r>
      <w:r w:rsidR="00F846AE">
        <w:rPr>
          <w:i/>
          <w:iCs/>
          <w:sz w:val="24"/>
          <w:szCs w:val="24"/>
        </w:rPr>
        <w:t xml:space="preserve">n </w:t>
      </w:r>
      <w:r>
        <w:rPr>
          <w:i/>
          <w:iCs/>
          <w:sz w:val="24"/>
          <w:szCs w:val="24"/>
        </w:rPr>
        <w:t>siano meno di onze 9 di distanza fra una rema e l’altra cioè di mezz</w:t>
      </w:r>
      <w:r w:rsidR="00F846AE">
        <w:rPr>
          <w:i/>
          <w:iCs/>
          <w:sz w:val="24"/>
          <w:szCs w:val="24"/>
        </w:rPr>
        <w:t>a</w:t>
      </w:r>
      <w:r>
        <w:rPr>
          <w:i/>
          <w:iCs/>
          <w:sz w:val="24"/>
          <w:szCs w:val="24"/>
        </w:rPr>
        <w:t xml:space="preserve"> a mezza rema e che siano bene in piano co</w:t>
      </w:r>
      <w:r w:rsidR="00F846AE">
        <w:rPr>
          <w:i/>
          <w:iCs/>
          <w:sz w:val="24"/>
          <w:szCs w:val="24"/>
        </w:rPr>
        <w:t>n</w:t>
      </w:r>
      <w:r>
        <w:rPr>
          <w:i/>
          <w:iCs/>
          <w:sz w:val="24"/>
          <w:szCs w:val="24"/>
        </w:rPr>
        <w:t xml:space="preserve"> la sua pendenza necesaria all scolo dell aque. </w:t>
      </w:r>
    </w:p>
    <w:p w14:paraId="33BFBB71" w14:textId="20F1B8D4" w:rsidR="0074701B" w:rsidRDefault="0074701B" w:rsidP="00600472">
      <w:pPr>
        <w:jc w:val="both"/>
        <w:rPr>
          <w:i/>
          <w:iCs/>
          <w:sz w:val="24"/>
          <w:szCs w:val="24"/>
        </w:rPr>
      </w:pPr>
      <w:r>
        <w:rPr>
          <w:i/>
          <w:iCs/>
          <w:sz w:val="24"/>
          <w:szCs w:val="24"/>
        </w:rPr>
        <w:t xml:space="preserve">I listelli </w:t>
      </w:r>
      <w:r w:rsidR="00980A4B">
        <w:rPr>
          <w:i/>
          <w:iCs/>
          <w:sz w:val="24"/>
          <w:szCs w:val="24"/>
        </w:rPr>
        <w:t>saranno d’albero ben staggionati di grosezza onza una e mezza di largezza onze 2 e detti listelli saranno inchiodati sopra le reme in ogni luogo che tocca la rema co</w:t>
      </w:r>
      <w:r w:rsidR="00F846AE">
        <w:rPr>
          <w:i/>
          <w:iCs/>
          <w:sz w:val="24"/>
          <w:szCs w:val="24"/>
        </w:rPr>
        <w:t xml:space="preserve">n </w:t>
      </w:r>
      <w:r w:rsidR="00980A4B">
        <w:rPr>
          <w:i/>
          <w:iCs/>
          <w:sz w:val="24"/>
          <w:szCs w:val="24"/>
        </w:rPr>
        <w:t>chiodi di longezza e grosezza approvati e che tavichi bene nell legnio; la sua distanza sarà quanto il coppone e che detto coppone sia bene incastrato dentro il listello.</w:t>
      </w:r>
    </w:p>
    <w:p w14:paraId="0CBC329C" w14:textId="03529BD9" w:rsidR="00980A4B" w:rsidRDefault="00980A4B" w:rsidP="00600472">
      <w:pPr>
        <w:jc w:val="both"/>
        <w:rPr>
          <w:i/>
          <w:iCs/>
          <w:sz w:val="24"/>
          <w:szCs w:val="24"/>
        </w:rPr>
      </w:pPr>
      <w:r>
        <w:rPr>
          <w:i/>
          <w:iCs/>
          <w:sz w:val="24"/>
          <w:szCs w:val="24"/>
        </w:rPr>
        <w:t>Li copponi saranno tant</w:t>
      </w:r>
      <w:r w:rsidR="00F846AE">
        <w:rPr>
          <w:i/>
          <w:iCs/>
          <w:sz w:val="24"/>
          <w:szCs w:val="24"/>
        </w:rPr>
        <w:t>t</w:t>
      </w:r>
      <w:r>
        <w:rPr>
          <w:i/>
          <w:iCs/>
          <w:sz w:val="24"/>
          <w:szCs w:val="24"/>
        </w:rPr>
        <w:t>o sopra quanto sotto di quelli grandi di Monchialieri e che siano ben cotti e che uno sopra l’altro coprino al meno o cavalchino onze 3</w:t>
      </w:r>
      <w:r w:rsidRPr="00980A4B">
        <w:rPr>
          <w:i/>
          <w:iCs/>
          <w:sz w:val="24"/>
          <w:szCs w:val="24"/>
          <w:vertAlign w:val="superscript"/>
        </w:rPr>
        <w:t>e</w:t>
      </w:r>
      <w:r>
        <w:rPr>
          <w:i/>
          <w:iCs/>
          <w:sz w:val="24"/>
          <w:szCs w:val="24"/>
        </w:rPr>
        <w:t xml:space="preserve"> al meno e che siano me</w:t>
      </w:r>
      <w:r w:rsidR="00F846AE">
        <w:rPr>
          <w:i/>
          <w:iCs/>
          <w:sz w:val="24"/>
          <w:szCs w:val="24"/>
        </w:rPr>
        <w:t>ss</w:t>
      </w:r>
      <w:r>
        <w:rPr>
          <w:i/>
          <w:iCs/>
          <w:sz w:val="24"/>
          <w:szCs w:val="24"/>
        </w:rPr>
        <w:t>o, a filo perfetto.</w:t>
      </w:r>
    </w:p>
    <w:p w14:paraId="664E2EA6" w14:textId="178F24A0" w:rsidR="00980A4B" w:rsidRDefault="00980A4B" w:rsidP="00600472">
      <w:pPr>
        <w:jc w:val="both"/>
        <w:rPr>
          <w:i/>
          <w:iCs/>
          <w:sz w:val="24"/>
          <w:szCs w:val="24"/>
        </w:rPr>
      </w:pPr>
      <w:r>
        <w:rPr>
          <w:i/>
          <w:iCs/>
          <w:sz w:val="24"/>
          <w:szCs w:val="24"/>
        </w:rPr>
        <w:t>Le converse saranno ben armati co</w:t>
      </w:r>
      <w:r w:rsidR="00F846AE">
        <w:rPr>
          <w:i/>
          <w:iCs/>
          <w:sz w:val="24"/>
          <w:szCs w:val="24"/>
        </w:rPr>
        <w:t xml:space="preserve">n </w:t>
      </w:r>
      <w:r>
        <w:rPr>
          <w:i/>
          <w:iCs/>
          <w:sz w:val="24"/>
          <w:szCs w:val="24"/>
        </w:rPr>
        <w:t>fare incastrare il canale della conversa bene indentro co</w:t>
      </w:r>
      <w:r w:rsidR="00F846AE">
        <w:rPr>
          <w:i/>
          <w:iCs/>
          <w:sz w:val="24"/>
          <w:szCs w:val="24"/>
        </w:rPr>
        <w:t>n</w:t>
      </w:r>
      <w:r>
        <w:rPr>
          <w:i/>
          <w:iCs/>
          <w:sz w:val="24"/>
          <w:szCs w:val="24"/>
        </w:rPr>
        <w:t xml:space="preserve"> sua armatura sotto di bone reme o legni 2° sarà necesario.</w:t>
      </w:r>
    </w:p>
    <w:p w14:paraId="75E1C474" w14:textId="32F0A070" w:rsidR="00600472" w:rsidRDefault="00980A4B" w:rsidP="00600472">
      <w:pPr>
        <w:jc w:val="both"/>
        <w:rPr>
          <w:i/>
          <w:iCs/>
          <w:sz w:val="24"/>
          <w:szCs w:val="24"/>
        </w:rPr>
      </w:pPr>
      <w:r>
        <w:rPr>
          <w:i/>
          <w:iCs/>
          <w:sz w:val="24"/>
          <w:szCs w:val="24"/>
        </w:rPr>
        <w:t>L’impresarij saranno obligati di mettere tutta la chiodaria e cavichi tantto grossi quanto mezani e saranno solamente tenuti di mettere in opera le gaffe di ferro, o altri ferri grossi necesarij li quali saranno provisti di S</w:t>
      </w:r>
      <w:r w:rsidRPr="00980A4B">
        <w:rPr>
          <w:i/>
          <w:iCs/>
          <w:sz w:val="24"/>
          <w:szCs w:val="24"/>
          <w:vertAlign w:val="superscript"/>
        </w:rPr>
        <w:t>a</w:t>
      </w:r>
      <w:r>
        <w:rPr>
          <w:i/>
          <w:iCs/>
          <w:sz w:val="24"/>
          <w:szCs w:val="24"/>
        </w:rPr>
        <w:t xml:space="preserve"> M</w:t>
      </w:r>
      <w:r w:rsidRPr="00980A4B">
        <w:rPr>
          <w:i/>
          <w:iCs/>
          <w:sz w:val="24"/>
          <w:szCs w:val="24"/>
          <w:vertAlign w:val="superscript"/>
        </w:rPr>
        <w:t>a</w:t>
      </w:r>
      <w:r>
        <w:rPr>
          <w:i/>
          <w:iCs/>
          <w:sz w:val="24"/>
          <w:szCs w:val="24"/>
        </w:rPr>
        <w:t xml:space="preserve"> e loro metterlli in opera il tutto fatto 2° il disegnio e a opera conlaudata.</w:t>
      </w:r>
      <w:r w:rsidRPr="00980A4B">
        <w:rPr>
          <w:i/>
          <w:iCs/>
          <w:sz w:val="24"/>
          <w:szCs w:val="24"/>
        </w:rPr>
        <w:t xml:space="preserve"> </w:t>
      </w:r>
      <w:r w:rsidR="00000000">
        <w:rPr>
          <w:i/>
          <w:iCs/>
          <w:sz w:val="24"/>
          <w:szCs w:val="24"/>
        </w:rPr>
        <w:pict w14:anchorId="5F22FA85">
          <v:rect id="_x0000_i1298" style="width:0;height:1.5pt" o:hralign="center" o:hrstd="t" o:hr="t" fillcolor="#a0a0a0" stroked="f"/>
        </w:pict>
      </w:r>
    </w:p>
    <w:p w14:paraId="366D0182" w14:textId="2D4CA48B" w:rsidR="00980A4B" w:rsidRDefault="00F846AE" w:rsidP="00600472">
      <w:pPr>
        <w:jc w:val="right"/>
        <w:rPr>
          <w:i/>
          <w:iCs/>
          <w:sz w:val="24"/>
          <w:szCs w:val="24"/>
        </w:rPr>
      </w:pPr>
      <w:r>
        <w:rPr>
          <w:i/>
          <w:iCs/>
          <w:sz w:val="24"/>
          <w:szCs w:val="24"/>
        </w:rPr>
        <w:t>giorno</w:t>
      </w:r>
      <w:r w:rsidR="00980A4B">
        <w:rPr>
          <w:i/>
          <w:iCs/>
          <w:sz w:val="24"/>
          <w:szCs w:val="24"/>
        </w:rPr>
        <w:t xml:space="preserve"> di 1° Giugnio 1721</w:t>
      </w:r>
    </w:p>
    <w:p w14:paraId="6CA9E21D" w14:textId="0B9C1D84" w:rsidR="00600472" w:rsidRDefault="00980A4B" w:rsidP="00600472">
      <w:pPr>
        <w:jc w:val="right"/>
        <w:rPr>
          <w:i/>
          <w:iCs/>
          <w:sz w:val="24"/>
          <w:szCs w:val="24"/>
        </w:rPr>
      </w:pPr>
      <w:r>
        <w:rPr>
          <w:i/>
          <w:iCs/>
          <w:sz w:val="24"/>
          <w:szCs w:val="24"/>
        </w:rPr>
        <w:t>Cav</w:t>
      </w:r>
      <w:r w:rsidR="00F846AE">
        <w:rPr>
          <w:i/>
          <w:iCs/>
          <w:sz w:val="24"/>
          <w:szCs w:val="24"/>
        </w:rPr>
        <w:t>aliere</w:t>
      </w:r>
      <w:r>
        <w:rPr>
          <w:i/>
          <w:iCs/>
          <w:sz w:val="24"/>
          <w:szCs w:val="24"/>
        </w:rPr>
        <w:t xml:space="preserve"> D</w:t>
      </w:r>
      <w:r w:rsidR="00F846AE">
        <w:rPr>
          <w:i/>
          <w:iCs/>
          <w:sz w:val="24"/>
          <w:szCs w:val="24"/>
        </w:rPr>
        <w:t>on</w:t>
      </w:r>
      <w:r>
        <w:rPr>
          <w:i/>
          <w:iCs/>
          <w:sz w:val="24"/>
          <w:szCs w:val="24"/>
        </w:rPr>
        <w:t xml:space="preserve"> Filippo Juvarra A</w:t>
      </w:r>
      <w:r w:rsidR="00F846AE">
        <w:rPr>
          <w:i/>
          <w:iCs/>
          <w:sz w:val="24"/>
          <w:szCs w:val="24"/>
        </w:rPr>
        <w:t>echitetto</w:t>
      </w:r>
      <w:r w:rsidRPr="00980A4B">
        <w:rPr>
          <w:i/>
          <w:iCs/>
          <w:sz w:val="24"/>
          <w:szCs w:val="24"/>
        </w:rPr>
        <w:t xml:space="preserve"> </w:t>
      </w:r>
      <w:r w:rsidR="00000000">
        <w:rPr>
          <w:i/>
          <w:iCs/>
          <w:sz w:val="24"/>
          <w:szCs w:val="24"/>
        </w:rPr>
        <w:pict w14:anchorId="26BA6475">
          <v:rect id="_x0000_i1299" style="width:0;height:1.5pt" o:hralign="center" o:hrstd="t" o:hr="t" fillcolor="#a0a0a0" stroked="f"/>
        </w:pict>
      </w:r>
    </w:p>
    <w:p w14:paraId="4CF3AE3E" w14:textId="713A8269" w:rsidR="00980A4B" w:rsidRDefault="0050575C" w:rsidP="00600472">
      <w:pPr>
        <w:jc w:val="both"/>
        <w:rPr>
          <w:i/>
          <w:iCs/>
          <w:sz w:val="24"/>
          <w:szCs w:val="24"/>
        </w:rPr>
      </w:pPr>
      <w:r w:rsidRPr="0050575C">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8 (1721)</w:t>
      </w:r>
      <w:r>
        <w:rPr>
          <w:sz w:val="24"/>
          <w:szCs w:val="24"/>
        </w:rPr>
        <w:t xml:space="preserve"> | foll. 136-137.</w:t>
      </w:r>
    </w:p>
    <w:p w14:paraId="73F309B4" w14:textId="77777777" w:rsidR="0050575C" w:rsidRDefault="0050575C" w:rsidP="005413C0">
      <w:pPr>
        <w:rPr>
          <w:i/>
          <w:iCs/>
          <w:sz w:val="24"/>
          <w:szCs w:val="24"/>
        </w:rPr>
      </w:pPr>
    </w:p>
    <w:p w14:paraId="0C666371" w14:textId="77777777" w:rsidR="008D6A2E" w:rsidRDefault="00A44773" w:rsidP="008D6A2E">
      <w:pPr>
        <w:jc w:val="center"/>
        <w:rPr>
          <w:i/>
          <w:iCs/>
          <w:sz w:val="24"/>
          <w:szCs w:val="24"/>
        </w:rPr>
      </w:pPr>
      <w:r w:rsidRPr="00A44773">
        <w:rPr>
          <w:b/>
          <w:bCs/>
          <w:i/>
          <w:iCs/>
          <w:sz w:val="24"/>
          <w:szCs w:val="24"/>
        </w:rPr>
        <w:t xml:space="preserve">Instruzione per </w:t>
      </w:r>
      <w:r w:rsidR="008D6A2E">
        <w:rPr>
          <w:b/>
          <w:bCs/>
          <w:i/>
          <w:iCs/>
          <w:sz w:val="24"/>
          <w:szCs w:val="24"/>
        </w:rPr>
        <w:t>l</w:t>
      </w:r>
      <w:r w:rsidRPr="00A44773">
        <w:rPr>
          <w:b/>
          <w:bCs/>
          <w:i/>
          <w:iCs/>
          <w:sz w:val="24"/>
          <w:szCs w:val="24"/>
        </w:rPr>
        <w:t xml:space="preserve">i capitelli di pietra di </w:t>
      </w:r>
      <w:r w:rsidR="008D6A2E">
        <w:rPr>
          <w:b/>
          <w:bCs/>
          <w:i/>
          <w:iCs/>
          <w:sz w:val="24"/>
          <w:szCs w:val="24"/>
        </w:rPr>
        <w:t>g</w:t>
      </w:r>
      <w:r w:rsidRPr="00A44773">
        <w:rPr>
          <w:b/>
          <w:bCs/>
          <w:i/>
          <w:iCs/>
          <w:sz w:val="24"/>
          <w:szCs w:val="24"/>
        </w:rPr>
        <w:t>assino per il taburro della Cupola della Chiesa di Soperga</w:t>
      </w:r>
      <w:r w:rsidR="00000000">
        <w:rPr>
          <w:i/>
          <w:iCs/>
          <w:sz w:val="24"/>
          <w:szCs w:val="24"/>
        </w:rPr>
        <w:pict w14:anchorId="6EBD2A7A">
          <v:rect id="_x0000_i1300" style="width:0;height:1.5pt" o:hralign="center" o:hrstd="t" o:hr="t" fillcolor="#a0a0a0" stroked="f"/>
        </w:pict>
      </w:r>
    </w:p>
    <w:p w14:paraId="094C5A29" w14:textId="728E2A17" w:rsidR="008D6A2E" w:rsidRDefault="0050575C" w:rsidP="008D6A2E">
      <w:pPr>
        <w:jc w:val="both"/>
        <w:rPr>
          <w:i/>
          <w:iCs/>
          <w:sz w:val="24"/>
          <w:szCs w:val="24"/>
        </w:rPr>
      </w:pPr>
      <w:r>
        <w:rPr>
          <w:i/>
          <w:iCs/>
          <w:sz w:val="24"/>
          <w:szCs w:val="24"/>
        </w:rPr>
        <w:t>Saranno di pietra di gassino senza tufi co</w:t>
      </w:r>
      <w:r w:rsidR="008D6A2E">
        <w:rPr>
          <w:i/>
          <w:iCs/>
          <w:sz w:val="24"/>
          <w:szCs w:val="24"/>
        </w:rPr>
        <w:t>n</w:t>
      </w:r>
      <w:r>
        <w:rPr>
          <w:i/>
          <w:iCs/>
          <w:sz w:val="24"/>
          <w:szCs w:val="24"/>
        </w:rPr>
        <w:t xml:space="preserve"> le sue foglie a lavassa co</w:t>
      </w:r>
      <w:r w:rsidR="008D6A2E">
        <w:rPr>
          <w:i/>
          <w:iCs/>
          <w:sz w:val="24"/>
          <w:szCs w:val="24"/>
        </w:rPr>
        <w:t>n</w:t>
      </w:r>
      <w:r>
        <w:rPr>
          <w:i/>
          <w:iCs/>
          <w:sz w:val="24"/>
          <w:szCs w:val="24"/>
        </w:rPr>
        <w:t xml:space="preserve"> suo risvolto ben st</w:t>
      </w:r>
      <w:r w:rsidR="008D6A2E">
        <w:rPr>
          <w:i/>
          <w:iCs/>
          <w:sz w:val="24"/>
          <w:szCs w:val="24"/>
        </w:rPr>
        <w:t>u</w:t>
      </w:r>
      <w:r>
        <w:rPr>
          <w:i/>
          <w:iCs/>
          <w:sz w:val="24"/>
          <w:szCs w:val="24"/>
        </w:rPr>
        <w:t>ccato 2° porta il medemo ordine composto le vol</w:t>
      </w:r>
      <w:r w:rsidR="008D6A2E">
        <w:rPr>
          <w:i/>
          <w:iCs/>
          <w:sz w:val="24"/>
          <w:szCs w:val="24"/>
        </w:rPr>
        <w:t>t</w:t>
      </w:r>
      <w:r>
        <w:rPr>
          <w:i/>
          <w:iCs/>
          <w:sz w:val="24"/>
          <w:szCs w:val="24"/>
        </w:rPr>
        <w:t xml:space="preserve">te saranno ben traforati e caciati e il suo fiorone sarà intagliato 2° dimostra il disegnio il tutto a opera conlaudata. </w:t>
      </w:r>
      <w:r w:rsidR="00000000">
        <w:rPr>
          <w:i/>
          <w:iCs/>
          <w:sz w:val="24"/>
          <w:szCs w:val="24"/>
        </w:rPr>
        <w:pict w14:anchorId="7D4DFF2B">
          <v:rect id="_x0000_i1301" style="width:0;height:1.5pt" o:hralign="center" o:hrstd="t" o:hr="t" fillcolor="#a0a0a0" stroked="f"/>
        </w:pict>
      </w:r>
    </w:p>
    <w:p w14:paraId="0F44AD3F" w14:textId="43D6D323" w:rsidR="00A44773" w:rsidRDefault="008D6A2E" w:rsidP="008D6A2E">
      <w:pPr>
        <w:jc w:val="right"/>
        <w:rPr>
          <w:i/>
          <w:iCs/>
          <w:sz w:val="24"/>
          <w:szCs w:val="24"/>
        </w:rPr>
      </w:pPr>
      <w:r>
        <w:rPr>
          <w:i/>
          <w:iCs/>
          <w:sz w:val="24"/>
          <w:szCs w:val="24"/>
        </w:rPr>
        <w:t>giorno</w:t>
      </w:r>
      <w:r w:rsidR="0050575C">
        <w:rPr>
          <w:i/>
          <w:iCs/>
          <w:sz w:val="24"/>
          <w:szCs w:val="24"/>
        </w:rPr>
        <w:t xml:space="preserve"> di 3 Giugno 1721</w:t>
      </w:r>
    </w:p>
    <w:p w14:paraId="25E54AF8" w14:textId="77777777" w:rsidR="003E4460" w:rsidRDefault="0050575C" w:rsidP="008D6A2E">
      <w:pPr>
        <w:jc w:val="right"/>
        <w:rPr>
          <w:i/>
          <w:iCs/>
          <w:sz w:val="24"/>
          <w:szCs w:val="24"/>
        </w:rPr>
      </w:pPr>
      <w:r>
        <w:rPr>
          <w:i/>
          <w:iCs/>
          <w:sz w:val="24"/>
          <w:szCs w:val="24"/>
        </w:rPr>
        <w:t>Cav</w:t>
      </w:r>
      <w:r w:rsidR="008D6A2E">
        <w:rPr>
          <w:i/>
          <w:iCs/>
          <w:sz w:val="24"/>
          <w:szCs w:val="24"/>
        </w:rPr>
        <w:t>aliere</w:t>
      </w:r>
      <w:r>
        <w:rPr>
          <w:i/>
          <w:iCs/>
          <w:sz w:val="24"/>
          <w:szCs w:val="24"/>
        </w:rPr>
        <w:t xml:space="preserve"> D</w:t>
      </w:r>
      <w:r w:rsidR="008D6A2E">
        <w:rPr>
          <w:i/>
          <w:iCs/>
          <w:sz w:val="24"/>
          <w:szCs w:val="24"/>
        </w:rPr>
        <w:t>on</w:t>
      </w:r>
      <w:r>
        <w:rPr>
          <w:i/>
          <w:iCs/>
          <w:sz w:val="24"/>
          <w:szCs w:val="24"/>
        </w:rPr>
        <w:t xml:space="preserve"> Filippo Juvarra A</w:t>
      </w:r>
      <w:r w:rsidR="008D6A2E">
        <w:rPr>
          <w:i/>
          <w:iCs/>
          <w:sz w:val="24"/>
          <w:szCs w:val="24"/>
        </w:rPr>
        <w:t>rchitetto</w:t>
      </w:r>
      <w:r w:rsidRPr="0050575C">
        <w:rPr>
          <w:i/>
          <w:iCs/>
          <w:sz w:val="24"/>
          <w:szCs w:val="24"/>
        </w:rPr>
        <w:t xml:space="preserve"> </w:t>
      </w:r>
      <w:r w:rsidR="00000000">
        <w:rPr>
          <w:i/>
          <w:iCs/>
          <w:sz w:val="24"/>
          <w:szCs w:val="24"/>
        </w:rPr>
        <w:pict w14:anchorId="4571B8D9">
          <v:rect id="_x0000_i1302" style="width:0;height:1.5pt" o:hralign="center" o:hrstd="t" o:hr="t" fillcolor="#a0a0a0" stroked="f"/>
        </w:pict>
      </w:r>
    </w:p>
    <w:p w14:paraId="10147CEB" w14:textId="5D58774A" w:rsidR="008D6A2E" w:rsidRDefault="003E4460" w:rsidP="003E4460">
      <w:pPr>
        <w:jc w:val="both"/>
        <w:rPr>
          <w:i/>
          <w:iCs/>
          <w:sz w:val="24"/>
          <w:szCs w:val="24"/>
        </w:rPr>
      </w:pPr>
      <w:r>
        <w:rPr>
          <w:i/>
          <w:iCs/>
          <w:sz w:val="24"/>
          <w:szCs w:val="24"/>
        </w:rPr>
        <w:t>Disegnio del capitello</w:t>
      </w:r>
      <w:r w:rsidR="00000000">
        <w:rPr>
          <w:i/>
          <w:iCs/>
          <w:sz w:val="24"/>
          <w:szCs w:val="24"/>
        </w:rPr>
        <w:pict w14:anchorId="5CA79849">
          <v:rect id="_x0000_i1303" style="width:0;height:1.5pt" o:hralign="center" o:hrstd="t" o:hr="t" fillcolor="#a0a0a0" stroked="f"/>
        </w:pict>
      </w:r>
    </w:p>
    <w:p w14:paraId="5F1C464B" w14:textId="512B9589" w:rsidR="0050575C" w:rsidRDefault="0050575C" w:rsidP="008D6A2E">
      <w:pPr>
        <w:jc w:val="both"/>
        <w:rPr>
          <w:i/>
          <w:iCs/>
          <w:sz w:val="24"/>
          <w:szCs w:val="24"/>
        </w:rPr>
      </w:pPr>
      <w:r w:rsidRPr="0050575C">
        <w:rPr>
          <w:sz w:val="24"/>
          <w:szCs w:val="24"/>
        </w:rPr>
        <w:t>Archivio di Stato di Torino | Sezioni Riunite | Ministero della guerra | Azienda generale di fabbriche e fortificazioni (1733-1797) già Azienda generale d'artiglieria, fabbriche e fortificazioni (1717-1733) | Contratti fortificazioni | Mazzo 8 (1721)</w:t>
      </w:r>
      <w:r>
        <w:rPr>
          <w:sz w:val="24"/>
          <w:szCs w:val="24"/>
        </w:rPr>
        <w:t xml:space="preserve"> | foll. 110-111.</w:t>
      </w:r>
    </w:p>
    <w:p w14:paraId="6D4E6054" w14:textId="77777777" w:rsidR="0050575C" w:rsidRDefault="0050575C" w:rsidP="005413C0">
      <w:pPr>
        <w:rPr>
          <w:b/>
          <w:bCs/>
          <w:i/>
          <w:iCs/>
          <w:sz w:val="24"/>
          <w:szCs w:val="24"/>
        </w:rPr>
      </w:pPr>
    </w:p>
    <w:p w14:paraId="641C5AC0" w14:textId="77777777" w:rsidR="00480C0A" w:rsidRDefault="00A44773" w:rsidP="00480C0A">
      <w:pPr>
        <w:jc w:val="center"/>
        <w:rPr>
          <w:i/>
          <w:iCs/>
          <w:sz w:val="24"/>
          <w:szCs w:val="24"/>
        </w:rPr>
      </w:pPr>
      <w:r w:rsidRPr="00A44773">
        <w:rPr>
          <w:b/>
          <w:bCs/>
          <w:i/>
          <w:iCs/>
          <w:sz w:val="24"/>
          <w:szCs w:val="24"/>
        </w:rPr>
        <w:t>Instruzione per le colonne dell taburro della Cupola della Chiesa di Soperga</w:t>
      </w:r>
      <w:r w:rsidR="00000000">
        <w:rPr>
          <w:i/>
          <w:iCs/>
          <w:sz w:val="24"/>
          <w:szCs w:val="24"/>
        </w:rPr>
        <w:pict w14:anchorId="7DEE3E0F">
          <v:rect id="_x0000_i1304" style="width:0;height:1.5pt" o:hralign="center" o:hrstd="t" o:hr="t" fillcolor="#a0a0a0" stroked="f"/>
        </w:pict>
      </w:r>
    </w:p>
    <w:p w14:paraId="7F7046F6" w14:textId="7BFCA05B" w:rsidR="00A44773" w:rsidRDefault="009255AF" w:rsidP="00480C0A">
      <w:pPr>
        <w:jc w:val="both"/>
        <w:rPr>
          <w:i/>
          <w:iCs/>
          <w:sz w:val="24"/>
          <w:szCs w:val="24"/>
        </w:rPr>
      </w:pPr>
      <w:r>
        <w:rPr>
          <w:i/>
          <w:iCs/>
          <w:sz w:val="24"/>
          <w:szCs w:val="24"/>
        </w:rPr>
        <w:t xml:space="preserve">Le colonne </w:t>
      </w:r>
      <w:r w:rsidR="001A05C5">
        <w:rPr>
          <w:i/>
          <w:iCs/>
          <w:sz w:val="24"/>
          <w:szCs w:val="24"/>
        </w:rPr>
        <w:t>dell taburro di detta cupola saranno di pietra di Gassino senza tufi notabili e saranno al meno di pezzi 8 per caduna 2° dimostra il detto disegnio saranno ben martilinati e co</w:t>
      </w:r>
      <w:r w:rsidR="00571699">
        <w:rPr>
          <w:i/>
          <w:iCs/>
          <w:sz w:val="24"/>
          <w:szCs w:val="24"/>
        </w:rPr>
        <w:t>n</w:t>
      </w:r>
      <w:r w:rsidR="001A05C5">
        <w:rPr>
          <w:i/>
          <w:iCs/>
          <w:sz w:val="24"/>
          <w:szCs w:val="24"/>
        </w:rPr>
        <w:t xml:space="preserve"> la sua giusta diminutione e che le comissure siano bene in piano perfetto e senza essere scantonati.</w:t>
      </w:r>
    </w:p>
    <w:p w14:paraId="38E72055" w14:textId="54F0903B" w:rsidR="001A05C5" w:rsidRDefault="001A05C5" w:rsidP="00480C0A">
      <w:pPr>
        <w:jc w:val="both"/>
        <w:rPr>
          <w:i/>
          <w:iCs/>
          <w:sz w:val="24"/>
          <w:szCs w:val="24"/>
        </w:rPr>
      </w:pPr>
      <w:r>
        <w:rPr>
          <w:i/>
          <w:iCs/>
          <w:sz w:val="24"/>
          <w:szCs w:val="24"/>
        </w:rPr>
        <w:t xml:space="preserve">La base sarà </w:t>
      </w:r>
      <w:r w:rsidR="00571699">
        <w:rPr>
          <w:i/>
          <w:iCs/>
          <w:sz w:val="24"/>
          <w:szCs w:val="24"/>
        </w:rPr>
        <w:t>a</w:t>
      </w:r>
      <w:r>
        <w:rPr>
          <w:i/>
          <w:iCs/>
          <w:sz w:val="24"/>
          <w:szCs w:val="24"/>
        </w:rPr>
        <w:t>tica ben incastrata e martilinata co</w:t>
      </w:r>
      <w:r w:rsidR="00571699">
        <w:rPr>
          <w:i/>
          <w:iCs/>
          <w:sz w:val="24"/>
          <w:szCs w:val="24"/>
        </w:rPr>
        <w:t>n</w:t>
      </w:r>
      <w:r>
        <w:rPr>
          <w:i/>
          <w:iCs/>
          <w:sz w:val="24"/>
          <w:szCs w:val="24"/>
        </w:rPr>
        <w:t xml:space="preserve"> suo plinto e tori e listelli.</w:t>
      </w:r>
    </w:p>
    <w:p w14:paraId="4200C9C6" w14:textId="2BDA1608" w:rsidR="001A05C5" w:rsidRDefault="001A05C5" w:rsidP="00480C0A">
      <w:pPr>
        <w:jc w:val="both"/>
        <w:rPr>
          <w:i/>
          <w:iCs/>
          <w:sz w:val="24"/>
          <w:szCs w:val="24"/>
        </w:rPr>
      </w:pPr>
      <w:r>
        <w:rPr>
          <w:i/>
          <w:iCs/>
          <w:sz w:val="24"/>
          <w:szCs w:val="24"/>
        </w:rPr>
        <w:t>L’architrave sarà ben lavorato 2° la sacoma che dimostra il Vignola.</w:t>
      </w:r>
    </w:p>
    <w:p w14:paraId="732945A4" w14:textId="0958EFE6" w:rsidR="001A05C5" w:rsidRDefault="001A05C5" w:rsidP="00480C0A">
      <w:pPr>
        <w:jc w:val="both"/>
        <w:rPr>
          <w:i/>
          <w:iCs/>
          <w:sz w:val="24"/>
          <w:szCs w:val="24"/>
        </w:rPr>
      </w:pPr>
      <w:r>
        <w:rPr>
          <w:i/>
          <w:iCs/>
          <w:sz w:val="24"/>
          <w:szCs w:val="24"/>
        </w:rPr>
        <w:t xml:space="preserve">Il cornice sarà parimente dell stessa sacoma secondo il Vignola con suo dentello intagliato e nelli </w:t>
      </w:r>
      <w:r w:rsidR="001005A1">
        <w:rPr>
          <w:i/>
          <w:iCs/>
          <w:sz w:val="24"/>
          <w:szCs w:val="24"/>
        </w:rPr>
        <w:t>spicoli le sue pignie intagliate e che sia in due pezzi per l’altezza cioè sotto l’incociolatoio co</w:t>
      </w:r>
      <w:r w:rsidR="00571699">
        <w:rPr>
          <w:i/>
          <w:iCs/>
          <w:sz w:val="24"/>
          <w:szCs w:val="24"/>
        </w:rPr>
        <w:t xml:space="preserve">n </w:t>
      </w:r>
      <w:r w:rsidR="001005A1">
        <w:rPr>
          <w:i/>
          <w:iCs/>
          <w:sz w:val="24"/>
          <w:szCs w:val="24"/>
        </w:rPr>
        <w:t>pezzi di longezza solamente necesarij per reggere e quanto sarà terminato 2° porta la sacoma e sodezza dell opera il tutto sarà ben martilinato e sottilmente lavorate le sacome saranno fatte dall Architetto e il tutto sarà a opera conlaudata.</w:t>
      </w:r>
    </w:p>
    <w:p w14:paraId="56099A18" w14:textId="33F7F2DE" w:rsidR="00480C0A" w:rsidRDefault="001005A1" w:rsidP="00480C0A">
      <w:pPr>
        <w:jc w:val="both"/>
        <w:rPr>
          <w:i/>
          <w:iCs/>
          <w:sz w:val="24"/>
          <w:szCs w:val="24"/>
        </w:rPr>
      </w:pPr>
      <w:r>
        <w:rPr>
          <w:i/>
          <w:iCs/>
          <w:sz w:val="24"/>
          <w:szCs w:val="24"/>
        </w:rPr>
        <w:t>Saranno l’Impresarij tenuti di fare e i buchi e mettere le chiavette di ferro e imbiobbarle 2° sarà più necesario e assistere a mettere in opera tal lavoro 2° sarà necesario e 2° la figura della rotondità e risalti dell detto taburro.</w:t>
      </w:r>
      <w:r w:rsidRPr="001005A1">
        <w:rPr>
          <w:i/>
          <w:iCs/>
          <w:sz w:val="24"/>
          <w:szCs w:val="24"/>
        </w:rPr>
        <w:t xml:space="preserve"> </w:t>
      </w:r>
      <w:r w:rsidR="00000000">
        <w:rPr>
          <w:i/>
          <w:iCs/>
          <w:sz w:val="24"/>
          <w:szCs w:val="24"/>
        </w:rPr>
        <w:pict w14:anchorId="0D94EC42">
          <v:rect id="_x0000_i1305" style="width:0;height:1.5pt" o:hralign="center" o:hrstd="t" o:hr="t" fillcolor="#a0a0a0" stroked="f"/>
        </w:pict>
      </w:r>
    </w:p>
    <w:p w14:paraId="5CE56200" w14:textId="2ED254BD" w:rsidR="001005A1" w:rsidRDefault="001005A1" w:rsidP="00480C0A">
      <w:pPr>
        <w:jc w:val="right"/>
        <w:rPr>
          <w:i/>
          <w:iCs/>
          <w:sz w:val="24"/>
          <w:szCs w:val="24"/>
        </w:rPr>
      </w:pPr>
      <w:r>
        <w:rPr>
          <w:i/>
          <w:iCs/>
          <w:sz w:val="24"/>
          <w:szCs w:val="24"/>
        </w:rPr>
        <w:t>giorno di 7 Giugnio 1721</w:t>
      </w:r>
    </w:p>
    <w:p w14:paraId="6E00F410" w14:textId="01EFB726" w:rsidR="00480C0A" w:rsidRDefault="001005A1" w:rsidP="00480C0A">
      <w:pPr>
        <w:jc w:val="right"/>
        <w:rPr>
          <w:i/>
          <w:iCs/>
          <w:sz w:val="24"/>
          <w:szCs w:val="24"/>
        </w:rPr>
      </w:pPr>
      <w:r>
        <w:rPr>
          <w:i/>
          <w:iCs/>
          <w:sz w:val="24"/>
          <w:szCs w:val="24"/>
        </w:rPr>
        <w:lastRenderedPageBreak/>
        <w:t>Cav</w:t>
      </w:r>
      <w:r w:rsidR="00480C0A">
        <w:rPr>
          <w:i/>
          <w:iCs/>
          <w:sz w:val="24"/>
          <w:szCs w:val="24"/>
        </w:rPr>
        <w:t xml:space="preserve">aliere </w:t>
      </w:r>
      <w:r>
        <w:rPr>
          <w:i/>
          <w:iCs/>
          <w:sz w:val="24"/>
          <w:szCs w:val="24"/>
        </w:rPr>
        <w:t>D</w:t>
      </w:r>
      <w:r w:rsidR="00480C0A">
        <w:rPr>
          <w:i/>
          <w:iCs/>
          <w:sz w:val="24"/>
          <w:szCs w:val="24"/>
        </w:rPr>
        <w:t>on</w:t>
      </w:r>
      <w:r>
        <w:rPr>
          <w:i/>
          <w:iCs/>
          <w:sz w:val="24"/>
          <w:szCs w:val="24"/>
        </w:rPr>
        <w:t xml:space="preserve"> Filippo Juvarra A</w:t>
      </w:r>
      <w:r w:rsidR="00480C0A">
        <w:rPr>
          <w:i/>
          <w:iCs/>
          <w:sz w:val="24"/>
          <w:szCs w:val="24"/>
        </w:rPr>
        <w:t>rchitetto</w:t>
      </w:r>
      <w:r w:rsidRPr="001005A1">
        <w:rPr>
          <w:i/>
          <w:iCs/>
          <w:sz w:val="24"/>
          <w:szCs w:val="24"/>
        </w:rPr>
        <w:t xml:space="preserve"> </w:t>
      </w:r>
      <w:r w:rsidR="00000000">
        <w:rPr>
          <w:i/>
          <w:iCs/>
          <w:sz w:val="24"/>
          <w:szCs w:val="24"/>
        </w:rPr>
        <w:pict w14:anchorId="6C8E2DA7">
          <v:rect id="_x0000_i1306" style="width:0;height:1.5pt" o:hralign="center" o:hrstd="t" o:hr="t" fillcolor="#a0a0a0" stroked="f"/>
        </w:pict>
      </w:r>
    </w:p>
    <w:p w14:paraId="4F0A3B71" w14:textId="496976D7" w:rsidR="0050575C" w:rsidRDefault="001005A1" w:rsidP="00480C0A">
      <w:pPr>
        <w:jc w:val="both"/>
        <w:rPr>
          <w:b/>
          <w:bCs/>
          <w:i/>
          <w:iCs/>
          <w:sz w:val="24"/>
          <w:szCs w:val="24"/>
        </w:rPr>
      </w:pPr>
      <w:r w:rsidRPr="0050575C">
        <w:rPr>
          <w:sz w:val="24"/>
          <w:szCs w:val="24"/>
        </w:rPr>
        <w:t>Archivio di Stato di Torino | Sezioni Riunite | Ministero della guerra | Azienda generale di fabbriche e fortificazioni (1733-1797) già Azienda generale d'artiglieria, fabbriche e fortificazioni (1717-1733) | Contratti fortificazioni | Mazzo 8 (1721)</w:t>
      </w:r>
      <w:r>
        <w:rPr>
          <w:sz w:val="24"/>
          <w:szCs w:val="24"/>
        </w:rPr>
        <w:t xml:space="preserve"> | fol. 109.</w:t>
      </w:r>
    </w:p>
    <w:p w14:paraId="3680DA29" w14:textId="77777777" w:rsidR="001005A1" w:rsidRDefault="001005A1" w:rsidP="005413C0">
      <w:pPr>
        <w:rPr>
          <w:b/>
          <w:bCs/>
          <w:i/>
          <w:iCs/>
          <w:sz w:val="24"/>
          <w:szCs w:val="24"/>
        </w:rPr>
      </w:pPr>
    </w:p>
    <w:p w14:paraId="7E62913F" w14:textId="200F9FE9" w:rsidR="00571699" w:rsidRDefault="00A44773" w:rsidP="00571699">
      <w:pPr>
        <w:jc w:val="center"/>
        <w:rPr>
          <w:i/>
          <w:iCs/>
          <w:sz w:val="24"/>
          <w:szCs w:val="24"/>
        </w:rPr>
      </w:pPr>
      <w:r w:rsidRPr="00A44773">
        <w:rPr>
          <w:b/>
          <w:bCs/>
          <w:i/>
          <w:iCs/>
          <w:sz w:val="24"/>
          <w:szCs w:val="24"/>
        </w:rPr>
        <w:t xml:space="preserve">Lose per il </w:t>
      </w:r>
      <w:r w:rsidR="00571699">
        <w:rPr>
          <w:b/>
          <w:bCs/>
          <w:i/>
          <w:iCs/>
          <w:sz w:val="24"/>
          <w:szCs w:val="24"/>
        </w:rPr>
        <w:t>c</w:t>
      </w:r>
      <w:r w:rsidRPr="00A44773">
        <w:rPr>
          <w:b/>
          <w:bCs/>
          <w:i/>
          <w:iCs/>
          <w:sz w:val="24"/>
          <w:szCs w:val="24"/>
        </w:rPr>
        <w:t>ornice interiore dalla fabricha di Soperga</w:t>
      </w:r>
      <w:r w:rsidR="003827F2">
        <w:rPr>
          <w:rStyle w:val="Rimandonotaapidipagina"/>
          <w:b/>
          <w:bCs/>
          <w:i/>
          <w:iCs/>
          <w:sz w:val="24"/>
          <w:szCs w:val="24"/>
        </w:rPr>
        <w:footnoteReference w:id="8"/>
      </w:r>
      <w:r w:rsidR="00000000">
        <w:rPr>
          <w:i/>
          <w:iCs/>
          <w:sz w:val="24"/>
          <w:szCs w:val="24"/>
        </w:rPr>
        <w:pict w14:anchorId="6FC48EFF">
          <v:rect id="_x0000_i1307" style="width:0;height:1.5pt" o:hralign="center" o:hrstd="t" o:hr="t" fillcolor="#a0a0a0" stroked="f"/>
        </w:pict>
      </w:r>
    </w:p>
    <w:p w14:paraId="10644BE5" w14:textId="748B3FD3" w:rsidR="00A44773" w:rsidRDefault="00571699" w:rsidP="00571699">
      <w:pPr>
        <w:jc w:val="both"/>
        <w:rPr>
          <w:i/>
          <w:iCs/>
          <w:sz w:val="24"/>
          <w:szCs w:val="24"/>
        </w:rPr>
      </w:pPr>
      <w:r>
        <w:rPr>
          <w:i/>
          <w:iCs/>
          <w:sz w:val="24"/>
          <w:szCs w:val="24"/>
        </w:rPr>
        <w:t>T</w:t>
      </w:r>
      <w:r w:rsidR="00CB6C6B">
        <w:rPr>
          <w:i/>
          <w:iCs/>
          <w:sz w:val="24"/>
          <w:szCs w:val="24"/>
        </w:rPr>
        <w:t>rabuchi 20 di lose di longezza onze 15 groseza una onza e meza di bona qualità bene spianati in faccia.</w:t>
      </w:r>
    </w:p>
    <w:p w14:paraId="74153198" w14:textId="77777777" w:rsidR="00571699" w:rsidRDefault="00CB6C6B" w:rsidP="00571699">
      <w:pPr>
        <w:jc w:val="both"/>
        <w:rPr>
          <w:i/>
          <w:iCs/>
          <w:sz w:val="24"/>
          <w:szCs w:val="24"/>
        </w:rPr>
      </w:pPr>
      <w:r>
        <w:rPr>
          <w:i/>
          <w:iCs/>
          <w:sz w:val="24"/>
          <w:szCs w:val="24"/>
        </w:rPr>
        <w:t>N° 6 cantoni di onze 15 in quadro.</w:t>
      </w:r>
      <w:r w:rsidRPr="00CB6C6B">
        <w:rPr>
          <w:i/>
          <w:iCs/>
          <w:sz w:val="24"/>
          <w:szCs w:val="24"/>
        </w:rPr>
        <w:t xml:space="preserve"> </w:t>
      </w:r>
      <w:r w:rsidR="00000000">
        <w:rPr>
          <w:i/>
          <w:iCs/>
          <w:sz w:val="24"/>
          <w:szCs w:val="24"/>
        </w:rPr>
        <w:pict w14:anchorId="2E960732">
          <v:rect id="_x0000_i1308" style="width:0;height:1.5pt" o:hralign="center" o:hrstd="t" o:hr="t" fillcolor="#a0a0a0" stroked="f"/>
        </w:pict>
      </w:r>
    </w:p>
    <w:p w14:paraId="1D491E13" w14:textId="65410B5D" w:rsidR="00571699" w:rsidRDefault="00CB6C6B" w:rsidP="00571699">
      <w:pPr>
        <w:jc w:val="right"/>
        <w:rPr>
          <w:i/>
          <w:iCs/>
          <w:sz w:val="24"/>
          <w:szCs w:val="24"/>
        </w:rPr>
      </w:pPr>
      <w:r w:rsidRPr="00CB6C6B">
        <w:rPr>
          <w:i/>
          <w:iCs/>
          <w:sz w:val="24"/>
          <w:szCs w:val="24"/>
        </w:rPr>
        <w:t xml:space="preserve"> </w:t>
      </w:r>
      <w:r>
        <w:rPr>
          <w:i/>
          <w:iCs/>
          <w:sz w:val="24"/>
          <w:szCs w:val="24"/>
        </w:rPr>
        <w:t>Cav</w:t>
      </w:r>
      <w:r w:rsidR="00571699">
        <w:rPr>
          <w:i/>
          <w:iCs/>
          <w:sz w:val="24"/>
          <w:szCs w:val="24"/>
        </w:rPr>
        <w:t>aliere</w:t>
      </w:r>
      <w:r>
        <w:rPr>
          <w:i/>
          <w:iCs/>
          <w:sz w:val="24"/>
          <w:szCs w:val="24"/>
        </w:rPr>
        <w:t xml:space="preserve"> D</w:t>
      </w:r>
      <w:r w:rsidR="00571699">
        <w:rPr>
          <w:i/>
          <w:iCs/>
          <w:sz w:val="24"/>
          <w:szCs w:val="24"/>
        </w:rPr>
        <w:t>on</w:t>
      </w:r>
      <w:r>
        <w:rPr>
          <w:i/>
          <w:iCs/>
          <w:sz w:val="24"/>
          <w:szCs w:val="24"/>
        </w:rPr>
        <w:t xml:space="preserve"> Filippo Juvarra A</w:t>
      </w:r>
      <w:r w:rsidR="00571699">
        <w:rPr>
          <w:i/>
          <w:iCs/>
          <w:sz w:val="24"/>
          <w:szCs w:val="24"/>
        </w:rPr>
        <w:t>rchitetto</w:t>
      </w:r>
      <w:r w:rsidRPr="00CB6C6B">
        <w:rPr>
          <w:i/>
          <w:iCs/>
          <w:sz w:val="24"/>
          <w:szCs w:val="24"/>
        </w:rPr>
        <w:t xml:space="preserve"> </w:t>
      </w:r>
      <w:r w:rsidR="00000000">
        <w:rPr>
          <w:i/>
          <w:iCs/>
          <w:sz w:val="24"/>
          <w:szCs w:val="24"/>
        </w:rPr>
        <w:pict w14:anchorId="53892276">
          <v:rect id="_x0000_i1309" style="width:0;height:1.5pt" o:hralign="center" o:hrstd="t" o:hr="t" fillcolor="#a0a0a0" stroked="f"/>
        </w:pict>
      </w:r>
    </w:p>
    <w:p w14:paraId="1157EA1E" w14:textId="6C1C85E2" w:rsidR="00CB6C6B" w:rsidRDefault="00CB6C6B" w:rsidP="00571699">
      <w:pPr>
        <w:jc w:val="both"/>
        <w:rPr>
          <w:i/>
          <w:iCs/>
          <w:sz w:val="24"/>
          <w:szCs w:val="24"/>
        </w:rPr>
      </w:pPr>
      <w:r>
        <w:rPr>
          <w:i/>
          <w:iCs/>
          <w:sz w:val="24"/>
          <w:szCs w:val="24"/>
        </w:rPr>
        <w:t xml:space="preserve">Altri trab. 21 di lose di logorezza onze 30 groza onze </w:t>
      </w:r>
      <w:r w:rsidR="0014549F">
        <w:rPr>
          <w:i/>
          <w:iCs/>
          <w:sz w:val="24"/>
          <w:szCs w:val="24"/>
        </w:rPr>
        <w:t>1</w:t>
      </w:r>
      <w:r>
        <w:rPr>
          <w:i/>
          <w:iCs/>
          <w:sz w:val="24"/>
          <w:szCs w:val="24"/>
        </w:rPr>
        <w:t xml:space="preserve"> 2/1 </w:t>
      </w:r>
      <w:r w:rsidR="0014549F">
        <w:rPr>
          <w:i/>
          <w:iCs/>
          <w:sz w:val="24"/>
          <w:szCs w:val="24"/>
        </w:rPr>
        <w:t xml:space="preserve">di ottima qualità bene spianati a sieme. </w:t>
      </w:r>
    </w:p>
    <w:p w14:paraId="1A290423" w14:textId="77777777" w:rsidR="00571699" w:rsidRDefault="0014549F" w:rsidP="00571699">
      <w:pPr>
        <w:jc w:val="both"/>
        <w:rPr>
          <w:i/>
          <w:iCs/>
          <w:sz w:val="24"/>
          <w:szCs w:val="24"/>
        </w:rPr>
      </w:pPr>
      <w:r>
        <w:rPr>
          <w:i/>
          <w:iCs/>
          <w:sz w:val="24"/>
          <w:szCs w:val="24"/>
        </w:rPr>
        <w:t>Altri trab</w:t>
      </w:r>
      <w:r w:rsidR="00571699">
        <w:rPr>
          <w:i/>
          <w:iCs/>
          <w:sz w:val="24"/>
          <w:szCs w:val="24"/>
        </w:rPr>
        <w:t>.</w:t>
      </w:r>
      <w:r>
        <w:rPr>
          <w:i/>
          <w:iCs/>
          <w:sz w:val="24"/>
          <w:szCs w:val="24"/>
        </w:rPr>
        <w:t xml:space="preserve"> 21 di lose di longorezza  onze 24 grosezza 2 in 1 ½.</w:t>
      </w:r>
      <w:r w:rsidR="00000000">
        <w:rPr>
          <w:i/>
          <w:iCs/>
          <w:sz w:val="24"/>
          <w:szCs w:val="24"/>
        </w:rPr>
        <w:pict w14:anchorId="43CAF2E6">
          <v:rect id="_x0000_i1310" style="width:0;height:1.5pt" o:hralign="center" o:hrstd="t" o:hr="t" fillcolor="#a0a0a0" stroked="f"/>
        </w:pict>
      </w:r>
    </w:p>
    <w:p w14:paraId="71EAB697" w14:textId="191372D5" w:rsidR="0014549F" w:rsidRDefault="0014549F" w:rsidP="00571699">
      <w:pPr>
        <w:jc w:val="both"/>
        <w:rPr>
          <w:sz w:val="24"/>
          <w:szCs w:val="24"/>
        </w:rPr>
      </w:pPr>
      <w:r w:rsidRPr="0050575C">
        <w:rPr>
          <w:sz w:val="24"/>
          <w:szCs w:val="24"/>
        </w:rPr>
        <w:t>Archivio di Stato di Torino | Sezioni Riunite | Ministero della guerra | Azienda generale di fabbriche e fortificazioni (1733-1797) già Azienda generale d'artiglieria, fabbriche e fortificazioni (1717-1733) | Contratti fortificazioni | Mazzo 8 (1721)</w:t>
      </w:r>
      <w:r>
        <w:rPr>
          <w:sz w:val="24"/>
          <w:szCs w:val="24"/>
        </w:rPr>
        <w:t xml:space="preserve"> | fol. 132.</w:t>
      </w:r>
    </w:p>
    <w:p w14:paraId="1868D117" w14:textId="77777777" w:rsidR="00166A98" w:rsidRDefault="00166A98" w:rsidP="005413C0">
      <w:pPr>
        <w:rPr>
          <w:sz w:val="24"/>
          <w:szCs w:val="24"/>
        </w:rPr>
      </w:pPr>
    </w:p>
    <w:p w14:paraId="64BB42DA" w14:textId="7F00979B" w:rsidR="008403EE" w:rsidRDefault="00166A98" w:rsidP="008403EE">
      <w:pPr>
        <w:jc w:val="center"/>
        <w:rPr>
          <w:sz w:val="28"/>
          <w:szCs w:val="28"/>
        </w:rPr>
      </w:pPr>
      <w:r w:rsidRPr="00A041A4">
        <w:rPr>
          <w:sz w:val="28"/>
          <w:szCs w:val="28"/>
        </w:rPr>
        <w:t>17</w:t>
      </w:r>
      <w:r>
        <w:rPr>
          <w:sz w:val="28"/>
          <w:szCs w:val="28"/>
        </w:rPr>
        <w:t>22</w:t>
      </w:r>
    </w:p>
    <w:p w14:paraId="2D46B2BB" w14:textId="77777777" w:rsidR="00DA50A5" w:rsidRDefault="00166A98" w:rsidP="00DA50A5">
      <w:pPr>
        <w:jc w:val="center"/>
        <w:rPr>
          <w:i/>
          <w:iCs/>
          <w:sz w:val="24"/>
          <w:szCs w:val="24"/>
        </w:rPr>
      </w:pPr>
      <w:r w:rsidRPr="00D0016B">
        <w:rPr>
          <w:b/>
          <w:bCs/>
          <w:i/>
          <w:iCs/>
          <w:sz w:val="24"/>
          <w:szCs w:val="24"/>
        </w:rPr>
        <w:t>Instruzione per le muraglie della fabricha della Reggia chiesa sopra il Monte di Soperga</w:t>
      </w:r>
      <w:r w:rsidR="00000000">
        <w:rPr>
          <w:i/>
          <w:iCs/>
          <w:sz w:val="24"/>
          <w:szCs w:val="24"/>
        </w:rPr>
        <w:pict w14:anchorId="1AABF2CE">
          <v:rect id="_x0000_i1311" style="width:0;height:1.5pt" o:hralign="center" o:hrstd="t" o:hr="t" fillcolor="#a0a0a0" stroked="f"/>
        </w:pict>
      </w:r>
    </w:p>
    <w:p w14:paraId="424148FA" w14:textId="4CF186ED" w:rsidR="00166A98" w:rsidRDefault="00DA50A5" w:rsidP="00DA50A5">
      <w:pPr>
        <w:jc w:val="both"/>
        <w:rPr>
          <w:i/>
          <w:iCs/>
          <w:sz w:val="24"/>
          <w:szCs w:val="24"/>
        </w:rPr>
      </w:pPr>
      <w:r>
        <w:rPr>
          <w:i/>
          <w:iCs/>
          <w:sz w:val="24"/>
          <w:szCs w:val="24"/>
        </w:rPr>
        <w:t>Primo.</w:t>
      </w:r>
      <w:r w:rsidR="00BD7318">
        <w:rPr>
          <w:i/>
          <w:iCs/>
          <w:sz w:val="24"/>
          <w:szCs w:val="24"/>
        </w:rPr>
        <w:t xml:space="preserve"> </w:t>
      </w:r>
      <w:r>
        <w:rPr>
          <w:i/>
          <w:iCs/>
          <w:sz w:val="24"/>
          <w:szCs w:val="24"/>
        </w:rPr>
        <w:t>S</w:t>
      </w:r>
      <w:r w:rsidR="00BD7318">
        <w:rPr>
          <w:i/>
          <w:iCs/>
          <w:sz w:val="24"/>
          <w:szCs w:val="24"/>
        </w:rPr>
        <w:t>aranno obligati di fare il tamburro della copola 2° il disegnio che gli verrà dato, e con quelli ornamenti che dimostra il medesimo, di muraglia di mattoni, la quale muraglie saranno ben fatte a tutta perfezione, e fra un mattone e l’altro non vi sia più che un 4° o al più un 3° d’onza di calcina la quale sarà pasata alla griglia, a tutta perfezione e che in ogni 3</w:t>
      </w:r>
      <w:r w:rsidR="00BD7318" w:rsidRPr="00BD7318">
        <w:rPr>
          <w:i/>
          <w:iCs/>
          <w:sz w:val="24"/>
          <w:szCs w:val="24"/>
          <w:vertAlign w:val="superscript"/>
        </w:rPr>
        <w:t>e</w:t>
      </w:r>
      <w:r w:rsidR="00BD7318">
        <w:rPr>
          <w:i/>
          <w:iCs/>
          <w:sz w:val="24"/>
          <w:szCs w:val="24"/>
        </w:rPr>
        <w:t xml:space="preserve"> corsi di mattoni la sua clacinata per tutto, con prima abagniare tutti i mattoni nelli cebri a matton coperto.</w:t>
      </w:r>
    </w:p>
    <w:p w14:paraId="44C87453" w14:textId="68D21287" w:rsidR="00BD7318" w:rsidRDefault="00BD7318" w:rsidP="00DA50A5">
      <w:pPr>
        <w:jc w:val="both"/>
        <w:rPr>
          <w:i/>
          <w:iCs/>
          <w:sz w:val="24"/>
          <w:szCs w:val="24"/>
        </w:rPr>
      </w:pPr>
      <w:r>
        <w:rPr>
          <w:i/>
          <w:iCs/>
          <w:sz w:val="24"/>
          <w:szCs w:val="24"/>
        </w:rPr>
        <w:t>2°</w:t>
      </w:r>
      <w:r w:rsidR="00DA50A5">
        <w:rPr>
          <w:i/>
          <w:iCs/>
          <w:sz w:val="24"/>
          <w:szCs w:val="24"/>
        </w:rPr>
        <w:t>.</w:t>
      </w:r>
      <w:r>
        <w:rPr>
          <w:i/>
          <w:iCs/>
          <w:sz w:val="24"/>
          <w:szCs w:val="24"/>
        </w:rPr>
        <w:t xml:space="preserve"> Saranno parimente obligati di fare le muraglie di pietra con sue cinte d’onze otto di distanza fra una e l’altra di boni mattoni bene uniti con oservare la di sopra grosezza di calcina fra un mattone e l’altro, e serano tenuti di fare tutti li spicoli di porte e finestre e angoli con li voltini e li sordini che saranno necesarij a simile aperture della grosezza che richiederà il pezzo di sopra e ordine dell’Architetto o Soprastante, e dette muraglie saranno li scanzelli in piano perfetto, tutti a piombo perfetto senza nesuno avanzamanto o infossamento e saranno obligati a maton </w:t>
      </w:r>
      <w:r>
        <w:rPr>
          <w:i/>
          <w:iCs/>
          <w:sz w:val="24"/>
          <w:szCs w:val="24"/>
        </w:rPr>
        <w:lastRenderedPageBreak/>
        <w:t>coperto imbocarlli con tutta politezza e saranno anche tenuti a far li muraglie e delli campanili e casa con copertina e ordinaria 2° gli verrà ordinato.</w:t>
      </w:r>
    </w:p>
    <w:p w14:paraId="390C56F9" w14:textId="7F327625" w:rsidR="0012343F" w:rsidRDefault="0012343F" w:rsidP="00DA50A5">
      <w:pPr>
        <w:jc w:val="both"/>
        <w:rPr>
          <w:i/>
          <w:iCs/>
          <w:sz w:val="24"/>
          <w:szCs w:val="24"/>
        </w:rPr>
      </w:pPr>
      <w:r>
        <w:rPr>
          <w:i/>
          <w:iCs/>
          <w:sz w:val="24"/>
          <w:szCs w:val="24"/>
        </w:rPr>
        <w:t>3° Saranno tenuti di fare e disfare li ponteggi che saranno necesarij a detto lavoro, e gli sarà provisto tutto il necesario per detti pontaggi cordi, chiodi, ferri per le chiavi e bolzoni per tutto quello che sarà per servizio della fabricha.</w:t>
      </w:r>
    </w:p>
    <w:p w14:paraId="5B51EFE9" w14:textId="4CCC689F" w:rsidR="0012343F" w:rsidRDefault="0012343F" w:rsidP="00DA50A5">
      <w:pPr>
        <w:jc w:val="both"/>
        <w:rPr>
          <w:i/>
          <w:iCs/>
          <w:sz w:val="24"/>
          <w:szCs w:val="24"/>
        </w:rPr>
      </w:pPr>
      <w:r>
        <w:rPr>
          <w:i/>
          <w:iCs/>
          <w:sz w:val="24"/>
          <w:szCs w:val="24"/>
        </w:rPr>
        <w:t>4° Se vi sarà necesario delle volte saranno tenuti di farlli di qual si sia maniera che gli verrà ordinato e di qual si sia grosezza misurandosi il tutto secondo le Reggi Costituzioni saranno tenuti di fare i centini o altro a detto lavoro necesario.</w:t>
      </w:r>
    </w:p>
    <w:p w14:paraId="34EEF7B0" w14:textId="1F8CCA1C" w:rsidR="0012343F" w:rsidRDefault="0012343F" w:rsidP="00DA50A5">
      <w:pPr>
        <w:jc w:val="both"/>
        <w:rPr>
          <w:i/>
          <w:iCs/>
          <w:sz w:val="24"/>
          <w:szCs w:val="24"/>
        </w:rPr>
      </w:pPr>
      <w:r>
        <w:rPr>
          <w:i/>
          <w:iCs/>
          <w:sz w:val="24"/>
          <w:szCs w:val="24"/>
        </w:rPr>
        <w:t>5° Saranno tenuti di servirsi delli materiali che si ritrovano sopra detto monte e in qual si sia parte che si ritrovano sopra il detto, e trasportarlli e metterlli dove gli sarà più comodo all lavoro, come anche pigierano l’aqua  che gli sarà provista nelle tampe che sono sopra detto monte e la prima in quelle che si vede che non la tengonno per non perderlla.</w:t>
      </w:r>
    </w:p>
    <w:p w14:paraId="616EC065" w14:textId="53B5B0E8" w:rsidR="0012343F" w:rsidRDefault="0012343F" w:rsidP="00DA50A5">
      <w:pPr>
        <w:jc w:val="center"/>
        <w:rPr>
          <w:i/>
          <w:iCs/>
          <w:sz w:val="24"/>
          <w:szCs w:val="24"/>
        </w:rPr>
      </w:pPr>
      <w:r>
        <w:rPr>
          <w:i/>
          <w:iCs/>
          <w:sz w:val="24"/>
          <w:szCs w:val="24"/>
        </w:rPr>
        <w:t>Per la tiratura delle pietre e mettitura in opera</w:t>
      </w:r>
    </w:p>
    <w:p w14:paraId="7A8B1E39" w14:textId="34A68922" w:rsidR="00FE3033" w:rsidRDefault="0012343F" w:rsidP="00DA50A5">
      <w:pPr>
        <w:jc w:val="both"/>
        <w:rPr>
          <w:i/>
          <w:iCs/>
          <w:sz w:val="24"/>
          <w:szCs w:val="24"/>
        </w:rPr>
      </w:pPr>
      <w:r>
        <w:rPr>
          <w:i/>
          <w:iCs/>
          <w:sz w:val="24"/>
          <w:szCs w:val="24"/>
        </w:rPr>
        <w:t xml:space="preserve">Saranno </w:t>
      </w:r>
      <w:r w:rsidR="00FE3033">
        <w:rPr>
          <w:i/>
          <w:iCs/>
          <w:sz w:val="24"/>
          <w:szCs w:val="24"/>
        </w:rPr>
        <w:t>obligati di mettere tutte le pietre che sarano necesarij a detta fabricha lavorati e questi si doveranno mettere a piombo perfetto e in piano 2° sarà il disegnio, tanto nell tamburro che nella cornice esteriore, e questi saranno a carico dell partitante, se sarà necesario o un tiro o due o tre, e pigieranno li pezzi dove si ritroveranno sopra detto monte, e questo sarà con diligenza condotto e tirato, senza rompere li spicoli e poscia scagiarllo bene e murarllo dietro con tutta diligenzza, le chiavette parimente che legano dette pietre se in caso cascasse nell mezzo dell tiro qualche pezzo di pietra lavorato e che dasse sopra l’altri e che questo fosse per loro negligenza di non aver ben legato, saranno tenuti a bonificare tutto il danno. Gli sarano provisti li caretti, pali di ferro, argani, taglie e funi 2° all necesario che si è provisto altri anni.</w:t>
      </w:r>
      <w:r w:rsidR="00DA50A5">
        <w:rPr>
          <w:i/>
          <w:iCs/>
          <w:sz w:val="24"/>
          <w:szCs w:val="24"/>
        </w:rPr>
        <w:t xml:space="preserve"> </w:t>
      </w:r>
      <w:r w:rsidR="00FE3033">
        <w:rPr>
          <w:i/>
          <w:iCs/>
          <w:sz w:val="24"/>
          <w:szCs w:val="24"/>
        </w:rPr>
        <w:t>Saranno parimente fare i ponti per simile lavoro.</w:t>
      </w:r>
    </w:p>
    <w:p w14:paraId="2A0B269E" w14:textId="1A944787" w:rsidR="00FE3033" w:rsidRDefault="00FE3033" w:rsidP="00DA50A5">
      <w:pPr>
        <w:jc w:val="center"/>
        <w:rPr>
          <w:i/>
          <w:iCs/>
          <w:sz w:val="24"/>
          <w:szCs w:val="24"/>
        </w:rPr>
      </w:pPr>
      <w:r>
        <w:rPr>
          <w:i/>
          <w:iCs/>
          <w:sz w:val="24"/>
          <w:szCs w:val="24"/>
        </w:rPr>
        <w:t>Li lavori d’ornamenti per li pezzi si potranno dividere in questi:</w:t>
      </w:r>
    </w:p>
    <w:p w14:paraId="2C63F0E8" w14:textId="0F893C25" w:rsidR="00FE3033" w:rsidRDefault="00FE3033" w:rsidP="00DA50A5">
      <w:pPr>
        <w:jc w:val="both"/>
        <w:rPr>
          <w:i/>
          <w:iCs/>
          <w:sz w:val="24"/>
          <w:szCs w:val="24"/>
        </w:rPr>
      </w:pPr>
      <w:r>
        <w:rPr>
          <w:i/>
          <w:iCs/>
          <w:sz w:val="24"/>
          <w:szCs w:val="24"/>
        </w:rPr>
        <w:t>Cornice di onze 6 d’altezza con 3 mattoni tagliati</w:t>
      </w:r>
    </w:p>
    <w:p w14:paraId="4D98BA1C" w14:textId="0E728E33" w:rsidR="00FE3033" w:rsidRDefault="00FE3033" w:rsidP="00DA50A5">
      <w:pPr>
        <w:jc w:val="both"/>
        <w:rPr>
          <w:i/>
          <w:iCs/>
          <w:sz w:val="24"/>
          <w:szCs w:val="24"/>
        </w:rPr>
      </w:pPr>
      <w:r>
        <w:rPr>
          <w:i/>
          <w:iCs/>
          <w:sz w:val="24"/>
          <w:szCs w:val="24"/>
        </w:rPr>
        <w:t>Cornice di onze 9 d’altezza con 4 mattoni tagliati</w:t>
      </w:r>
    </w:p>
    <w:p w14:paraId="61D0BA23" w14:textId="07EA6BB3" w:rsidR="00FE3033" w:rsidRDefault="00FE3033" w:rsidP="00DA50A5">
      <w:pPr>
        <w:jc w:val="both"/>
        <w:rPr>
          <w:i/>
          <w:iCs/>
          <w:sz w:val="24"/>
          <w:szCs w:val="24"/>
        </w:rPr>
      </w:pPr>
      <w:r>
        <w:rPr>
          <w:i/>
          <w:iCs/>
          <w:sz w:val="24"/>
          <w:szCs w:val="24"/>
        </w:rPr>
        <w:t xml:space="preserve">Cornice di onze 12 d’altezza con </w:t>
      </w:r>
      <w:r w:rsidR="00DA69C4">
        <w:rPr>
          <w:i/>
          <w:iCs/>
          <w:sz w:val="24"/>
          <w:szCs w:val="24"/>
        </w:rPr>
        <w:t>6</w:t>
      </w:r>
      <w:r>
        <w:rPr>
          <w:i/>
          <w:iCs/>
          <w:sz w:val="24"/>
          <w:szCs w:val="24"/>
        </w:rPr>
        <w:t xml:space="preserve"> mattoni tagliati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