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C1597" w14:textId="77777777" w:rsidR="00082A4D" w:rsidRDefault="00082A4D" w:rsidP="003D1EA8">
      <w:pPr>
        <w:jc w:val="both"/>
        <w:rPr>
          <w:i/>
          <w:iCs/>
          <w:sz w:val="24"/>
          <w:szCs w:val="24"/>
        </w:rPr>
      </w:pPr>
      <w:r>
        <w:rPr>
          <w:i/>
          <w:iCs/>
          <w:sz w:val="24"/>
          <w:szCs w:val="24"/>
        </w:rPr>
        <w:t>Le ferrate a mandola ordinarie saranno di ferro di Brozolo con l’ochi ben scompartite e suoi bastoni e della misura che darà l’asistente della fabricha come parimente le ferrate dritte con suoi bastoni e trave con l’ochi del scopartimento solito e ordinario della giusta e solita grosezza.</w:t>
      </w:r>
    </w:p>
    <w:p w14:paraId="109CC121" w14:textId="5CECBD7B" w:rsidR="003D1EA8" w:rsidRDefault="00082A4D" w:rsidP="003D1EA8">
      <w:pPr>
        <w:jc w:val="both"/>
        <w:rPr>
          <w:i/>
          <w:iCs/>
          <w:sz w:val="24"/>
          <w:szCs w:val="24"/>
        </w:rPr>
      </w:pPr>
      <w:r>
        <w:rPr>
          <w:i/>
          <w:iCs/>
          <w:sz w:val="24"/>
          <w:szCs w:val="24"/>
        </w:rPr>
        <w:t>Le grappe e teste di radici e lame di fornelli saranno 2° l’ordinaria misura di bon ferro d’Agusta o d’altro di ugual bontà con li bugi per li chiodi e punte d’infigere nelli radici il tutto a opera conlaudata e approvata li bolzoni di ferro di Brozolo per le teste delli radici saranno ordinarie e 2° la solita misura di onze 15 sino a onze 18 saranno obligati provederlli al tempo determinato nel deliberamento e se non saranno provisti al tempo concentrato sia in fedeltà alla S Religione di prenderlle a loro conto ove si ritroveranno il tutto da bon padre di famiglia e lavorate 2° ricercha l’arte perfetta.</w:t>
      </w:r>
      <w:r w:rsidR="00000000">
        <w:rPr>
          <w:i/>
          <w:iCs/>
          <w:sz w:val="24"/>
          <w:szCs w:val="24"/>
        </w:rPr>
        <w:pict w14:anchorId="106592AE">
          <v:rect id="_x0000_i1556" style="width:0;height:1.5pt" o:hralign="center" o:hrstd="t" o:hr="t" fillcolor="#a0a0a0" stroked="f"/>
        </w:pict>
      </w:r>
    </w:p>
    <w:p w14:paraId="20BD7EA0" w14:textId="449B3067" w:rsidR="003D1EA8" w:rsidRDefault="003D1EA8" w:rsidP="003D1EA8">
      <w:pPr>
        <w:jc w:val="right"/>
        <w:rPr>
          <w:i/>
          <w:iCs/>
          <w:sz w:val="24"/>
          <w:szCs w:val="24"/>
        </w:rPr>
      </w:pPr>
      <w:r w:rsidRPr="003D1EA8">
        <w:rPr>
          <w:i/>
          <w:iCs/>
          <w:sz w:val="24"/>
          <w:szCs w:val="24"/>
        </w:rPr>
        <w:t>giorno di 15 Novembre 1729</w:t>
      </w:r>
    </w:p>
    <w:p w14:paraId="52C72A37" w14:textId="77777777" w:rsidR="003D1EA8" w:rsidRDefault="003D1EA8" w:rsidP="003D1EA8">
      <w:pPr>
        <w:jc w:val="right"/>
        <w:rPr>
          <w:i/>
          <w:iCs/>
          <w:sz w:val="24"/>
          <w:szCs w:val="24"/>
        </w:rPr>
      </w:pPr>
      <w:r w:rsidRPr="003D1EA8">
        <w:rPr>
          <w:i/>
          <w:iCs/>
          <w:sz w:val="24"/>
          <w:szCs w:val="24"/>
        </w:rPr>
        <w:t>Cavaliere Don Filippo Juvarra Primo Architetto</w:t>
      </w:r>
      <w:r w:rsidR="00000000">
        <w:rPr>
          <w:i/>
          <w:iCs/>
          <w:sz w:val="24"/>
          <w:szCs w:val="24"/>
        </w:rPr>
        <w:pict w14:anchorId="38F2DAC3">
          <v:rect id="_x0000_i1557" style="width:0;height:1.5pt" o:hralign="center" o:hrstd="t" o:hr="t" fillcolor="#a0a0a0" stroked="f"/>
        </w:pict>
      </w:r>
    </w:p>
    <w:p w14:paraId="5E1B2ADF" w14:textId="3C7ACECF" w:rsidR="00082A4D" w:rsidRDefault="00082A4D" w:rsidP="00082A4D">
      <w:pPr>
        <w:jc w:val="both"/>
        <w:rPr>
          <w:i/>
          <w:iCs/>
          <w:sz w:val="24"/>
          <w:szCs w:val="24"/>
        </w:rPr>
      </w:pPr>
      <w:r>
        <w:rPr>
          <w:i/>
          <w:iCs/>
          <w:sz w:val="24"/>
          <w:szCs w:val="24"/>
        </w:rPr>
        <w:t>Capi del partito.</w:t>
      </w:r>
    </w:p>
    <w:p w14:paraId="57465F09" w14:textId="5FB5C327" w:rsidR="00082A4D" w:rsidRDefault="00082A4D" w:rsidP="00082A4D">
      <w:pPr>
        <w:jc w:val="both"/>
        <w:rPr>
          <w:i/>
          <w:iCs/>
          <w:sz w:val="24"/>
          <w:szCs w:val="24"/>
        </w:rPr>
      </w:pPr>
      <w:r>
        <w:rPr>
          <w:i/>
          <w:iCs/>
          <w:sz w:val="24"/>
          <w:szCs w:val="24"/>
        </w:rPr>
        <w:t>Chiave tonde o quadre o lame della grosezza che ci darà di ferro d’Agusta o altri d’ugual bontà al giudizio e prova dell esperto con sue mascherature tanta semplice che doppie.</w:t>
      </w:r>
    </w:p>
    <w:p w14:paraId="101B27E9" w14:textId="53A442E1" w:rsidR="00082A4D" w:rsidRDefault="00082A4D" w:rsidP="00082A4D">
      <w:pPr>
        <w:jc w:val="both"/>
        <w:rPr>
          <w:i/>
          <w:iCs/>
          <w:sz w:val="24"/>
          <w:szCs w:val="24"/>
        </w:rPr>
      </w:pPr>
      <w:r>
        <w:rPr>
          <w:i/>
          <w:iCs/>
          <w:sz w:val="24"/>
          <w:szCs w:val="24"/>
        </w:rPr>
        <w:t>Bolzoni alla mente dell’istruzione di ferro di brozolo.</w:t>
      </w:r>
    </w:p>
    <w:p w14:paraId="1505EA44" w14:textId="66EE3C0B" w:rsidR="00082A4D" w:rsidRDefault="00082A4D" w:rsidP="00082A4D">
      <w:pPr>
        <w:jc w:val="both"/>
        <w:rPr>
          <w:i/>
          <w:iCs/>
          <w:sz w:val="24"/>
          <w:szCs w:val="24"/>
        </w:rPr>
      </w:pPr>
      <w:r>
        <w:rPr>
          <w:i/>
          <w:iCs/>
          <w:sz w:val="24"/>
          <w:szCs w:val="24"/>
        </w:rPr>
        <w:t>Ferrate tantto a mandola che dritte di ferro di brozolo.</w:t>
      </w:r>
    </w:p>
    <w:p w14:paraId="1139192A" w14:textId="71F02974" w:rsidR="00082A4D" w:rsidRDefault="00082A4D" w:rsidP="00082A4D">
      <w:pPr>
        <w:jc w:val="both"/>
        <w:rPr>
          <w:i/>
          <w:iCs/>
          <w:sz w:val="24"/>
          <w:szCs w:val="24"/>
        </w:rPr>
      </w:pPr>
      <w:r>
        <w:rPr>
          <w:i/>
          <w:iCs/>
          <w:sz w:val="24"/>
          <w:szCs w:val="24"/>
        </w:rPr>
        <w:t>Teste di chiave di radice con grappe e lame di fornelli.</w:t>
      </w:r>
      <w:r w:rsidRPr="00082A4D">
        <w:rPr>
          <w:i/>
          <w:iCs/>
          <w:sz w:val="24"/>
          <w:szCs w:val="24"/>
        </w:rPr>
        <w:t xml:space="preserve"> </w:t>
      </w:r>
      <w:r>
        <w:rPr>
          <w:i/>
          <w:iCs/>
          <w:sz w:val="24"/>
          <w:szCs w:val="24"/>
        </w:rPr>
        <w:pict w14:anchorId="6C976040">
          <v:rect id="_x0000_i1650" style="width:0;height:1.5pt" o:hralign="center" o:hrstd="t" o:hr="t" fillcolor="#a0a0a0" stroked="f"/>
        </w:pict>
      </w:r>
    </w:p>
    <w:p w14:paraId="488A6AB3" w14:textId="68A9BD11" w:rsidR="003D1EA8" w:rsidRPr="003D1EA8" w:rsidRDefault="003D1EA8" w:rsidP="003D1EA8">
      <w:pPr>
        <w:jc w:val="both"/>
        <w:rPr>
          <w:sz w:val="24"/>
          <w:szCs w:val="24"/>
        </w:rPr>
      </w:pPr>
      <w:r w:rsidRPr="003D1EA8">
        <w:rPr>
          <w:sz w:val="24"/>
          <w:szCs w:val="24"/>
        </w:rPr>
        <w:t>Archivio Storico dell'Ordine Mauriziano | Case in Torino di via Milano e piazza della Repubblica | Mazzo 1 | fasc. 15.</w:t>
      </w:r>
    </w:p>
    <w:p w14:paraId="70097153" w14:textId="77777777" w:rsidR="003D1EA8" w:rsidRDefault="003D1EA8" w:rsidP="003D1EA8">
      <w:pPr>
        <w:jc w:val="center"/>
        <w:rPr>
          <w:i/>
          <w:iCs/>
          <w:sz w:val="24"/>
          <w:szCs w:val="24"/>
        </w:rPr>
      </w:pPr>
    </w:p>
    <w:p w14:paraId="15F52ACD" w14:textId="1FA8E3D2" w:rsidR="003D1EA8" w:rsidRDefault="003D1EA8" w:rsidP="003D1EA8">
      <w:pPr>
        <w:jc w:val="center"/>
        <w:rPr>
          <w:sz w:val="28"/>
          <w:szCs w:val="28"/>
        </w:rPr>
      </w:pPr>
      <w:r>
        <w:rPr>
          <w:sz w:val="28"/>
          <w:szCs w:val="28"/>
        </w:rPr>
        <w:t>1730</w:t>
      </w:r>
    </w:p>
    <w:p w14:paraId="57C85241" w14:textId="77777777" w:rsidR="00622220" w:rsidRDefault="00622220" w:rsidP="003D1EA8">
      <w:pPr>
        <w:jc w:val="center"/>
        <w:rPr>
          <w:i/>
          <w:iCs/>
          <w:sz w:val="24"/>
          <w:szCs w:val="24"/>
        </w:rPr>
      </w:pPr>
      <w:r w:rsidRPr="00622220">
        <w:rPr>
          <w:b/>
          <w:bCs/>
          <w:i/>
          <w:iCs/>
          <w:sz w:val="24"/>
          <w:szCs w:val="24"/>
        </w:rPr>
        <w:lastRenderedPageBreak/>
        <w:t>Instruzione per le pietre di poggioli e scalini per le scale della nova fabricha della piazza Vittoria fatta dalla Rma. Ema. Religione di S. Maurizio e Lazaro</w:t>
      </w:r>
      <w:r w:rsidR="00000000">
        <w:rPr>
          <w:i/>
          <w:iCs/>
          <w:sz w:val="24"/>
          <w:szCs w:val="24"/>
        </w:rPr>
        <w:pict w14:anchorId="63EF7CAC">
          <v:rect id="_x0000_i1558" style="width:0;height:1.5pt" o:hralign="center" o:hrstd="t" o:hr="t" fillcolor="#a0a0a0" stroked="f"/>
        </w:pict>
      </w:r>
    </w:p>
    <w:p w14:paraId="22D2B1FE" w14:textId="77777777" w:rsidR="00C30C98" w:rsidRDefault="00C30C98" w:rsidP="00622220">
      <w:pPr>
        <w:jc w:val="both"/>
        <w:rPr>
          <w:i/>
          <w:iCs/>
          <w:sz w:val="24"/>
          <w:szCs w:val="24"/>
        </w:rPr>
      </w:pPr>
      <w:r>
        <w:rPr>
          <w:i/>
          <w:iCs/>
          <w:sz w:val="24"/>
          <w:szCs w:val="24"/>
        </w:rPr>
        <w:t>Li losoni delli poggioli che sono sopra l’archi nel contorno de portici della nova piazza saranno della figura qui espressa con la misura nella grosezza di oncie 2 ben contornati con suo beccho di civetta e saranno senza nesuna machia a filo che possa portare tanto nella sodezza saranno bene martilinati tanto sopra che sotto e saranno di sodo e fermo sarizzo o d’ugual colore senza scamonature nel angoli.</w:t>
      </w:r>
    </w:p>
    <w:p w14:paraId="338EFEB4" w14:textId="77777777" w:rsidR="00C30C98" w:rsidRDefault="00C30C98" w:rsidP="00622220">
      <w:pPr>
        <w:jc w:val="both"/>
        <w:rPr>
          <w:i/>
          <w:iCs/>
          <w:sz w:val="24"/>
          <w:szCs w:val="24"/>
        </w:rPr>
      </w:pPr>
      <w:r>
        <w:rPr>
          <w:i/>
          <w:iCs/>
          <w:sz w:val="24"/>
          <w:szCs w:val="24"/>
        </w:rPr>
        <w:t>I modiglioni di sotto saranno della misura cennata in margine e saranno in due pezzi cioè il capeletto con suo quadretto e gola dritta e il modiglione quadrato con la cosa di rusticho di bono e sodo sarizzo ben martilinati per tutte le sue faccie e l’angoli retti.</w:t>
      </w:r>
    </w:p>
    <w:p w14:paraId="7A42E21D" w14:textId="77777777" w:rsidR="00C30C98" w:rsidRDefault="00C30C98" w:rsidP="00622220">
      <w:pPr>
        <w:jc w:val="both"/>
        <w:rPr>
          <w:i/>
          <w:iCs/>
          <w:sz w:val="24"/>
          <w:szCs w:val="24"/>
        </w:rPr>
      </w:pPr>
      <w:r>
        <w:rPr>
          <w:i/>
          <w:iCs/>
          <w:sz w:val="24"/>
          <w:szCs w:val="24"/>
        </w:rPr>
        <w:t>Saranno obligati a meterlli in opera secondo porta la sua arte di picca pietra li dovranno condurre sul posto della fabricha a suo caricho e nella vicinanza per poterlli inalzare che sarà a conto dell Ra. Ema. Religione.</w:t>
      </w:r>
    </w:p>
    <w:p w14:paraId="4BC8EE3A" w14:textId="114C2609" w:rsidR="00622220" w:rsidRDefault="00C30C98" w:rsidP="00622220">
      <w:pPr>
        <w:jc w:val="both"/>
        <w:rPr>
          <w:i/>
          <w:iCs/>
          <w:sz w:val="24"/>
          <w:szCs w:val="24"/>
        </w:rPr>
      </w:pPr>
      <w:r>
        <w:rPr>
          <w:i/>
          <w:iCs/>
          <w:sz w:val="24"/>
          <w:szCs w:val="24"/>
        </w:rPr>
        <w:t>Le lose per li cornicione e sosazze e per li pigidi delli cortili e modiglioni saranno secondo l’anessa nota il tutto di sarizzo sodo e a opera conlaudata e approvata dal architetto e 2° chiede la professione di bravo e sodo e diligente piccapietre.</w:t>
      </w:r>
      <w:r w:rsidR="00000000">
        <w:rPr>
          <w:i/>
          <w:iCs/>
          <w:sz w:val="24"/>
          <w:szCs w:val="24"/>
        </w:rPr>
        <w:pict w14:anchorId="77A3D30F">
          <v:rect id="_x0000_i1559" style="width:0;height:1.5pt" o:hralign="center" o:hrstd="t" o:hr="t" fillcolor="#a0a0a0" stroked="f"/>
        </w:pict>
      </w:r>
    </w:p>
    <w:p w14:paraId="207D4FE8" w14:textId="3B0862F4" w:rsidR="00622220" w:rsidRDefault="00622220" w:rsidP="00622220">
      <w:pPr>
        <w:jc w:val="right"/>
        <w:rPr>
          <w:i/>
          <w:iCs/>
          <w:sz w:val="24"/>
          <w:szCs w:val="24"/>
        </w:rPr>
      </w:pPr>
      <w:r w:rsidRPr="00622220">
        <w:rPr>
          <w:i/>
          <w:iCs/>
          <w:sz w:val="24"/>
          <w:szCs w:val="24"/>
        </w:rPr>
        <w:t>giorno di 19 Gennaro 1730</w:t>
      </w:r>
    </w:p>
    <w:p w14:paraId="0E0C06ED" w14:textId="77777777" w:rsidR="00622220" w:rsidRDefault="00622220" w:rsidP="00622220">
      <w:pPr>
        <w:jc w:val="right"/>
        <w:rPr>
          <w:i/>
          <w:iCs/>
          <w:sz w:val="24"/>
          <w:szCs w:val="24"/>
        </w:rPr>
      </w:pPr>
      <w:r w:rsidRPr="00622220">
        <w:rPr>
          <w:i/>
          <w:iCs/>
          <w:sz w:val="24"/>
          <w:szCs w:val="24"/>
        </w:rPr>
        <w:t>Cavaliere Don Filippo Juvarra Primo Architetto</w:t>
      </w:r>
      <w:r w:rsidR="00000000">
        <w:rPr>
          <w:i/>
          <w:iCs/>
          <w:sz w:val="24"/>
          <w:szCs w:val="24"/>
        </w:rPr>
        <w:pict w14:anchorId="17F1D2E9">
          <v:rect id="_x0000_i1560" style="width:0;height:1.5pt" o:hralign="center" o:hrstd="t" o:hr="t" fillcolor="#a0a0a0" stroked="f"/>
        </w:pict>
      </w:r>
    </w:p>
    <w:p w14:paraId="46E2EE6A" w14:textId="04849787" w:rsidR="00622220" w:rsidRDefault="00622220" w:rsidP="00622220">
      <w:pPr>
        <w:jc w:val="both"/>
        <w:rPr>
          <w:b/>
          <w:bCs/>
          <w:i/>
          <w:iCs/>
          <w:sz w:val="24"/>
          <w:szCs w:val="24"/>
        </w:rPr>
      </w:pPr>
      <w:r w:rsidRPr="00622220">
        <w:rPr>
          <w:sz w:val="24"/>
          <w:szCs w:val="24"/>
        </w:rPr>
        <w:t>Archivio Storico dell'Ordine Mauriziano | Minutaro De Bernardis, Sappa e Gariglio (1727-1731) | Mazzo 9</w:t>
      </w:r>
      <w:r>
        <w:rPr>
          <w:sz w:val="24"/>
          <w:szCs w:val="24"/>
        </w:rPr>
        <w:t xml:space="preserve"> | fol. 51.</w:t>
      </w:r>
    </w:p>
    <w:p w14:paraId="72F23A1F" w14:textId="77777777" w:rsidR="00622220" w:rsidRDefault="00622220" w:rsidP="00622220">
      <w:pPr>
        <w:jc w:val="both"/>
        <w:rPr>
          <w:b/>
          <w:bCs/>
          <w:i/>
          <w:iCs/>
          <w:sz w:val="24"/>
          <w:szCs w:val="24"/>
        </w:rPr>
      </w:pPr>
    </w:p>
    <w:p w14:paraId="57097EA5" w14:textId="0CC6EF9C" w:rsidR="003D1EA8" w:rsidRDefault="003D1EA8" w:rsidP="003D1EA8">
      <w:pPr>
        <w:jc w:val="center"/>
        <w:rPr>
          <w:i/>
          <w:iCs/>
          <w:sz w:val="24"/>
          <w:szCs w:val="24"/>
        </w:rPr>
      </w:pPr>
      <w:r w:rsidRPr="003D1EA8">
        <w:rPr>
          <w:b/>
          <w:bCs/>
          <w:i/>
          <w:iCs/>
          <w:sz w:val="24"/>
          <w:szCs w:val="24"/>
        </w:rPr>
        <w:t>Instruzione da oservarsi dalli minusieri falegnami e serraglieri impresarij delle serraglie di porte uscij finestre telaroni e giarrili ferramenta per esse ringhiere di poggioli e sale per la fabricha della sacra religione e confraternita de frati maurizio e lavoro in attinenza della porta Vittoria</w:t>
      </w:r>
      <w:r w:rsidR="00000000">
        <w:rPr>
          <w:i/>
          <w:iCs/>
          <w:sz w:val="24"/>
          <w:szCs w:val="24"/>
        </w:rPr>
        <w:pict w14:anchorId="16AE1B76">
          <v:rect id="_x0000_i1561" style="width:0;height:1.5pt" o:hralign="center" o:hrstd="t" o:hr="t" fillcolor="#a0a0a0" stroked="f"/>
        </w:pict>
      </w:r>
    </w:p>
    <w:p w14:paraId="2F467690" w14:textId="77777777" w:rsidR="00F225E8" w:rsidRDefault="00F225E8" w:rsidP="003D1EA8">
      <w:pPr>
        <w:jc w:val="both"/>
        <w:rPr>
          <w:i/>
          <w:iCs/>
          <w:sz w:val="24"/>
          <w:szCs w:val="24"/>
        </w:rPr>
      </w:pPr>
      <w:r>
        <w:rPr>
          <w:i/>
          <w:iCs/>
          <w:sz w:val="24"/>
          <w:szCs w:val="24"/>
        </w:rPr>
        <w:t>Primo. Dovranno li minusieri far le serraglie a semblaggio a coprimano telari telaroni e giassili di bosco di noce negra ben secchi sani e staggionati senza benche minime crepature groppi difettuosi camoloni et altri benche minimi difetti che possino esser pregiudiziali tanto alla belezza che sodezza di dette pietre quali saranno lavorate diligentemente ben corniciate ben unite mortegiate imbironate e polite a tutta perfezione et uniformi alle mostre di gia fatte che se li communicheranno cioè con fare et aporre li panelli d’alberone e telaroni di rovere ove sarà aggiudicato necessario dalli asistente a detta fabricha.</w:t>
      </w:r>
    </w:p>
    <w:p w14:paraId="6618614B" w14:textId="77777777" w:rsidR="00F225E8" w:rsidRDefault="00F225E8" w:rsidP="003D1EA8">
      <w:pPr>
        <w:jc w:val="both"/>
        <w:rPr>
          <w:i/>
          <w:iCs/>
          <w:sz w:val="24"/>
          <w:szCs w:val="24"/>
        </w:rPr>
      </w:pPr>
      <w:r>
        <w:rPr>
          <w:i/>
          <w:iCs/>
          <w:sz w:val="24"/>
          <w:szCs w:val="24"/>
        </w:rPr>
        <w:t>2° dovranno li falegnami far le serraglie d’uscij e finestre a placaggio con assi d’albera ben sani sechi e staggionati e confacenti in bontà e belezza alli sudetti et uniformi alle mostre che le verrano communicate per le aperture che le sarà ordinato.</w:t>
      </w:r>
    </w:p>
    <w:p w14:paraId="14190F1D" w14:textId="77777777" w:rsidR="00F225E8" w:rsidRDefault="00F225E8" w:rsidP="003D1EA8">
      <w:pPr>
        <w:jc w:val="both"/>
        <w:rPr>
          <w:i/>
          <w:iCs/>
          <w:sz w:val="24"/>
          <w:szCs w:val="24"/>
        </w:rPr>
      </w:pPr>
      <w:r>
        <w:rPr>
          <w:i/>
          <w:iCs/>
          <w:sz w:val="24"/>
          <w:szCs w:val="24"/>
        </w:rPr>
        <w:lastRenderedPageBreak/>
        <w:t>3° dovranno li detti falegnami far li giarrili d’albera con fuori tellaroni di rovere ove le verrà ordinato e questi saranno uniformi alla mostra che le sarà pur communicata.</w:t>
      </w:r>
    </w:p>
    <w:p w14:paraId="20382880" w14:textId="77777777" w:rsidR="005E65AF" w:rsidRDefault="00F225E8" w:rsidP="003D1EA8">
      <w:pPr>
        <w:jc w:val="both"/>
        <w:rPr>
          <w:i/>
          <w:iCs/>
          <w:sz w:val="24"/>
          <w:szCs w:val="24"/>
        </w:rPr>
      </w:pPr>
      <w:r>
        <w:rPr>
          <w:i/>
          <w:iCs/>
          <w:sz w:val="24"/>
          <w:szCs w:val="24"/>
        </w:rPr>
        <w:t>4° dovranno altresi far le serraglie per li uscij delle botteghe doppie con assi delle qualità sudette queste saranno chiodate a quadretti con chiodi grossi simili alle mostre restando compiersi nel prezzo d’esse la barra et asse per il parapetto simile alla mostra.</w:t>
      </w:r>
    </w:p>
    <w:p w14:paraId="700F3A5F" w14:textId="77777777" w:rsidR="005E65AF" w:rsidRDefault="005E65AF" w:rsidP="003D1EA8">
      <w:pPr>
        <w:jc w:val="both"/>
        <w:rPr>
          <w:i/>
          <w:iCs/>
          <w:sz w:val="24"/>
          <w:szCs w:val="24"/>
        </w:rPr>
      </w:pPr>
      <w:r>
        <w:rPr>
          <w:i/>
          <w:iCs/>
          <w:sz w:val="24"/>
          <w:szCs w:val="24"/>
        </w:rPr>
        <w:t>5° li uscij tanto delle boteghe verso le corti et andandi che delle crotte saranno d’albera doppij con suoi asse in fondo di bosco di rovere chiodati a quadretti con chiodi da quatordeci rinforzati restando compreso nel prezzo della serraglia dell’uscio della crotta il travetto di rovere novo da apporsi in fondo dell’uscio da infigersi nella muraglia per formar il battente e dovranno tanto li detti minusieri che falegnami prendersi luoro le misure sul posto a fine di far dette perre che vadino ben adattate all’apertura e saranno obligati portarle al posto ove si dovranno apporre et asisiter alla mettitura in opera delle medeme.</w:t>
      </w:r>
    </w:p>
    <w:p w14:paraId="751565F9" w14:textId="77777777" w:rsidR="005E65AF" w:rsidRDefault="005E65AF" w:rsidP="003D1EA8">
      <w:pPr>
        <w:jc w:val="both"/>
        <w:rPr>
          <w:i/>
          <w:iCs/>
          <w:sz w:val="24"/>
          <w:szCs w:val="24"/>
        </w:rPr>
      </w:pPr>
      <w:r>
        <w:rPr>
          <w:i/>
          <w:iCs/>
          <w:sz w:val="24"/>
          <w:szCs w:val="24"/>
        </w:rPr>
        <w:t>6° li serraglieri dovranno ferrare li suoi uscij porte finestre telaroni e giassili al posto che saranno portati dalli mastri da bosco con ferramenta della stessa bontà qualità peso e forma di quelle delle mostre che le veranno communicate ben e fedelmente lavorate et a sodisfazione dell assistente massime per quello risoguarda le serrature ficcie tragette mentonetti e ferroglietti e vedendo il caso che nel ferrante o disferrarle venissero a rompere far creppare o guastar in qualche modo qualche pezza di bosco sarano tenuti a farla rifare del propria.</w:t>
      </w:r>
    </w:p>
    <w:p w14:paraId="0F80B976" w14:textId="77777777" w:rsidR="00070B6E" w:rsidRDefault="005E65AF" w:rsidP="003D1EA8">
      <w:pPr>
        <w:jc w:val="both"/>
        <w:rPr>
          <w:i/>
          <w:iCs/>
          <w:sz w:val="24"/>
          <w:szCs w:val="24"/>
        </w:rPr>
      </w:pPr>
      <w:r>
        <w:rPr>
          <w:i/>
          <w:iCs/>
          <w:sz w:val="24"/>
          <w:szCs w:val="24"/>
        </w:rPr>
        <w:t xml:space="preserve">7° a fine si potersi asicurare della bontà qualità e peso di dette perre di ferramenta si dichiara che non sarà lecito a detti serraglieri di chiodare ne affiger al posto nessuna perra salvo sij prima rifitata dall’asistente per confrontare se sarà in tutte le sue parti uniforme alla mostra al qual effetto si terrà una mostra di dette perre distaccata e sigillata con sigillo invariabile sarà lecito all’asistente di far distacca da medemi a sempre pagando </w:t>
      </w:r>
      <w:r w:rsidR="00070B6E">
        <w:rPr>
          <w:i/>
          <w:iCs/>
          <w:sz w:val="24"/>
          <w:szCs w:val="24"/>
        </w:rPr>
        <w:t>qual si voglia perra asse temesse che li sudetti non havessero usato bona fede nell’adattarla.</w:t>
      </w:r>
    </w:p>
    <w:p w14:paraId="00F4CD1D" w14:textId="77777777" w:rsidR="00070B6E" w:rsidRDefault="00070B6E" w:rsidP="003D1EA8">
      <w:pPr>
        <w:jc w:val="both"/>
        <w:rPr>
          <w:i/>
          <w:iCs/>
          <w:sz w:val="24"/>
          <w:szCs w:val="24"/>
        </w:rPr>
      </w:pPr>
      <w:r>
        <w:rPr>
          <w:i/>
          <w:iCs/>
          <w:sz w:val="24"/>
          <w:szCs w:val="24"/>
        </w:rPr>
        <w:t>8° si dichiara che nel prezzo della serraglia telarone e giarrile vi resterà compresa ogni sorte di ferrmenta necessaria a quell apertura alla riserva delle ferrate conforme alla mostra.</w:t>
      </w:r>
    </w:p>
    <w:p w14:paraId="50D9B5ED" w14:textId="77777777" w:rsidR="007D5DF2" w:rsidRDefault="00070B6E" w:rsidP="003D1EA8">
      <w:pPr>
        <w:jc w:val="both"/>
        <w:rPr>
          <w:i/>
          <w:iCs/>
          <w:sz w:val="24"/>
          <w:szCs w:val="24"/>
        </w:rPr>
      </w:pPr>
      <w:r>
        <w:rPr>
          <w:i/>
          <w:iCs/>
          <w:sz w:val="24"/>
          <w:szCs w:val="24"/>
        </w:rPr>
        <w:t xml:space="preserve">9° dovranno altresi li serraglieri far le ringhiere delli poggioli risguardanti la piazza in testa de portici e verso la contrda mastra che conduce alla porta secondo il disegno di cui se ne darà coppia con ferro delle qualità e grosezze infraespresse cioè le colonette di ferro di brozolo di grosezza in quadri tre quarti d’oncia le due lame di ferro pur di brozolo di largezza tre quarti d’oncia e spessezza un mezo quarto d’oncia le bachette e rabeschi di ferro d’agosta di grosezza un quarto d’oncia in quadro e le ringhiere tanto delle scale che poggioli verso le corti saranno di fattura semplice con sue colonette capelletti e pommi d’ottone secondo verrà il comartp delle aperture e saranno detti serraglieri obligati metter li pommi d’ottone che se li somministreranno e metter a proprio </w:t>
      </w:r>
      <w:r w:rsidR="007D5DF2">
        <w:rPr>
          <w:i/>
          <w:iCs/>
          <w:sz w:val="24"/>
          <w:szCs w:val="24"/>
        </w:rPr>
        <w:t>dette ringhiere senza pretensione di maggior pagamento e tutte dette ringhiere dovranno esser ben e diligentemente lavorate e di ferro del migliore di brozolo et agosta che si tocchi et approvato dall’asistente a detta fabrica dovendo altresi prendersi luoro le misure sul posto.</w:t>
      </w:r>
    </w:p>
    <w:p w14:paraId="67173413" w14:textId="06EFE5C0" w:rsidR="003D1EA8" w:rsidRDefault="007D5DF2" w:rsidP="003D1EA8">
      <w:pPr>
        <w:jc w:val="both"/>
        <w:rPr>
          <w:i/>
          <w:iCs/>
          <w:sz w:val="24"/>
          <w:szCs w:val="24"/>
        </w:rPr>
      </w:pPr>
      <w:r>
        <w:rPr>
          <w:i/>
          <w:iCs/>
          <w:sz w:val="24"/>
          <w:szCs w:val="24"/>
        </w:rPr>
        <w:t xml:space="preserve">9° et ultimo venendo il capo che vi sij qualche perra tanto di detto boscami che ferramenta che sia riffintuta dall’asistente saranno tenuti tutti detti impresarij di riffarla o cambiarla ancorche la medema fosse in opera e finalmente dovranno far tutti li sudetti travaglij a misura e per il </w:t>
      </w:r>
      <w:r>
        <w:rPr>
          <w:i/>
          <w:iCs/>
          <w:sz w:val="24"/>
          <w:szCs w:val="24"/>
        </w:rPr>
        <w:lastRenderedPageBreak/>
        <w:t>tempo che le verranno ordinati dall’asistente et a opera finita e collaudata.</w:t>
      </w:r>
      <w:r w:rsidR="00000000">
        <w:rPr>
          <w:i/>
          <w:iCs/>
          <w:sz w:val="24"/>
          <w:szCs w:val="24"/>
        </w:rPr>
        <w:pict w14:anchorId="697BB931">
          <v:rect id="_x0000_i1562" style="width:0;height:1.5pt" o:hralign="center" o:hrstd="t" o:hr="t" fillcolor="#a0a0a0" stroked="f"/>
        </w:pict>
      </w:r>
    </w:p>
    <w:p w14:paraId="74738FFB" w14:textId="224C604D" w:rsidR="003D1EA8" w:rsidRDefault="003D1EA8" w:rsidP="003D1EA8">
      <w:pPr>
        <w:jc w:val="right"/>
        <w:rPr>
          <w:i/>
          <w:iCs/>
          <w:sz w:val="24"/>
          <w:szCs w:val="24"/>
        </w:rPr>
      </w:pPr>
      <w:r w:rsidRPr="003D1EA8">
        <w:rPr>
          <w:i/>
          <w:iCs/>
          <w:sz w:val="24"/>
          <w:szCs w:val="24"/>
        </w:rPr>
        <w:t>Torino li 14 Dicembre 1730</w:t>
      </w:r>
    </w:p>
    <w:p w14:paraId="26967E26" w14:textId="77777777" w:rsidR="003D1EA8" w:rsidRDefault="003D1EA8" w:rsidP="003D1EA8">
      <w:pPr>
        <w:jc w:val="right"/>
        <w:rPr>
          <w:i/>
          <w:iCs/>
          <w:sz w:val="24"/>
          <w:szCs w:val="24"/>
        </w:rPr>
      </w:pPr>
      <w:r w:rsidRPr="003D1EA8">
        <w:rPr>
          <w:i/>
          <w:iCs/>
          <w:sz w:val="24"/>
          <w:szCs w:val="24"/>
        </w:rPr>
        <w:t>Sottoscritto Cavaliere Don Filippo Juvarra Primo Architetto</w:t>
      </w:r>
      <w:r w:rsidR="00000000">
        <w:rPr>
          <w:i/>
          <w:iCs/>
          <w:sz w:val="24"/>
          <w:szCs w:val="24"/>
        </w:rPr>
        <w:pict w14:anchorId="2EAD97D8">
          <v:rect id="_x0000_i1563" style="width:0;height:1.5pt" o:hralign="center" o:hrstd="t" o:hr="t" fillcolor="#a0a0a0" stroked="f"/>
        </w:pict>
      </w:r>
    </w:p>
    <w:p w14:paraId="09045EB7" w14:textId="65E9008D" w:rsidR="00070B6E" w:rsidRDefault="00070B6E" w:rsidP="00070B6E">
      <w:pPr>
        <w:jc w:val="both"/>
        <w:rPr>
          <w:i/>
          <w:iCs/>
          <w:sz w:val="24"/>
          <w:szCs w:val="24"/>
        </w:rPr>
      </w:pPr>
      <w:r>
        <w:rPr>
          <w:i/>
          <w:iCs/>
          <w:sz w:val="24"/>
          <w:szCs w:val="24"/>
        </w:rPr>
        <w:t>Cioè quelli del piano nobile faranno il panello d’abasso solo di onze 9 e il resto diviso in 3e campi. L’altre finestre saranno con li voletti di noce di largezza oncia una e meza grosezza 2° le mostra li listelli delli vetri saranno al più due 3i di oncia o di ¾ di oncia con suo incastro per li vetri. Le finestre delli mezanelli saranno senza traversa e si operanno di due soli parti con la grosezza delli voletti simile alle mostre e largezza di oncia una e mezza lancha.</w:t>
      </w:r>
      <w:r w:rsidRPr="00070B6E">
        <w:rPr>
          <w:i/>
          <w:iCs/>
          <w:sz w:val="24"/>
          <w:szCs w:val="24"/>
        </w:rPr>
        <w:t xml:space="preserve"> </w:t>
      </w:r>
      <w:r>
        <w:rPr>
          <w:i/>
          <w:iCs/>
          <w:sz w:val="24"/>
          <w:szCs w:val="24"/>
        </w:rPr>
        <w:pict w14:anchorId="00ED53BC">
          <v:rect id="_x0000_i1652" style="width:0;height:1.5pt" o:hralign="center" o:hrstd="t" o:hr="t" fillcolor="#a0a0a0" stroked="f"/>
        </w:pict>
      </w:r>
    </w:p>
    <w:p w14:paraId="68D0FE80" w14:textId="4C906258" w:rsidR="00070B6E" w:rsidRDefault="00070B6E" w:rsidP="003D1EA8">
      <w:pPr>
        <w:jc w:val="right"/>
        <w:rPr>
          <w:i/>
          <w:iCs/>
          <w:sz w:val="24"/>
          <w:szCs w:val="24"/>
        </w:rPr>
      </w:pPr>
      <w:r>
        <w:rPr>
          <w:i/>
          <w:iCs/>
          <w:sz w:val="24"/>
          <w:szCs w:val="24"/>
        </w:rPr>
        <w:t>a 16 Dicembre 1730</w:t>
      </w:r>
    </w:p>
    <w:p w14:paraId="266E79B3" w14:textId="0E9288CF" w:rsidR="00070B6E" w:rsidRDefault="00070B6E" w:rsidP="003D1EA8">
      <w:pPr>
        <w:jc w:val="right"/>
        <w:rPr>
          <w:i/>
          <w:iCs/>
          <w:sz w:val="24"/>
          <w:szCs w:val="24"/>
        </w:rPr>
      </w:pPr>
      <w:r>
        <w:rPr>
          <w:i/>
          <w:iCs/>
          <w:sz w:val="24"/>
          <w:szCs w:val="24"/>
        </w:rPr>
        <w:t>Cavaliere Don Filippo Juvarra Architetto</w:t>
      </w:r>
      <w:r>
        <w:rPr>
          <w:i/>
          <w:iCs/>
          <w:sz w:val="24"/>
          <w:szCs w:val="24"/>
        </w:rPr>
        <w:pict w14:anchorId="36C7158D">
          <v:rect id="_x0000_i1653" style="width:0;height:1.5pt" o:hralign="center" o:hrstd="t" o:hr="t" fillcolor="#a0a0a0" stroked="f"/>
        </w:pict>
      </w:r>
    </w:p>
    <w:p w14:paraId="11A348A1" w14:textId="00663F9A" w:rsidR="003D1EA8" w:rsidRDefault="003D1EA8" w:rsidP="003D1EA8">
      <w:pPr>
        <w:jc w:val="both"/>
        <w:rPr>
          <w:i/>
          <w:iCs/>
          <w:sz w:val="24"/>
          <w:szCs w:val="24"/>
        </w:rPr>
      </w:pPr>
      <w:r w:rsidRPr="003D1EA8">
        <w:rPr>
          <w:i/>
          <w:iCs/>
          <w:sz w:val="24"/>
          <w:szCs w:val="24"/>
        </w:rPr>
        <w:t>Archivio Storico dell'Ordine Mauriziano | Case in Torino di via Milano e piazza della Repubblica | Mazzo 1</w:t>
      </w:r>
      <w:r>
        <w:rPr>
          <w:i/>
          <w:iCs/>
          <w:sz w:val="24"/>
          <w:szCs w:val="24"/>
        </w:rPr>
        <w:t xml:space="preserve"> | fasc. 53.</w:t>
      </w:r>
    </w:p>
    <w:p w14:paraId="13117244" w14:textId="402607E1" w:rsidR="003D1EA8" w:rsidRPr="003D1EA8" w:rsidRDefault="003D1EA8" w:rsidP="003D1EA8">
      <w:pPr>
        <w:jc w:val="center"/>
        <w:rPr>
          <w:b/>
          <w:bCs/>
          <w:sz w:val="24"/>
          <w:szCs w:val="24"/>
        </w:rPr>
      </w:pPr>
    </w:p>
    <w:p w14:paraId="63FF3E90" w14:textId="77777777" w:rsidR="00FE3590" w:rsidRPr="00D06238" w:rsidRDefault="00FE3590" w:rsidP="00FE3590">
      <w:pPr>
        <w:rPr>
          <w:b/>
          <w:bCs/>
          <w:sz w:val="28"/>
          <w:szCs w:val="28"/>
        </w:rPr>
      </w:pPr>
      <w:r w:rsidRPr="00D06238">
        <w:rPr>
          <w:b/>
          <w:bCs/>
          <w:sz w:val="28"/>
          <w:szCs w:val="28"/>
        </w:rPr>
        <w:t>ISTRUZIONI | Palazzo dell’Università</w:t>
      </w:r>
    </w:p>
    <w:p w14:paraId="5210102D" w14:textId="77777777" w:rsidR="00FE3590" w:rsidRDefault="00FE3590" w:rsidP="00FE3590">
      <w:pPr>
        <w:jc w:val="center"/>
        <w:rPr>
          <w:sz w:val="28"/>
          <w:szCs w:val="28"/>
        </w:rPr>
      </w:pPr>
      <w:r>
        <w:rPr>
          <w:sz w:val="28"/>
          <w:szCs w:val="28"/>
        </w:rPr>
        <w:t>1730</w:t>
      </w:r>
    </w:p>
    <w:p w14:paraId="4D495D79" w14:textId="77777777" w:rsidR="00FE3590" w:rsidRDefault="00FE3590" w:rsidP="00FE3590">
      <w:pPr>
        <w:jc w:val="center"/>
        <w:rPr>
          <w:i/>
          <w:iCs/>
          <w:sz w:val="24"/>
          <w:szCs w:val="24"/>
        </w:rPr>
      </w:pPr>
      <w:r w:rsidRPr="008243B9">
        <w:rPr>
          <w:b/>
          <w:bCs/>
          <w:sz w:val="24"/>
          <w:szCs w:val="24"/>
        </w:rPr>
        <w:t xml:space="preserve">Instruzione per li solari rustici da farsi alla nova cappella della Reggia Università a </w:t>
      </w:r>
      <w:r>
        <w:rPr>
          <w:b/>
          <w:bCs/>
          <w:sz w:val="24"/>
          <w:szCs w:val="24"/>
        </w:rPr>
        <w:t>tutta robba e fattura</w:t>
      </w:r>
      <w:r w:rsidR="00000000">
        <w:rPr>
          <w:i/>
          <w:iCs/>
          <w:sz w:val="24"/>
          <w:szCs w:val="24"/>
        </w:rPr>
        <w:pict w14:anchorId="56ABB55A">
          <v:rect id="_x0000_i1564" style="width:0;height:1.5pt" o:hralign="center" o:hrstd="t" o:hr="t" fillcolor="#a0a0a0" stroked="f"/>
        </w:pict>
      </w:r>
    </w:p>
    <w:p w14:paraId="1293BD9B" w14:textId="77777777" w:rsidR="00FE3590" w:rsidRDefault="00FE3590" w:rsidP="00FE3590">
      <w:pPr>
        <w:jc w:val="both"/>
        <w:rPr>
          <w:i/>
          <w:iCs/>
          <w:sz w:val="24"/>
          <w:szCs w:val="24"/>
        </w:rPr>
      </w:pPr>
      <w:r>
        <w:rPr>
          <w:i/>
          <w:iCs/>
          <w:sz w:val="24"/>
          <w:szCs w:val="24"/>
        </w:rPr>
        <w:t>Metteranno sopra le cavriate il solaro rustico e sarà al quanto pendente nelle due parte e sarà composto di travetti rustici di onze 2 ½ e di onze 3 nel altezza saranno inchiodati nelle teste con chiodi di suficiente grosezza e longezza e saranno groppi o altri difetti. L’assi saranno di grosezza l’oncia alquanto scarza e saranno investite per meza oncia al meno bene inchiodati con due chiodi in ogni travetto saranno obligati di coprire le cavriate il tutto ben fatto 2° richiede l’arte e a opera conlaudata e approvata.</w:t>
      </w:r>
      <w:r w:rsidR="00000000">
        <w:rPr>
          <w:i/>
          <w:iCs/>
          <w:sz w:val="24"/>
          <w:szCs w:val="24"/>
        </w:rPr>
        <w:pict w14:anchorId="1459106B">
          <v:rect id="_x0000_i1565" style="width:0;height:1.5pt" o:hralign="center" o:hrstd="t" o:hr="t" fillcolor="#a0a0a0" stroked="f"/>
        </w:pict>
      </w:r>
    </w:p>
    <w:p w14:paraId="48DDA432" w14:textId="77777777" w:rsidR="00FE3590" w:rsidRDefault="00FE3590" w:rsidP="00FE3590">
      <w:pPr>
        <w:jc w:val="right"/>
        <w:rPr>
          <w:sz w:val="24"/>
          <w:szCs w:val="24"/>
        </w:rPr>
      </w:pPr>
      <w:r w:rsidRPr="008243B9">
        <w:rPr>
          <w:sz w:val="24"/>
          <w:szCs w:val="24"/>
        </w:rPr>
        <w:t>giorno di 6 Marzo 1730</w:t>
      </w:r>
    </w:p>
    <w:p w14:paraId="79F0F78A" w14:textId="77777777" w:rsidR="00FE3590" w:rsidRDefault="00FE3590" w:rsidP="00FE3590">
      <w:pPr>
        <w:jc w:val="right"/>
        <w:rPr>
          <w:i/>
          <w:iCs/>
          <w:sz w:val="24"/>
          <w:szCs w:val="24"/>
        </w:rPr>
      </w:pPr>
      <w:r w:rsidRPr="008243B9">
        <w:rPr>
          <w:sz w:val="24"/>
          <w:szCs w:val="24"/>
        </w:rPr>
        <w:t>Cavaliere Don Filippo Juvarra Primo Architetto</w:t>
      </w:r>
      <w:r w:rsidR="00000000">
        <w:rPr>
          <w:i/>
          <w:iCs/>
          <w:sz w:val="24"/>
          <w:szCs w:val="24"/>
        </w:rPr>
        <w:pict w14:anchorId="37D7A0BA">
          <v:rect id="_x0000_i1566" style="width:0;height:1.5pt" o:hralign="center" o:hrstd="t" o:hr="t" fillcolor="#a0a0a0" stroked="f"/>
        </w:pict>
      </w:r>
    </w:p>
    <w:p w14:paraId="2C55601F" w14:textId="77777777" w:rsidR="00FE3590" w:rsidRDefault="00FE3590" w:rsidP="00FE3590">
      <w:pPr>
        <w:jc w:val="center"/>
        <w:rPr>
          <w:i/>
          <w:iCs/>
          <w:sz w:val="24"/>
          <w:szCs w:val="24"/>
        </w:rPr>
      </w:pPr>
      <w:r w:rsidRPr="005B0B21">
        <w:rPr>
          <w:b/>
          <w:bCs/>
          <w:i/>
          <w:iCs/>
          <w:sz w:val="24"/>
          <w:szCs w:val="24"/>
        </w:rPr>
        <w:t>Instruzione per la scala</w:t>
      </w:r>
      <w:r w:rsidR="00000000">
        <w:rPr>
          <w:i/>
          <w:iCs/>
          <w:sz w:val="24"/>
          <w:szCs w:val="24"/>
        </w:rPr>
        <w:pict w14:anchorId="663DE0D3">
          <v:rect id="_x0000_i1567" style="width:0;height:1.5pt" o:hralign="center" o:hrstd="t" o:hr="t" fillcolor="#a0a0a0" stroked="f"/>
        </w:pict>
      </w:r>
    </w:p>
    <w:p w14:paraId="625549D2" w14:textId="77777777" w:rsidR="00FE3590" w:rsidRDefault="00FE3590" w:rsidP="00FE3590">
      <w:pPr>
        <w:jc w:val="both"/>
        <w:rPr>
          <w:i/>
          <w:iCs/>
          <w:sz w:val="24"/>
          <w:szCs w:val="24"/>
        </w:rPr>
      </w:pPr>
      <w:r>
        <w:rPr>
          <w:i/>
          <w:iCs/>
          <w:sz w:val="24"/>
          <w:szCs w:val="24"/>
        </w:rPr>
        <w:t xml:space="preserve">La detta scaletta di boscho sarà della forma che si segnierà dal architetto sul posto non potendosi esprimere in conto per il sito inregolare che si ritrova mutante di figura quasi ad ogni piano. sarà d’assi di albero della ordinaria grosezza cioè del oncia scarna ben pianati la sua </w:t>
      </w:r>
      <w:r>
        <w:rPr>
          <w:i/>
          <w:iCs/>
          <w:sz w:val="24"/>
          <w:szCs w:val="24"/>
        </w:rPr>
        <w:lastRenderedPageBreak/>
        <w:t>armatura di travetti di rovere o qualche musatura di legniame grosso ove sarà necesario saranno obligati inchiodarlli con chiodi di suficiente grosezza e longezza e fare l’opera a tutta perfezione e 2° richiede la bona arte e a opera conlaudata.</w:t>
      </w:r>
      <w:r w:rsidR="00000000">
        <w:rPr>
          <w:i/>
          <w:iCs/>
          <w:sz w:val="24"/>
          <w:szCs w:val="24"/>
        </w:rPr>
        <w:pict w14:anchorId="6EE6F603">
          <v:rect id="_x0000_i1568" style="width:0;height:1.5pt" o:hralign="center" o:hrstd="t" o:hr="t" fillcolor="#a0a0a0" stroked="f"/>
        </w:pict>
      </w:r>
    </w:p>
    <w:p w14:paraId="7CFDDED8" w14:textId="77777777" w:rsidR="00FE3590" w:rsidRDefault="00FE3590" w:rsidP="00FE3590">
      <w:pPr>
        <w:jc w:val="right"/>
        <w:rPr>
          <w:i/>
          <w:iCs/>
          <w:sz w:val="24"/>
          <w:szCs w:val="24"/>
        </w:rPr>
      </w:pPr>
      <w:r>
        <w:rPr>
          <w:i/>
          <w:iCs/>
          <w:sz w:val="24"/>
          <w:szCs w:val="24"/>
        </w:rPr>
        <w:t>Cavaliere Don Filippo Juvarra Architetto</w:t>
      </w:r>
      <w:r w:rsidR="00000000">
        <w:rPr>
          <w:i/>
          <w:iCs/>
          <w:sz w:val="24"/>
          <w:szCs w:val="24"/>
        </w:rPr>
        <w:pict w14:anchorId="2D78B87E">
          <v:rect id="_x0000_i1569" style="width:0;height:1.5pt" o:hralign="center" o:hrstd="t" o:hr="t" fillcolor="#a0a0a0" stroked="f"/>
        </w:pict>
      </w:r>
    </w:p>
    <w:p w14:paraId="325AF157" w14:textId="77777777" w:rsidR="00FE3590" w:rsidRDefault="00FE3590" w:rsidP="00FE3590">
      <w:pPr>
        <w:jc w:val="both"/>
        <w:rPr>
          <w:sz w:val="24"/>
          <w:szCs w:val="24"/>
        </w:rPr>
      </w:pPr>
      <w:r w:rsidRPr="00ED4BD4">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ED4BD4">
        <w:rPr>
          <w:sz w:val="24"/>
          <w:szCs w:val="24"/>
        </w:rPr>
        <w:t xml:space="preserve">. </w:t>
      </w:r>
      <w:r>
        <w:rPr>
          <w:sz w:val="24"/>
          <w:szCs w:val="24"/>
        </w:rPr>
        <w:t>269</w:t>
      </w:r>
      <w:r w:rsidRPr="00ED4BD4">
        <w:rPr>
          <w:sz w:val="24"/>
          <w:szCs w:val="24"/>
        </w:rPr>
        <w:t>.</w:t>
      </w:r>
    </w:p>
    <w:p w14:paraId="1F8C0867" w14:textId="77777777" w:rsidR="00E65624" w:rsidRDefault="00E65624" w:rsidP="00FE3590">
      <w:pPr>
        <w:jc w:val="both"/>
        <w:rPr>
          <w:sz w:val="24"/>
          <w:szCs w:val="24"/>
        </w:rPr>
      </w:pPr>
    </w:p>
    <w:p w14:paraId="44E29019" w14:textId="5ADA2F4F" w:rsidR="00E65624" w:rsidRDefault="00E65624" w:rsidP="001055F3">
      <w:pPr>
        <w:jc w:val="center"/>
        <w:rPr>
          <w:i/>
          <w:iCs/>
          <w:sz w:val="24"/>
          <w:szCs w:val="24"/>
        </w:rPr>
      </w:pPr>
      <w:r w:rsidRPr="001055F3">
        <w:rPr>
          <w:b/>
          <w:bCs/>
          <w:sz w:val="24"/>
          <w:szCs w:val="24"/>
        </w:rPr>
        <w:t>Calculo della spesa per detto solaro rusticho</w:t>
      </w:r>
      <w:r w:rsidR="001055F3">
        <w:rPr>
          <w:rStyle w:val="Rimandonotaapidipagina"/>
          <w:b/>
          <w:bCs/>
          <w:sz w:val="24"/>
          <w:szCs w:val="24"/>
        </w:rPr>
        <w:footnoteReference w:id="14"/>
      </w:r>
      <w:r w:rsidR="00000000">
        <w:rPr>
          <w:i/>
          <w:iCs/>
          <w:sz w:val="24"/>
          <w:szCs w:val="24"/>
        </w:rPr>
        <w:pict w14:anchorId="6DA67367">
          <v:rect id="_x0000_i1570" style="width:0;height:1.5pt" o:hralign="center" o:hrstd="t" o:hr="t" fillcolor="#a0a0a0" stroked="f"/>
        </w:pict>
      </w:r>
    </w:p>
    <w:p w14:paraId="7F86B43E" w14:textId="0F8E4BFE" w:rsidR="00E65624" w:rsidRDefault="00E65624" w:rsidP="00FE3590">
      <w:pPr>
        <w:jc w:val="both"/>
        <w:rPr>
          <w:i/>
          <w:iCs/>
          <w:sz w:val="24"/>
          <w:szCs w:val="24"/>
        </w:rPr>
      </w:pPr>
      <w:r>
        <w:rPr>
          <w:i/>
          <w:iCs/>
          <w:sz w:val="24"/>
          <w:szCs w:val="24"/>
        </w:rPr>
        <w:t>Esendoci le cavriate che s</w:t>
      </w:r>
      <w:r w:rsidR="001055F3">
        <w:rPr>
          <w:i/>
          <w:iCs/>
          <w:sz w:val="24"/>
          <w:szCs w:val="24"/>
        </w:rPr>
        <w:t>ervono di somari e il partetante deve solaminte provedere travetti e assi chioderia e fattura per detto solaro sarà in misura trabuchi 26 at 18 t 468</w:t>
      </w:r>
    </w:p>
    <w:p w14:paraId="3D8A9E19" w14:textId="4503F043" w:rsidR="001055F3" w:rsidRDefault="001055F3" w:rsidP="00FE3590">
      <w:pPr>
        <w:jc w:val="both"/>
        <w:rPr>
          <w:i/>
          <w:iCs/>
          <w:sz w:val="24"/>
          <w:szCs w:val="24"/>
        </w:rPr>
      </w:pPr>
      <w:r>
        <w:rPr>
          <w:i/>
          <w:iCs/>
          <w:sz w:val="24"/>
          <w:szCs w:val="24"/>
        </w:rPr>
        <w:t>Per una scaletta di boscho che conduce alle stanze superiori da incomincia non seguirano dalli mezanelli a tutta robba e fattura a calculi t 300 t 768</w:t>
      </w:r>
      <w:r w:rsidR="00000000">
        <w:rPr>
          <w:i/>
          <w:iCs/>
          <w:sz w:val="24"/>
          <w:szCs w:val="24"/>
        </w:rPr>
        <w:pict w14:anchorId="0EC209F0">
          <v:rect id="_x0000_i1571" style="width:0;height:1.5pt" o:hralign="center" o:hrstd="t" o:hr="t" fillcolor="#a0a0a0" stroked="f"/>
        </w:pict>
      </w:r>
    </w:p>
    <w:p w14:paraId="74C8EA87" w14:textId="77777777" w:rsidR="001055F3" w:rsidRDefault="001055F3" w:rsidP="001055F3">
      <w:pPr>
        <w:jc w:val="right"/>
        <w:rPr>
          <w:i/>
          <w:iCs/>
          <w:sz w:val="24"/>
          <w:szCs w:val="24"/>
        </w:rPr>
      </w:pPr>
      <w:r>
        <w:rPr>
          <w:i/>
          <w:iCs/>
          <w:sz w:val="24"/>
          <w:szCs w:val="24"/>
        </w:rPr>
        <w:t>Cavaliere Don Filippo Juvarra Primo Architetto</w:t>
      </w:r>
      <w:r w:rsidR="00000000">
        <w:rPr>
          <w:i/>
          <w:iCs/>
          <w:sz w:val="24"/>
          <w:szCs w:val="24"/>
        </w:rPr>
        <w:pict w14:anchorId="155C676B">
          <v:rect id="_x0000_i1572" style="width:0;height:1.5pt" o:hralign="center" o:hrstd="t" o:hr="t" fillcolor="#a0a0a0" stroked="f"/>
        </w:pict>
      </w:r>
    </w:p>
    <w:p w14:paraId="73D11974" w14:textId="36584E84" w:rsidR="001055F3" w:rsidRDefault="001055F3" w:rsidP="001055F3">
      <w:pPr>
        <w:jc w:val="both"/>
        <w:rPr>
          <w:sz w:val="24"/>
          <w:szCs w:val="24"/>
        </w:rPr>
      </w:pPr>
      <w:r w:rsidRPr="00ED4BD4">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w:t>
      </w:r>
      <w:r w:rsidRPr="00ED4BD4">
        <w:rPr>
          <w:sz w:val="24"/>
          <w:szCs w:val="24"/>
        </w:rPr>
        <w:t xml:space="preserve">. </w:t>
      </w:r>
      <w:r>
        <w:rPr>
          <w:sz w:val="24"/>
          <w:szCs w:val="24"/>
        </w:rPr>
        <w:t>272</w:t>
      </w:r>
      <w:r w:rsidRPr="00ED4BD4">
        <w:rPr>
          <w:sz w:val="24"/>
          <w:szCs w:val="24"/>
        </w:rPr>
        <w:t>.</w:t>
      </w:r>
    </w:p>
    <w:p w14:paraId="01E58A7B" w14:textId="37CA6F8D" w:rsidR="001055F3" w:rsidRDefault="001055F3" w:rsidP="00FE3590">
      <w:pPr>
        <w:jc w:val="both"/>
        <w:rPr>
          <w:sz w:val="24"/>
          <w:szCs w:val="24"/>
        </w:rPr>
      </w:pPr>
    </w:p>
    <w:p w14:paraId="65E96D98" w14:textId="77777777" w:rsidR="00FE3590" w:rsidRDefault="00FE3590" w:rsidP="00FE3590">
      <w:pPr>
        <w:jc w:val="both"/>
        <w:rPr>
          <w:sz w:val="24"/>
          <w:szCs w:val="24"/>
        </w:rPr>
      </w:pPr>
    </w:p>
    <w:p w14:paraId="471E5C00" w14:textId="77777777" w:rsidR="00FE3590" w:rsidRDefault="00FE3590" w:rsidP="00FE3590">
      <w:pPr>
        <w:jc w:val="center"/>
        <w:rPr>
          <w:i/>
          <w:iCs/>
          <w:sz w:val="24"/>
          <w:szCs w:val="24"/>
        </w:rPr>
      </w:pPr>
      <w:r w:rsidRPr="008243B9">
        <w:rPr>
          <w:b/>
          <w:bCs/>
          <w:sz w:val="24"/>
          <w:szCs w:val="24"/>
        </w:rPr>
        <w:t>Instruzione per la cappella della Reggia Universita di studi</w:t>
      </w:r>
      <w:r>
        <w:rPr>
          <w:b/>
          <w:bCs/>
          <w:sz w:val="24"/>
          <w:szCs w:val="24"/>
        </w:rPr>
        <w:t>j</w:t>
      </w:r>
      <w:r w:rsidRPr="008243B9">
        <w:rPr>
          <w:b/>
          <w:bCs/>
          <w:sz w:val="24"/>
          <w:szCs w:val="24"/>
        </w:rPr>
        <w:t xml:space="preserve"> da farsi in questo anno 1730 </w:t>
      </w:r>
      <w:r>
        <w:rPr>
          <w:b/>
          <w:bCs/>
          <w:sz w:val="24"/>
          <w:szCs w:val="24"/>
        </w:rPr>
        <w:t>p</w:t>
      </w:r>
      <w:r w:rsidRPr="008243B9">
        <w:rPr>
          <w:b/>
          <w:bCs/>
          <w:sz w:val="24"/>
          <w:szCs w:val="24"/>
        </w:rPr>
        <w:t>er il</w:t>
      </w:r>
      <w:r>
        <w:rPr>
          <w:b/>
          <w:bCs/>
          <w:sz w:val="24"/>
          <w:szCs w:val="24"/>
        </w:rPr>
        <w:t xml:space="preserve"> m</w:t>
      </w:r>
      <w:r w:rsidRPr="008243B9">
        <w:rPr>
          <w:b/>
          <w:bCs/>
          <w:sz w:val="24"/>
          <w:szCs w:val="24"/>
        </w:rPr>
        <w:t>astro di</w:t>
      </w:r>
      <w:r>
        <w:rPr>
          <w:b/>
          <w:bCs/>
          <w:sz w:val="24"/>
          <w:szCs w:val="24"/>
        </w:rPr>
        <w:t xml:space="preserve"> m</w:t>
      </w:r>
      <w:r w:rsidRPr="008243B9">
        <w:rPr>
          <w:b/>
          <w:bCs/>
          <w:sz w:val="24"/>
          <w:szCs w:val="24"/>
        </w:rPr>
        <w:t>uro</w:t>
      </w:r>
      <w:r w:rsidR="00000000">
        <w:rPr>
          <w:i/>
          <w:iCs/>
          <w:sz w:val="24"/>
          <w:szCs w:val="24"/>
        </w:rPr>
        <w:pict w14:anchorId="0B4A86BA">
          <v:rect id="_x0000_i1573" style="width:0;height:1.5pt" o:hralign="center" o:hrstd="t" o:hr="t" fillcolor="#a0a0a0" stroked="f"/>
        </w:pict>
      </w:r>
    </w:p>
    <w:p w14:paraId="0D45683A" w14:textId="77777777" w:rsidR="00A14FE2" w:rsidRDefault="00A14FE2" w:rsidP="00FE3590">
      <w:pPr>
        <w:jc w:val="both"/>
        <w:rPr>
          <w:i/>
          <w:iCs/>
          <w:sz w:val="24"/>
          <w:szCs w:val="24"/>
        </w:rPr>
      </w:pPr>
      <w:r>
        <w:rPr>
          <w:i/>
          <w:iCs/>
          <w:sz w:val="24"/>
          <w:szCs w:val="24"/>
        </w:rPr>
        <w:t>Primo. Demolizione con bonificare un tanto il trabucho restando a loro conto tutti i materiali.</w:t>
      </w:r>
    </w:p>
    <w:p w14:paraId="252B378F" w14:textId="77777777" w:rsidR="00511DE4" w:rsidRDefault="00A14FE2" w:rsidP="00FE3590">
      <w:pPr>
        <w:jc w:val="both"/>
        <w:rPr>
          <w:i/>
          <w:iCs/>
          <w:sz w:val="24"/>
          <w:szCs w:val="24"/>
        </w:rPr>
      </w:pPr>
      <w:r>
        <w:rPr>
          <w:i/>
          <w:iCs/>
          <w:sz w:val="24"/>
          <w:szCs w:val="24"/>
        </w:rPr>
        <w:t>Saranno</w:t>
      </w:r>
      <w:r w:rsidR="00B524B4">
        <w:rPr>
          <w:i/>
          <w:iCs/>
          <w:sz w:val="24"/>
          <w:szCs w:val="24"/>
        </w:rPr>
        <w:t xml:space="preserve"> obligati di fare tutte le demolizione che saranno necesarie per rendere il sito di detta capella quanto più grande sia posibile queste faranno con tutta diligenza piano per piano con trasportare i materiali e i calcinacci fuori della fabricha saranno tenuti di levare con tutta diligenza le porte e finestre e sua ferramenta e questi meterlli a logo ove verà indicato saranno obligati di levare le lame o chiavi di ferro e qual si sia altra ferramenta e questa sarà consegniata fedelmente al sopra stante tutti</w:t>
      </w:r>
      <w:r w:rsidR="00511DE4">
        <w:rPr>
          <w:i/>
          <w:iCs/>
          <w:sz w:val="24"/>
          <w:szCs w:val="24"/>
        </w:rPr>
        <w:t xml:space="preserve"> li scalini o pietre di sancelli saranno consegniate parimente al </w:t>
      </w:r>
      <w:r w:rsidR="00511DE4">
        <w:rPr>
          <w:i/>
          <w:iCs/>
          <w:sz w:val="24"/>
          <w:szCs w:val="24"/>
        </w:rPr>
        <w:lastRenderedPageBreak/>
        <w:t>soprastante s’uniranno con tutta armonia nel scazare le teste de travi o travetti con il maestro da boscho acciò non venga tolto nesun trave o travetti.</w:t>
      </w:r>
    </w:p>
    <w:p w14:paraId="6E2175D2" w14:textId="77777777" w:rsidR="00511DE4" w:rsidRDefault="00511DE4" w:rsidP="00FE3590">
      <w:pPr>
        <w:jc w:val="both"/>
        <w:rPr>
          <w:i/>
          <w:iCs/>
          <w:sz w:val="24"/>
          <w:szCs w:val="24"/>
        </w:rPr>
      </w:pPr>
      <w:r>
        <w:rPr>
          <w:i/>
          <w:iCs/>
          <w:sz w:val="24"/>
          <w:szCs w:val="24"/>
        </w:rPr>
        <w:t>Tutti i materiali che provengono di detta demolizione con altri novi mattoni si potranno inpiegare nella fabricha e il resto de materiali saranno a disposizione dell partitante con questa che detta demolizione la pagerà con tantto il trabucho da misurarsi inazi.</w:t>
      </w:r>
    </w:p>
    <w:p w14:paraId="090D2640" w14:textId="77777777" w:rsidR="00511DE4" w:rsidRDefault="00511DE4" w:rsidP="00FE3590">
      <w:pPr>
        <w:jc w:val="both"/>
        <w:rPr>
          <w:i/>
          <w:iCs/>
          <w:sz w:val="24"/>
          <w:szCs w:val="24"/>
        </w:rPr>
      </w:pPr>
      <w:r>
        <w:rPr>
          <w:i/>
          <w:iCs/>
          <w:sz w:val="24"/>
          <w:szCs w:val="24"/>
        </w:rPr>
        <w:t>2° Muraglia di mattoni vechi provenienti dalla demolizione con parte di mattoni novi.</w:t>
      </w:r>
    </w:p>
    <w:p w14:paraId="5B39679B" w14:textId="77777777" w:rsidR="00D1341D" w:rsidRDefault="00511DE4" w:rsidP="00FE3590">
      <w:pPr>
        <w:jc w:val="both"/>
        <w:rPr>
          <w:i/>
          <w:iCs/>
          <w:sz w:val="24"/>
          <w:szCs w:val="24"/>
        </w:rPr>
      </w:pPr>
      <w:r>
        <w:rPr>
          <w:i/>
          <w:iCs/>
          <w:sz w:val="24"/>
          <w:szCs w:val="24"/>
        </w:rPr>
        <w:t xml:space="preserve">Muraglia di mattoni sarà fatta di mattoni vechi provenienti dalla demolizione e ove saranno necesarie a abitrio dell architetto metteranno mattoni novi i sopra detti mattoni vechi saranno ben scalcinati e sarà compresa nel istessa muraglia tutte le apiombature voltini sordini e archi di qual si sia grosezza non pasando li oncie 12 cioè due mattoni di punta e saranno obligati di fare qual si sia muraglia tacconi armature di bugio o squarci di qual si sia misura e grosezza. Sarà a loro conto mettere in opera qual si sia chiave per sodezza del opera e questa farlla tirare con suoi bolzoni con fare i suoi bugi e squarci nel di fuori. Le calcine che saranno adoprate in queste muraglie saranno fatte di Soperga deprate di tutte le pietre mal cotte. Le sabie un 3° di cava griggia deporata di qual si sia porzione che minima di terra e due 3i di </w:t>
      </w:r>
      <w:r w:rsidR="00D1341D">
        <w:rPr>
          <w:i/>
          <w:iCs/>
          <w:sz w:val="24"/>
          <w:szCs w:val="24"/>
        </w:rPr>
        <w:t>sabia di Dora granita e lavata senza mita. Le calcine saranno grasce e di ottima qualità comporta.</w:t>
      </w:r>
    </w:p>
    <w:p w14:paraId="05BE4A8D" w14:textId="77777777" w:rsidR="00960E5A" w:rsidRDefault="00D1341D" w:rsidP="00FE3590">
      <w:pPr>
        <w:jc w:val="both"/>
        <w:rPr>
          <w:i/>
          <w:iCs/>
          <w:sz w:val="24"/>
          <w:szCs w:val="24"/>
        </w:rPr>
      </w:pPr>
      <w:r>
        <w:rPr>
          <w:i/>
          <w:iCs/>
          <w:sz w:val="24"/>
          <w:szCs w:val="24"/>
        </w:rPr>
        <w:t xml:space="preserve">3° Stabiliture a l’italiana. Stabiliture saranno ben fatte di calcina dolce di Rivara o altra simile e saranno ben fatte liscie e ove è necesario unirsi con quelle fatte vechie armarlli accompagniando perfettamente. </w:t>
      </w:r>
    </w:p>
    <w:p w14:paraId="6CF2C365" w14:textId="77777777" w:rsidR="00960E5A" w:rsidRDefault="00960E5A" w:rsidP="00FE3590">
      <w:pPr>
        <w:jc w:val="both"/>
        <w:rPr>
          <w:i/>
          <w:iCs/>
          <w:sz w:val="24"/>
          <w:szCs w:val="24"/>
        </w:rPr>
      </w:pPr>
      <w:r>
        <w:rPr>
          <w:i/>
          <w:iCs/>
          <w:sz w:val="24"/>
          <w:szCs w:val="24"/>
        </w:rPr>
        <w:t>4° Ornamenti di cornici al passo e misura 2° la fabricha di Soperga in questo anno 1730.</w:t>
      </w:r>
    </w:p>
    <w:p w14:paraId="34B9F903" w14:textId="77777777" w:rsidR="00960E5A" w:rsidRDefault="00960E5A" w:rsidP="00FE3590">
      <w:pPr>
        <w:jc w:val="both"/>
        <w:rPr>
          <w:i/>
          <w:iCs/>
          <w:sz w:val="24"/>
          <w:szCs w:val="24"/>
        </w:rPr>
      </w:pPr>
      <w:r>
        <w:rPr>
          <w:i/>
          <w:iCs/>
          <w:sz w:val="24"/>
          <w:szCs w:val="24"/>
        </w:rPr>
        <w:t>Ove vi saranno cornice per ornamenti di detta capella si faranno e calubranno al prezzo di quelli che si pagano in questo anno a Soperga senza difalchi del totale ma 2° i prezzi discritti con parimente se vi bisogniasse qualche intaglio cioè di capitelli o altro se novo.</w:t>
      </w:r>
    </w:p>
    <w:p w14:paraId="278506D1" w14:textId="77777777" w:rsidR="00960E5A" w:rsidRDefault="00960E5A" w:rsidP="00FE3590">
      <w:pPr>
        <w:jc w:val="both"/>
        <w:rPr>
          <w:i/>
          <w:iCs/>
          <w:sz w:val="24"/>
          <w:szCs w:val="24"/>
        </w:rPr>
      </w:pPr>
      <w:r>
        <w:rPr>
          <w:i/>
          <w:iCs/>
          <w:sz w:val="24"/>
          <w:szCs w:val="24"/>
        </w:rPr>
        <w:t>5° Sterniti di quadrettoni stilati di Moncaglieri.</w:t>
      </w:r>
    </w:p>
    <w:p w14:paraId="4605C224" w14:textId="77777777" w:rsidR="008C2FA7" w:rsidRDefault="00960E5A" w:rsidP="00FE3590">
      <w:pPr>
        <w:jc w:val="both"/>
        <w:rPr>
          <w:i/>
          <w:iCs/>
          <w:sz w:val="24"/>
          <w:szCs w:val="24"/>
        </w:rPr>
      </w:pPr>
      <w:r>
        <w:rPr>
          <w:i/>
          <w:iCs/>
          <w:sz w:val="24"/>
          <w:szCs w:val="24"/>
        </w:rPr>
        <w:t>Sternito di quadrettoni stilati e questi saranno di Moncaglieri ben legati e tagliati a sotto squadra acciò la unione d’uno a l’altro non sia che una piccolissima ligniole saranno ben cotti e a livello perfetto con sue guidanze sarà messo in bona e forte calcina di Soperga con essere obligati di spianare di calcinacci passati sopra il solaro della grosezza che resta necesario.</w:t>
      </w:r>
    </w:p>
    <w:p w14:paraId="6366388C" w14:textId="77777777" w:rsidR="008C2FA7" w:rsidRDefault="008C2FA7" w:rsidP="00FE3590">
      <w:pPr>
        <w:jc w:val="both"/>
        <w:rPr>
          <w:i/>
          <w:iCs/>
          <w:sz w:val="24"/>
          <w:szCs w:val="24"/>
        </w:rPr>
      </w:pPr>
      <w:r>
        <w:rPr>
          <w:i/>
          <w:iCs/>
          <w:sz w:val="24"/>
          <w:szCs w:val="24"/>
        </w:rPr>
        <w:t>6° Sterniti rustici mitendo in opera li quadretti provenienti da solari vechi metendo la sola calcina forte di Soperga a fattura un tantto di trabucho.</w:t>
      </w:r>
    </w:p>
    <w:p w14:paraId="5EAF00D2" w14:textId="77777777" w:rsidR="008C2FA7" w:rsidRDefault="008C2FA7" w:rsidP="00FE3590">
      <w:pPr>
        <w:jc w:val="both"/>
        <w:rPr>
          <w:i/>
          <w:iCs/>
          <w:sz w:val="24"/>
          <w:szCs w:val="24"/>
        </w:rPr>
      </w:pPr>
      <w:r>
        <w:rPr>
          <w:i/>
          <w:iCs/>
          <w:sz w:val="24"/>
          <w:szCs w:val="24"/>
        </w:rPr>
        <w:t>7° 8° Voltte di listelli 2° la figura detta e stibbi della tribuna semicircolare sarà con sua armatura di reme e listelli come sopra questo a due facce 2° sopra.</w:t>
      </w:r>
    </w:p>
    <w:p w14:paraId="217657D6" w14:textId="77777777" w:rsidR="008C2FA7" w:rsidRDefault="008C2FA7" w:rsidP="00FE3590">
      <w:pPr>
        <w:jc w:val="both"/>
        <w:rPr>
          <w:i/>
          <w:iCs/>
          <w:sz w:val="24"/>
          <w:szCs w:val="24"/>
        </w:rPr>
      </w:pPr>
      <w:r>
        <w:rPr>
          <w:i/>
          <w:iCs/>
          <w:sz w:val="24"/>
          <w:szCs w:val="24"/>
        </w:rPr>
        <w:t>Voltte di listelli sarà per tutta largezza della capella a botte con lunette dell sesto che verà disegniato dal architetto e sopra l’aiutante sarà a tribuna.</w:t>
      </w:r>
    </w:p>
    <w:p w14:paraId="64FEE150" w14:textId="77777777" w:rsidR="008C2FA7" w:rsidRDefault="008C2FA7" w:rsidP="00FE3590">
      <w:pPr>
        <w:jc w:val="both"/>
        <w:rPr>
          <w:i/>
          <w:iCs/>
          <w:sz w:val="24"/>
          <w:szCs w:val="24"/>
        </w:rPr>
      </w:pPr>
      <w:r>
        <w:rPr>
          <w:i/>
          <w:iCs/>
          <w:sz w:val="24"/>
          <w:szCs w:val="24"/>
        </w:rPr>
        <w:t>Le centine saranno una di due grosezze d’assi e l’altra di tre grosezze con l’assi bastardi simili bene inchiodati con chiodi che si possano ribattere del altra parte.</w:t>
      </w:r>
    </w:p>
    <w:p w14:paraId="43D95BC5" w14:textId="77777777" w:rsidR="00F06F57" w:rsidRDefault="008C2FA7" w:rsidP="00FE3590">
      <w:pPr>
        <w:jc w:val="both"/>
        <w:rPr>
          <w:i/>
          <w:iCs/>
          <w:sz w:val="24"/>
          <w:szCs w:val="24"/>
        </w:rPr>
      </w:pPr>
      <w:r>
        <w:rPr>
          <w:i/>
          <w:iCs/>
          <w:sz w:val="24"/>
          <w:szCs w:val="24"/>
        </w:rPr>
        <w:t xml:space="preserve">La grosezza dell’assi sarà della solita oncia. La distanza tra mezo centine e l’altro non sia meno che oncie 15 il più e questi centini saranno fortificati a i travi dell coperto con boni reme doppie </w:t>
      </w:r>
      <w:r>
        <w:rPr>
          <w:i/>
          <w:iCs/>
          <w:sz w:val="24"/>
          <w:szCs w:val="24"/>
        </w:rPr>
        <w:lastRenderedPageBreak/>
        <w:t xml:space="preserve">e se vi voranno grappe di ferro o moglietta per più rendere soda detta voltta gli saranno provisti dall reggio oficio delle fabriche di Sa. Ma. con questo che sarà a loro conto l’inchiodarlli e metere in opera li listelli saranno d’albera non senza e saranno di oncia una in quadro e la distanza d’un listello a l’altro non sarà </w:t>
      </w:r>
      <w:r w:rsidR="00F06F57">
        <w:rPr>
          <w:i/>
          <w:iCs/>
          <w:sz w:val="24"/>
          <w:szCs w:val="24"/>
        </w:rPr>
        <w:t>più che un oncia scarssa e questi saranno inchiodati in ogni parte che toccano il cestine con chiodi di soficiente longezza e grosezza approvati dal sopra stante. Saranno obligati di fare le rotture nella muraglia per incastrare il centine.</w:t>
      </w:r>
    </w:p>
    <w:p w14:paraId="1A7EA7D0" w14:textId="77777777" w:rsidR="00F06F57" w:rsidRDefault="00F06F57" w:rsidP="00FE3590">
      <w:pPr>
        <w:jc w:val="both"/>
        <w:rPr>
          <w:i/>
          <w:iCs/>
          <w:sz w:val="24"/>
          <w:szCs w:val="24"/>
        </w:rPr>
      </w:pPr>
      <w:r>
        <w:rPr>
          <w:i/>
          <w:iCs/>
          <w:sz w:val="24"/>
          <w:szCs w:val="24"/>
        </w:rPr>
        <w:t>Saranno ingessate con calcina dolce e gesso e nelli spazi mettere pezetti di mattoni acciò fatti un matto intiero e sopra saranno riciati e stabiliti perfettamente che non si vedino i colpi di cosetta.</w:t>
      </w:r>
    </w:p>
    <w:p w14:paraId="1BB7A161" w14:textId="77777777" w:rsidR="00F06F57" w:rsidRDefault="00F06F57" w:rsidP="00FE3590">
      <w:pPr>
        <w:jc w:val="both"/>
        <w:rPr>
          <w:i/>
          <w:iCs/>
          <w:sz w:val="24"/>
          <w:szCs w:val="24"/>
        </w:rPr>
      </w:pPr>
      <w:r>
        <w:rPr>
          <w:i/>
          <w:iCs/>
          <w:sz w:val="24"/>
          <w:szCs w:val="24"/>
        </w:rPr>
        <w:t>Se vi sarà qualche scomparto di cornice saranno obligati di mettere de chiodi e si pagaranno come sopra cioè il prezzo di Soperga misurandoli ogni una nella sua categoria a trabucho lineale.</w:t>
      </w:r>
    </w:p>
    <w:p w14:paraId="72BC4889" w14:textId="54C74169" w:rsidR="00FE3590" w:rsidRDefault="00F06F57" w:rsidP="00FE3590">
      <w:pPr>
        <w:jc w:val="both"/>
        <w:rPr>
          <w:i/>
          <w:iCs/>
          <w:sz w:val="24"/>
          <w:szCs w:val="24"/>
        </w:rPr>
      </w:pPr>
      <w:r>
        <w:rPr>
          <w:i/>
          <w:iCs/>
          <w:sz w:val="24"/>
          <w:szCs w:val="24"/>
        </w:rPr>
        <w:t>Tutto questo lavoro sarà dato finito per tutto il mese prossimo di Agosto a opera conlaudata e approvata le cui saranno lavori fuori della loro obligazione primo però di farlli concentrare e verificare la natura de lavori con l’architetto saranno pagati a estimo il tutto sarà lavorato dal bon padre di famiglia e come richiede l’arte di ben lavorare a opera perfettamente finita e conlaudabile.</w:t>
      </w:r>
      <w:r w:rsidR="00000000">
        <w:rPr>
          <w:i/>
          <w:iCs/>
          <w:sz w:val="24"/>
          <w:szCs w:val="24"/>
        </w:rPr>
        <w:pict w14:anchorId="451F55F3">
          <v:rect id="_x0000_i1574" style="width:0;height:1.5pt" o:hralign="center" o:hrstd="t" o:hr="t" fillcolor="#a0a0a0" stroked="f"/>
        </w:pict>
      </w:r>
    </w:p>
    <w:p w14:paraId="3C37961F" w14:textId="77777777" w:rsidR="00FE3590" w:rsidRDefault="00FE3590" w:rsidP="00FE3590">
      <w:pPr>
        <w:jc w:val="right"/>
        <w:rPr>
          <w:sz w:val="24"/>
          <w:szCs w:val="24"/>
        </w:rPr>
      </w:pPr>
      <w:r w:rsidRPr="00CA2393">
        <w:rPr>
          <w:sz w:val="24"/>
          <w:szCs w:val="24"/>
        </w:rPr>
        <w:t>giorno di 22 Aprile 1730</w:t>
      </w:r>
    </w:p>
    <w:p w14:paraId="3B8701E6" w14:textId="77777777" w:rsidR="00FE3590" w:rsidRDefault="00FE3590" w:rsidP="00FE3590">
      <w:pPr>
        <w:jc w:val="right"/>
        <w:rPr>
          <w:i/>
          <w:iCs/>
          <w:sz w:val="24"/>
          <w:szCs w:val="24"/>
        </w:rPr>
      </w:pPr>
      <w:r w:rsidRPr="00CA2393">
        <w:rPr>
          <w:sz w:val="24"/>
          <w:szCs w:val="24"/>
        </w:rPr>
        <w:t>Cavaliere Don Filippo Juvarra Primo Architetto</w:t>
      </w:r>
      <w:r w:rsidR="00000000">
        <w:rPr>
          <w:i/>
          <w:iCs/>
          <w:sz w:val="24"/>
          <w:szCs w:val="24"/>
        </w:rPr>
        <w:pict w14:anchorId="5E3136F3">
          <v:rect id="_x0000_i1575" style="width:0;height:1.5pt" o:hralign="center" o:hrstd="t" o:hr="t" fillcolor="#a0a0a0" stroked="f"/>
        </w:pict>
      </w:r>
    </w:p>
    <w:p w14:paraId="456097D7" w14:textId="77777777" w:rsidR="00FE3590" w:rsidRDefault="00FE3590" w:rsidP="00FE3590">
      <w:pPr>
        <w:jc w:val="both"/>
        <w:rPr>
          <w:sz w:val="24"/>
          <w:szCs w:val="24"/>
        </w:rPr>
      </w:pPr>
      <w:r w:rsidRPr="00ED4BD4">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ll</w:t>
      </w:r>
      <w:r w:rsidRPr="00ED4BD4">
        <w:rPr>
          <w:sz w:val="24"/>
          <w:szCs w:val="24"/>
        </w:rPr>
        <w:t xml:space="preserve">. </w:t>
      </w:r>
      <w:r>
        <w:rPr>
          <w:sz w:val="24"/>
          <w:szCs w:val="24"/>
        </w:rPr>
        <w:t>146-147</w:t>
      </w:r>
      <w:r w:rsidRPr="00ED4BD4">
        <w:rPr>
          <w:sz w:val="24"/>
          <w:szCs w:val="24"/>
        </w:rPr>
        <w:t>.</w:t>
      </w:r>
    </w:p>
    <w:p w14:paraId="25ADF14B" w14:textId="77777777" w:rsidR="00FE3590" w:rsidRDefault="00FE3590" w:rsidP="00FE3590">
      <w:pPr>
        <w:jc w:val="both"/>
        <w:rPr>
          <w:sz w:val="24"/>
          <w:szCs w:val="24"/>
        </w:rPr>
      </w:pPr>
    </w:p>
    <w:p w14:paraId="1D0E8A16" w14:textId="77777777" w:rsidR="00FE3590" w:rsidRDefault="00FE3590" w:rsidP="00FE3590">
      <w:pPr>
        <w:jc w:val="center"/>
        <w:rPr>
          <w:i/>
          <w:iCs/>
          <w:sz w:val="24"/>
          <w:szCs w:val="24"/>
        </w:rPr>
      </w:pPr>
      <w:r w:rsidRPr="009673C0">
        <w:rPr>
          <w:b/>
          <w:bCs/>
          <w:sz w:val="24"/>
          <w:szCs w:val="24"/>
        </w:rPr>
        <w:t>Instruzione per il coperto della nova cappella da farsi nella Reggia Università di studi</w:t>
      </w:r>
      <w:r>
        <w:rPr>
          <w:b/>
          <w:bCs/>
          <w:sz w:val="24"/>
          <w:szCs w:val="24"/>
        </w:rPr>
        <w:t>j</w:t>
      </w:r>
      <w:r w:rsidRPr="009673C0">
        <w:rPr>
          <w:b/>
          <w:bCs/>
          <w:sz w:val="24"/>
          <w:szCs w:val="24"/>
        </w:rPr>
        <w:t xml:space="preserve"> in questo anno 1730 </w:t>
      </w:r>
      <w:r>
        <w:rPr>
          <w:b/>
          <w:bCs/>
          <w:sz w:val="24"/>
          <w:szCs w:val="24"/>
        </w:rPr>
        <w:t>p</w:t>
      </w:r>
      <w:r w:rsidRPr="009673C0">
        <w:rPr>
          <w:b/>
          <w:bCs/>
          <w:sz w:val="24"/>
          <w:szCs w:val="24"/>
        </w:rPr>
        <w:t>er il falegname</w:t>
      </w:r>
      <w:r w:rsidR="00000000">
        <w:rPr>
          <w:i/>
          <w:iCs/>
          <w:sz w:val="24"/>
          <w:szCs w:val="24"/>
        </w:rPr>
        <w:pict w14:anchorId="2115E2CB">
          <v:rect id="_x0000_i1576" style="width:0;height:1.5pt" o:hralign="center" o:hrstd="t" o:hr="t" fillcolor="#a0a0a0" stroked="f"/>
        </w:pict>
      </w:r>
    </w:p>
    <w:p w14:paraId="4CAACE8E" w14:textId="77777777" w:rsidR="00F50F57" w:rsidRDefault="00F50F57" w:rsidP="00FE3590">
      <w:pPr>
        <w:jc w:val="both"/>
        <w:rPr>
          <w:i/>
          <w:iCs/>
          <w:sz w:val="24"/>
          <w:szCs w:val="24"/>
        </w:rPr>
      </w:pPr>
      <w:r>
        <w:rPr>
          <w:i/>
          <w:iCs/>
          <w:sz w:val="24"/>
          <w:szCs w:val="24"/>
        </w:rPr>
        <w:t>Primo. Disfacimento e rifacimento dell coperto con servirsi di tutto quello che si porte di servizio nel vechio coperto.</w:t>
      </w:r>
    </w:p>
    <w:p w14:paraId="5FFD86AA" w14:textId="6682B160" w:rsidR="00F50F57" w:rsidRDefault="00F50F57" w:rsidP="00FE3590">
      <w:pPr>
        <w:jc w:val="both"/>
        <w:rPr>
          <w:i/>
          <w:iCs/>
          <w:sz w:val="24"/>
          <w:szCs w:val="24"/>
        </w:rPr>
      </w:pPr>
      <w:r>
        <w:rPr>
          <w:i/>
          <w:iCs/>
          <w:sz w:val="24"/>
          <w:szCs w:val="24"/>
        </w:rPr>
        <w:t xml:space="preserve">Saranno obligati di disfare il coperto che al presente si ritrova sopra le muraglie ove verrà la nova capella 2° dimostra la pianta e faranno il novo coperto alla medema altezza di quello che vi è presentemente con questo che le cavriate saranno di longezza che prendino d’una muraglia e l’altra la distanza d’una cavriata e l’altra non sarà più che piedi cinque e si farà il giusto scomparto acciò dette cavriate posino sopra i pilastri e verseranno meno di detta misura sarà anche più sordo le cavriate saranno di altezza once 9 e la sua grosezza tra 6 e 7 oncie da misurarsi nelle teste </w:t>
      </w:r>
      <w:r w:rsidR="009D54B7">
        <w:rPr>
          <w:i/>
          <w:iCs/>
          <w:sz w:val="24"/>
          <w:szCs w:val="24"/>
        </w:rPr>
        <w:t xml:space="preserve">e per motivo che i legni non si possono ritoccare di tutta longezza gli sarà permesso di fare dette cavriate in due pezzi che siano ben legate asime con suoi incastri e sotto le terze vi saranno due modiglioni oltre li saettoni che dimostra il profilo. La grosezza di dette cavriate in due pezzi sarà di grosezza onze 9 e grosezza 6 in 7 in cima il tutto ben fatto a opera </w:t>
      </w:r>
      <w:r w:rsidR="009D54B7">
        <w:rPr>
          <w:i/>
          <w:iCs/>
          <w:sz w:val="24"/>
          <w:szCs w:val="24"/>
        </w:rPr>
        <w:lastRenderedPageBreak/>
        <w:t>conlaudata. E</w:t>
      </w:r>
      <w:r>
        <w:rPr>
          <w:i/>
          <w:iCs/>
          <w:sz w:val="24"/>
          <w:szCs w:val="24"/>
        </w:rPr>
        <w:t xml:space="preserve"> saranno quasi di squadra franca le cavriate saranno con le sue bracci e suo bolzone e due agucce in angolo che vanno movendo sotto li bracci con suo gatello il tutto ben lavorato e inchiodato con caviglie di suficiente longezza e grosezza li bracci saette e bolzoni si troveranno delli legni che prenderanno dal detto vecchio coperto e dalle misure che si ritroveranno che a mio credere ci sarà la suficiente quantità e qualità di legni.</w:t>
      </w:r>
    </w:p>
    <w:p w14:paraId="6D7A778E" w14:textId="77777777" w:rsidR="0080776F" w:rsidRDefault="00F50F57" w:rsidP="00FE3590">
      <w:pPr>
        <w:jc w:val="both"/>
        <w:rPr>
          <w:i/>
          <w:iCs/>
          <w:sz w:val="24"/>
          <w:szCs w:val="24"/>
        </w:rPr>
      </w:pPr>
      <w:r>
        <w:rPr>
          <w:i/>
          <w:iCs/>
          <w:sz w:val="24"/>
          <w:szCs w:val="24"/>
        </w:rPr>
        <w:t xml:space="preserve">Le reme </w:t>
      </w:r>
      <w:r w:rsidR="003C3DA9">
        <w:rPr>
          <w:i/>
          <w:iCs/>
          <w:sz w:val="24"/>
          <w:szCs w:val="24"/>
        </w:rPr>
        <w:t>saranno li medemi che al presente si ritrovano e ove mancheranno si metterà i travetti dei vecchi solari la distanza di una rema a l’altra non sarà più che oncie 9 da mezo a mezo e saranno inchiodati sopra i bracci in ogni parte che tocchino con chiodi di suficiente longezza e grosezza e ove le reme saranno picoli si laverà la punta e si farà servire il grosso cioè non meno di onze 3 nel più sotile e per facilitare dal colmo una parte sarà tutta di reme e l’altra parte di travetti.</w:t>
      </w:r>
    </w:p>
    <w:p w14:paraId="329D4ED6" w14:textId="4E5A806A" w:rsidR="002A1EF9" w:rsidRDefault="0080776F" w:rsidP="00FE3590">
      <w:pPr>
        <w:jc w:val="both"/>
        <w:rPr>
          <w:i/>
          <w:iCs/>
          <w:sz w:val="24"/>
          <w:szCs w:val="24"/>
        </w:rPr>
      </w:pPr>
      <w:r>
        <w:rPr>
          <w:i/>
          <w:iCs/>
          <w:sz w:val="24"/>
          <w:szCs w:val="24"/>
        </w:rPr>
        <w:t xml:space="preserve">Li listelli saranno di oncia una in </w:t>
      </w:r>
      <w:r w:rsidR="002A1EF9">
        <w:rPr>
          <w:i/>
          <w:iCs/>
          <w:sz w:val="24"/>
          <w:szCs w:val="24"/>
        </w:rPr>
        <w:t xml:space="preserve">quadro e inchiodati con chiodi di approvata longezza e grosezza in ogni parte che tocherano le reme e saranno in una distanza </w:t>
      </w:r>
      <w:r w:rsidR="00072FF9">
        <w:rPr>
          <w:i/>
          <w:iCs/>
          <w:sz w:val="24"/>
          <w:szCs w:val="24"/>
        </w:rPr>
        <w:t>t</w:t>
      </w:r>
      <w:r w:rsidR="002A1EF9">
        <w:rPr>
          <w:i/>
          <w:iCs/>
          <w:sz w:val="24"/>
          <w:szCs w:val="24"/>
        </w:rPr>
        <w:t xml:space="preserve">ale che il </w:t>
      </w:r>
      <w:r w:rsidR="00072FF9">
        <w:rPr>
          <w:i/>
          <w:iCs/>
          <w:sz w:val="24"/>
          <w:szCs w:val="24"/>
        </w:rPr>
        <w:t>coppone sia bene incastrato e che l</w:t>
      </w:r>
      <w:r w:rsidR="002A1EF9">
        <w:rPr>
          <w:i/>
          <w:iCs/>
          <w:sz w:val="24"/>
          <w:szCs w:val="24"/>
        </w:rPr>
        <w:t xml:space="preserve">e due </w:t>
      </w:r>
      <w:r w:rsidR="00072FF9">
        <w:rPr>
          <w:i/>
          <w:iCs/>
          <w:sz w:val="24"/>
          <w:szCs w:val="24"/>
        </w:rPr>
        <w:t>parti del copone serra quasi a</w:t>
      </w:r>
      <w:r w:rsidR="002A1EF9">
        <w:rPr>
          <w:i/>
          <w:iCs/>
          <w:sz w:val="24"/>
          <w:szCs w:val="24"/>
        </w:rPr>
        <w:t xml:space="preserve"> sieme acciò</w:t>
      </w:r>
      <w:r w:rsidR="00072FF9">
        <w:rPr>
          <w:i/>
          <w:iCs/>
          <w:sz w:val="24"/>
          <w:szCs w:val="24"/>
        </w:rPr>
        <w:t xml:space="preserve"> sia ben coperto con la tobetta d</w:t>
      </w:r>
      <w:r w:rsidR="002A1EF9">
        <w:rPr>
          <w:i/>
          <w:iCs/>
          <w:sz w:val="24"/>
          <w:szCs w:val="24"/>
        </w:rPr>
        <w:t>i sopra</w:t>
      </w:r>
      <w:r w:rsidR="00072FF9">
        <w:rPr>
          <w:i/>
          <w:iCs/>
          <w:sz w:val="24"/>
          <w:szCs w:val="24"/>
        </w:rPr>
        <w:t xml:space="preserve"> e detti copponi cavalcheranno oncie 3 </w:t>
      </w:r>
      <w:r w:rsidR="002A1EF9">
        <w:rPr>
          <w:i/>
          <w:iCs/>
          <w:sz w:val="24"/>
          <w:szCs w:val="24"/>
        </w:rPr>
        <w:t>da uno</w:t>
      </w:r>
      <w:r w:rsidR="00072FF9">
        <w:rPr>
          <w:i/>
          <w:iCs/>
          <w:sz w:val="24"/>
          <w:szCs w:val="24"/>
        </w:rPr>
        <w:t xml:space="preserve"> sopra l’altro e non sarà permesso d</w:t>
      </w:r>
      <w:r w:rsidR="002A1EF9">
        <w:rPr>
          <w:i/>
          <w:iCs/>
          <w:sz w:val="24"/>
          <w:szCs w:val="24"/>
        </w:rPr>
        <w:t>i mettere</w:t>
      </w:r>
      <w:r w:rsidR="00072FF9">
        <w:rPr>
          <w:i/>
          <w:iCs/>
          <w:sz w:val="24"/>
          <w:szCs w:val="24"/>
        </w:rPr>
        <w:t xml:space="preserve"> ceppi rotti salvando il 10 per c</w:t>
      </w:r>
      <w:r w:rsidR="002A1EF9">
        <w:rPr>
          <w:i/>
          <w:iCs/>
          <w:sz w:val="24"/>
          <w:szCs w:val="24"/>
        </w:rPr>
        <w:t xml:space="preserve">ento delle </w:t>
      </w:r>
      <w:r w:rsidR="00072FF9">
        <w:rPr>
          <w:i/>
          <w:iCs/>
          <w:sz w:val="24"/>
          <w:szCs w:val="24"/>
        </w:rPr>
        <w:t>mezze si serveranno de medemi c</w:t>
      </w:r>
      <w:r w:rsidR="002A1EF9">
        <w:rPr>
          <w:i/>
          <w:iCs/>
          <w:sz w:val="24"/>
          <w:szCs w:val="24"/>
        </w:rPr>
        <w:t xml:space="preserve">oppi e </w:t>
      </w:r>
      <w:r w:rsidR="00072FF9">
        <w:rPr>
          <w:i/>
          <w:iCs/>
          <w:sz w:val="24"/>
          <w:szCs w:val="24"/>
        </w:rPr>
        <w:t>metteranno di novi il sopra più c</w:t>
      </w:r>
      <w:r w:rsidR="002A1EF9">
        <w:rPr>
          <w:i/>
          <w:iCs/>
          <w:sz w:val="24"/>
          <w:szCs w:val="24"/>
        </w:rPr>
        <w:t>he sarà</w:t>
      </w:r>
      <w:r w:rsidR="00072FF9">
        <w:rPr>
          <w:i/>
          <w:iCs/>
          <w:sz w:val="24"/>
          <w:szCs w:val="24"/>
        </w:rPr>
        <w:t xml:space="preserve"> necesario per compire detto coperto.</w:t>
      </w:r>
    </w:p>
    <w:p w14:paraId="3F72BE3D" w14:textId="77777777" w:rsidR="00072FF9" w:rsidRDefault="00072FF9" w:rsidP="00FE3590">
      <w:pPr>
        <w:jc w:val="both"/>
        <w:rPr>
          <w:i/>
          <w:iCs/>
          <w:sz w:val="24"/>
          <w:szCs w:val="24"/>
        </w:rPr>
      </w:pPr>
      <w:r>
        <w:rPr>
          <w:i/>
          <w:iCs/>
          <w:sz w:val="24"/>
          <w:szCs w:val="24"/>
        </w:rPr>
        <w:t>2° Disfacimento di solari e stibij.</w:t>
      </w:r>
    </w:p>
    <w:p w14:paraId="3D3A22DD" w14:textId="467CFB73" w:rsidR="00082728" w:rsidRDefault="00072FF9" w:rsidP="00FE3590">
      <w:pPr>
        <w:jc w:val="both"/>
        <w:rPr>
          <w:i/>
          <w:iCs/>
          <w:sz w:val="24"/>
          <w:szCs w:val="24"/>
        </w:rPr>
      </w:pPr>
      <w:r>
        <w:rPr>
          <w:i/>
          <w:iCs/>
          <w:sz w:val="24"/>
          <w:szCs w:val="24"/>
        </w:rPr>
        <w:t>Disfaranno i sterniti</w:t>
      </w:r>
      <w:r w:rsidR="00082728">
        <w:rPr>
          <w:i/>
          <w:iCs/>
          <w:sz w:val="24"/>
          <w:szCs w:val="24"/>
        </w:rPr>
        <w:t xml:space="preserve"> di quadrettoni sopra i solari e questi caleranno a basso con tutta diligenza e lasceranno in parte quelli che devono servire per fare il sternito rusticho laveranno tutti i calcinacci e disferanno tutti i solari con tutta diligenza acciò i travetti e assi possano servire con rimettere la chiodaria che sarà levato al sopra stante che asisterà a detti lavori.</w:t>
      </w:r>
    </w:p>
    <w:p w14:paraId="10A8FC4E" w14:textId="77777777" w:rsidR="00562FAE" w:rsidRDefault="00562FAE" w:rsidP="00FE3590">
      <w:pPr>
        <w:jc w:val="both"/>
        <w:rPr>
          <w:i/>
          <w:iCs/>
          <w:sz w:val="24"/>
          <w:szCs w:val="24"/>
        </w:rPr>
      </w:pPr>
      <w:r>
        <w:rPr>
          <w:i/>
          <w:iCs/>
          <w:sz w:val="24"/>
          <w:szCs w:val="24"/>
        </w:rPr>
        <w:t>3° Solaro rusticho con la permessione di mettere le boscami vecchi che vengono dal disfacimento de solari.</w:t>
      </w:r>
    </w:p>
    <w:p w14:paraId="4F8EC856" w14:textId="6E4BE188" w:rsidR="00082728" w:rsidRDefault="00082728" w:rsidP="00FE3590">
      <w:pPr>
        <w:jc w:val="both"/>
        <w:rPr>
          <w:i/>
          <w:iCs/>
          <w:sz w:val="24"/>
          <w:szCs w:val="24"/>
        </w:rPr>
      </w:pPr>
      <w:r>
        <w:rPr>
          <w:i/>
          <w:iCs/>
          <w:sz w:val="24"/>
          <w:szCs w:val="24"/>
        </w:rPr>
        <w:t>Sopra le cavriate vi sarà fatto il solaro</w:t>
      </w:r>
      <w:r w:rsidR="0010666B">
        <w:rPr>
          <w:i/>
          <w:iCs/>
          <w:sz w:val="24"/>
          <w:szCs w:val="24"/>
        </w:rPr>
        <w:t xml:space="preserve"> rusticho e si serveranno de vecchi travetti come parimente del assi vecchi e sarà investito e ove vi mancheranno meteranno travetti novi rustici con assi parimente rustici investiti daranno a detto solare un pocho di pendenza verso la contarta come parimente la metà verso il cortiletto.</w:t>
      </w:r>
    </w:p>
    <w:p w14:paraId="6801FC5A" w14:textId="1A4D3337" w:rsidR="0010666B" w:rsidRDefault="0010666B" w:rsidP="00FE3590">
      <w:pPr>
        <w:jc w:val="both"/>
        <w:rPr>
          <w:i/>
          <w:iCs/>
          <w:sz w:val="24"/>
          <w:szCs w:val="24"/>
        </w:rPr>
      </w:pPr>
      <w:r>
        <w:rPr>
          <w:i/>
          <w:iCs/>
          <w:sz w:val="24"/>
          <w:szCs w:val="24"/>
        </w:rPr>
        <w:t>Sotto le teste delle cavriate vi sarà una saetta in margine che avetti con un doppio trave che si serveranno da i vecchi che premeranno dalli solari e coperto acciò servono per armatura delle centine della voltta di listelli inchiodati con gatelli e chiodi si suficiente grosezza e longezza.</w:t>
      </w:r>
    </w:p>
    <w:p w14:paraId="3753206E" w14:textId="3507BB3D" w:rsidR="0010666B" w:rsidRDefault="0010666B" w:rsidP="00FE3590">
      <w:pPr>
        <w:jc w:val="both"/>
        <w:rPr>
          <w:i/>
          <w:iCs/>
          <w:sz w:val="24"/>
          <w:szCs w:val="24"/>
        </w:rPr>
      </w:pPr>
      <w:r>
        <w:rPr>
          <w:i/>
          <w:iCs/>
          <w:sz w:val="24"/>
          <w:szCs w:val="24"/>
        </w:rPr>
        <w:t>Se vi voranno lame di ferro tantto per il coperto che per anodare dette saette si provederanno dall reggio ufizio delle fabriche di Sa. Ma. e li partitanti saranno obligati a inchiodarlli e meterlli in opera.</w:t>
      </w:r>
    </w:p>
    <w:p w14:paraId="4A4BD277" w14:textId="007129C1" w:rsidR="0010666B" w:rsidRDefault="0010666B" w:rsidP="00FE3590">
      <w:pPr>
        <w:jc w:val="both"/>
        <w:rPr>
          <w:i/>
          <w:iCs/>
          <w:sz w:val="24"/>
          <w:szCs w:val="24"/>
        </w:rPr>
      </w:pPr>
      <w:r>
        <w:rPr>
          <w:i/>
          <w:iCs/>
          <w:sz w:val="24"/>
          <w:szCs w:val="24"/>
        </w:rPr>
        <w:t>La distanza delli travetti per il solaro rusticho sarà onze 8 tra un mezzo travetto e l’altro e l’assi sopra saranno inchiodati con due chiodi per ogni parte che tochino i travetti come altre si li travetti saranno inchiodati nelle teste sopra le cavriate.</w:t>
      </w:r>
    </w:p>
    <w:p w14:paraId="205C7927" w14:textId="50423F02" w:rsidR="0010666B" w:rsidRDefault="0010666B" w:rsidP="00FE3590">
      <w:pPr>
        <w:jc w:val="both"/>
        <w:rPr>
          <w:i/>
          <w:iCs/>
          <w:sz w:val="24"/>
          <w:szCs w:val="24"/>
        </w:rPr>
      </w:pPr>
      <w:r>
        <w:rPr>
          <w:i/>
          <w:iCs/>
          <w:sz w:val="24"/>
          <w:szCs w:val="24"/>
        </w:rPr>
        <w:t xml:space="preserve">4° Solari a profilo di robba vecchia </w:t>
      </w:r>
    </w:p>
    <w:p w14:paraId="524CF7BE" w14:textId="724B6431" w:rsidR="0010666B" w:rsidRDefault="0010666B" w:rsidP="00FE3590">
      <w:pPr>
        <w:jc w:val="both"/>
        <w:rPr>
          <w:i/>
          <w:iCs/>
          <w:sz w:val="24"/>
          <w:szCs w:val="24"/>
        </w:rPr>
      </w:pPr>
      <w:r>
        <w:rPr>
          <w:i/>
          <w:iCs/>
          <w:sz w:val="24"/>
          <w:szCs w:val="24"/>
        </w:rPr>
        <w:t>5° Solai a profilo di robba nova senza travi o sommeri.</w:t>
      </w:r>
    </w:p>
    <w:p w14:paraId="77C2FCE7" w14:textId="7AA2C479" w:rsidR="0010666B" w:rsidRDefault="001F6CCE" w:rsidP="00FE3590">
      <w:pPr>
        <w:jc w:val="both"/>
        <w:rPr>
          <w:i/>
          <w:iCs/>
          <w:sz w:val="24"/>
          <w:szCs w:val="24"/>
        </w:rPr>
      </w:pPr>
      <w:r>
        <w:rPr>
          <w:i/>
          <w:iCs/>
          <w:sz w:val="24"/>
          <w:szCs w:val="24"/>
        </w:rPr>
        <w:lastRenderedPageBreak/>
        <w:t xml:space="preserve">Solari a profilo si faranno cordonati con </w:t>
      </w:r>
      <w:r w:rsidR="00180EEB">
        <w:rPr>
          <w:i/>
          <w:iCs/>
          <w:sz w:val="24"/>
          <w:szCs w:val="24"/>
        </w:rPr>
        <w:t>servizio delli vecchi travetti della distanza come quelli che sono da demolirsi con le sue cambinature e listelli rigati e sua cornice in torno e ove non sarà suficiente di detti travetti e assi aggiungeranno delli novi e per non confondere il novo con il vecchio faranno quella parte che sarà suficiente con legniame vecchia e altra parte tutta di legni travetti assi di novo dell’istessa forma sarà qualche lavoro fuori delli capi della loro obligazione saranno prima all’architetto riconosciuti per tale e si faranno doppo a estimo di esperti.</w:t>
      </w:r>
    </w:p>
    <w:p w14:paraId="3C09ED31" w14:textId="77777777" w:rsidR="00F71557" w:rsidRDefault="00180EEB" w:rsidP="00FE3590">
      <w:pPr>
        <w:jc w:val="both"/>
        <w:rPr>
          <w:i/>
          <w:iCs/>
          <w:sz w:val="24"/>
          <w:szCs w:val="24"/>
        </w:rPr>
      </w:pPr>
      <w:r>
        <w:rPr>
          <w:i/>
          <w:iCs/>
          <w:sz w:val="24"/>
          <w:szCs w:val="24"/>
        </w:rPr>
        <w:t xml:space="preserve">Saranno </w:t>
      </w:r>
      <w:r w:rsidR="00DF0FEE">
        <w:rPr>
          <w:i/>
          <w:iCs/>
          <w:sz w:val="24"/>
          <w:szCs w:val="24"/>
        </w:rPr>
        <w:t xml:space="preserve">obligati imediatamente </w:t>
      </w:r>
      <w:r w:rsidR="00F71557">
        <w:rPr>
          <w:i/>
          <w:iCs/>
          <w:sz w:val="24"/>
          <w:szCs w:val="24"/>
        </w:rPr>
        <w:t>fare il coperto acciò si possa lavorare con tutta sicerezza di sotto e sarà fatto a opera conlaudata e approvata e 2° richiede l’asse e sarà operato sodo da bon padre di famiglia tantto nella ugualità che sodezza dell opera.</w:t>
      </w:r>
    </w:p>
    <w:p w14:paraId="44B4B73A" w14:textId="4976A54E" w:rsidR="00180EEB" w:rsidRDefault="00F71557" w:rsidP="00FE3590">
      <w:pPr>
        <w:jc w:val="both"/>
        <w:rPr>
          <w:i/>
          <w:iCs/>
          <w:sz w:val="24"/>
          <w:szCs w:val="24"/>
        </w:rPr>
      </w:pPr>
      <w:r>
        <w:rPr>
          <w:i/>
          <w:iCs/>
          <w:sz w:val="24"/>
          <w:szCs w:val="24"/>
        </w:rPr>
        <w:t xml:space="preserve">S’havesse che li coppi non le debbano lasciare sopra l’altri coperti per non daneggiare i coperti vicini ma le poterono mettere sopra le voltte della galleria onde sarebbe facilitata l’haverlli a scendere a vano. </w:t>
      </w:r>
    </w:p>
    <w:p w14:paraId="51D43E8A" w14:textId="4EABDF2B" w:rsidR="00FE3590" w:rsidRDefault="00000000" w:rsidP="00FE3590">
      <w:pPr>
        <w:jc w:val="both"/>
        <w:rPr>
          <w:i/>
          <w:iCs/>
          <w:sz w:val="24"/>
          <w:szCs w:val="24"/>
        </w:rPr>
      </w:pPr>
      <w:r>
        <w:rPr>
          <w:i/>
          <w:iCs/>
          <w:sz w:val="24"/>
          <w:szCs w:val="24"/>
        </w:rPr>
        <w:pict w14:anchorId="5FAA4968">
          <v:rect id="_x0000_i1577" style="width:0;height:1.5pt" o:hralign="center" o:hrstd="t" o:hr="t" fillcolor="#a0a0a0" stroked="f"/>
        </w:pict>
      </w:r>
    </w:p>
    <w:p w14:paraId="56701816" w14:textId="77777777" w:rsidR="00FE3590" w:rsidRDefault="00FE3590" w:rsidP="00FE3590">
      <w:pPr>
        <w:jc w:val="right"/>
        <w:rPr>
          <w:sz w:val="24"/>
          <w:szCs w:val="24"/>
        </w:rPr>
      </w:pPr>
      <w:r w:rsidRPr="008243B9">
        <w:rPr>
          <w:sz w:val="24"/>
          <w:szCs w:val="24"/>
        </w:rPr>
        <w:t>giorno di 22 Aprile 1730</w:t>
      </w:r>
    </w:p>
    <w:p w14:paraId="2558E9AC" w14:textId="77777777" w:rsidR="00FE3590" w:rsidRDefault="00FE3590" w:rsidP="00FE3590">
      <w:pPr>
        <w:jc w:val="right"/>
        <w:rPr>
          <w:i/>
          <w:iCs/>
          <w:sz w:val="24"/>
          <w:szCs w:val="24"/>
        </w:rPr>
      </w:pPr>
      <w:r w:rsidRPr="008243B9">
        <w:rPr>
          <w:sz w:val="24"/>
          <w:szCs w:val="24"/>
        </w:rPr>
        <w:t>Cavaliere Don Filippo Juvarra Primo Architetto</w:t>
      </w:r>
      <w:r w:rsidR="00000000">
        <w:rPr>
          <w:i/>
          <w:iCs/>
          <w:sz w:val="24"/>
          <w:szCs w:val="24"/>
        </w:rPr>
        <w:pict w14:anchorId="22CEF572">
          <v:rect id="_x0000_i1578" style="width:0;height:1.5pt" o:hralign="center" o:hrstd="t" o:hr="t" fillcolor="#a0a0a0" stroked="f"/>
        </w:pict>
      </w:r>
    </w:p>
    <w:p w14:paraId="5F09319E" w14:textId="77777777" w:rsidR="00FE3590" w:rsidRPr="008243B9" w:rsidRDefault="00FE3590" w:rsidP="00FE3590">
      <w:pPr>
        <w:jc w:val="both"/>
        <w:rPr>
          <w:sz w:val="24"/>
          <w:szCs w:val="24"/>
        </w:rPr>
      </w:pPr>
      <w:r w:rsidRPr="00ED4BD4">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ll</w:t>
      </w:r>
      <w:r w:rsidRPr="00ED4BD4">
        <w:rPr>
          <w:sz w:val="24"/>
          <w:szCs w:val="24"/>
        </w:rPr>
        <w:t xml:space="preserve">. </w:t>
      </w:r>
      <w:r>
        <w:rPr>
          <w:sz w:val="24"/>
          <w:szCs w:val="24"/>
        </w:rPr>
        <w:t>184-185</w:t>
      </w:r>
      <w:r w:rsidRPr="00ED4BD4">
        <w:rPr>
          <w:sz w:val="24"/>
          <w:szCs w:val="24"/>
        </w:rPr>
        <w:t>.</w:t>
      </w:r>
    </w:p>
    <w:p w14:paraId="7EC154D5" w14:textId="77777777" w:rsidR="00FE3590" w:rsidRDefault="00FE3590" w:rsidP="00FE3590">
      <w:pPr>
        <w:rPr>
          <w:sz w:val="28"/>
          <w:szCs w:val="28"/>
        </w:rPr>
      </w:pPr>
    </w:p>
    <w:p w14:paraId="59E078CC" w14:textId="2D02AD6E" w:rsidR="00FE3590" w:rsidRPr="00823D5F" w:rsidRDefault="00FE3590" w:rsidP="00FE3590">
      <w:pPr>
        <w:rPr>
          <w:b/>
          <w:bCs/>
          <w:sz w:val="28"/>
          <w:szCs w:val="28"/>
        </w:rPr>
      </w:pPr>
      <w:r w:rsidRPr="00823D5F">
        <w:rPr>
          <w:b/>
          <w:bCs/>
          <w:sz w:val="28"/>
          <w:szCs w:val="28"/>
        </w:rPr>
        <w:t>ISTRUZIONI | Castello di Moncalieri</w:t>
      </w:r>
      <w:r w:rsidR="00C53D56">
        <w:rPr>
          <w:b/>
          <w:bCs/>
          <w:sz w:val="28"/>
          <w:szCs w:val="28"/>
        </w:rPr>
        <w:t xml:space="preserve"> </w:t>
      </w:r>
    </w:p>
    <w:p w14:paraId="3E72CA28" w14:textId="60A3655D" w:rsidR="00FE3590" w:rsidRPr="003200A9" w:rsidRDefault="00FE3590" w:rsidP="003200A9">
      <w:pPr>
        <w:jc w:val="center"/>
        <w:rPr>
          <w:sz w:val="28"/>
          <w:szCs w:val="28"/>
        </w:rPr>
      </w:pPr>
      <w:r>
        <w:rPr>
          <w:sz w:val="28"/>
          <w:szCs w:val="28"/>
        </w:rPr>
        <w:t>1730</w:t>
      </w:r>
    </w:p>
    <w:p w14:paraId="54C22E3B" w14:textId="77777777" w:rsidR="00FE3590" w:rsidRDefault="00FE3590" w:rsidP="00FE3590">
      <w:pPr>
        <w:jc w:val="center"/>
        <w:rPr>
          <w:i/>
          <w:iCs/>
          <w:sz w:val="24"/>
          <w:szCs w:val="24"/>
        </w:rPr>
      </w:pPr>
      <w:r w:rsidRPr="00C62E1A">
        <w:rPr>
          <w:b/>
          <w:bCs/>
          <w:i/>
          <w:iCs/>
          <w:sz w:val="24"/>
          <w:szCs w:val="24"/>
        </w:rPr>
        <w:t>Instruzione per le muraglie per li ripari del Castello di Moncaglieri</w:t>
      </w:r>
      <w:r w:rsidR="00000000">
        <w:rPr>
          <w:i/>
          <w:iCs/>
          <w:sz w:val="24"/>
          <w:szCs w:val="24"/>
        </w:rPr>
        <w:pict w14:anchorId="78AAE802">
          <v:rect id="_x0000_i1579" style="width:0;height:1.5pt" o:hralign="center" o:hrstd="t" o:hr="t" fillcolor="#a0a0a0" stroked="f"/>
        </w:pict>
      </w:r>
    </w:p>
    <w:p w14:paraId="38747523" w14:textId="77777777" w:rsidR="00FE3590" w:rsidRDefault="00FE3590" w:rsidP="00FE3590">
      <w:pPr>
        <w:jc w:val="both"/>
        <w:rPr>
          <w:i/>
          <w:iCs/>
          <w:sz w:val="24"/>
          <w:szCs w:val="24"/>
        </w:rPr>
      </w:pPr>
      <w:r>
        <w:rPr>
          <w:i/>
          <w:iCs/>
          <w:sz w:val="24"/>
          <w:szCs w:val="24"/>
        </w:rPr>
        <w:t>Faranno con tutta diligenza le rotture e entreranno in dentro quanto è necesario e ove sarà necesario meteranno panelli e sbatteranno con tutta sodezza acciò si facci solamente la parte che resta indispensabile.</w:t>
      </w:r>
    </w:p>
    <w:p w14:paraId="66BE822D" w14:textId="77777777" w:rsidR="00FE3590" w:rsidRDefault="00FE3590" w:rsidP="00FE3590">
      <w:pPr>
        <w:jc w:val="both"/>
        <w:rPr>
          <w:i/>
          <w:iCs/>
          <w:sz w:val="24"/>
          <w:szCs w:val="24"/>
        </w:rPr>
      </w:pPr>
      <w:r>
        <w:rPr>
          <w:i/>
          <w:iCs/>
          <w:sz w:val="24"/>
          <w:szCs w:val="24"/>
        </w:rPr>
        <w:t>Li mattoni saranno ben cotti e la calcina di Soperga con la solita sabia perfetta che si può lavorare a tal luogo la calcina ben grassa e la distanza d’un mattone a l’altro un solo quarto d’oncia e dove vi saranno le muraglie di pietre ripigliare le sue cinte.</w:t>
      </w:r>
    </w:p>
    <w:p w14:paraId="3594D69C" w14:textId="77777777" w:rsidR="00FE3590" w:rsidRDefault="00FE3590" w:rsidP="00FE3590">
      <w:pPr>
        <w:jc w:val="both"/>
        <w:rPr>
          <w:i/>
          <w:iCs/>
          <w:sz w:val="24"/>
          <w:szCs w:val="24"/>
        </w:rPr>
      </w:pPr>
      <w:r>
        <w:rPr>
          <w:i/>
          <w:iCs/>
          <w:sz w:val="24"/>
          <w:szCs w:val="24"/>
        </w:rPr>
        <w:t>Come parimente ove vi saranno ornamenti rifare quello che manca con tutta pulitezza e uniformarsi a quelle già fatte.</w:t>
      </w:r>
    </w:p>
    <w:p w14:paraId="29F9E57B" w14:textId="77777777" w:rsidR="00FE3590" w:rsidRDefault="00FE3590" w:rsidP="00FE3590">
      <w:pPr>
        <w:jc w:val="both"/>
        <w:rPr>
          <w:i/>
          <w:iCs/>
          <w:sz w:val="24"/>
          <w:szCs w:val="24"/>
        </w:rPr>
      </w:pPr>
      <w:r>
        <w:rPr>
          <w:i/>
          <w:iCs/>
          <w:sz w:val="24"/>
          <w:szCs w:val="24"/>
        </w:rPr>
        <w:t>Le voltte ove sono per cadere cioè nelle nichie questi rifarlli tutti con bona calcina di Soperga e sotilmente in calcina pasata.</w:t>
      </w:r>
    </w:p>
    <w:p w14:paraId="72E56C1C" w14:textId="77777777" w:rsidR="00FE3590" w:rsidRDefault="00FE3590" w:rsidP="00FE3590">
      <w:pPr>
        <w:jc w:val="both"/>
        <w:rPr>
          <w:i/>
          <w:iCs/>
          <w:sz w:val="24"/>
          <w:szCs w:val="24"/>
        </w:rPr>
      </w:pPr>
      <w:r>
        <w:rPr>
          <w:i/>
          <w:iCs/>
          <w:sz w:val="24"/>
          <w:szCs w:val="24"/>
        </w:rPr>
        <w:t xml:space="preserve">In ordine alla misura delle profondità delle accomodature saranno prima misurate quanto i squadri saranno fatti e dette aperture saranno fatte con scanpelli e con tutta diligenza e levare </w:t>
      </w:r>
      <w:r>
        <w:rPr>
          <w:i/>
          <w:iCs/>
          <w:sz w:val="24"/>
          <w:szCs w:val="24"/>
        </w:rPr>
        <w:lastRenderedPageBreak/>
        <w:t>il porta muro non sosistente saranno imboccate a matton scoperto il tutto a opera conlaudata e approvata.</w:t>
      </w:r>
      <w:r w:rsidR="00000000">
        <w:rPr>
          <w:i/>
          <w:iCs/>
          <w:sz w:val="24"/>
          <w:szCs w:val="24"/>
        </w:rPr>
        <w:pict w14:anchorId="4F938D83">
          <v:rect id="_x0000_i1580" style="width:0;height:1.5pt" o:hralign="center" o:hrstd="t" o:hr="t" fillcolor="#a0a0a0" stroked="f"/>
        </w:pict>
      </w:r>
    </w:p>
    <w:p w14:paraId="66715280" w14:textId="77777777" w:rsidR="00FE3590" w:rsidRDefault="00FE3590" w:rsidP="00FE3590">
      <w:pPr>
        <w:jc w:val="right"/>
        <w:rPr>
          <w:i/>
          <w:iCs/>
          <w:sz w:val="24"/>
          <w:szCs w:val="24"/>
        </w:rPr>
      </w:pPr>
      <w:r w:rsidRPr="00C62E1A">
        <w:rPr>
          <w:i/>
          <w:iCs/>
          <w:sz w:val="24"/>
          <w:szCs w:val="24"/>
        </w:rPr>
        <w:t>giorno di 10 Aprile 1730</w:t>
      </w:r>
    </w:p>
    <w:p w14:paraId="2476DABC" w14:textId="77777777" w:rsidR="00FE3590" w:rsidRDefault="00FE3590" w:rsidP="00FE3590">
      <w:pPr>
        <w:jc w:val="right"/>
        <w:rPr>
          <w:i/>
          <w:iCs/>
          <w:sz w:val="24"/>
          <w:szCs w:val="24"/>
        </w:rPr>
      </w:pPr>
      <w:r w:rsidRPr="00C62E1A">
        <w:rPr>
          <w:i/>
          <w:iCs/>
          <w:sz w:val="24"/>
          <w:szCs w:val="24"/>
        </w:rPr>
        <w:t>Cavaliere Don Filippo Juvarra Primo Architetto</w:t>
      </w:r>
      <w:r w:rsidR="00000000">
        <w:rPr>
          <w:i/>
          <w:iCs/>
          <w:sz w:val="24"/>
          <w:szCs w:val="24"/>
        </w:rPr>
        <w:pict w14:anchorId="6AA8ACEF">
          <v:rect id="_x0000_i1581" style="width:0;height:1.5pt" o:hralign="center" o:hrstd="t" o:hr="t" fillcolor="#a0a0a0" stroked="f"/>
        </w:pict>
      </w:r>
    </w:p>
    <w:p w14:paraId="7EB216CA" w14:textId="77777777" w:rsidR="00FE3590" w:rsidRPr="00ED4BD4" w:rsidRDefault="00FE3590" w:rsidP="00FE3590">
      <w:pPr>
        <w:jc w:val="both"/>
        <w:rPr>
          <w:b/>
          <w:bCs/>
          <w:sz w:val="24"/>
          <w:szCs w:val="24"/>
        </w:rPr>
      </w:pPr>
      <w:r w:rsidRPr="00ED4BD4">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19 (1730) | fol. </w:t>
      </w:r>
      <w:r>
        <w:rPr>
          <w:sz w:val="24"/>
          <w:szCs w:val="24"/>
        </w:rPr>
        <w:t>123</w:t>
      </w:r>
      <w:r w:rsidRPr="00ED4BD4">
        <w:rPr>
          <w:sz w:val="24"/>
          <w:szCs w:val="24"/>
        </w:rPr>
        <w:t>.</w:t>
      </w:r>
    </w:p>
    <w:p w14:paraId="43EB6616" w14:textId="77777777" w:rsidR="00FE3590" w:rsidRDefault="00FE3590" w:rsidP="00F80917">
      <w:pPr>
        <w:rPr>
          <w:sz w:val="28"/>
          <w:szCs w:val="28"/>
        </w:rPr>
      </w:pPr>
    </w:p>
    <w:p w14:paraId="64BC510A" w14:textId="112141F1" w:rsidR="00F80917" w:rsidRPr="00823D5F" w:rsidRDefault="00F80917" w:rsidP="00F80917">
      <w:pPr>
        <w:rPr>
          <w:b/>
          <w:bCs/>
          <w:sz w:val="28"/>
          <w:szCs w:val="28"/>
        </w:rPr>
      </w:pPr>
      <w:r w:rsidRPr="00823D5F">
        <w:rPr>
          <w:b/>
          <w:bCs/>
          <w:sz w:val="28"/>
          <w:szCs w:val="28"/>
        </w:rPr>
        <w:t xml:space="preserve">ISTRUZIONI | Accademia </w:t>
      </w:r>
      <w:r w:rsidR="0002495B" w:rsidRPr="00823D5F">
        <w:rPr>
          <w:b/>
          <w:bCs/>
          <w:sz w:val="28"/>
          <w:szCs w:val="28"/>
        </w:rPr>
        <w:t>M</w:t>
      </w:r>
      <w:r w:rsidRPr="00823D5F">
        <w:rPr>
          <w:b/>
          <w:bCs/>
          <w:sz w:val="28"/>
          <w:szCs w:val="28"/>
        </w:rPr>
        <w:t>ilitare</w:t>
      </w:r>
    </w:p>
    <w:p w14:paraId="277DDEAD" w14:textId="4D7E9B7A" w:rsidR="00F80917" w:rsidRDefault="00F80917" w:rsidP="00F80917">
      <w:pPr>
        <w:jc w:val="center"/>
        <w:rPr>
          <w:sz w:val="28"/>
          <w:szCs w:val="28"/>
        </w:rPr>
      </w:pPr>
      <w:r>
        <w:rPr>
          <w:sz w:val="28"/>
          <w:szCs w:val="28"/>
        </w:rPr>
        <w:t>1730</w:t>
      </w:r>
    </w:p>
    <w:p w14:paraId="6131BF6A" w14:textId="77777777" w:rsidR="00E240ED" w:rsidRDefault="0002495B" w:rsidP="00F80917">
      <w:pPr>
        <w:jc w:val="center"/>
        <w:rPr>
          <w:i/>
          <w:iCs/>
          <w:sz w:val="24"/>
          <w:szCs w:val="24"/>
        </w:rPr>
      </w:pPr>
      <w:r w:rsidRPr="0002495B">
        <w:rPr>
          <w:b/>
          <w:bCs/>
          <w:sz w:val="24"/>
          <w:szCs w:val="24"/>
        </w:rPr>
        <w:t>Instruzione per li lavori da farsi alla Reggia Accademia in questo anno 1730</w:t>
      </w:r>
      <w:r w:rsidR="00000000">
        <w:rPr>
          <w:i/>
          <w:iCs/>
          <w:sz w:val="24"/>
          <w:szCs w:val="24"/>
        </w:rPr>
        <w:pict w14:anchorId="2B57D5D9">
          <v:rect id="_x0000_i1582" style="width:0;height:1.5pt" o:hralign="center" o:hrstd="t" o:hr="t" fillcolor="#a0a0a0" stroked="f"/>
        </w:pict>
      </w:r>
    </w:p>
    <w:p w14:paraId="341F7CBA" w14:textId="77777777" w:rsidR="008D35FD" w:rsidRDefault="008D35FD" w:rsidP="00E240ED">
      <w:pPr>
        <w:jc w:val="both"/>
        <w:rPr>
          <w:i/>
          <w:iCs/>
          <w:sz w:val="24"/>
          <w:szCs w:val="24"/>
        </w:rPr>
      </w:pPr>
      <w:r>
        <w:rPr>
          <w:i/>
          <w:iCs/>
          <w:sz w:val="24"/>
          <w:szCs w:val="24"/>
        </w:rPr>
        <w:t>Nel piano de sotterranei si accomandano le cucine con otturare alcone parte e aprirne delle nove, fare li potagi necesarie per servizio dalle medeme, aviciare e stabilire ove vi sarà ordinato.</w:t>
      </w:r>
    </w:p>
    <w:p w14:paraId="3E3C2458" w14:textId="66867425" w:rsidR="00CA31CE" w:rsidRDefault="008D35FD" w:rsidP="00E240ED">
      <w:pPr>
        <w:jc w:val="both"/>
        <w:rPr>
          <w:i/>
          <w:iCs/>
          <w:sz w:val="24"/>
          <w:szCs w:val="24"/>
        </w:rPr>
      </w:pPr>
      <w:r>
        <w:rPr>
          <w:i/>
          <w:iCs/>
          <w:sz w:val="24"/>
          <w:szCs w:val="24"/>
        </w:rPr>
        <w:t>Nel piano terreno fare e aprire la parte per ordinare 2° il disegnio l’infermaria con annullare le scalette in alcuni parte unire le voltte con alcuni pezzi da farsi in novo con suoi stabiliture saranno le bregge a formare le finestre con suoi ferrati come l’altri che sono al presente in alcune parte. Ove saranno le sale private levare i muri e formare l’archi con tutta diligenzza rifare di cima a fondo due commodità con mettere i cannoni necesarij con acrescimento di muraglia nova fare le tampe murate in torno di mattoni di punta della profondità necesaria fare i suoi sedili di legnio di nocera con le divisione di stibij o di mattoni o di listelli come aderiva sul posto l’architetto.</w:t>
      </w:r>
      <w:r w:rsidR="00D43CAE">
        <w:rPr>
          <w:i/>
          <w:iCs/>
          <w:sz w:val="24"/>
          <w:szCs w:val="24"/>
        </w:rPr>
        <w:t xml:space="preserve"> </w:t>
      </w:r>
      <w:r>
        <w:rPr>
          <w:i/>
          <w:iCs/>
          <w:sz w:val="24"/>
          <w:szCs w:val="24"/>
        </w:rPr>
        <w:t>Fare nella parte dell rifettorio una scaletta di novo con muraglia di mattoni e suoi rammpanti con gradini di pietra di sodo cordone.</w:t>
      </w:r>
      <w:r w:rsidR="00D43CAE">
        <w:rPr>
          <w:i/>
          <w:iCs/>
          <w:sz w:val="24"/>
          <w:szCs w:val="24"/>
        </w:rPr>
        <w:t xml:space="preserve"> </w:t>
      </w:r>
      <w:r>
        <w:rPr>
          <w:i/>
          <w:iCs/>
          <w:sz w:val="24"/>
          <w:szCs w:val="24"/>
        </w:rPr>
        <w:t>Accomodare il refettorio con capriate e slargare le finestre e porte ove la scaletta prendere e accomodare una stanza contigua a l’istesso piano per servizio di detto refettorio.</w:t>
      </w:r>
      <w:r w:rsidR="00D43CAE">
        <w:rPr>
          <w:i/>
          <w:iCs/>
          <w:sz w:val="24"/>
          <w:szCs w:val="24"/>
        </w:rPr>
        <w:t xml:space="preserve"> </w:t>
      </w:r>
      <w:r>
        <w:rPr>
          <w:i/>
          <w:iCs/>
          <w:sz w:val="24"/>
          <w:szCs w:val="24"/>
        </w:rPr>
        <w:t xml:space="preserve">Accomodare </w:t>
      </w:r>
      <w:r w:rsidR="00CA31CE">
        <w:rPr>
          <w:i/>
          <w:iCs/>
          <w:sz w:val="24"/>
          <w:szCs w:val="24"/>
        </w:rPr>
        <w:t>le stanze per l’uficiali e aggiustare in qualche parte la sala d’arme o altri accomodi per servizio del detto piano terreno secondo ordinerà l’architetto e 2° determinerà l’Ill.mo signor Conte Salmoro de mettere di detta fabricha.</w:t>
      </w:r>
      <w:r w:rsidR="00D43CAE">
        <w:rPr>
          <w:i/>
          <w:iCs/>
          <w:sz w:val="24"/>
          <w:szCs w:val="24"/>
        </w:rPr>
        <w:t xml:space="preserve"> </w:t>
      </w:r>
      <w:r w:rsidR="00CA31CE">
        <w:rPr>
          <w:i/>
          <w:iCs/>
          <w:sz w:val="24"/>
          <w:szCs w:val="24"/>
        </w:rPr>
        <w:t>Nel piano nobile si seguiteranno i luogi comuni si demoleranno alcune tramezze e si faranno l’archi sopra si apriranno verso la contrada alcuni finestre piccole per dare lume comodo alli mezanelli di sopra.</w:t>
      </w:r>
      <w:r w:rsidR="00D43CAE">
        <w:rPr>
          <w:i/>
          <w:iCs/>
          <w:sz w:val="24"/>
          <w:szCs w:val="24"/>
        </w:rPr>
        <w:t xml:space="preserve"> </w:t>
      </w:r>
      <w:r w:rsidR="00CA31CE">
        <w:rPr>
          <w:i/>
          <w:iCs/>
          <w:sz w:val="24"/>
          <w:szCs w:val="24"/>
        </w:rPr>
        <w:t>S’agiusterà la sala del caminij con accomodare le stabiliture sternito e finestre e porta 2° gli sarà la necesità per ridurlla al quanto chiara e comoda.</w:t>
      </w:r>
      <w:r w:rsidR="00D43CAE">
        <w:rPr>
          <w:i/>
          <w:iCs/>
          <w:sz w:val="24"/>
          <w:szCs w:val="24"/>
        </w:rPr>
        <w:t xml:space="preserve"> </w:t>
      </w:r>
      <w:r w:rsidR="00CA31CE">
        <w:rPr>
          <w:i/>
          <w:iCs/>
          <w:sz w:val="24"/>
          <w:szCs w:val="24"/>
        </w:rPr>
        <w:t>Nel ultimo piano nobile si apreranno le tramezze come sopra con farli i suoi archoni seguitare i luogi comuni con la scaletta di novo fare li catorio privato altare e ridurlla a comoda decenza.</w:t>
      </w:r>
      <w:r w:rsidR="00D43CAE">
        <w:rPr>
          <w:i/>
          <w:iCs/>
          <w:sz w:val="24"/>
          <w:szCs w:val="24"/>
        </w:rPr>
        <w:t xml:space="preserve"> </w:t>
      </w:r>
      <w:r w:rsidR="00CA31CE">
        <w:rPr>
          <w:i/>
          <w:iCs/>
          <w:sz w:val="24"/>
          <w:szCs w:val="24"/>
        </w:rPr>
        <w:t>Tutti questi lavori saranno fatti con severa  pulitezza e atenzione il tutto a opera conlaudata e approvata.</w:t>
      </w:r>
    </w:p>
    <w:p w14:paraId="548AD938" w14:textId="77777777" w:rsidR="00D43CAE" w:rsidRDefault="00D43CAE" w:rsidP="00E240ED">
      <w:pPr>
        <w:jc w:val="both"/>
        <w:rPr>
          <w:i/>
          <w:iCs/>
          <w:sz w:val="24"/>
          <w:szCs w:val="24"/>
        </w:rPr>
      </w:pPr>
      <w:r>
        <w:rPr>
          <w:i/>
          <w:iCs/>
          <w:sz w:val="24"/>
          <w:szCs w:val="24"/>
        </w:rPr>
        <w:t xml:space="preserve">Primo. </w:t>
      </w:r>
      <w:r w:rsidR="00CA31CE">
        <w:rPr>
          <w:i/>
          <w:iCs/>
          <w:sz w:val="24"/>
          <w:szCs w:val="24"/>
        </w:rPr>
        <w:t xml:space="preserve">La demolizione sarà fatta con tutta atenzione che non progiudichi il resto della fabricha e </w:t>
      </w:r>
      <w:r>
        <w:rPr>
          <w:i/>
          <w:iCs/>
          <w:sz w:val="24"/>
          <w:szCs w:val="24"/>
        </w:rPr>
        <w:t xml:space="preserve">questo si intende a tutte le muraglie di qual si sia apertura tantto piccola che grande e li mattoni che proveneranno di detta demolizione sarà a amartaggi dall partitante e le potrà </w:t>
      </w:r>
      <w:r>
        <w:rPr>
          <w:i/>
          <w:iCs/>
          <w:sz w:val="24"/>
          <w:szCs w:val="24"/>
        </w:rPr>
        <w:lastRenderedPageBreak/>
        <w:t>mettere in opera nelle muraglie nove con questo che le pagerà al Reggio uficio delle fabriche di Sa. Ma. un tanto al trabucho bene inteso che condurrà via tutto il calcinaccio e saranno ben scalcinati tutti i materiali che veranno di detta demolizione inazi di metterlli in opera.</w:t>
      </w:r>
    </w:p>
    <w:p w14:paraId="4BB95909" w14:textId="77777777" w:rsidR="003D4097" w:rsidRDefault="00D43CAE" w:rsidP="00E240ED">
      <w:pPr>
        <w:jc w:val="both"/>
        <w:rPr>
          <w:i/>
          <w:iCs/>
          <w:sz w:val="24"/>
          <w:szCs w:val="24"/>
        </w:rPr>
      </w:pPr>
      <w:r>
        <w:rPr>
          <w:i/>
          <w:iCs/>
          <w:sz w:val="24"/>
          <w:szCs w:val="24"/>
        </w:rPr>
        <w:t xml:space="preserve">2° Tutta la muraglia ordinaria sarà con pietre </w:t>
      </w:r>
      <w:r w:rsidR="003D4097">
        <w:rPr>
          <w:i/>
          <w:iCs/>
          <w:sz w:val="24"/>
          <w:szCs w:val="24"/>
        </w:rPr>
        <w:t>che noteranno bene in calcina forte di Soperga con le centure di mattoni per tutta la grosezza della muraglia la distanza di calcina fra un mattone e l’altro non sarà più che il 4° di oncia e l’altezza delli scanzelli di mattoni vechi ogni cinque corsi di mattoni novi in ogni quatro corsi e saranno obligati di fare tutti i spigoli archi e sordini di onze 6 sino a 9 ove bisogneranno. La sabia granita di Dora purgata di mità e l’altra terra che potrà essere pregiudiziale.</w:t>
      </w:r>
    </w:p>
    <w:p w14:paraId="719DC901" w14:textId="77777777" w:rsidR="003D4097" w:rsidRDefault="003D4097" w:rsidP="00E240ED">
      <w:pPr>
        <w:jc w:val="both"/>
        <w:rPr>
          <w:i/>
          <w:iCs/>
          <w:sz w:val="24"/>
          <w:szCs w:val="24"/>
        </w:rPr>
      </w:pPr>
      <w:r>
        <w:rPr>
          <w:i/>
          <w:iCs/>
          <w:sz w:val="24"/>
          <w:szCs w:val="24"/>
        </w:rPr>
        <w:t>3° Le muraglia di mattoni saranno di mattoni vecchi che preveranno dalla destinazione e altri di mattoni novi saranno dette muraglie ben fatte in piano perfetto i corsi e le spalette o apiombature a tutta perfetione e saranno incluse archi sordini voltini fatti e operati con calcina passata alla griglia fitta e la distanza d’un mattone e l’altro non sia più che un quarto di oncia con calcina come sopra di soperga e le sabie il 3° di cava e l’altro di Dora ben purgata e netta e faranno qual si sia muraglia di qual si sia grosezza.</w:t>
      </w:r>
    </w:p>
    <w:p w14:paraId="772EC4DC" w14:textId="77777777" w:rsidR="00D32941" w:rsidRDefault="003D4097" w:rsidP="00E240ED">
      <w:pPr>
        <w:jc w:val="both"/>
        <w:rPr>
          <w:i/>
          <w:iCs/>
          <w:sz w:val="24"/>
          <w:szCs w:val="24"/>
        </w:rPr>
      </w:pPr>
      <w:r>
        <w:rPr>
          <w:i/>
          <w:iCs/>
          <w:sz w:val="24"/>
          <w:szCs w:val="24"/>
        </w:rPr>
        <w:t xml:space="preserve">4° Le voltte saranno di mattoni novi di qual si sia figura che peserà il disegnio e li sproni saranno misurate per muraglia saranno ben lavorate con calcina forte di Soperga e passata acciò venghi sotilmente in calcina saranno obligati di mettere a loro conto tutte le chiave che si giudicheranno necesarie alla sodezza dell opera </w:t>
      </w:r>
      <w:r w:rsidR="00D32941">
        <w:rPr>
          <w:i/>
          <w:iCs/>
          <w:sz w:val="24"/>
          <w:szCs w:val="24"/>
        </w:rPr>
        <w:t>tanto nelle muraglie vecchie che nove e s’haverà riguardo alle chiave nelle muraglie vecchie se ci saranno necesarie ove non vi sarà fatta muraglia nova saranno obligati unire alcune pezzi di voltte nove con li vecchi e questo giudico che sarà pochissimo lavoro.</w:t>
      </w:r>
    </w:p>
    <w:p w14:paraId="0DFF60E3" w14:textId="77777777" w:rsidR="00137620" w:rsidRDefault="00D32941" w:rsidP="00E240ED">
      <w:pPr>
        <w:jc w:val="both"/>
        <w:rPr>
          <w:i/>
          <w:iCs/>
          <w:sz w:val="24"/>
          <w:szCs w:val="24"/>
        </w:rPr>
      </w:pPr>
      <w:r>
        <w:rPr>
          <w:i/>
          <w:iCs/>
          <w:sz w:val="24"/>
          <w:szCs w:val="24"/>
        </w:rPr>
        <w:t>5° Stabiliture le dette saranno fatte a l’italiana e nell angoli nella parte interiore si meterà</w:t>
      </w:r>
      <w:r w:rsidR="00137620">
        <w:rPr>
          <w:i/>
          <w:iCs/>
          <w:sz w:val="24"/>
          <w:szCs w:val="24"/>
        </w:rPr>
        <w:t xml:space="preserve"> il 3° di bon gesso e se vi saranno nella parte esteriore senza gesso questi saranno fatti di calcina dolce nel interno e di calcina forte di Superga nella parte esteriore saranno fatte con tutta pulitezza e bene uniti a perfetione.</w:t>
      </w:r>
    </w:p>
    <w:p w14:paraId="5EF5A2FB" w14:textId="77777777" w:rsidR="00137620" w:rsidRDefault="00137620" w:rsidP="00E240ED">
      <w:pPr>
        <w:jc w:val="both"/>
        <w:rPr>
          <w:i/>
          <w:iCs/>
          <w:sz w:val="24"/>
          <w:szCs w:val="24"/>
        </w:rPr>
      </w:pPr>
      <w:r>
        <w:rPr>
          <w:i/>
          <w:iCs/>
          <w:sz w:val="24"/>
          <w:szCs w:val="24"/>
        </w:rPr>
        <w:t>6° Sterniti di quadrettoni ben cotti di Moncaglieri e saranno stilati e fatti con tutta perfezione saranno messe in bona e grassa calcina forte di Soperga e la distanza non sarà più che una picola e sottile ligniole e saranno fatte con le sue guidane in torno e in piano perfetto a livello d’aqua 2° il solito.</w:t>
      </w:r>
    </w:p>
    <w:p w14:paraId="5344C4C6" w14:textId="77777777" w:rsidR="00137620" w:rsidRDefault="00137620" w:rsidP="00E240ED">
      <w:pPr>
        <w:jc w:val="both"/>
        <w:rPr>
          <w:i/>
          <w:iCs/>
          <w:sz w:val="24"/>
          <w:szCs w:val="24"/>
        </w:rPr>
      </w:pPr>
      <w:r>
        <w:rPr>
          <w:i/>
          <w:iCs/>
          <w:sz w:val="24"/>
          <w:szCs w:val="24"/>
        </w:rPr>
        <w:t>7° Sterniti di quadrettoni di Moncaglieri legati e rigati saranno come sopra ben fatti a livello e messi in calcina forte di Soperga la distanza fra un quadrettone e l’altro sarà pochissimo e 2° richiede l’arte di ben fare detti sterniti.</w:t>
      </w:r>
    </w:p>
    <w:p w14:paraId="73840960" w14:textId="77777777" w:rsidR="00137620" w:rsidRDefault="00137620" w:rsidP="00E240ED">
      <w:pPr>
        <w:jc w:val="both"/>
        <w:rPr>
          <w:i/>
          <w:iCs/>
          <w:sz w:val="24"/>
          <w:szCs w:val="24"/>
        </w:rPr>
      </w:pPr>
      <w:r>
        <w:rPr>
          <w:i/>
          <w:iCs/>
          <w:sz w:val="24"/>
          <w:szCs w:val="24"/>
        </w:rPr>
        <w:t>8° Sterniti di quadretti rustici saranno messi a livello perfetto e noteranno in bona e forte calcina di soperga.</w:t>
      </w:r>
    </w:p>
    <w:p w14:paraId="46250CBE" w14:textId="6EEDC774" w:rsidR="00E240ED" w:rsidRDefault="00137620" w:rsidP="00E240ED">
      <w:pPr>
        <w:jc w:val="both"/>
        <w:rPr>
          <w:i/>
          <w:iCs/>
          <w:sz w:val="24"/>
          <w:szCs w:val="24"/>
        </w:rPr>
      </w:pPr>
      <w:r>
        <w:rPr>
          <w:i/>
          <w:iCs/>
          <w:sz w:val="24"/>
          <w:szCs w:val="24"/>
        </w:rPr>
        <w:t>Il lavoro che non sarà compreso in detti capi sarà a giudizio d’esperti prima però parteciparlle l’architetto che l’approvi il tutto ben fatto a opera conlaudata e approvata tantto nella sodezza la perfetione di lavoro 2° richiede l’arte e di bon padre di famiglia tantto nella forma che nella materia.</w:t>
      </w:r>
      <w:r w:rsidR="00000000">
        <w:rPr>
          <w:i/>
          <w:iCs/>
          <w:sz w:val="24"/>
          <w:szCs w:val="24"/>
        </w:rPr>
        <w:pict w14:anchorId="29A73CC5">
          <v:rect id="_x0000_i1583" style="width:0;height:1.5pt" o:hralign="center" o:hrstd="t" o:hr="t" fillcolor="#a0a0a0" stroked="f"/>
        </w:pict>
      </w:r>
    </w:p>
    <w:p w14:paraId="7CB80A1E" w14:textId="71F0B68B" w:rsidR="0002495B" w:rsidRPr="00E240ED" w:rsidRDefault="0002495B" w:rsidP="00E240ED">
      <w:pPr>
        <w:jc w:val="right"/>
        <w:rPr>
          <w:i/>
          <w:iCs/>
          <w:sz w:val="24"/>
          <w:szCs w:val="24"/>
        </w:rPr>
      </w:pPr>
      <w:r w:rsidRPr="00E240ED">
        <w:rPr>
          <w:i/>
          <w:iCs/>
          <w:sz w:val="24"/>
          <w:szCs w:val="24"/>
        </w:rPr>
        <w:lastRenderedPageBreak/>
        <w:t>giorno di 15 Maggio 1730</w:t>
      </w:r>
    </w:p>
    <w:p w14:paraId="468891B4" w14:textId="77777777" w:rsidR="00E240ED" w:rsidRDefault="0002495B" w:rsidP="00E240ED">
      <w:pPr>
        <w:jc w:val="right"/>
        <w:rPr>
          <w:i/>
          <w:iCs/>
          <w:sz w:val="24"/>
          <w:szCs w:val="24"/>
        </w:rPr>
      </w:pPr>
      <w:r w:rsidRPr="00E240ED">
        <w:rPr>
          <w:i/>
          <w:iCs/>
          <w:sz w:val="24"/>
          <w:szCs w:val="24"/>
        </w:rPr>
        <w:t>Cavaliere Don Filippo Juvarra Primo Architetto</w:t>
      </w:r>
      <w:r w:rsidR="00000000">
        <w:rPr>
          <w:i/>
          <w:iCs/>
          <w:sz w:val="24"/>
          <w:szCs w:val="24"/>
        </w:rPr>
        <w:pict w14:anchorId="65B4E073">
          <v:rect id="_x0000_i1584" style="width:0;height:1.5pt" o:hralign="center" o:hrstd="t" o:hr="t" fillcolor="#a0a0a0" stroked="f"/>
        </w:pict>
      </w:r>
    </w:p>
    <w:p w14:paraId="6DA923DA" w14:textId="7B74AFC8" w:rsidR="0002495B" w:rsidRPr="00E240ED" w:rsidRDefault="0002495B" w:rsidP="00E240ED">
      <w:pPr>
        <w:jc w:val="both"/>
        <w:rPr>
          <w:sz w:val="24"/>
          <w:szCs w:val="24"/>
        </w:rPr>
      </w:pPr>
      <w:r w:rsidRPr="00E240ED">
        <w:rPr>
          <w:sz w:val="24"/>
          <w:szCs w:val="24"/>
        </w:rPr>
        <w:t>Archivio di Stato di Torino | Sezioni Riunite | Ministero della guerra | Azienda generale di fabbriche e fortificazioni (1733-1797) già Azienda generale d'artiglieria, fabbriche e fortificazioni (1717-1733) | Contratti fortificazioni | Mazzo 19 (1730) | foll. 188-189.</w:t>
      </w:r>
    </w:p>
    <w:p w14:paraId="58D17195" w14:textId="77777777" w:rsidR="0002495B" w:rsidRDefault="0002495B" w:rsidP="00F80917">
      <w:pPr>
        <w:jc w:val="center"/>
        <w:rPr>
          <w:i/>
          <w:iCs/>
          <w:sz w:val="24"/>
          <w:szCs w:val="24"/>
        </w:rPr>
      </w:pPr>
    </w:p>
    <w:p w14:paraId="44E6EBF3" w14:textId="77777777" w:rsidR="00E240ED" w:rsidRDefault="0002495B" w:rsidP="00F80917">
      <w:pPr>
        <w:jc w:val="center"/>
        <w:rPr>
          <w:i/>
          <w:iCs/>
          <w:sz w:val="24"/>
          <w:szCs w:val="24"/>
        </w:rPr>
      </w:pPr>
      <w:r w:rsidRPr="0002495B">
        <w:rPr>
          <w:b/>
          <w:bCs/>
          <w:sz w:val="24"/>
          <w:szCs w:val="24"/>
        </w:rPr>
        <w:t>Instruzione per li scalini per la nova scala dell Accademia Reale</w:t>
      </w:r>
      <w:r w:rsidR="00000000">
        <w:rPr>
          <w:i/>
          <w:iCs/>
          <w:sz w:val="24"/>
          <w:szCs w:val="24"/>
        </w:rPr>
        <w:pict w14:anchorId="6F733819">
          <v:rect id="_x0000_i1585" style="width:0;height:1.5pt" o:hralign="center" o:hrstd="t" o:hr="t" fillcolor="#a0a0a0" stroked="f"/>
        </w:pict>
      </w:r>
    </w:p>
    <w:p w14:paraId="085DEE6F" w14:textId="77777777" w:rsidR="0079464A" w:rsidRDefault="0079464A" w:rsidP="00E240ED">
      <w:pPr>
        <w:jc w:val="both"/>
        <w:rPr>
          <w:i/>
          <w:iCs/>
          <w:sz w:val="24"/>
          <w:szCs w:val="24"/>
        </w:rPr>
      </w:pPr>
      <w:r>
        <w:rPr>
          <w:i/>
          <w:iCs/>
          <w:sz w:val="24"/>
          <w:szCs w:val="24"/>
        </w:rPr>
        <w:t>Li detti scalini saranno di Sarizzo di Viana o di altro sarizzo che sia sordo e d’ugual colore. Saranno senza nesun difetto a solo cordone ben martilinati a tutta perfezione.</w:t>
      </w:r>
    </w:p>
    <w:p w14:paraId="37E1FEAE" w14:textId="48A33702" w:rsidR="00E240ED" w:rsidRDefault="0079464A" w:rsidP="00E240ED">
      <w:pPr>
        <w:jc w:val="both"/>
        <w:rPr>
          <w:i/>
          <w:iCs/>
          <w:sz w:val="24"/>
          <w:szCs w:val="24"/>
        </w:rPr>
      </w:pPr>
      <w:r>
        <w:rPr>
          <w:i/>
          <w:iCs/>
          <w:sz w:val="24"/>
          <w:szCs w:val="24"/>
        </w:rPr>
        <w:t xml:space="preserve">La longezza di onze 38 sua largezza onze 8 </w:t>
      </w:r>
      <w:r w:rsidR="005E6436">
        <w:rPr>
          <w:i/>
          <w:iCs/>
          <w:sz w:val="24"/>
          <w:szCs w:val="24"/>
        </w:rPr>
        <w:t>crescente a sua grosezza di oncia una e un quarto in circa il cordone sarà ben martilinato perfettamente rotondo il tutto a opera conlaudata e approvata.</w:t>
      </w:r>
      <w:r w:rsidR="00000000">
        <w:rPr>
          <w:i/>
          <w:iCs/>
          <w:sz w:val="24"/>
          <w:szCs w:val="24"/>
        </w:rPr>
        <w:pict w14:anchorId="60C93C8C">
          <v:rect id="_x0000_i1586" style="width:0;height:1.5pt" o:hralign="center" o:hrstd="t" o:hr="t" fillcolor="#a0a0a0" stroked="f"/>
        </w:pict>
      </w:r>
    </w:p>
    <w:p w14:paraId="5B77AE69" w14:textId="69F6B09A" w:rsidR="0002495B" w:rsidRPr="00E240ED" w:rsidRDefault="0002495B" w:rsidP="00E240ED">
      <w:pPr>
        <w:jc w:val="right"/>
        <w:rPr>
          <w:i/>
          <w:iCs/>
          <w:sz w:val="24"/>
          <w:szCs w:val="24"/>
        </w:rPr>
      </w:pPr>
      <w:r w:rsidRPr="00E240ED">
        <w:rPr>
          <w:i/>
          <w:iCs/>
          <w:sz w:val="24"/>
          <w:szCs w:val="24"/>
        </w:rPr>
        <w:t>a 27 Agosto 1730</w:t>
      </w:r>
    </w:p>
    <w:p w14:paraId="779FAAB0" w14:textId="77777777" w:rsidR="00E240ED" w:rsidRDefault="0002495B" w:rsidP="00E240ED">
      <w:pPr>
        <w:jc w:val="right"/>
        <w:rPr>
          <w:i/>
          <w:iCs/>
          <w:sz w:val="24"/>
          <w:szCs w:val="24"/>
        </w:rPr>
      </w:pPr>
      <w:r w:rsidRPr="00E240ED">
        <w:rPr>
          <w:i/>
          <w:iCs/>
          <w:sz w:val="24"/>
          <w:szCs w:val="24"/>
        </w:rPr>
        <w:t>Cavaliere Don Filippo Juvarra Primo Architetto</w:t>
      </w:r>
      <w:r w:rsidR="00000000">
        <w:rPr>
          <w:i/>
          <w:iCs/>
          <w:sz w:val="24"/>
          <w:szCs w:val="24"/>
        </w:rPr>
        <w:pict w14:anchorId="7372E41D">
          <v:rect id="_x0000_i1587" style="width:0;height:1.5pt" o:hralign="center" o:hrstd="t" o:hr="t" fillcolor="#a0a0a0" stroked="f"/>
        </w:pict>
      </w:r>
    </w:p>
    <w:p w14:paraId="63EBF9EA" w14:textId="36CBF204" w:rsidR="0002495B" w:rsidRPr="00E240ED" w:rsidRDefault="0002495B" w:rsidP="00E240ED">
      <w:pPr>
        <w:jc w:val="both"/>
        <w:rPr>
          <w:sz w:val="24"/>
          <w:szCs w:val="24"/>
        </w:rPr>
      </w:pPr>
      <w:r w:rsidRPr="00E240ED">
        <w:rPr>
          <w:sz w:val="24"/>
          <w:szCs w:val="24"/>
        </w:rPr>
        <w:t>Archivio di Stato di Torino | Sezioni Riunite | Ministero della guerra | Azienda generale di fabbriche e fortificazioni (1733-1797) già Azienda generale d'artiglieria, fabbriche e fortificazioni (1717-1733) | Contratti fortificazioni | Mazzo 19 (1730) | fol. 244.</w:t>
      </w:r>
    </w:p>
    <w:p w14:paraId="33A49441" w14:textId="77777777" w:rsidR="0002495B" w:rsidRDefault="0002495B" w:rsidP="00F80917">
      <w:pPr>
        <w:jc w:val="center"/>
        <w:rPr>
          <w:i/>
          <w:iCs/>
          <w:sz w:val="24"/>
          <w:szCs w:val="24"/>
        </w:rPr>
      </w:pPr>
    </w:p>
    <w:p w14:paraId="736791DB" w14:textId="77777777" w:rsidR="00E240ED" w:rsidRDefault="0002495B" w:rsidP="00F80917">
      <w:pPr>
        <w:jc w:val="center"/>
        <w:rPr>
          <w:i/>
          <w:iCs/>
          <w:sz w:val="24"/>
          <w:szCs w:val="24"/>
        </w:rPr>
      </w:pPr>
      <w:r w:rsidRPr="0002495B">
        <w:rPr>
          <w:b/>
          <w:bCs/>
          <w:sz w:val="24"/>
          <w:szCs w:val="24"/>
        </w:rPr>
        <w:t>Instruzione per li ciasili da farsi di novo nella Reggia Accademia</w:t>
      </w:r>
      <w:r w:rsidR="00000000">
        <w:rPr>
          <w:i/>
          <w:iCs/>
          <w:sz w:val="24"/>
          <w:szCs w:val="24"/>
        </w:rPr>
        <w:pict w14:anchorId="23E2B4E6">
          <v:rect id="_x0000_i1588" style="width:0;height:1.5pt" o:hralign="center" o:hrstd="t" o:hr="t" fillcolor="#a0a0a0" stroked="f"/>
        </w:pict>
      </w:r>
    </w:p>
    <w:p w14:paraId="07AB86FA" w14:textId="77777777" w:rsidR="005E6436" w:rsidRDefault="005E6436" w:rsidP="00E240ED">
      <w:pPr>
        <w:jc w:val="both"/>
        <w:rPr>
          <w:i/>
          <w:iCs/>
          <w:sz w:val="24"/>
          <w:szCs w:val="24"/>
        </w:rPr>
      </w:pPr>
      <w:r>
        <w:rPr>
          <w:i/>
          <w:iCs/>
          <w:sz w:val="24"/>
          <w:szCs w:val="24"/>
        </w:rPr>
        <w:t>Li ciasili saranno di legniame di nocera ben staggionato e colorito e saranno della grosezza e qualità della mostra come anche saranno obligati di fare tutte l’altre a proporzione cioè misurando l’aria del contenuto e l’altri più piccoli alla sua aria sarà calculato a proporzione il prezzo oservando però le grosezze delli voletti e tilaroni secondo la mostra convenuta e sigilata.</w:t>
      </w:r>
    </w:p>
    <w:p w14:paraId="095DEEBA" w14:textId="205EEACD" w:rsidR="00E240ED" w:rsidRDefault="005E6436" w:rsidP="00E240ED">
      <w:pPr>
        <w:jc w:val="both"/>
        <w:rPr>
          <w:i/>
          <w:iCs/>
          <w:sz w:val="24"/>
          <w:szCs w:val="24"/>
        </w:rPr>
      </w:pPr>
      <w:r>
        <w:rPr>
          <w:i/>
          <w:iCs/>
          <w:sz w:val="24"/>
          <w:szCs w:val="24"/>
        </w:rPr>
        <w:t>Tutto l’altro lavoro che di rapezzi e serpolici accomodate si pol fare a estimo o vero a mettere maestri a giornata con prima convenire le giornate di maestri boni e capaci a detto lavoro e dal sopra stante notate in capo la firma e detti maestri saranno perfetti il tutto a opera conlaudata e approvata.</w:t>
      </w:r>
      <w:r w:rsidR="00000000">
        <w:rPr>
          <w:i/>
          <w:iCs/>
          <w:sz w:val="24"/>
          <w:szCs w:val="24"/>
        </w:rPr>
        <w:pict w14:anchorId="64A61978">
          <v:rect id="_x0000_i1589" style="width:0;height:1.5pt" o:hralign="center" o:hrstd="t" o:hr="t" fillcolor="#a0a0a0" stroked="f"/>
        </w:pict>
      </w:r>
    </w:p>
    <w:p w14:paraId="4350C44F" w14:textId="67537FE2" w:rsidR="0002495B" w:rsidRPr="00E240ED" w:rsidRDefault="0002495B" w:rsidP="00E240ED">
      <w:pPr>
        <w:jc w:val="right"/>
        <w:rPr>
          <w:i/>
          <w:iCs/>
          <w:sz w:val="24"/>
          <w:szCs w:val="24"/>
        </w:rPr>
      </w:pPr>
      <w:r w:rsidRPr="00E240ED">
        <w:rPr>
          <w:i/>
          <w:iCs/>
          <w:sz w:val="24"/>
          <w:szCs w:val="24"/>
        </w:rPr>
        <w:t>giorno di 28 Agosto 1730</w:t>
      </w:r>
    </w:p>
    <w:p w14:paraId="4295943B" w14:textId="77777777" w:rsidR="00E240ED" w:rsidRDefault="0002495B" w:rsidP="00E240ED">
      <w:pPr>
        <w:jc w:val="right"/>
        <w:rPr>
          <w:i/>
          <w:iCs/>
          <w:sz w:val="24"/>
          <w:szCs w:val="24"/>
        </w:rPr>
      </w:pPr>
      <w:r w:rsidRPr="00E240ED">
        <w:rPr>
          <w:i/>
          <w:iCs/>
          <w:sz w:val="24"/>
          <w:szCs w:val="24"/>
        </w:rPr>
        <w:t>Cavaliere Don Filippo Juvarra Primo Architetto</w:t>
      </w:r>
      <w:r w:rsidR="00000000">
        <w:rPr>
          <w:i/>
          <w:iCs/>
          <w:sz w:val="24"/>
          <w:szCs w:val="24"/>
        </w:rPr>
        <w:pict w14:anchorId="1921895B">
          <v:rect id="_x0000_i1590" style="width:0;height:1.5pt" o:hralign="center" o:hrstd="t" o:hr="t" fillcolor="#a0a0a0" stroked="f"/>
        </w:pict>
      </w:r>
    </w:p>
    <w:p w14:paraId="0E205EA6" w14:textId="4910513A" w:rsidR="0002495B" w:rsidRPr="00E240ED" w:rsidRDefault="0002495B" w:rsidP="00E240ED">
      <w:pPr>
        <w:jc w:val="both"/>
        <w:rPr>
          <w:sz w:val="24"/>
          <w:szCs w:val="24"/>
        </w:rPr>
      </w:pPr>
      <w:r w:rsidRPr="00E240ED">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19 (1730) | fol. 242.</w:t>
      </w:r>
    </w:p>
    <w:p w14:paraId="0B1931BB" w14:textId="77777777" w:rsidR="0002495B" w:rsidRDefault="0002495B" w:rsidP="00F80917">
      <w:pPr>
        <w:jc w:val="center"/>
        <w:rPr>
          <w:i/>
          <w:iCs/>
          <w:sz w:val="24"/>
          <w:szCs w:val="24"/>
        </w:rPr>
      </w:pPr>
    </w:p>
    <w:p w14:paraId="4D8BFDBD" w14:textId="009C43E2" w:rsidR="00E240ED" w:rsidRDefault="0002495B" w:rsidP="00F80917">
      <w:pPr>
        <w:jc w:val="center"/>
        <w:rPr>
          <w:i/>
          <w:iCs/>
          <w:sz w:val="24"/>
          <w:szCs w:val="24"/>
        </w:rPr>
      </w:pPr>
      <w:r w:rsidRPr="0002495B">
        <w:rPr>
          <w:b/>
          <w:bCs/>
          <w:sz w:val="24"/>
          <w:szCs w:val="24"/>
        </w:rPr>
        <w:t>Instruzione per il coperto della scaletta e solari nella medema da farsi nella Reggia Accademia</w:t>
      </w:r>
      <w:r w:rsidR="00000000">
        <w:rPr>
          <w:i/>
          <w:iCs/>
          <w:sz w:val="24"/>
          <w:szCs w:val="24"/>
        </w:rPr>
        <w:pict w14:anchorId="448EA158">
          <v:rect id="_x0000_i1591" style="width:0;height:1.5pt" o:hralign="center" o:hrstd="t" o:hr="t" fillcolor="#a0a0a0" stroked="f"/>
        </w:pict>
      </w:r>
    </w:p>
    <w:p w14:paraId="72EFAC5D" w14:textId="77777777" w:rsidR="0016027E" w:rsidRDefault="0016027E" w:rsidP="00E240ED">
      <w:pPr>
        <w:jc w:val="both"/>
        <w:rPr>
          <w:i/>
          <w:iCs/>
          <w:sz w:val="24"/>
          <w:szCs w:val="24"/>
        </w:rPr>
      </w:pPr>
      <w:r>
        <w:rPr>
          <w:i/>
          <w:iCs/>
          <w:sz w:val="24"/>
          <w:szCs w:val="24"/>
        </w:rPr>
        <w:t>Il coperto di detta scala sarà 2° demostra il disegnio in margine e sarà fatto di tutta robba e legniame vechio che esiste al presente nella medema Accademia il colmo sarà sopra il pilastro e onderà fortificato nella muraglia saranno obligati a fare i bugi ove anderà il detto trave che fa colmo e ove anderanno le punte delle reme.</w:t>
      </w:r>
    </w:p>
    <w:p w14:paraId="12A78E27" w14:textId="77777777" w:rsidR="0016027E" w:rsidRDefault="0016027E" w:rsidP="00E240ED">
      <w:pPr>
        <w:jc w:val="both"/>
        <w:rPr>
          <w:i/>
          <w:iCs/>
          <w:sz w:val="24"/>
          <w:szCs w:val="24"/>
        </w:rPr>
      </w:pPr>
      <w:r>
        <w:rPr>
          <w:i/>
          <w:iCs/>
          <w:sz w:val="24"/>
          <w:szCs w:val="24"/>
        </w:rPr>
        <w:t>Nella netà di detto vano meteranno una cavriata armata con suoi bracci e bolzone delli legni che giudicheranno capaci e metendola in mezzo serverà di sommero al solaro a profilo che si deve fare per finimento di detta scaletta.</w:t>
      </w:r>
    </w:p>
    <w:p w14:paraId="16A901B9" w14:textId="77777777" w:rsidR="0016027E" w:rsidRDefault="0016027E" w:rsidP="00E240ED">
      <w:pPr>
        <w:jc w:val="both"/>
        <w:rPr>
          <w:i/>
          <w:iCs/>
          <w:sz w:val="24"/>
          <w:szCs w:val="24"/>
        </w:rPr>
      </w:pPr>
      <w:r>
        <w:rPr>
          <w:i/>
          <w:iCs/>
          <w:sz w:val="24"/>
          <w:szCs w:val="24"/>
        </w:rPr>
        <w:t>Le reme saranno messe oncie 9 distante da mezzo a mezo e bene inchiodati con chiodi di suficiente longezza e grosezza e in difetto di reme si potranno mettere travetti vechi provenienti dalla disfacimenti de solari.</w:t>
      </w:r>
    </w:p>
    <w:p w14:paraId="4F6E79B6" w14:textId="77777777" w:rsidR="0016027E" w:rsidRDefault="0016027E" w:rsidP="00E240ED">
      <w:pPr>
        <w:jc w:val="both"/>
        <w:rPr>
          <w:i/>
          <w:iCs/>
          <w:sz w:val="24"/>
          <w:szCs w:val="24"/>
        </w:rPr>
      </w:pPr>
      <w:r>
        <w:rPr>
          <w:i/>
          <w:iCs/>
          <w:sz w:val="24"/>
          <w:szCs w:val="24"/>
        </w:rPr>
        <w:t>Li listelli saranno di oncia una in quadro e saranno piantati con chiodi lungi in ogni parte che toceranno le reme o travetti. Li copponi o canali saranno di distanza che siano bene incastrate.</w:t>
      </w:r>
    </w:p>
    <w:p w14:paraId="05051654" w14:textId="77777777" w:rsidR="0016027E" w:rsidRDefault="0016027E" w:rsidP="00E240ED">
      <w:pPr>
        <w:jc w:val="both"/>
        <w:rPr>
          <w:i/>
          <w:iCs/>
          <w:sz w:val="24"/>
          <w:szCs w:val="24"/>
        </w:rPr>
      </w:pPr>
      <w:r>
        <w:rPr>
          <w:i/>
          <w:iCs/>
          <w:sz w:val="24"/>
          <w:szCs w:val="24"/>
        </w:rPr>
        <w:t>Si serveranno di tutto il legniame vechio che si ritroverà e mancando mancando qualche parte saranno obligati di provederlla come parimente i coppi e canali non essendoci tutta la quantità e il sopra più provisto di novo sarà pagato a estimo.</w:t>
      </w:r>
    </w:p>
    <w:p w14:paraId="3873052E" w14:textId="77777777" w:rsidR="003E0557" w:rsidRDefault="0016027E" w:rsidP="00E240ED">
      <w:pPr>
        <w:jc w:val="both"/>
        <w:rPr>
          <w:i/>
          <w:iCs/>
          <w:sz w:val="24"/>
          <w:szCs w:val="24"/>
        </w:rPr>
      </w:pPr>
      <w:r>
        <w:rPr>
          <w:i/>
          <w:iCs/>
          <w:sz w:val="24"/>
          <w:szCs w:val="24"/>
        </w:rPr>
        <w:t>I solari</w:t>
      </w:r>
      <w:r w:rsidR="003E0557">
        <w:rPr>
          <w:i/>
          <w:iCs/>
          <w:sz w:val="24"/>
          <w:szCs w:val="24"/>
        </w:rPr>
        <w:t xml:space="preserve"> saranno a profilo con la cavriata che resterà di somero cordonata e le fasce disuguale sarà investita d’assi d’albero con suo cordone.</w:t>
      </w:r>
    </w:p>
    <w:p w14:paraId="2CE30D1D" w14:textId="77777777" w:rsidR="003E0557" w:rsidRDefault="003E0557" w:rsidP="00E240ED">
      <w:pPr>
        <w:jc w:val="both"/>
        <w:rPr>
          <w:i/>
          <w:iCs/>
          <w:sz w:val="24"/>
          <w:szCs w:val="24"/>
        </w:rPr>
      </w:pPr>
      <w:r>
        <w:rPr>
          <w:i/>
          <w:iCs/>
          <w:sz w:val="24"/>
          <w:szCs w:val="24"/>
        </w:rPr>
        <w:t>I travetti cordonati saranno di oncie 2 ½ e oncie 2 e la distanza d’un travetto a l’altro oncie otto il solaro sopra sarà d’assi ordinarij di 3e quarti di oncia invertiti e nelle comisure il suo listello rigato e incastrato nel travetto con le sue cambinature in torno verso il trave e muraglia con la sua cornice tirate di groceria solita bene inchiodata il tutto ben fatto secondo richiede la bona e perfetta arte di falegniame e a opera conlaudata.</w:t>
      </w:r>
    </w:p>
    <w:p w14:paraId="13C8B2C3" w14:textId="4B7C75B2" w:rsidR="00E240ED" w:rsidRDefault="003E0557" w:rsidP="00E240ED">
      <w:pPr>
        <w:jc w:val="both"/>
        <w:rPr>
          <w:i/>
          <w:iCs/>
          <w:sz w:val="24"/>
          <w:szCs w:val="24"/>
        </w:rPr>
      </w:pPr>
      <w:r>
        <w:rPr>
          <w:i/>
          <w:iCs/>
          <w:sz w:val="24"/>
          <w:szCs w:val="24"/>
        </w:rPr>
        <w:t>Tutti l’altri lavori non compresi nella misura saranno fatti a estimo faranno quelli a tutta robba a conto dell impresario tantto quella a semplice fattura il tutto fatto perfettamente e a opera conlaudata.</w:t>
      </w:r>
      <w:r w:rsidR="00000000">
        <w:rPr>
          <w:i/>
          <w:iCs/>
          <w:sz w:val="24"/>
          <w:szCs w:val="24"/>
        </w:rPr>
        <w:pict w14:anchorId="150CCF00">
          <v:rect id="_x0000_i1592" style="width:0;height:1.5pt" o:hralign="center" o:hrstd="t" o:hr="t" fillcolor="#a0a0a0" stroked="f"/>
        </w:pict>
      </w:r>
    </w:p>
    <w:p w14:paraId="662F3AD6" w14:textId="0E920B50" w:rsidR="0002495B" w:rsidRPr="00E240ED" w:rsidRDefault="0002495B" w:rsidP="00E240ED">
      <w:pPr>
        <w:jc w:val="right"/>
        <w:rPr>
          <w:i/>
          <w:iCs/>
          <w:sz w:val="24"/>
          <w:szCs w:val="24"/>
        </w:rPr>
      </w:pPr>
      <w:r w:rsidRPr="00E240ED">
        <w:rPr>
          <w:i/>
          <w:iCs/>
          <w:sz w:val="24"/>
          <w:szCs w:val="24"/>
        </w:rPr>
        <w:t>giorno di 28 Agosto 1730</w:t>
      </w:r>
    </w:p>
    <w:p w14:paraId="37C90B86" w14:textId="77777777" w:rsidR="00E240ED" w:rsidRDefault="0002495B" w:rsidP="00E240ED">
      <w:pPr>
        <w:jc w:val="right"/>
        <w:rPr>
          <w:i/>
          <w:iCs/>
          <w:sz w:val="24"/>
          <w:szCs w:val="24"/>
        </w:rPr>
      </w:pPr>
      <w:r w:rsidRPr="00E240ED">
        <w:rPr>
          <w:i/>
          <w:iCs/>
          <w:sz w:val="24"/>
          <w:szCs w:val="24"/>
        </w:rPr>
        <w:t>Cavaliere Don Filippo Juvarra Primo Architetto</w:t>
      </w:r>
      <w:r w:rsidR="00000000">
        <w:rPr>
          <w:i/>
          <w:iCs/>
          <w:sz w:val="24"/>
          <w:szCs w:val="24"/>
        </w:rPr>
        <w:pict w14:anchorId="67BBF340">
          <v:rect id="_x0000_i1593" style="width:0;height:1.5pt" o:hralign="center" o:hrstd="t" o:hr="t" fillcolor="#a0a0a0" stroked="f"/>
        </w:pict>
      </w:r>
    </w:p>
    <w:p w14:paraId="503580F7" w14:textId="12090CBE" w:rsidR="0002495B" w:rsidRPr="00E240ED" w:rsidRDefault="0002495B" w:rsidP="00E240ED">
      <w:pPr>
        <w:jc w:val="both"/>
        <w:rPr>
          <w:sz w:val="24"/>
          <w:szCs w:val="24"/>
        </w:rPr>
      </w:pPr>
      <w:r w:rsidRPr="00E240ED">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19 (1730) | foll. 248-249.</w:t>
      </w:r>
    </w:p>
    <w:p w14:paraId="4BB9D859" w14:textId="77777777" w:rsidR="0002495B" w:rsidRDefault="0002495B" w:rsidP="00F80917">
      <w:pPr>
        <w:jc w:val="center"/>
        <w:rPr>
          <w:i/>
          <w:iCs/>
          <w:sz w:val="24"/>
          <w:szCs w:val="24"/>
        </w:rPr>
      </w:pPr>
    </w:p>
    <w:p w14:paraId="6234356B" w14:textId="45E63B5F" w:rsidR="00E240ED" w:rsidRDefault="0002495B" w:rsidP="00F80917">
      <w:pPr>
        <w:jc w:val="center"/>
        <w:rPr>
          <w:i/>
          <w:iCs/>
          <w:sz w:val="24"/>
          <w:szCs w:val="24"/>
        </w:rPr>
      </w:pPr>
      <w:r w:rsidRPr="0002495B">
        <w:rPr>
          <w:b/>
          <w:bCs/>
          <w:sz w:val="24"/>
          <w:szCs w:val="24"/>
        </w:rPr>
        <w:t>Instruzione e calculo della ferramenta per la Real Accademia 2</w:t>
      </w:r>
      <w:r w:rsidR="00A17DCC">
        <w:rPr>
          <w:b/>
          <w:bCs/>
          <w:sz w:val="24"/>
          <w:szCs w:val="24"/>
        </w:rPr>
        <w:t>°</w:t>
      </w:r>
      <w:r w:rsidRPr="0002495B">
        <w:rPr>
          <w:b/>
          <w:bCs/>
          <w:sz w:val="24"/>
          <w:szCs w:val="24"/>
        </w:rPr>
        <w:t xml:space="preserve"> le </w:t>
      </w:r>
      <w:r w:rsidR="00A17DCC">
        <w:rPr>
          <w:b/>
          <w:bCs/>
          <w:sz w:val="24"/>
          <w:szCs w:val="24"/>
        </w:rPr>
        <w:t>m</w:t>
      </w:r>
      <w:r w:rsidRPr="0002495B">
        <w:rPr>
          <w:b/>
          <w:bCs/>
          <w:sz w:val="24"/>
          <w:szCs w:val="24"/>
        </w:rPr>
        <w:t>ostre</w:t>
      </w:r>
      <w:r w:rsidR="00000000">
        <w:rPr>
          <w:i/>
          <w:iCs/>
          <w:sz w:val="24"/>
          <w:szCs w:val="24"/>
        </w:rPr>
        <w:pict w14:anchorId="5C025A69">
          <v:rect id="_x0000_i1594" style="width:0;height:1.5pt" o:hralign="center" o:hrstd="t" o:hr="t" fillcolor="#a0a0a0" stroked="f"/>
        </w:pict>
      </w:r>
    </w:p>
    <w:p w14:paraId="25A9FB36" w14:textId="77777777" w:rsidR="00E66B56" w:rsidRDefault="00A17DCC" w:rsidP="00E240ED">
      <w:pPr>
        <w:jc w:val="both"/>
        <w:rPr>
          <w:i/>
          <w:iCs/>
          <w:sz w:val="24"/>
          <w:szCs w:val="24"/>
        </w:rPr>
      </w:pPr>
      <w:r>
        <w:rPr>
          <w:i/>
          <w:iCs/>
          <w:sz w:val="24"/>
          <w:szCs w:val="24"/>
        </w:rPr>
        <w:t>Varvelli secodno la mostra con essere nel ochio</w:t>
      </w:r>
      <w:r w:rsidR="00E66B56">
        <w:rPr>
          <w:i/>
          <w:iCs/>
          <w:sz w:val="24"/>
          <w:szCs w:val="24"/>
        </w:rPr>
        <w:t xml:space="preserve"> più ben fatti con suo police di grosezza 2° l’anello della vervella con cinque chiodi avitati a mandola il police sarà di peso una libra e 3 oncie in circha caduno t. 1.10</w:t>
      </w:r>
    </w:p>
    <w:p w14:paraId="4FE1DF5D" w14:textId="77777777" w:rsidR="00E66B56" w:rsidRDefault="00E66B56" w:rsidP="00E240ED">
      <w:pPr>
        <w:jc w:val="both"/>
        <w:rPr>
          <w:i/>
          <w:iCs/>
          <w:sz w:val="24"/>
          <w:szCs w:val="24"/>
        </w:rPr>
      </w:pPr>
      <w:r>
        <w:rPr>
          <w:i/>
          <w:iCs/>
          <w:sz w:val="24"/>
          <w:szCs w:val="24"/>
        </w:rPr>
        <w:t>Chiodi avitati a mandola bene allimati di giusta grosezza caduno t. 2</w:t>
      </w:r>
    </w:p>
    <w:p w14:paraId="685945B0" w14:textId="77777777" w:rsidR="00E66B56" w:rsidRDefault="00E66B56" w:rsidP="00E240ED">
      <w:pPr>
        <w:jc w:val="both"/>
        <w:rPr>
          <w:i/>
          <w:iCs/>
          <w:sz w:val="24"/>
          <w:szCs w:val="24"/>
        </w:rPr>
      </w:pPr>
      <w:r>
        <w:rPr>
          <w:i/>
          <w:iCs/>
          <w:sz w:val="24"/>
          <w:szCs w:val="24"/>
        </w:rPr>
        <w:t>Figgie con suo chiodo avitato a due chiodi a punta limati caduno t. 10</w:t>
      </w:r>
    </w:p>
    <w:p w14:paraId="1529D110" w14:textId="77777777" w:rsidR="00E66B56" w:rsidRDefault="00E66B56" w:rsidP="00E240ED">
      <w:pPr>
        <w:jc w:val="both"/>
        <w:rPr>
          <w:i/>
          <w:iCs/>
          <w:sz w:val="24"/>
          <w:szCs w:val="24"/>
        </w:rPr>
      </w:pPr>
      <w:r>
        <w:rPr>
          <w:i/>
          <w:iCs/>
          <w:sz w:val="24"/>
          <w:szCs w:val="24"/>
        </w:rPr>
        <w:t xml:space="preserve">Tragetti a squadra con sei chiodi con la testa limati di suficiente grosezza e suo mantonetto a punta caduno t. 17 ½ </w:t>
      </w:r>
    </w:p>
    <w:p w14:paraId="1956E25F" w14:textId="77777777" w:rsidR="00E66B56" w:rsidRDefault="00E66B56" w:rsidP="00E240ED">
      <w:pPr>
        <w:jc w:val="both"/>
        <w:rPr>
          <w:i/>
          <w:iCs/>
          <w:sz w:val="24"/>
          <w:szCs w:val="24"/>
        </w:rPr>
      </w:pPr>
      <w:r>
        <w:rPr>
          <w:i/>
          <w:iCs/>
          <w:sz w:val="24"/>
          <w:szCs w:val="24"/>
        </w:rPr>
        <w:t xml:space="preserve">Firoglietti curvi 2° la mostra e suo palatto a squadra con 8 chiodi rivati e limati t. 17 ½ </w:t>
      </w:r>
    </w:p>
    <w:p w14:paraId="63DE2172" w14:textId="77777777" w:rsidR="00E66B56" w:rsidRDefault="00E66B56" w:rsidP="00E240ED">
      <w:pPr>
        <w:jc w:val="both"/>
        <w:rPr>
          <w:i/>
          <w:iCs/>
          <w:sz w:val="24"/>
          <w:szCs w:val="24"/>
        </w:rPr>
      </w:pPr>
      <w:r>
        <w:rPr>
          <w:i/>
          <w:iCs/>
          <w:sz w:val="24"/>
          <w:szCs w:val="24"/>
        </w:rPr>
        <w:t>Fioglietti con sua gamba lunga onze 18 con otto chiodi limati e suo anello quadrato caduno t. 1.5</w:t>
      </w:r>
    </w:p>
    <w:p w14:paraId="2A37DD9C" w14:textId="77777777" w:rsidR="00E66B56" w:rsidRDefault="00E66B56" w:rsidP="00E240ED">
      <w:pPr>
        <w:jc w:val="both"/>
        <w:rPr>
          <w:i/>
          <w:iCs/>
          <w:sz w:val="24"/>
          <w:szCs w:val="24"/>
        </w:rPr>
      </w:pPr>
      <w:r>
        <w:rPr>
          <w:i/>
          <w:iCs/>
          <w:sz w:val="24"/>
          <w:szCs w:val="24"/>
        </w:rPr>
        <w:t>Fiamme secondo la mostra con suo police come sopra e suo chiodo limato e avitato con 4 chiodi a punta limati caduna t. 15</w:t>
      </w:r>
    </w:p>
    <w:p w14:paraId="415DDAFC" w14:textId="422D01F0" w:rsidR="00E66B56" w:rsidRDefault="00E66B56" w:rsidP="00E240ED">
      <w:pPr>
        <w:jc w:val="both"/>
        <w:rPr>
          <w:i/>
          <w:iCs/>
          <w:sz w:val="24"/>
          <w:szCs w:val="24"/>
        </w:rPr>
      </w:pPr>
      <w:r>
        <w:rPr>
          <w:i/>
          <w:iCs/>
          <w:sz w:val="24"/>
          <w:szCs w:val="24"/>
        </w:rPr>
        <w:t>Serratura a un giro inclusunata alla francese con sua mostra e firoglie a inchiodati con chiodi di suficiente lungezza con sua testa limata caduna t. 3</w:t>
      </w:r>
    </w:p>
    <w:p w14:paraId="41284C1A" w14:textId="77777777" w:rsidR="00E66B56" w:rsidRDefault="00E66B56" w:rsidP="00E240ED">
      <w:pPr>
        <w:jc w:val="both"/>
        <w:rPr>
          <w:i/>
          <w:iCs/>
          <w:sz w:val="24"/>
          <w:szCs w:val="24"/>
        </w:rPr>
      </w:pPr>
      <w:r>
        <w:rPr>
          <w:i/>
          <w:iCs/>
          <w:sz w:val="24"/>
          <w:szCs w:val="24"/>
        </w:rPr>
        <w:t>Serratura come sopra a due giri di longezza oncie 4 altezza oncie 2 ½ caduna t. 5.10</w:t>
      </w:r>
    </w:p>
    <w:p w14:paraId="0F4CB2D2" w14:textId="77777777" w:rsidR="002430E1" w:rsidRDefault="00E66B56" w:rsidP="00E240ED">
      <w:pPr>
        <w:jc w:val="both"/>
        <w:rPr>
          <w:i/>
          <w:iCs/>
          <w:sz w:val="24"/>
          <w:szCs w:val="24"/>
        </w:rPr>
      </w:pPr>
      <w:r>
        <w:rPr>
          <w:i/>
          <w:iCs/>
          <w:sz w:val="24"/>
          <w:szCs w:val="24"/>
        </w:rPr>
        <w:t xml:space="preserve">Curchio della lungezza suficiente e grosezza non meno che un 3° di oncia di ferro d’Agusta con l’anello che va nella muraglia con il suo piede </w:t>
      </w:r>
      <w:r w:rsidR="002430E1">
        <w:rPr>
          <w:i/>
          <w:iCs/>
          <w:sz w:val="24"/>
          <w:szCs w:val="24"/>
        </w:rPr>
        <w:t>rivoltato e suo anello limato inchiodato con 4 chiodi con la testa limata caduno t. 2.</w:t>
      </w:r>
    </w:p>
    <w:p w14:paraId="71AF61E3" w14:textId="57B16D73" w:rsidR="00E240ED" w:rsidRDefault="002430E1" w:rsidP="00E240ED">
      <w:pPr>
        <w:jc w:val="both"/>
        <w:rPr>
          <w:i/>
          <w:iCs/>
          <w:sz w:val="24"/>
          <w:szCs w:val="24"/>
        </w:rPr>
      </w:pPr>
      <w:r>
        <w:rPr>
          <w:i/>
          <w:iCs/>
          <w:sz w:val="24"/>
          <w:szCs w:val="24"/>
        </w:rPr>
        <w:t>Questo lavoro sarà fatto 2° le mostre e 2° richiede la bona e perfetta arte di seragliero il tutto a opera conlaudata e approvata.</w:t>
      </w:r>
      <w:r w:rsidR="00000000">
        <w:rPr>
          <w:i/>
          <w:iCs/>
          <w:sz w:val="24"/>
          <w:szCs w:val="24"/>
        </w:rPr>
        <w:pict w14:anchorId="3F6D4E4F">
          <v:rect id="_x0000_i1595" style="width:0;height:1.5pt" o:hralign="center" o:hrstd="t" o:hr="t" fillcolor="#a0a0a0" stroked="f"/>
        </w:pict>
      </w:r>
    </w:p>
    <w:p w14:paraId="28D7291F" w14:textId="07F23386" w:rsidR="0002495B" w:rsidRPr="00E240ED" w:rsidRDefault="0002495B" w:rsidP="00E240ED">
      <w:pPr>
        <w:jc w:val="right"/>
        <w:rPr>
          <w:i/>
          <w:iCs/>
          <w:sz w:val="24"/>
          <w:szCs w:val="24"/>
        </w:rPr>
      </w:pPr>
      <w:r w:rsidRPr="00E240ED">
        <w:rPr>
          <w:i/>
          <w:iCs/>
          <w:sz w:val="24"/>
          <w:szCs w:val="24"/>
        </w:rPr>
        <w:t>giorno di 12 Dicembre 1730</w:t>
      </w:r>
    </w:p>
    <w:p w14:paraId="0D85A3F3" w14:textId="77777777" w:rsidR="00E240ED" w:rsidRDefault="0002495B" w:rsidP="00E240ED">
      <w:pPr>
        <w:jc w:val="right"/>
        <w:rPr>
          <w:i/>
          <w:iCs/>
          <w:sz w:val="24"/>
          <w:szCs w:val="24"/>
        </w:rPr>
      </w:pPr>
      <w:r w:rsidRPr="00E240ED">
        <w:rPr>
          <w:i/>
          <w:iCs/>
          <w:sz w:val="24"/>
          <w:szCs w:val="24"/>
        </w:rPr>
        <w:t>Cavaliere Don Filippo Juvarra Primo Architetto</w:t>
      </w:r>
      <w:r w:rsidR="00000000">
        <w:rPr>
          <w:i/>
          <w:iCs/>
          <w:sz w:val="24"/>
          <w:szCs w:val="24"/>
        </w:rPr>
        <w:pict w14:anchorId="05AB7C55">
          <v:rect id="_x0000_i1596" style="width:0;height:1.5pt" o:hralign="center" o:hrstd="t" o:hr="t" fillcolor="#a0a0a0" stroked="f"/>
        </w:pict>
      </w:r>
    </w:p>
    <w:p w14:paraId="70D0F29F" w14:textId="704B22DE" w:rsidR="0002495B" w:rsidRPr="00E240ED" w:rsidRDefault="0002495B" w:rsidP="00E240ED">
      <w:pPr>
        <w:jc w:val="both"/>
        <w:rPr>
          <w:sz w:val="24"/>
          <w:szCs w:val="24"/>
        </w:rPr>
      </w:pPr>
      <w:r w:rsidRPr="00E240ED">
        <w:rPr>
          <w:sz w:val="24"/>
          <w:szCs w:val="24"/>
        </w:rPr>
        <w:t xml:space="preserve"> Archivio di Stato di Torino | Sezioni Riunite | Ministero della guerra | Azienda generale di fabbriche e fortificazioni (1733-1797) già Azienda generale d'artiglieria, fabbriche e fortificazioni (1717-1733) | Contratti fortificazioni | Mazzo 19 (1730) | foll. 256.</w:t>
      </w:r>
    </w:p>
    <w:p w14:paraId="17616A7E" w14:textId="77777777" w:rsidR="0002495B" w:rsidRDefault="0002495B" w:rsidP="00F80917">
      <w:pPr>
        <w:jc w:val="center"/>
        <w:rPr>
          <w:i/>
          <w:iCs/>
          <w:sz w:val="24"/>
          <w:szCs w:val="24"/>
        </w:rPr>
      </w:pPr>
    </w:p>
    <w:p w14:paraId="2B62387A" w14:textId="77777777" w:rsidR="00E240ED" w:rsidRDefault="0002495B" w:rsidP="00F80917">
      <w:pPr>
        <w:jc w:val="center"/>
        <w:rPr>
          <w:i/>
          <w:iCs/>
          <w:sz w:val="24"/>
          <w:szCs w:val="24"/>
        </w:rPr>
      </w:pPr>
      <w:r w:rsidRPr="0002495B">
        <w:rPr>
          <w:b/>
          <w:bCs/>
          <w:sz w:val="24"/>
          <w:szCs w:val="24"/>
        </w:rPr>
        <w:t>Calcolo e Instruzione per li lavori che restano da farsi per finire l'Accademia Reale</w:t>
      </w:r>
      <w:r w:rsidR="00000000">
        <w:rPr>
          <w:i/>
          <w:iCs/>
          <w:sz w:val="24"/>
          <w:szCs w:val="24"/>
        </w:rPr>
        <w:pict w14:anchorId="2CEEFDDF">
          <v:rect id="_x0000_i1597" style="width:0;height:1.5pt" o:hralign="center" o:hrstd="t" o:hr="t" fillcolor="#a0a0a0" stroked="f"/>
        </w:pict>
      </w:r>
    </w:p>
    <w:p w14:paraId="496CE935" w14:textId="77777777" w:rsidR="002430E1" w:rsidRDefault="002430E1" w:rsidP="002430E1">
      <w:pPr>
        <w:jc w:val="center"/>
        <w:rPr>
          <w:i/>
          <w:iCs/>
          <w:sz w:val="24"/>
          <w:szCs w:val="24"/>
        </w:rPr>
      </w:pPr>
      <w:r>
        <w:rPr>
          <w:i/>
          <w:iCs/>
          <w:sz w:val="24"/>
          <w:szCs w:val="24"/>
        </w:rPr>
        <w:lastRenderedPageBreak/>
        <w:t>Piano delli soteranei</w:t>
      </w:r>
    </w:p>
    <w:p w14:paraId="6E75C5BB" w14:textId="7D1D19FE" w:rsidR="00696245" w:rsidRDefault="002430E1" w:rsidP="00E240ED">
      <w:pPr>
        <w:jc w:val="both"/>
        <w:rPr>
          <w:i/>
          <w:iCs/>
          <w:sz w:val="24"/>
          <w:szCs w:val="24"/>
        </w:rPr>
      </w:pPr>
      <w:r>
        <w:rPr>
          <w:i/>
          <w:iCs/>
          <w:sz w:val="24"/>
          <w:szCs w:val="24"/>
        </w:rPr>
        <w:t xml:space="preserve">Cucina delli signori academisti si aprerà le porte </w:t>
      </w:r>
      <w:r w:rsidR="00696245">
        <w:rPr>
          <w:i/>
          <w:iCs/>
          <w:sz w:val="24"/>
          <w:szCs w:val="24"/>
        </w:rPr>
        <w:t xml:space="preserve">che va alli uficij vicini rotura della muraglia e infrascare e ripigliare. Le spalette di mattoni con suo voltino di mattoni di onze 6.0 di onze 9 secondo sarà più sodo di bona calcina di Soperga e portar via il calcinaccio a calculo 16 </w:t>
      </w:r>
    </w:p>
    <w:p w14:paraId="6FAB732A" w14:textId="77777777" w:rsidR="00696245" w:rsidRDefault="00696245" w:rsidP="00E240ED">
      <w:pPr>
        <w:jc w:val="both"/>
        <w:rPr>
          <w:i/>
          <w:iCs/>
          <w:sz w:val="24"/>
          <w:szCs w:val="24"/>
        </w:rPr>
      </w:pPr>
      <w:r>
        <w:rPr>
          <w:i/>
          <w:iCs/>
          <w:sz w:val="24"/>
          <w:szCs w:val="24"/>
        </w:rPr>
        <w:t>Per una seraglia di porta invertita e inchiodata a quadretti con suoi traverse di bosco d’albera a calculo 10</w:t>
      </w:r>
    </w:p>
    <w:p w14:paraId="42435182" w14:textId="77777777" w:rsidR="00696245" w:rsidRDefault="00696245" w:rsidP="00E240ED">
      <w:pPr>
        <w:jc w:val="both"/>
        <w:rPr>
          <w:i/>
          <w:iCs/>
          <w:sz w:val="24"/>
          <w:szCs w:val="24"/>
        </w:rPr>
      </w:pPr>
      <w:r>
        <w:rPr>
          <w:i/>
          <w:iCs/>
          <w:sz w:val="24"/>
          <w:szCs w:val="24"/>
        </w:rPr>
        <w:t>Per due varvelle e suoi polici e seratura e il solito ciodio ingessato nella muraglia a calculo 8</w:t>
      </w:r>
    </w:p>
    <w:p w14:paraId="6B56D788" w14:textId="77777777" w:rsidR="00696245" w:rsidRDefault="00696245" w:rsidP="00E240ED">
      <w:pPr>
        <w:jc w:val="both"/>
        <w:rPr>
          <w:i/>
          <w:iCs/>
          <w:sz w:val="24"/>
          <w:szCs w:val="24"/>
        </w:rPr>
      </w:pPr>
      <w:r>
        <w:rPr>
          <w:i/>
          <w:iCs/>
          <w:sz w:val="24"/>
          <w:szCs w:val="24"/>
        </w:rPr>
        <w:t>Metitura in opera 1.10</w:t>
      </w:r>
    </w:p>
    <w:p w14:paraId="296687F9" w14:textId="77777777" w:rsidR="001540BA" w:rsidRDefault="00696245" w:rsidP="00E240ED">
      <w:pPr>
        <w:jc w:val="both"/>
        <w:rPr>
          <w:i/>
          <w:iCs/>
          <w:sz w:val="24"/>
          <w:szCs w:val="24"/>
        </w:rPr>
      </w:pPr>
      <w:r>
        <w:rPr>
          <w:i/>
          <w:iCs/>
          <w:sz w:val="24"/>
          <w:szCs w:val="24"/>
        </w:rPr>
        <w:t>Per farlla al quanto più chiara si rimetterà la ferrata già fatto in opera 3</w:t>
      </w:r>
    </w:p>
    <w:p w14:paraId="22424DF9" w14:textId="77777777" w:rsidR="001540BA" w:rsidRDefault="001540BA" w:rsidP="00E240ED">
      <w:pPr>
        <w:jc w:val="both"/>
        <w:rPr>
          <w:i/>
          <w:iCs/>
          <w:sz w:val="24"/>
          <w:szCs w:val="24"/>
        </w:rPr>
      </w:pPr>
      <w:r>
        <w:rPr>
          <w:i/>
          <w:iCs/>
          <w:sz w:val="24"/>
          <w:szCs w:val="24"/>
        </w:rPr>
        <w:t>Per pulire il detto sotteraneo levare e trasportare funi tutta la terra e calcinacci a calculo 45</w:t>
      </w:r>
    </w:p>
    <w:p w14:paraId="45BC03F1" w14:textId="77777777" w:rsidR="001540BA" w:rsidRDefault="001540BA" w:rsidP="00E240ED">
      <w:pPr>
        <w:jc w:val="both"/>
        <w:rPr>
          <w:i/>
          <w:iCs/>
          <w:sz w:val="24"/>
          <w:szCs w:val="24"/>
        </w:rPr>
      </w:pPr>
      <w:r>
        <w:rPr>
          <w:i/>
          <w:iCs/>
          <w:sz w:val="24"/>
          <w:szCs w:val="24"/>
        </w:rPr>
        <w:t>Per serare le cantine verso mezo giorno con porte di albera investiti e inchiodati a quadretto della misura da prendersi per ciaschiduna posa che sono momeno parte nove a t. 10 caduna 90</w:t>
      </w:r>
    </w:p>
    <w:p w14:paraId="1E069BA5" w14:textId="77777777" w:rsidR="001540BA" w:rsidRDefault="001540BA" w:rsidP="00E240ED">
      <w:pPr>
        <w:jc w:val="both"/>
        <w:rPr>
          <w:i/>
          <w:iCs/>
          <w:sz w:val="24"/>
          <w:szCs w:val="24"/>
        </w:rPr>
      </w:pPr>
      <w:r>
        <w:rPr>
          <w:i/>
          <w:iCs/>
          <w:sz w:val="24"/>
          <w:szCs w:val="24"/>
        </w:rPr>
        <w:t>Per ferramenta di due varvelle suo cavicho e  serratura a un sol giro a n° 9 pose a t. 7 caduna 63</w:t>
      </w:r>
    </w:p>
    <w:p w14:paraId="275A79F7" w14:textId="77777777" w:rsidR="001540BA" w:rsidRDefault="001540BA" w:rsidP="00E240ED">
      <w:pPr>
        <w:jc w:val="both"/>
        <w:rPr>
          <w:i/>
          <w:iCs/>
          <w:sz w:val="24"/>
          <w:szCs w:val="24"/>
        </w:rPr>
      </w:pPr>
      <w:r>
        <w:rPr>
          <w:i/>
          <w:iCs/>
          <w:sz w:val="24"/>
          <w:szCs w:val="24"/>
        </w:rPr>
        <w:t>Metitura e piantamento di dette a calculo 12</w:t>
      </w:r>
    </w:p>
    <w:p w14:paraId="3C3B4599" w14:textId="77777777" w:rsidR="001540BA" w:rsidRDefault="001540BA" w:rsidP="00E240ED">
      <w:pPr>
        <w:jc w:val="both"/>
        <w:rPr>
          <w:i/>
          <w:iCs/>
          <w:sz w:val="24"/>
          <w:szCs w:val="24"/>
        </w:rPr>
      </w:pPr>
      <w:r>
        <w:rPr>
          <w:i/>
          <w:iCs/>
          <w:sz w:val="24"/>
          <w:szCs w:val="24"/>
        </w:rPr>
        <w:t>Per fare due o tre scalini di travetti e murate di mattoni tra un travetto e l’altro a n° 4 porte a t. 3 per parte 12</w:t>
      </w:r>
    </w:p>
    <w:p w14:paraId="7C2C17A0" w14:textId="77777777" w:rsidR="001540BA" w:rsidRDefault="001540BA" w:rsidP="00E240ED">
      <w:pPr>
        <w:jc w:val="both"/>
        <w:rPr>
          <w:i/>
          <w:iCs/>
          <w:sz w:val="24"/>
          <w:szCs w:val="24"/>
        </w:rPr>
      </w:pPr>
      <w:r>
        <w:rPr>
          <w:i/>
          <w:iCs/>
          <w:sz w:val="24"/>
          <w:szCs w:val="24"/>
        </w:rPr>
        <w:t>Ripigliare le spalette di mattoni a due parte sotto la sacceria che servono di pasaggio a calculo 5</w:t>
      </w:r>
    </w:p>
    <w:p w14:paraId="3BDC416B" w14:textId="77777777" w:rsidR="001540BA" w:rsidRDefault="001540BA" w:rsidP="00E240ED">
      <w:pPr>
        <w:jc w:val="both"/>
        <w:rPr>
          <w:i/>
          <w:iCs/>
          <w:sz w:val="24"/>
          <w:szCs w:val="24"/>
        </w:rPr>
      </w:pPr>
      <w:r>
        <w:rPr>
          <w:i/>
          <w:iCs/>
          <w:sz w:val="24"/>
          <w:szCs w:val="24"/>
        </w:rPr>
        <w:t xml:space="preserve">Per netare e pulire il pozzo d’aqua viva a calculo 12 </w:t>
      </w:r>
    </w:p>
    <w:p w14:paraId="7C5A100F" w14:textId="77777777" w:rsidR="00CF3A1E" w:rsidRDefault="001540BA" w:rsidP="00E240ED">
      <w:pPr>
        <w:jc w:val="both"/>
        <w:rPr>
          <w:i/>
          <w:iCs/>
          <w:sz w:val="24"/>
          <w:szCs w:val="24"/>
        </w:rPr>
      </w:pPr>
      <w:r>
        <w:rPr>
          <w:i/>
          <w:iCs/>
          <w:sz w:val="24"/>
          <w:szCs w:val="24"/>
        </w:rPr>
        <w:t xml:space="preserve">Coperto sopra di coppi per impedire l’aqua </w:t>
      </w:r>
      <w:r w:rsidR="00592653">
        <w:rPr>
          <w:i/>
          <w:iCs/>
          <w:sz w:val="24"/>
          <w:szCs w:val="24"/>
        </w:rPr>
        <w:t>che cala delle voltte</w:t>
      </w:r>
      <w:r w:rsidR="00CF3A1E">
        <w:rPr>
          <w:i/>
          <w:iCs/>
          <w:sz w:val="24"/>
          <w:szCs w:val="24"/>
        </w:rPr>
        <w:t xml:space="preserve"> scoperte once sei sarà la sua armatura di travetti di rovere e listelli e cavalicano onze 3 di sopra un coppo e l’altro a calculo 9</w:t>
      </w:r>
    </w:p>
    <w:p w14:paraId="37B8D0DF" w14:textId="77777777" w:rsidR="00CF3A1E" w:rsidRDefault="00CF3A1E" w:rsidP="00E240ED">
      <w:pPr>
        <w:jc w:val="both"/>
        <w:rPr>
          <w:i/>
          <w:iCs/>
          <w:sz w:val="24"/>
          <w:szCs w:val="24"/>
        </w:rPr>
      </w:pPr>
      <w:r>
        <w:rPr>
          <w:i/>
          <w:iCs/>
          <w:sz w:val="24"/>
          <w:szCs w:val="24"/>
        </w:rPr>
        <w:t>Acio mudare la rota e il torno metere la grialla con sua ferramenta per potersi tirare con comando l’aqua il tutto fatto perfetamente a calculo 25</w:t>
      </w:r>
    </w:p>
    <w:p w14:paraId="5FB806F5" w14:textId="77777777" w:rsidR="00CF3A1E" w:rsidRDefault="00CF3A1E" w:rsidP="00E240ED">
      <w:pPr>
        <w:jc w:val="both"/>
        <w:rPr>
          <w:i/>
          <w:iCs/>
          <w:sz w:val="24"/>
          <w:szCs w:val="24"/>
        </w:rPr>
      </w:pPr>
      <w:r>
        <w:rPr>
          <w:i/>
          <w:iCs/>
          <w:sz w:val="24"/>
          <w:szCs w:val="24"/>
        </w:rPr>
        <w:t>Piantare e accomodare qualche porta vechia per serrare l’altre cantine verso ponente 5</w:t>
      </w:r>
    </w:p>
    <w:p w14:paraId="277A64D0" w14:textId="275F322B" w:rsidR="00CF3A1E" w:rsidRDefault="00CF3A1E" w:rsidP="00E240ED">
      <w:pPr>
        <w:jc w:val="both"/>
        <w:rPr>
          <w:i/>
          <w:iCs/>
          <w:sz w:val="24"/>
          <w:szCs w:val="24"/>
        </w:rPr>
      </w:pPr>
      <w:r>
        <w:rPr>
          <w:i/>
          <w:iCs/>
          <w:sz w:val="24"/>
          <w:szCs w:val="24"/>
        </w:rPr>
        <w:t>Mettere dove lavelli nella grande cucina delli secondo e 3a clave delli sudetti academisti studenti e fare il suo apredetto che a bordi nel pozzo mosso asendoci le pietre per metitura in aqua a calculo 25</w:t>
      </w:r>
    </w:p>
    <w:p w14:paraId="48DA9BDD" w14:textId="49AB9968" w:rsidR="00CF3A1E" w:rsidRDefault="00CF3A1E" w:rsidP="00E240ED">
      <w:pPr>
        <w:jc w:val="both"/>
        <w:rPr>
          <w:i/>
          <w:iCs/>
          <w:sz w:val="24"/>
          <w:szCs w:val="24"/>
        </w:rPr>
      </w:pPr>
      <w:r>
        <w:rPr>
          <w:i/>
          <w:iCs/>
          <w:sz w:val="24"/>
          <w:szCs w:val="24"/>
        </w:rPr>
        <w:t>Alla porta della nova scaletta che va alla cucina fare un voltino con sue spalette di mattoni a calculo 3</w:t>
      </w:r>
    </w:p>
    <w:p w14:paraId="5DFEBE46" w14:textId="110EB0F1" w:rsidR="00CF3A1E" w:rsidRDefault="00CF3A1E" w:rsidP="00E240ED">
      <w:pPr>
        <w:jc w:val="both"/>
        <w:rPr>
          <w:i/>
          <w:iCs/>
          <w:sz w:val="24"/>
          <w:szCs w:val="24"/>
        </w:rPr>
      </w:pPr>
      <w:r>
        <w:rPr>
          <w:i/>
          <w:iCs/>
          <w:sz w:val="24"/>
          <w:szCs w:val="24"/>
        </w:rPr>
        <w:t>Ripigliare le spalette della finestra ivi e rimettere la ferrata in bona forma con vicine i squarci a calculo 8</w:t>
      </w:r>
    </w:p>
    <w:p w14:paraId="48CC09C1" w14:textId="02758905" w:rsidR="00CF3A1E" w:rsidRDefault="00CF3A1E" w:rsidP="00E240ED">
      <w:pPr>
        <w:jc w:val="both"/>
        <w:rPr>
          <w:i/>
          <w:iCs/>
          <w:sz w:val="24"/>
          <w:szCs w:val="24"/>
        </w:rPr>
      </w:pPr>
      <w:r>
        <w:rPr>
          <w:i/>
          <w:iCs/>
          <w:sz w:val="24"/>
          <w:szCs w:val="24"/>
        </w:rPr>
        <w:t>Fare di novo un fondale o potage con l’anima di rame ferro della maniera che vanno le case religiose potendi prendere il disegnio e grandezza di quelli delli padri dell emissione dalla presente città a calculo 600</w:t>
      </w:r>
    </w:p>
    <w:p w14:paraId="69387BD2" w14:textId="77777777" w:rsidR="001B4ACD" w:rsidRDefault="00CF3A1E" w:rsidP="00E240ED">
      <w:pPr>
        <w:jc w:val="both"/>
        <w:rPr>
          <w:i/>
          <w:iCs/>
          <w:sz w:val="24"/>
          <w:szCs w:val="24"/>
        </w:rPr>
      </w:pPr>
      <w:r>
        <w:rPr>
          <w:i/>
          <w:iCs/>
          <w:sz w:val="24"/>
          <w:szCs w:val="24"/>
        </w:rPr>
        <w:lastRenderedPageBreak/>
        <w:t>somma dietro scritta 316. 10</w:t>
      </w:r>
    </w:p>
    <w:p w14:paraId="1A289F7E" w14:textId="77777777" w:rsidR="001B4ACD" w:rsidRDefault="001B4ACD" w:rsidP="001B4ACD">
      <w:pPr>
        <w:jc w:val="center"/>
        <w:rPr>
          <w:i/>
          <w:iCs/>
          <w:sz w:val="24"/>
          <w:szCs w:val="24"/>
        </w:rPr>
      </w:pPr>
      <w:r>
        <w:rPr>
          <w:i/>
          <w:iCs/>
          <w:sz w:val="24"/>
          <w:szCs w:val="24"/>
        </w:rPr>
        <w:t>Piano terreno e mezanelli</w:t>
      </w:r>
    </w:p>
    <w:p w14:paraId="59CB1935" w14:textId="77777777" w:rsidR="001B4ACD" w:rsidRDefault="001B4ACD" w:rsidP="00E240ED">
      <w:pPr>
        <w:jc w:val="both"/>
        <w:rPr>
          <w:i/>
          <w:iCs/>
          <w:sz w:val="24"/>
          <w:szCs w:val="24"/>
        </w:rPr>
      </w:pPr>
      <w:r>
        <w:rPr>
          <w:i/>
          <w:iCs/>
          <w:sz w:val="24"/>
          <w:szCs w:val="24"/>
        </w:rPr>
        <w:t>All rifettorio ove e la porta principale rimettere due scalini di sarizzo il primo longezza piedi 4.6 il 2° longo piedi 3.6 a tutta altezza a calculo 18</w:t>
      </w:r>
    </w:p>
    <w:p w14:paraId="566C60EA" w14:textId="77777777" w:rsidR="001B4ACD" w:rsidRDefault="001B4ACD" w:rsidP="00E240ED">
      <w:pPr>
        <w:jc w:val="both"/>
        <w:rPr>
          <w:i/>
          <w:iCs/>
          <w:sz w:val="24"/>
          <w:szCs w:val="24"/>
        </w:rPr>
      </w:pPr>
      <w:r>
        <w:rPr>
          <w:i/>
          <w:iCs/>
          <w:sz w:val="24"/>
          <w:szCs w:val="24"/>
        </w:rPr>
        <w:t>Per meterlli in opera 2</w:t>
      </w:r>
    </w:p>
    <w:p w14:paraId="1665B05C" w14:textId="77777777" w:rsidR="001B4ACD" w:rsidRDefault="001B4ACD" w:rsidP="00E240ED">
      <w:pPr>
        <w:jc w:val="both"/>
        <w:rPr>
          <w:i/>
          <w:iCs/>
          <w:sz w:val="24"/>
          <w:szCs w:val="24"/>
        </w:rPr>
      </w:pPr>
      <w:r>
        <w:rPr>
          <w:i/>
          <w:iCs/>
          <w:sz w:val="24"/>
          <w:szCs w:val="24"/>
        </w:rPr>
        <w:t>Per fare la cornice di stucco a n° 3 fornelli secondo la sacoma dell’altri a tutta robba e fattura a calculo 24</w:t>
      </w:r>
    </w:p>
    <w:p w14:paraId="1B02D5AB" w14:textId="77777777" w:rsidR="001B4ACD" w:rsidRDefault="001B4ACD" w:rsidP="00E240ED">
      <w:pPr>
        <w:jc w:val="both"/>
        <w:rPr>
          <w:i/>
          <w:iCs/>
          <w:sz w:val="24"/>
          <w:szCs w:val="24"/>
        </w:rPr>
      </w:pPr>
      <w:r>
        <w:rPr>
          <w:i/>
          <w:iCs/>
          <w:sz w:val="24"/>
          <w:szCs w:val="24"/>
        </w:rPr>
        <w:t>Per accomodatura delli fornelli in tutti i mezanelli a otturare tantto nelle muraglia che voltte tutti i bugi e portavi che ci sono a calculo 60</w:t>
      </w:r>
    </w:p>
    <w:p w14:paraId="2C8455AE" w14:textId="77777777" w:rsidR="001B4ACD" w:rsidRDefault="001B4ACD" w:rsidP="00E240ED">
      <w:pPr>
        <w:jc w:val="both"/>
        <w:rPr>
          <w:i/>
          <w:iCs/>
          <w:sz w:val="24"/>
          <w:szCs w:val="24"/>
        </w:rPr>
      </w:pPr>
      <w:r>
        <w:rPr>
          <w:i/>
          <w:iCs/>
          <w:sz w:val="24"/>
          <w:szCs w:val="24"/>
        </w:rPr>
        <w:t>Per slangare e inazare n° 8 porte per comunicazione delli mezanelli verso levante con rifare le longette delle voltte disfare sopra qual poro sternito e rifarllo riquadrare e stabilire i squarci di caduna a calculo 160</w:t>
      </w:r>
    </w:p>
    <w:p w14:paraId="3B82C868" w14:textId="77777777" w:rsidR="001B4ACD" w:rsidRDefault="001B4ACD" w:rsidP="00E240ED">
      <w:pPr>
        <w:jc w:val="both"/>
        <w:rPr>
          <w:i/>
          <w:iCs/>
          <w:sz w:val="24"/>
          <w:szCs w:val="24"/>
        </w:rPr>
      </w:pPr>
      <w:r>
        <w:rPr>
          <w:i/>
          <w:iCs/>
          <w:sz w:val="24"/>
          <w:szCs w:val="24"/>
        </w:rPr>
        <w:t>Per n° 8 porte per le scude e piano terreno saranno dette porte in 2° parte di largezza oncie 22 altezza piedi 3.8 e saranno con i montanti di nocera e panelli d’alberone e fatti a seblaggio e copremano di grosezza oncia in circha tutta robba ben stagionata con due traverse 3 panelli a copremano a lire 10 caduna 80</w:t>
      </w:r>
    </w:p>
    <w:p w14:paraId="6AA872F4" w14:textId="77777777" w:rsidR="001B4ACD" w:rsidRDefault="001B4ACD" w:rsidP="00E240ED">
      <w:pPr>
        <w:jc w:val="both"/>
        <w:rPr>
          <w:i/>
          <w:iCs/>
          <w:sz w:val="24"/>
          <w:szCs w:val="24"/>
        </w:rPr>
      </w:pPr>
      <w:r>
        <w:rPr>
          <w:i/>
          <w:iCs/>
          <w:sz w:val="24"/>
          <w:szCs w:val="24"/>
        </w:rPr>
        <w:t>Ferramenta cioè 4° varvelle per porta suo crocho e sua serratura a un giro a calculo 64</w:t>
      </w:r>
    </w:p>
    <w:p w14:paraId="54D94060" w14:textId="0B90067B" w:rsidR="00763CF7" w:rsidRDefault="001B4ACD" w:rsidP="00E240ED">
      <w:pPr>
        <w:jc w:val="both"/>
        <w:rPr>
          <w:i/>
          <w:iCs/>
          <w:sz w:val="24"/>
          <w:szCs w:val="24"/>
        </w:rPr>
      </w:pPr>
      <w:r>
        <w:rPr>
          <w:i/>
          <w:iCs/>
          <w:sz w:val="24"/>
          <w:szCs w:val="24"/>
        </w:rPr>
        <w:t>Per n° 6 porte con suoi montanti di nocera a due parti con 2 travetti e 3 panelli scorniciati a copremano di alberone di largezza oncie 26 e altezza</w:t>
      </w:r>
      <w:r w:rsidR="00763CF7">
        <w:rPr>
          <w:i/>
          <w:iCs/>
          <w:sz w:val="24"/>
          <w:szCs w:val="24"/>
        </w:rPr>
        <w:t xml:space="preserve"> piedi 4 e onza 1 li quali saranno ben fatti e li montanti di grosezza oncia una in circha e saranno obligati l’impresarij di prendere le misure sul posto a t. 12 caduna a calculo 72</w:t>
      </w:r>
    </w:p>
    <w:p w14:paraId="75531930" w14:textId="077A97E4" w:rsidR="00763CF7" w:rsidRDefault="00763CF7" w:rsidP="00E240ED">
      <w:pPr>
        <w:jc w:val="both"/>
        <w:rPr>
          <w:i/>
          <w:iCs/>
          <w:sz w:val="24"/>
          <w:szCs w:val="24"/>
        </w:rPr>
      </w:pPr>
      <w:r>
        <w:rPr>
          <w:i/>
          <w:iCs/>
          <w:sz w:val="24"/>
          <w:szCs w:val="24"/>
        </w:rPr>
        <w:t>Per ferramenta cioè 4° varvelle per porta suo crocho con suo anello sua serratura a un giro a 7 caduno 42</w:t>
      </w:r>
    </w:p>
    <w:p w14:paraId="77E60CFD" w14:textId="2968CF48" w:rsidR="00763CF7" w:rsidRDefault="00763CF7" w:rsidP="00E240ED">
      <w:pPr>
        <w:jc w:val="both"/>
        <w:rPr>
          <w:i/>
          <w:iCs/>
          <w:sz w:val="24"/>
          <w:szCs w:val="24"/>
        </w:rPr>
      </w:pPr>
      <w:r>
        <w:rPr>
          <w:i/>
          <w:iCs/>
          <w:sz w:val="24"/>
          <w:szCs w:val="24"/>
        </w:rPr>
        <w:t>Metitura in opera 9</w:t>
      </w:r>
    </w:p>
    <w:p w14:paraId="46757036" w14:textId="77777777" w:rsidR="00763CF7" w:rsidRDefault="00763CF7" w:rsidP="00E240ED">
      <w:pPr>
        <w:jc w:val="both"/>
        <w:rPr>
          <w:i/>
          <w:iCs/>
          <w:sz w:val="24"/>
          <w:szCs w:val="24"/>
        </w:rPr>
      </w:pPr>
      <w:r>
        <w:rPr>
          <w:i/>
          <w:iCs/>
          <w:sz w:val="24"/>
          <w:szCs w:val="24"/>
        </w:rPr>
        <w:t>Somma dietro scritta 1300. 10</w:t>
      </w:r>
    </w:p>
    <w:p w14:paraId="35B98611" w14:textId="77777777" w:rsidR="00763CF7" w:rsidRDefault="00763CF7" w:rsidP="00763CF7">
      <w:pPr>
        <w:jc w:val="center"/>
        <w:rPr>
          <w:i/>
          <w:iCs/>
          <w:sz w:val="24"/>
          <w:szCs w:val="24"/>
        </w:rPr>
      </w:pPr>
      <w:r>
        <w:rPr>
          <w:i/>
          <w:iCs/>
          <w:sz w:val="24"/>
          <w:szCs w:val="24"/>
        </w:rPr>
        <w:t>Primo piano nobile</w:t>
      </w:r>
    </w:p>
    <w:p w14:paraId="0400724C" w14:textId="77777777" w:rsidR="00763CF7" w:rsidRDefault="00763CF7" w:rsidP="00E240ED">
      <w:pPr>
        <w:jc w:val="both"/>
        <w:rPr>
          <w:i/>
          <w:iCs/>
          <w:sz w:val="24"/>
          <w:szCs w:val="24"/>
        </w:rPr>
      </w:pPr>
      <w:r>
        <w:rPr>
          <w:i/>
          <w:iCs/>
          <w:sz w:val="24"/>
          <w:szCs w:val="24"/>
        </w:rPr>
        <w:t>Per otturare i bugi e la stabilitura della galleria in qualche parte e nelle stanze e gabinetti a calculo 60</w:t>
      </w:r>
    </w:p>
    <w:p w14:paraId="17A0E3C2" w14:textId="77777777" w:rsidR="00763CF7" w:rsidRDefault="00763CF7" w:rsidP="00E240ED">
      <w:pPr>
        <w:jc w:val="both"/>
        <w:rPr>
          <w:i/>
          <w:iCs/>
          <w:sz w:val="24"/>
          <w:szCs w:val="24"/>
        </w:rPr>
      </w:pPr>
      <w:r>
        <w:rPr>
          <w:i/>
          <w:iCs/>
          <w:sz w:val="24"/>
          <w:szCs w:val="24"/>
        </w:rPr>
        <w:t>Per accomodare li locelli e sufitti di assi ridurlli a stato di bon servizio e ove mancasse qualche asso novo rimeterllo e bene inchiodarllo e metere delle liste ove sarà necesario e rinchiodare ove sia necesario in tutte le parti a 24 camerini a calculo150</w:t>
      </w:r>
    </w:p>
    <w:p w14:paraId="50D9FBCD" w14:textId="77777777" w:rsidR="00763CF7" w:rsidRDefault="00763CF7" w:rsidP="00E240ED">
      <w:pPr>
        <w:jc w:val="both"/>
        <w:rPr>
          <w:i/>
          <w:iCs/>
          <w:sz w:val="24"/>
          <w:szCs w:val="24"/>
        </w:rPr>
      </w:pPr>
      <w:r>
        <w:rPr>
          <w:i/>
          <w:iCs/>
          <w:sz w:val="24"/>
          <w:szCs w:val="24"/>
        </w:rPr>
        <w:t>Nella porta della capella metere un scalino di longezza piedi 4 di sarizzo longezza onze 8 a calculo 6</w:t>
      </w:r>
    </w:p>
    <w:p w14:paraId="40763BA0" w14:textId="77777777" w:rsidR="00763CF7" w:rsidRDefault="00763CF7" w:rsidP="00E240ED">
      <w:pPr>
        <w:jc w:val="both"/>
        <w:rPr>
          <w:i/>
          <w:iCs/>
          <w:sz w:val="24"/>
          <w:szCs w:val="24"/>
        </w:rPr>
      </w:pPr>
      <w:r>
        <w:rPr>
          <w:i/>
          <w:iCs/>
          <w:sz w:val="24"/>
          <w:szCs w:val="24"/>
        </w:rPr>
        <w:t>Metitura in opera 1</w:t>
      </w:r>
    </w:p>
    <w:p w14:paraId="7853DF0D" w14:textId="77777777" w:rsidR="00763CF7" w:rsidRDefault="00763CF7" w:rsidP="00E240ED">
      <w:pPr>
        <w:jc w:val="both"/>
        <w:rPr>
          <w:i/>
          <w:iCs/>
          <w:sz w:val="24"/>
          <w:szCs w:val="24"/>
        </w:rPr>
      </w:pPr>
      <w:r>
        <w:rPr>
          <w:i/>
          <w:iCs/>
          <w:sz w:val="24"/>
          <w:szCs w:val="24"/>
        </w:rPr>
        <w:t>In una camerata rifare di stucco l’ornamento del fornello simile a l’altri a calculo 8</w:t>
      </w:r>
    </w:p>
    <w:p w14:paraId="04ECA36E" w14:textId="77777777" w:rsidR="00763CF7" w:rsidRDefault="00763CF7" w:rsidP="00E240ED">
      <w:pPr>
        <w:jc w:val="both"/>
        <w:rPr>
          <w:i/>
          <w:iCs/>
          <w:sz w:val="24"/>
          <w:szCs w:val="24"/>
        </w:rPr>
      </w:pPr>
      <w:r>
        <w:rPr>
          <w:i/>
          <w:iCs/>
          <w:sz w:val="24"/>
          <w:szCs w:val="24"/>
        </w:rPr>
        <w:lastRenderedPageBreak/>
        <w:t>Per far dare il biancho a tutte le gallerie con due mani non bastando la 3a mano con far dare di griggio con colla alli solari e fare i suoi friggi e sabiggi della altezza che porta la stanza tutte le stanze gabinetti passaggi cucine scale stanzini e qual si sia altro corpo di detta fabricha per servizio dell accademia a calculo 650</w:t>
      </w:r>
    </w:p>
    <w:p w14:paraId="3E3FDFB2" w14:textId="77777777" w:rsidR="00AF36A0" w:rsidRDefault="00AF36A0" w:rsidP="00E240ED">
      <w:pPr>
        <w:jc w:val="both"/>
        <w:rPr>
          <w:i/>
          <w:iCs/>
          <w:sz w:val="24"/>
          <w:szCs w:val="24"/>
        </w:rPr>
      </w:pPr>
      <w:r>
        <w:rPr>
          <w:i/>
          <w:iCs/>
          <w:sz w:val="24"/>
          <w:szCs w:val="24"/>
        </w:rPr>
        <w:t>E necesario sapere se vogliono mettere vetri dalla numerata che darà il sopra stante riportano calcolare 2° il partito.</w:t>
      </w:r>
    </w:p>
    <w:p w14:paraId="18C743EF" w14:textId="77777777" w:rsidR="00AF36A0" w:rsidRDefault="00AF36A0" w:rsidP="00E240ED">
      <w:pPr>
        <w:jc w:val="both"/>
        <w:rPr>
          <w:i/>
          <w:iCs/>
          <w:sz w:val="24"/>
          <w:szCs w:val="24"/>
        </w:rPr>
      </w:pPr>
      <w:r>
        <w:rPr>
          <w:i/>
          <w:iCs/>
          <w:sz w:val="24"/>
          <w:szCs w:val="24"/>
        </w:rPr>
        <w:t>Le metteranno tale incirate faranno pendere la misura di quello delle sale che saranno la bonissima delli tavi.</w:t>
      </w:r>
    </w:p>
    <w:p w14:paraId="31F7F6CC" w14:textId="77777777" w:rsidR="00BC54DA" w:rsidRDefault="00AF36A0" w:rsidP="00E240ED">
      <w:pPr>
        <w:jc w:val="both"/>
        <w:rPr>
          <w:i/>
          <w:iCs/>
          <w:sz w:val="24"/>
          <w:szCs w:val="24"/>
        </w:rPr>
      </w:pPr>
      <w:r>
        <w:rPr>
          <w:i/>
          <w:iCs/>
          <w:sz w:val="24"/>
          <w:szCs w:val="24"/>
        </w:rPr>
        <w:t>2358</w:t>
      </w:r>
    </w:p>
    <w:p w14:paraId="6B9A39F7" w14:textId="058260D6" w:rsidR="00E240ED" w:rsidRDefault="00BC54DA" w:rsidP="00E240ED">
      <w:pPr>
        <w:jc w:val="both"/>
        <w:rPr>
          <w:i/>
          <w:iCs/>
          <w:sz w:val="24"/>
          <w:szCs w:val="24"/>
        </w:rPr>
      </w:pPr>
      <w:r>
        <w:rPr>
          <w:i/>
          <w:iCs/>
          <w:sz w:val="24"/>
          <w:szCs w:val="24"/>
        </w:rPr>
        <w:t>Secondo l’istruzione data dall’Ill.mo Conte Salmero direttore della Reggia Accademia ha ordinato essere necesario il presente potagè dell istessa figura non come quello delli di padri della messione per essere mal fatto e picolo e non il reggio servizio onde io approvo l’istesso disegnio.</w:t>
      </w:r>
      <w:r w:rsidR="00000000">
        <w:rPr>
          <w:i/>
          <w:iCs/>
          <w:sz w:val="24"/>
          <w:szCs w:val="24"/>
        </w:rPr>
        <w:pict w14:anchorId="1CFD7C4E">
          <v:rect id="_x0000_i1598" style="width:0;height:1.5pt" o:hralign="center" o:hrstd="t" o:hr="t" fillcolor="#a0a0a0" stroked="f"/>
        </w:pict>
      </w:r>
    </w:p>
    <w:p w14:paraId="06935413" w14:textId="721D5D89" w:rsidR="0002495B" w:rsidRPr="00E240ED" w:rsidRDefault="0002495B" w:rsidP="00E240ED">
      <w:pPr>
        <w:jc w:val="right"/>
        <w:rPr>
          <w:i/>
          <w:iCs/>
          <w:sz w:val="24"/>
          <w:szCs w:val="24"/>
        </w:rPr>
      </w:pPr>
      <w:r w:rsidRPr="00E240ED">
        <w:rPr>
          <w:i/>
          <w:iCs/>
          <w:sz w:val="24"/>
          <w:szCs w:val="24"/>
        </w:rPr>
        <w:t>giorno di 19 Dicembre 1730</w:t>
      </w:r>
    </w:p>
    <w:p w14:paraId="481BF905" w14:textId="77777777" w:rsidR="00E240ED" w:rsidRDefault="0002495B" w:rsidP="00E240ED">
      <w:pPr>
        <w:jc w:val="right"/>
        <w:rPr>
          <w:i/>
          <w:iCs/>
          <w:sz w:val="24"/>
          <w:szCs w:val="24"/>
        </w:rPr>
      </w:pPr>
      <w:r w:rsidRPr="00E240ED">
        <w:rPr>
          <w:i/>
          <w:iCs/>
          <w:sz w:val="24"/>
          <w:szCs w:val="24"/>
        </w:rPr>
        <w:t>Cavaliere Don Filippo Juvarra Architetto</w:t>
      </w:r>
      <w:r w:rsidR="00000000">
        <w:rPr>
          <w:i/>
          <w:iCs/>
          <w:sz w:val="24"/>
          <w:szCs w:val="24"/>
        </w:rPr>
        <w:pict w14:anchorId="5031B511">
          <v:rect id="_x0000_i1599" style="width:0;height:1.5pt" o:hralign="center" o:hrstd="t" o:hr="t" fillcolor="#a0a0a0" stroked="f"/>
        </w:pict>
      </w:r>
    </w:p>
    <w:p w14:paraId="12A42770" w14:textId="742D0A15" w:rsidR="0002495B" w:rsidRPr="00E240ED" w:rsidRDefault="0002495B" w:rsidP="00E240ED">
      <w:pPr>
        <w:jc w:val="both"/>
        <w:rPr>
          <w:b/>
          <w:bCs/>
          <w:sz w:val="24"/>
          <w:szCs w:val="24"/>
        </w:rPr>
      </w:pPr>
      <w:r w:rsidRPr="00E240ED">
        <w:rPr>
          <w:sz w:val="24"/>
          <w:szCs w:val="24"/>
        </w:rPr>
        <w:t>Archivio di Stato di Torino | Sezioni Riunite | Ministero della guerra | Azienda generale di fabbriche e fortificazioni (1733-1797) già Azienda generale d'artiglieria, fabbriche e fortificazioni (1717-1733) | Contratti fortificazioni | Mazzo 19 (1730) | foll. 263-264.</w:t>
      </w:r>
    </w:p>
    <w:p w14:paraId="0F670618" w14:textId="77777777" w:rsidR="00887E4D" w:rsidRDefault="00887E4D" w:rsidP="00A27FE0">
      <w:pPr>
        <w:rPr>
          <w:sz w:val="28"/>
          <w:szCs w:val="28"/>
        </w:rPr>
      </w:pPr>
    </w:p>
    <w:p w14:paraId="499CE6FA" w14:textId="7C88B026" w:rsidR="00A27FE0" w:rsidRPr="00F45C42" w:rsidRDefault="00A27FE0" w:rsidP="00A27FE0">
      <w:pPr>
        <w:rPr>
          <w:b/>
          <w:bCs/>
          <w:sz w:val="28"/>
          <w:szCs w:val="28"/>
        </w:rPr>
      </w:pPr>
      <w:r w:rsidRPr="00F45C42">
        <w:rPr>
          <w:b/>
          <w:bCs/>
          <w:sz w:val="28"/>
          <w:szCs w:val="28"/>
        </w:rPr>
        <w:t>ISTRUZIONI | A</w:t>
      </w:r>
      <w:r w:rsidR="008610FE" w:rsidRPr="00F45C42">
        <w:rPr>
          <w:b/>
          <w:bCs/>
          <w:sz w:val="28"/>
          <w:szCs w:val="28"/>
        </w:rPr>
        <w:t>rsenale</w:t>
      </w:r>
      <w:r w:rsidR="002B4176">
        <w:rPr>
          <w:b/>
          <w:bCs/>
          <w:sz w:val="28"/>
          <w:szCs w:val="28"/>
        </w:rPr>
        <w:t xml:space="preserve"> e Sala d’</w:t>
      </w:r>
      <w:r w:rsidR="00606885">
        <w:rPr>
          <w:b/>
          <w:bCs/>
          <w:sz w:val="28"/>
          <w:szCs w:val="28"/>
        </w:rPr>
        <w:t>A</w:t>
      </w:r>
      <w:r w:rsidR="002B4176">
        <w:rPr>
          <w:b/>
          <w:bCs/>
          <w:sz w:val="28"/>
          <w:szCs w:val="28"/>
        </w:rPr>
        <w:t>rmi</w:t>
      </w:r>
    </w:p>
    <w:p w14:paraId="2F32ABFE" w14:textId="085D4EAA" w:rsidR="005D4CDB" w:rsidRDefault="005D4CDB" w:rsidP="005D4CDB">
      <w:pPr>
        <w:jc w:val="center"/>
        <w:rPr>
          <w:sz w:val="28"/>
          <w:szCs w:val="28"/>
        </w:rPr>
      </w:pPr>
      <w:r>
        <w:rPr>
          <w:sz w:val="28"/>
          <w:szCs w:val="28"/>
        </w:rPr>
        <w:t>1730</w:t>
      </w:r>
    </w:p>
    <w:p w14:paraId="23BC2203" w14:textId="156E76A5" w:rsidR="005D4CDB" w:rsidRDefault="005D4CDB" w:rsidP="005D4CDB">
      <w:pPr>
        <w:jc w:val="center"/>
        <w:rPr>
          <w:i/>
          <w:iCs/>
          <w:sz w:val="24"/>
          <w:szCs w:val="24"/>
        </w:rPr>
      </w:pPr>
      <w:r w:rsidRPr="005D4CDB">
        <w:rPr>
          <w:b/>
          <w:bCs/>
          <w:i/>
          <w:iCs/>
          <w:sz w:val="24"/>
          <w:szCs w:val="24"/>
        </w:rPr>
        <w:t>Disegno</w:t>
      </w:r>
      <w:r w:rsidR="00B47541">
        <w:rPr>
          <w:b/>
          <w:bCs/>
          <w:i/>
          <w:iCs/>
          <w:sz w:val="24"/>
          <w:szCs w:val="24"/>
        </w:rPr>
        <w:t xml:space="preserve"> </w:t>
      </w:r>
      <w:r w:rsidRPr="005D4CDB">
        <w:rPr>
          <w:b/>
          <w:bCs/>
          <w:i/>
          <w:iCs/>
          <w:sz w:val="24"/>
          <w:szCs w:val="24"/>
        </w:rPr>
        <w:t>ed Instruzione per le ferrate la sala d’armi nel Reggio Arsenale</w:t>
      </w:r>
      <w:r w:rsidR="00BC14D5">
        <w:rPr>
          <w:rStyle w:val="Rimandonotaapidipagina"/>
          <w:b/>
          <w:bCs/>
          <w:i/>
          <w:iCs/>
          <w:sz w:val="24"/>
          <w:szCs w:val="24"/>
        </w:rPr>
        <w:footnoteReference w:id="15"/>
      </w:r>
      <w:r w:rsidR="00000000">
        <w:rPr>
          <w:i/>
          <w:iCs/>
          <w:sz w:val="24"/>
          <w:szCs w:val="24"/>
        </w:rPr>
        <w:pict w14:anchorId="485863A0">
          <v:rect id="_x0000_i1600" style="width:0;height:1.5pt" o:hralign="center" o:hrstd="t" o:hr="t" fillcolor="#a0a0a0" stroked="f"/>
        </w:pict>
      </w:r>
    </w:p>
    <w:p w14:paraId="7135F027" w14:textId="789C6ADA" w:rsidR="005D4CDB" w:rsidRDefault="005D4CDB" w:rsidP="005D4CDB">
      <w:pPr>
        <w:jc w:val="both"/>
        <w:rPr>
          <w:i/>
          <w:iCs/>
          <w:sz w:val="24"/>
          <w:szCs w:val="24"/>
        </w:rPr>
      </w:pPr>
      <w:r>
        <w:rPr>
          <w:i/>
          <w:iCs/>
          <w:sz w:val="24"/>
          <w:szCs w:val="24"/>
        </w:rPr>
        <w:t>Ferrate per le fiinestre della sala d’armi nel piano terreno di longezza piedi 3 e altezza piedi 4 e oncie 6 saranno di ferro di Borzolo e li bastoni di onza meza in tondo con li suoi ochi ben sbugiati e quadrati perfetti il tutto a opera conlaudata saranno n° 16 e due di piedi 2 in largezza e piedi 3 in altezza della medema fattura</w:t>
      </w:r>
      <w:r w:rsidR="00000000">
        <w:rPr>
          <w:i/>
          <w:iCs/>
          <w:sz w:val="24"/>
          <w:szCs w:val="24"/>
        </w:rPr>
        <w:pict w14:anchorId="0D3CD14B">
          <v:rect id="_x0000_i1601" style="width:0;height:1.5pt" o:hralign="center" o:hrstd="t" o:hr="t" fillcolor="#a0a0a0" stroked="f"/>
        </w:pict>
      </w:r>
    </w:p>
    <w:p w14:paraId="3D4AF411" w14:textId="77777777" w:rsidR="005D4CDB" w:rsidRDefault="005D4CDB" w:rsidP="005D4CDB">
      <w:pPr>
        <w:jc w:val="right"/>
        <w:rPr>
          <w:i/>
          <w:iCs/>
          <w:sz w:val="24"/>
          <w:szCs w:val="24"/>
        </w:rPr>
      </w:pPr>
      <w:r>
        <w:rPr>
          <w:i/>
          <w:iCs/>
          <w:sz w:val="24"/>
          <w:szCs w:val="24"/>
        </w:rPr>
        <w:t>giorno di 15 luglio 1730</w:t>
      </w:r>
    </w:p>
    <w:p w14:paraId="2A6A099E" w14:textId="77777777" w:rsidR="005D4CDB" w:rsidRDefault="005D4CDB" w:rsidP="005D4CDB">
      <w:pPr>
        <w:jc w:val="right"/>
        <w:rPr>
          <w:i/>
          <w:iCs/>
          <w:sz w:val="24"/>
          <w:szCs w:val="24"/>
        </w:rPr>
      </w:pPr>
      <w:r>
        <w:rPr>
          <w:i/>
          <w:iCs/>
          <w:sz w:val="24"/>
          <w:szCs w:val="24"/>
        </w:rPr>
        <w:t>Cavaliere Don Filippo Juvarra Primo Architetto</w:t>
      </w:r>
      <w:r w:rsidR="00000000">
        <w:rPr>
          <w:i/>
          <w:iCs/>
          <w:sz w:val="24"/>
          <w:szCs w:val="24"/>
        </w:rPr>
        <w:pict w14:anchorId="06D9AEA6">
          <v:rect id="_x0000_i1602" style="width:0;height:1.5pt" o:hralign="center" o:hrstd="t" o:hr="t" fillcolor="#a0a0a0" stroked="f"/>
        </w:pict>
      </w:r>
    </w:p>
    <w:p w14:paraId="6C4C4E16" w14:textId="77777777" w:rsidR="005D4CDB" w:rsidRDefault="005D4CDB" w:rsidP="005D4CDB">
      <w:pPr>
        <w:jc w:val="both"/>
        <w:rPr>
          <w:i/>
          <w:iCs/>
          <w:sz w:val="24"/>
          <w:szCs w:val="24"/>
        </w:rPr>
      </w:pPr>
      <w:r>
        <w:rPr>
          <w:i/>
          <w:iCs/>
          <w:sz w:val="24"/>
          <w:szCs w:val="24"/>
        </w:rPr>
        <w:t xml:space="preserve">Chiave di ferro rotondi di ¾ di oncia di deametro con suoi ochi ben bolliti della largezza che passi bene il bolzone di ferro d’Agusta o di altro di ugual bontà saranno rivisti e provati </w:t>
      </w:r>
      <w:r>
        <w:rPr>
          <w:i/>
          <w:iCs/>
          <w:sz w:val="24"/>
          <w:szCs w:val="24"/>
        </w:rPr>
        <w:lastRenderedPageBreak/>
        <w:t>dall’esperti del Arsenale Reggio li bolzoni di ferro di brozolo della longezza misura piedi 4 onze 6 saranno alquanto grossi nell’mezo saranno obligati prendere le misure acciò vadino a tutta perfezione a opera conlaudata</w:t>
      </w:r>
      <w:r w:rsidR="00000000">
        <w:rPr>
          <w:i/>
          <w:iCs/>
          <w:sz w:val="24"/>
          <w:szCs w:val="24"/>
        </w:rPr>
        <w:pict w14:anchorId="227AE531">
          <v:rect id="_x0000_i1603" style="width:0;height:1.5pt" o:hralign="center" o:hrstd="t" o:hr="t" fillcolor="#a0a0a0" stroked="f"/>
        </w:pict>
      </w:r>
    </w:p>
    <w:p w14:paraId="0A65D23D" w14:textId="77777777" w:rsidR="00337D27" w:rsidRDefault="005D4CDB" w:rsidP="005D4CDB">
      <w:pPr>
        <w:jc w:val="right"/>
        <w:rPr>
          <w:i/>
          <w:iCs/>
          <w:sz w:val="24"/>
          <w:szCs w:val="24"/>
        </w:rPr>
      </w:pPr>
      <w:r>
        <w:rPr>
          <w:i/>
          <w:iCs/>
          <w:sz w:val="24"/>
          <w:szCs w:val="24"/>
        </w:rPr>
        <w:t>Cavaliere Don Filippo Juvarra Primo Architetto</w:t>
      </w:r>
      <w:r w:rsidR="00000000">
        <w:rPr>
          <w:i/>
          <w:iCs/>
          <w:sz w:val="24"/>
          <w:szCs w:val="24"/>
        </w:rPr>
        <w:pict w14:anchorId="5F457DF7">
          <v:rect id="_x0000_i1604" style="width:0;height:1.5pt" o:hralign="center" o:hrstd="t" o:hr="t" fillcolor="#a0a0a0" stroked="f"/>
        </w:pict>
      </w:r>
    </w:p>
    <w:p w14:paraId="03DE9962" w14:textId="77777777" w:rsidR="00337D27" w:rsidRDefault="00337D27" w:rsidP="00337D27">
      <w:pPr>
        <w:jc w:val="both"/>
        <w:rPr>
          <w:i/>
          <w:iCs/>
          <w:sz w:val="24"/>
          <w:szCs w:val="24"/>
        </w:rPr>
      </w:pPr>
      <w:r>
        <w:rPr>
          <w:i/>
          <w:iCs/>
          <w:sz w:val="24"/>
          <w:szCs w:val="24"/>
        </w:rPr>
        <w:t>Netto dall altezza alle finestre ] 0.4.2</w:t>
      </w:r>
    </w:p>
    <w:p w14:paraId="75D869F1" w14:textId="77777777" w:rsidR="00337D27" w:rsidRDefault="00337D27" w:rsidP="00337D27">
      <w:pPr>
        <w:jc w:val="both"/>
        <w:rPr>
          <w:i/>
          <w:iCs/>
          <w:sz w:val="24"/>
          <w:szCs w:val="24"/>
        </w:rPr>
      </w:pPr>
      <w:r>
        <w:rPr>
          <w:i/>
          <w:iCs/>
          <w:sz w:val="24"/>
          <w:szCs w:val="24"/>
        </w:rPr>
        <w:t>Lunghezza ] 0.3.0</w:t>
      </w:r>
    </w:p>
    <w:p w14:paraId="38455871" w14:textId="77777777" w:rsidR="00337D27" w:rsidRDefault="00337D27" w:rsidP="00337D27">
      <w:pPr>
        <w:jc w:val="both"/>
        <w:rPr>
          <w:i/>
          <w:iCs/>
          <w:sz w:val="24"/>
          <w:szCs w:val="24"/>
        </w:rPr>
      </w:pPr>
      <w:r>
        <w:rPr>
          <w:i/>
          <w:iCs/>
          <w:sz w:val="24"/>
          <w:szCs w:val="24"/>
        </w:rPr>
        <w:t>Totale altezza ] 0.4.6</w:t>
      </w:r>
    </w:p>
    <w:p w14:paraId="7BB0B94E" w14:textId="43EC9124" w:rsidR="005D4CDB" w:rsidRDefault="00337D27" w:rsidP="00337D27">
      <w:pPr>
        <w:jc w:val="both"/>
        <w:rPr>
          <w:i/>
          <w:iCs/>
          <w:sz w:val="24"/>
          <w:szCs w:val="24"/>
        </w:rPr>
      </w:pPr>
      <w:r>
        <w:rPr>
          <w:i/>
          <w:iCs/>
          <w:sz w:val="24"/>
          <w:szCs w:val="24"/>
        </w:rPr>
        <w:t>Lunghezza ] 0.3.4</w:t>
      </w:r>
      <w:r w:rsidR="00000000">
        <w:rPr>
          <w:i/>
          <w:iCs/>
          <w:sz w:val="24"/>
          <w:szCs w:val="24"/>
        </w:rPr>
        <w:pict w14:anchorId="7E9D29B9">
          <v:rect id="_x0000_i1605" style="width:0;height:1.5pt" o:hralign="center" o:hrstd="t" o:hr="t" fillcolor="#a0a0a0" stroked="f"/>
        </w:pict>
      </w:r>
    </w:p>
    <w:p w14:paraId="46FEF78A" w14:textId="5FB6AFA2" w:rsidR="005D4CDB" w:rsidRDefault="005D4CDB" w:rsidP="00BC14D5">
      <w:pPr>
        <w:jc w:val="both"/>
        <w:rPr>
          <w:sz w:val="24"/>
          <w:szCs w:val="24"/>
        </w:rPr>
      </w:pPr>
      <w:r w:rsidRPr="00ED4BD4">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Pr>
          <w:sz w:val="24"/>
          <w:szCs w:val="24"/>
        </w:rPr>
        <w:t>l. 232</w:t>
      </w:r>
      <w:r w:rsidRPr="00ED4BD4">
        <w:rPr>
          <w:sz w:val="24"/>
          <w:szCs w:val="24"/>
        </w:rPr>
        <w:t>.</w:t>
      </w:r>
    </w:p>
    <w:p w14:paraId="11317D09" w14:textId="77777777" w:rsidR="00BC14D5" w:rsidRPr="00BC14D5" w:rsidRDefault="00BC14D5" w:rsidP="00BC14D5">
      <w:pPr>
        <w:jc w:val="both"/>
        <w:rPr>
          <w:sz w:val="24"/>
          <w:szCs w:val="24"/>
        </w:rPr>
      </w:pPr>
    </w:p>
    <w:p w14:paraId="2355CFD3" w14:textId="6DE1B151" w:rsidR="00A27FE0" w:rsidRDefault="00A27FE0" w:rsidP="00A27FE0">
      <w:pPr>
        <w:jc w:val="center"/>
        <w:rPr>
          <w:sz w:val="28"/>
          <w:szCs w:val="28"/>
        </w:rPr>
      </w:pPr>
      <w:r>
        <w:rPr>
          <w:sz w:val="28"/>
          <w:szCs w:val="28"/>
        </w:rPr>
        <w:t>173</w:t>
      </w:r>
      <w:r w:rsidR="00ED4BD4">
        <w:rPr>
          <w:sz w:val="28"/>
          <w:szCs w:val="28"/>
        </w:rPr>
        <w:t>1</w:t>
      </w:r>
    </w:p>
    <w:p w14:paraId="077F9001" w14:textId="31479B4C" w:rsidR="00ED4BD4" w:rsidRDefault="00ED4BD4" w:rsidP="00F80917">
      <w:pPr>
        <w:jc w:val="center"/>
        <w:rPr>
          <w:i/>
          <w:iCs/>
          <w:sz w:val="24"/>
          <w:szCs w:val="24"/>
        </w:rPr>
      </w:pPr>
      <w:r w:rsidRPr="00ED4BD4">
        <w:rPr>
          <w:b/>
          <w:bCs/>
          <w:sz w:val="24"/>
          <w:szCs w:val="24"/>
        </w:rPr>
        <w:t xml:space="preserve">Disegnio delle ferrate per la </w:t>
      </w:r>
      <w:r w:rsidR="009B2809">
        <w:rPr>
          <w:b/>
          <w:bCs/>
          <w:sz w:val="24"/>
          <w:szCs w:val="24"/>
        </w:rPr>
        <w:t>n</w:t>
      </w:r>
      <w:r w:rsidRPr="00ED4BD4">
        <w:rPr>
          <w:b/>
          <w:bCs/>
          <w:sz w:val="24"/>
          <w:szCs w:val="24"/>
        </w:rPr>
        <w:t>ova sala d'arme al Arsenale di Torino</w:t>
      </w:r>
      <w:r w:rsidR="00000000">
        <w:rPr>
          <w:i/>
          <w:iCs/>
          <w:sz w:val="24"/>
          <w:szCs w:val="24"/>
        </w:rPr>
        <w:pict w14:anchorId="55BAAD91">
          <v:rect id="_x0000_i1606" style="width:0;height:1.5pt" o:hralign="center" o:hrstd="t" o:hr="t" fillcolor="#a0a0a0" stroked="f"/>
        </w:pict>
      </w:r>
    </w:p>
    <w:p w14:paraId="6847868E" w14:textId="6CC006DA" w:rsidR="00ED4BD4" w:rsidRDefault="009B2809" w:rsidP="00ED4BD4">
      <w:pPr>
        <w:jc w:val="both"/>
        <w:rPr>
          <w:i/>
          <w:iCs/>
          <w:sz w:val="24"/>
          <w:szCs w:val="24"/>
        </w:rPr>
      </w:pPr>
      <w:r>
        <w:rPr>
          <w:i/>
          <w:iCs/>
          <w:sz w:val="24"/>
          <w:szCs w:val="24"/>
        </w:rPr>
        <w:t>Doveranno essere le dette ferrate del n° che dimostrano le fenstre fatte in detta Sala d’arme come parimente alle finestre del piano superiore verso la strada e saranno della figura di detto disegnio la grosezza delle bachette saranno di due terzi d’oncia ben ritondi con li suoi ochi bene in mezo senza nesuna crepatura e saranno ben dritti a piombo e in piano perfetto e che la bachetta vada tenuta nel ochio con qualche picolo spazio per meterlle il ferro sarà di Brozolo o di altro di bona e perfetta qualità e saranno a tutta opera conlaudata e approvata e saranno condotte sul posto della fabricha e sarà necesario rifare qualche crochio non ben fatto dalle faccine sarà tenuto rifarllo a suo conto l’impresario acciò a fatte tanto perfetto tantto nella maseria che formando bon padre di famiglia a opera perfetta.</w:t>
      </w:r>
      <w:r w:rsidR="00000000">
        <w:rPr>
          <w:i/>
          <w:iCs/>
          <w:sz w:val="24"/>
          <w:szCs w:val="24"/>
        </w:rPr>
        <w:pict w14:anchorId="257F4C0C">
          <v:rect id="_x0000_i1607" style="width:0;height:1.5pt" o:hralign="center" o:hrstd="t" o:hr="t" fillcolor="#a0a0a0" stroked="f"/>
        </w:pict>
      </w:r>
    </w:p>
    <w:p w14:paraId="57D66B28" w14:textId="786C8DBE" w:rsidR="00ED4BD4" w:rsidRPr="00ED4BD4" w:rsidRDefault="00ED4BD4" w:rsidP="00ED4BD4">
      <w:pPr>
        <w:jc w:val="right"/>
        <w:rPr>
          <w:i/>
          <w:iCs/>
          <w:sz w:val="24"/>
          <w:szCs w:val="24"/>
        </w:rPr>
      </w:pPr>
      <w:r w:rsidRPr="00ED4BD4">
        <w:rPr>
          <w:i/>
          <w:iCs/>
          <w:sz w:val="24"/>
          <w:szCs w:val="24"/>
        </w:rPr>
        <w:t xml:space="preserve">giorno di 11 </w:t>
      </w:r>
      <w:r w:rsidR="00DD056A">
        <w:rPr>
          <w:i/>
          <w:iCs/>
          <w:sz w:val="24"/>
          <w:szCs w:val="24"/>
        </w:rPr>
        <w:t>Gennaro</w:t>
      </w:r>
      <w:r w:rsidRPr="00ED4BD4">
        <w:rPr>
          <w:i/>
          <w:iCs/>
          <w:sz w:val="24"/>
          <w:szCs w:val="24"/>
        </w:rPr>
        <w:t xml:space="preserve"> 1731</w:t>
      </w:r>
    </w:p>
    <w:p w14:paraId="5521B159" w14:textId="76D72EBC" w:rsidR="008E4709" w:rsidRDefault="00ED4BD4" w:rsidP="00ED4BD4">
      <w:pPr>
        <w:jc w:val="right"/>
        <w:rPr>
          <w:i/>
          <w:iCs/>
          <w:sz w:val="24"/>
          <w:szCs w:val="24"/>
        </w:rPr>
      </w:pPr>
      <w:r w:rsidRPr="00ED4BD4">
        <w:rPr>
          <w:i/>
          <w:iCs/>
          <w:sz w:val="24"/>
          <w:szCs w:val="24"/>
        </w:rPr>
        <w:t>Cavaliere Don Filippo Juvarra Primo Architetto</w:t>
      </w:r>
    </w:p>
    <w:p w14:paraId="32F1D291" w14:textId="38C23375" w:rsidR="00ED4BD4" w:rsidRDefault="00000000" w:rsidP="008E4709">
      <w:pPr>
        <w:jc w:val="both"/>
        <w:rPr>
          <w:i/>
          <w:iCs/>
          <w:sz w:val="24"/>
          <w:szCs w:val="24"/>
        </w:rPr>
      </w:pPr>
      <w:r>
        <w:rPr>
          <w:i/>
          <w:iCs/>
          <w:sz w:val="24"/>
          <w:szCs w:val="24"/>
        </w:rPr>
        <w:pict w14:anchorId="2F8739AB">
          <v:rect id="_x0000_i1608" style="width:0;height:1.5pt" o:hralign="center" o:hrstd="t" o:hr="t" fillcolor="#a0a0a0" stroked="f"/>
        </w:pict>
      </w:r>
    </w:p>
    <w:p w14:paraId="4606230E" w14:textId="1DB9A7F5" w:rsidR="00ED4BD4" w:rsidRPr="00ED4BD4" w:rsidRDefault="00ED4BD4" w:rsidP="00ED4BD4">
      <w:pPr>
        <w:jc w:val="both"/>
        <w:rPr>
          <w:b/>
          <w:bCs/>
          <w:sz w:val="24"/>
          <w:szCs w:val="24"/>
        </w:rPr>
      </w:pPr>
      <w:r w:rsidRPr="00ED4BD4">
        <w:rPr>
          <w:sz w:val="24"/>
          <w:szCs w:val="24"/>
        </w:rPr>
        <w:t>Archivio di Stato di Torino | Sezioni Riunite | Ministero della guerra | Azienda generale di fabbriche e fortificazioni (1733-1797) già Azienda generale d'artiglieria, fabbriche e fortificazioni (1717-1733) | Contratti fortificazioni | Mazzo 19 (1730) | fo</w:t>
      </w:r>
      <w:r w:rsidR="008E4709">
        <w:rPr>
          <w:sz w:val="24"/>
          <w:szCs w:val="24"/>
        </w:rPr>
        <w:t>l</w:t>
      </w:r>
      <w:r w:rsidRPr="00ED4BD4">
        <w:rPr>
          <w:sz w:val="24"/>
          <w:szCs w:val="24"/>
        </w:rPr>
        <w:t>. 23</w:t>
      </w:r>
      <w:r w:rsidR="005D4CDB">
        <w:rPr>
          <w:sz w:val="24"/>
          <w:szCs w:val="24"/>
        </w:rPr>
        <w:t>1</w:t>
      </w:r>
      <w:r w:rsidRPr="00ED4BD4">
        <w:rPr>
          <w:sz w:val="24"/>
          <w:szCs w:val="24"/>
        </w:rPr>
        <w:t>.</w:t>
      </w:r>
    </w:p>
    <w:p w14:paraId="4D8F7EC6" w14:textId="16F1580A" w:rsidR="00C62E1A" w:rsidRDefault="00C62E1A" w:rsidP="00883B77">
      <w:pPr>
        <w:jc w:val="both"/>
        <w:rPr>
          <w:sz w:val="24"/>
          <w:szCs w:val="24"/>
        </w:rPr>
      </w:pPr>
    </w:p>
    <w:p w14:paraId="6A3DF6B0" w14:textId="373E03A5" w:rsidR="00A532FB" w:rsidRDefault="00CF1506" w:rsidP="00A532FB">
      <w:pPr>
        <w:rPr>
          <w:b/>
          <w:bCs/>
          <w:sz w:val="28"/>
          <w:szCs w:val="28"/>
        </w:rPr>
      </w:pPr>
      <w:r w:rsidRPr="00F45C42">
        <w:rPr>
          <w:b/>
          <w:bCs/>
          <w:sz w:val="28"/>
          <w:szCs w:val="28"/>
        </w:rPr>
        <w:t xml:space="preserve">ISTRUZIONI | </w:t>
      </w:r>
      <w:r w:rsidR="00A532FB" w:rsidRPr="00A532FB">
        <w:rPr>
          <w:b/>
          <w:bCs/>
          <w:sz w:val="28"/>
          <w:szCs w:val="28"/>
        </w:rPr>
        <w:t>Istruzioni attualmente non associabili ad un cantiere</w:t>
      </w:r>
    </w:p>
    <w:p w14:paraId="4A768A11" w14:textId="77777777" w:rsidR="005B5692" w:rsidRDefault="005B5692" w:rsidP="00A532FB">
      <w:pPr>
        <w:rPr>
          <w:b/>
          <w:bCs/>
          <w:sz w:val="28"/>
          <w:szCs w:val="28"/>
        </w:rPr>
      </w:pPr>
    </w:p>
    <w:p w14:paraId="5280A327" w14:textId="365864D9" w:rsidR="005B5692" w:rsidRDefault="005B5692" w:rsidP="005B5692">
      <w:pPr>
        <w:jc w:val="center"/>
        <w:rPr>
          <w:i/>
          <w:iCs/>
          <w:sz w:val="24"/>
          <w:szCs w:val="24"/>
        </w:rPr>
      </w:pPr>
      <w:r w:rsidRPr="005B5692">
        <w:rPr>
          <w:b/>
          <w:bCs/>
          <w:i/>
          <w:iCs/>
          <w:sz w:val="24"/>
          <w:szCs w:val="24"/>
        </w:rPr>
        <w:t>Titolo non presente</w:t>
      </w:r>
      <w:r w:rsidR="00000000">
        <w:rPr>
          <w:i/>
          <w:iCs/>
          <w:sz w:val="24"/>
          <w:szCs w:val="24"/>
        </w:rPr>
        <w:pict w14:anchorId="70A64956">
          <v:rect id="_x0000_i1609" style="width:0;height:1.5pt" o:hralign="center" o:hrstd="t" o:hr="t" fillcolor="#a0a0a0" stroked="f"/>
        </w:pict>
      </w:r>
    </w:p>
    <w:p w14:paraId="0893978D" w14:textId="3CDF02F1" w:rsidR="00704F9F" w:rsidRPr="005B5692" w:rsidRDefault="00704F9F" w:rsidP="00A532FB">
      <w:pPr>
        <w:rPr>
          <w:i/>
          <w:iCs/>
          <w:sz w:val="24"/>
          <w:szCs w:val="24"/>
        </w:rPr>
      </w:pPr>
      <w:r w:rsidRPr="005B5692">
        <w:rPr>
          <w:i/>
          <w:iCs/>
          <w:sz w:val="24"/>
          <w:szCs w:val="24"/>
        </w:rPr>
        <w:t>Le dette colonne dorice sarano di pietra di Vaia ben fatti ritondi senza nessuna machia, e ben martilinati a perfezione con suo immo scapo e collarino e quadretto 2° le misure espresse e vogliono essere al n° di 16.</w:t>
      </w:r>
    </w:p>
    <w:p w14:paraId="1485DDB2" w14:textId="70989E36" w:rsidR="00704F9F" w:rsidRPr="005B5692" w:rsidRDefault="00704F9F" w:rsidP="00883B77">
      <w:pPr>
        <w:jc w:val="both"/>
        <w:rPr>
          <w:i/>
          <w:iCs/>
          <w:sz w:val="24"/>
          <w:szCs w:val="24"/>
        </w:rPr>
      </w:pPr>
      <w:r w:rsidRPr="005B5692">
        <w:rPr>
          <w:i/>
          <w:iCs/>
          <w:sz w:val="24"/>
          <w:szCs w:val="24"/>
        </w:rPr>
        <w:t xml:space="preserve">La base </w:t>
      </w:r>
      <w:r w:rsidR="00150BAA" w:rsidRPr="005B5692">
        <w:rPr>
          <w:i/>
          <w:iCs/>
          <w:sz w:val="24"/>
          <w:szCs w:val="24"/>
        </w:rPr>
        <w:t>sarà di marmore di foresto tutta in un pezzo e sarà ben lavorata e ritonda e finamente lavorata e sarà della modinatura al presente disegnio espressa.</w:t>
      </w:r>
    </w:p>
    <w:p w14:paraId="09FBD024" w14:textId="3F0313A1" w:rsidR="00150BAA" w:rsidRPr="005B5692" w:rsidRDefault="00150BAA" w:rsidP="00883B77">
      <w:pPr>
        <w:jc w:val="both"/>
        <w:rPr>
          <w:i/>
          <w:iCs/>
          <w:sz w:val="24"/>
          <w:szCs w:val="24"/>
        </w:rPr>
      </w:pPr>
      <w:r w:rsidRPr="005B5692">
        <w:rPr>
          <w:i/>
          <w:iCs/>
          <w:sz w:val="24"/>
          <w:szCs w:val="24"/>
        </w:rPr>
        <w:t>Il capitello sarà parimente dal medemo marmore di foresto tutto in un pezzo con avere intagliato nel freggio nà 4° rose e 4° croce conforme richiede l’istesso ordine ben lavorato e martilinato fino e tutta a opera conlaudata.</w:t>
      </w:r>
      <w:r w:rsidR="005B5692" w:rsidRPr="005B5692">
        <w:rPr>
          <w:i/>
          <w:iCs/>
          <w:sz w:val="24"/>
          <w:szCs w:val="24"/>
        </w:rPr>
        <w:t xml:space="preserve"> </w:t>
      </w:r>
      <w:r w:rsidR="00000000">
        <w:rPr>
          <w:i/>
          <w:iCs/>
          <w:sz w:val="24"/>
          <w:szCs w:val="24"/>
        </w:rPr>
        <w:pict w14:anchorId="07D1EF58">
          <v:rect id="_x0000_i1610" style="width:0;height:1.5pt" o:hralign="center" o:hrstd="t" o:hr="t" fillcolor="#a0a0a0" stroked="f"/>
        </w:pict>
      </w:r>
    </w:p>
    <w:p w14:paraId="3194CC94" w14:textId="1983A893" w:rsidR="00150BAA" w:rsidRPr="005B5692" w:rsidRDefault="00150BAA" w:rsidP="005B5692">
      <w:pPr>
        <w:jc w:val="right"/>
        <w:rPr>
          <w:i/>
          <w:iCs/>
          <w:sz w:val="24"/>
          <w:szCs w:val="24"/>
        </w:rPr>
      </w:pPr>
      <w:r w:rsidRPr="005B5692">
        <w:rPr>
          <w:i/>
          <w:iCs/>
          <w:sz w:val="24"/>
          <w:szCs w:val="24"/>
        </w:rPr>
        <w:t>a 28 Febbraio 1718</w:t>
      </w:r>
    </w:p>
    <w:p w14:paraId="34EE1F75" w14:textId="6948E47F" w:rsidR="00150BAA" w:rsidRPr="005B5692" w:rsidRDefault="00150BAA" w:rsidP="005B5692">
      <w:pPr>
        <w:jc w:val="right"/>
        <w:rPr>
          <w:i/>
          <w:iCs/>
          <w:sz w:val="24"/>
          <w:szCs w:val="24"/>
        </w:rPr>
      </w:pPr>
      <w:r w:rsidRPr="005B5692">
        <w:rPr>
          <w:i/>
          <w:iCs/>
          <w:sz w:val="24"/>
          <w:szCs w:val="24"/>
        </w:rPr>
        <w:t>Cavaliere Filippo Juvarra Architetto</w:t>
      </w:r>
      <w:r w:rsidR="00000000">
        <w:rPr>
          <w:i/>
          <w:iCs/>
          <w:sz w:val="24"/>
          <w:szCs w:val="24"/>
        </w:rPr>
        <w:pict w14:anchorId="63FC8360">
          <v:rect id="_x0000_i1611" style="width:0;height:1.5pt" o:hralign="center" o:hrstd="t" o:hr="t" fillcolor="#a0a0a0" stroked="f"/>
        </w:pict>
      </w:r>
    </w:p>
    <w:p w14:paraId="22030318" w14:textId="69B4BFA2" w:rsidR="00150BAA" w:rsidRPr="005B5692" w:rsidRDefault="005B5692" w:rsidP="00883B77">
      <w:pPr>
        <w:jc w:val="both"/>
        <w:rPr>
          <w:sz w:val="24"/>
          <w:szCs w:val="24"/>
        </w:rPr>
      </w:pPr>
      <w:r w:rsidRPr="005B5692">
        <w:rPr>
          <w:sz w:val="24"/>
          <w:szCs w:val="24"/>
        </w:rPr>
        <w:t>Archivio di Stato di Torino | Sezioni Riunite | Ministero della guerra | Azienda generale di fabbriche e fortificazioni (1733-1797) già Azienda generale d'artiglieria, fabbriche e fortificazioni (1717-1733) | Contratti fortificazioni | Mazzo 5 (1717-1718) | f</w:t>
      </w:r>
      <w:r w:rsidR="00150BAA" w:rsidRPr="005B5692">
        <w:rPr>
          <w:sz w:val="24"/>
          <w:szCs w:val="24"/>
        </w:rPr>
        <w:t>ol. 176</w:t>
      </w:r>
      <w:r w:rsidR="0069040E">
        <w:rPr>
          <w:sz w:val="24"/>
          <w:szCs w:val="24"/>
        </w:rPr>
        <w:t>.</w:t>
      </w:r>
    </w:p>
    <w:p w14:paraId="46D44FDF" w14:textId="77777777" w:rsidR="00150BAA" w:rsidRPr="005B5692" w:rsidRDefault="00150BAA" w:rsidP="00883B77">
      <w:pPr>
        <w:jc w:val="both"/>
        <w:rPr>
          <w:i/>
          <w:iCs/>
          <w:sz w:val="24"/>
          <w:szCs w:val="24"/>
        </w:rPr>
      </w:pPr>
    </w:p>
    <w:p w14:paraId="1AC689B0" w14:textId="14FFE681" w:rsidR="0069040E" w:rsidRDefault="0069040E" w:rsidP="0069040E">
      <w:pPr>
        <w:jc w:val="center"/>
        <w:rPr>
          <w:i/>
          <w:iCs/>
          <w:sz w:val="24"/>
          <w:szCs w:val="24"/>
        </w:rPr>
      </w:pPr>
      <w:r w:rsidRPr="005B5692">
        <w:rPr>
          <w:b/>
          <w:bCs/>
          <w:i/>
          <w:iCs/>
          <w:sz w:val="24"/>
          <w:szCs w:val="24"/>
        </w:rPr>
        <w:t>Titolo non presente</w:t>
      </w:r>
      <w:r>
        <w:rPr>
          <w:b/>
          <w:bCs/>
          <w:i/>
          <w:iCs/>
          <w:sz w:val="24"/>
          <w:szCs w:val="24"/>
        </w:rPr>
        <w:t xml:space="preserve"> e data mancante</w:t>
      </w:r>
      <w:r w:rsidR="00000000">
        <w:rPr>
          <w:i/>
          <w:iCs/>
          <w:sz w:val="24"/>
          <w:szCs w:val="24"/>
        </w:rPr>
        <w:pict w14:anchorId="561FBDF0">
          <v:rect id="_x0000_i1612" style="width:0;height:1.5pt" o:hralign="center" o:hrstd="t" o:hr="t" fillcolor="#a0a0a0" stroked="f"/>
        </w:pict>
      </w:r>
    </w:p>
    <w:p w14:paraId="26300B53" w14:textId="08A7D676" w:rsidR="00150BAA" w:rsidRPr="005B5692" w:rsidRDefault="00150BAA" w:rsidP="00883B77">
      <w:pPr>
        <w:jc w:val="both"/>
        <w:rPr>
          <w:i/>
          <w:iCs/>
          <w:sz w:val="24"/>
          <w:szCs w:val="24"/>
        </w:rPr>
      </w:pPr>
      <w:r w:rsidRPr="005B5692">
        <w:rPr>
          <w:i/>
          <w:iCs/>
          <w:sz w:val="24"/>
          <w:szCs w:val="24"/>
        </w:rPr>
        <w:t>La colonna sarà di pietra di Vaia ben martilinata fina acciò poscia si possa archiviare con tutta qualità senza nessuna machia o infossamento con suo collarino e quadretto e suo immo scapo del medemo pezzo intendendosi tutta in un pezzo.</w:t>
      </w:r>
    </w:p>
    <w:p w14:paraId="56BC7E68" w14:textId="64CD04E0" w:rsidR="00150BAA" w:rsidRPr="005B5692" w:rsidRDefault="00150BAA" w:rsidP="00883B77">
      <w:pPr>
        <w:jc w:val="both"/>
        <w:rPr>
          <w:i/>
          <w:iCs/>
          <w:sz w:val="24"/>
          <w:szCs w:val="24"/>
        </w:rPr>
      </w:pPr>
      <w:r w:rsidRPr="005B5692">
        <w:rPr>
          <w:i/>
          <w:iCs/>
          <w:sz w:val="24"/>
          <w:szCs w:val="24"/>
        </w:rPr>
        <w:t>Il capitello sarà di marmore di foresto e sarà ionico moderno con sua base del medemo marmo tutte in un pezzo ben intagiata e martilinata fina tutta a opera conlaudata.</w:t>
      </w:r>
      <w:r w:rsidR="0069040E" w:rsidRPr="0069040E">
        <w:rPr>
          <w:i/>
          <w:iCs/>
          <w:sz w:val="24"/>
          <w:szCs w:val="24"/>
        </w:rPr>
        <w:t xml:space="preserve"> </w:t>
      </w:r>
      <w:r w:rsidR="00000000">
        <w:rPr>
          <w:i/>
          <w:iCs/>
          <w:sz w:val="24"/>
          <w:szCs w:val="24"/>
        </w:rPr>
        <w:pict w14:anchorId="670FB3F4">
          <v:rect id="_x0000_i1613" style="width:0;height:1.5pt" o:hralign="center" o:hrstd="t" o:hr="t" fillcolor="#a0a0a0" stroked="f"/>
        </w:pict>
      </w:r>
    </w:p>
    <w:p w14:paraId="6708521C" w14:textId="5DD99A78" w:rsidR="00150BAA" w:rsidRPr="005B5692" w:rsidRDefault="00150BAA" w:rsidP="0069040E">
      <w:pPr>
        <w:jc w:val="right"/>
        <w:rPr>
          <w:i/>
          <w:iCs/>
          <w:sz w:val="24"/>
          <w:szCs w:val="24"/>
        </w:rPr>
      </w:pPr>
      <w:r w:rsidRPr="005B5692">
        <w:rPr>
          <w:i/>
          <w:iCs/>
          <w:sz w:val="24"/>
          <w:szCs w:val="24"/>
        </w:rPr>
        <w:t>Juvarra Architetto</w:t>
      </w:r>
      <w:r w:rsidR="00000000">
        <w:rPr>
          <w:i/>
          <w:iCs/>
          <w:sz w:val="24"/>
          <w:szCs w:val="24"/>
        </w:rPr>
        <w:pict w14:anchorId="2840ED3A">
          <v:rect id="_x0000_i1614" style="width:0;height:1.5pt" o:hralign="center" o:hrstd="t" o:hr="t" fillcolor="#a0a0a0" stroked="f"/>
        </w:pict>
      </w:r>
    </w:p>
    <w:p w14:paraId="0A053D68" w14:textId="56289BF7" w:rsidR="00150BAA" w:rsidRPr="0069040E" w:rsidRDefault="0069040E" w:rsidP="00883B77">
      <w:pPr>
        <w:jc w:val="both"/>
        <w:rPr>
          <w:sz w:val="24"/>
          <w:szCs w:val="24"/>
        </w:rPr>
      </w:pPr>
      <w:r w:rsidRPr="005B5692">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5 (1717-1718) | </w:t>
      </w:r>
      <w:r>
        <w:rPr>
          <w:sz w:val="24"/>
          <w:szCs w:val="24"/>
        </w:rPr>
        <w:t xml:space="preserve">prima del </w:t>
      </w:r>
      <w:r w:rsidRPr="005B5692">
        <w:rPr>
          <w:sz w:val="24"/>
          <w:szCs w:val="24"/>
        </w:rPr>
        <w:t xml:space="preserve">fol. </w:t>
      </w:r>
      <w:r>
        <w:rPr>
          <w:sz w:val="24"/>
          <w:szCs w:val="24"/>
        </w:rPr>
        <w:t>205.</w:t>
      </w:r>
    </w:p>
    <w:p w14:paraId="05688C04" w14:textId="77777777" w:rsidR="008501FD" w:rsidRPr="005B5692" w:rsidRDefault="008501FD" w:rsidP="00883B77">
      <w:pPr>
        <w:jc w:val="both"/>
        <w:rPr>
          <w:i/>
          <w:iCs/>
          <w:sz w:val="24"/>
          <w:szCs w:val="24"/>
        </w:rPr>
      </w:pPr>
    </w:p>
    <w:p w14:paraId="2EA73AE7" w14:textId="749BA7CA" w:rsidR="0069040E" w:rsidRDefault="0069040E" w:rsidP="0069040E">
      <w:pPr>
        <w:jc w:val="center"/>
        <w:rPr>
          <w:i/>
          <w:iCs/>
          <w:sz w:val="24"/>
          <w:szCs w:val="24"/>
        </w:rPr>
      </w:pPr>
      <w:r w:rsidRPr="005B5692">
        <w:rPr>
          <w:b/>
          <w:bCs/>
          <w:i/>
          <w:iCs/>
          <w:sz w:val="24"/>
          <w:szCs w:val="24"/>
        </w:rPr>
        <w:t>Titolo non presente</w:t>
      </w:r>
      <w:r>
        <w:rPr>
          <w:b/>
          <w:bCs/>
          <w:i/>
          <w:iCs/>
          <w:sz w:val="24"/>
          <w:szCs w:val="24"/>
        </w:rPr>
        <w:t xml:space="preserve"> e data sul retro del foglio</w:t>
      </w:r>
      <w:r w:rsidR="00000000">
        <w:rPr>
          <w:i/>
          <w:iCs/>
          <w:sz w:val="24"/>
          <w:szCs w:val="24"/>
        </w:rPr>
        <w:pict w14:anchorId="42CF8828">
          <v:rect id="_x0000_i1615" style="width:0;height:1.5pt" o:hralign="center" o:hrstd="t" o:hr="t" fillcolor="#a0a0a0" stroked="f"/>
        </w:pict>
      </w:r>
    </w:p>
    <w:p w14:paraId="51D2851C" w14:textId="608B779F" w:rsidR="0069040E" w:rsidRDefault="0069040E" w:rsidP="0069040E">
      <w:pPr>
        <w:jc w:val="center"/>
        <w:rPr>
          <w:i/>
          <w:iCs/>
          <w:sz w:val="24"/>
          <w:szCs w:val="24"/>
        </w:rPr>
      </w:pPr>
    </w:p>
    <w:p w14:paraId="48BC1F4C" w14:textId="1018F342" w:rsidR="008501FD" w:rsidRPr="005B5692" w:rsidRDefault="008501FD" w:rsidP="00883B77">
      <w:pPr>
        <w:jc w:val="both"/>
        <w:rPr>
          <w:i/>
          <w:iCs/>
          <w:sz w:val="24"/>
          <w:szCs w:val="24"/>
        </w:rPr>
      </w:pPr>
      <w:r w:rsidRPr="005B5692">
        <w:rPr>
          <w:i/>
          <w:iCs/>
          <w:sz w:val="24"/>
          <w:szCs w:val="24"/>
        </w:rPr>
        <w:lastRenderedPageBreak/>
        <w:t>Chiavi di ferro d’Agusta o vero d’altro simile con suoi ochi ben boliti asieme con suoi bolzoni di ferro di borzolo n° 14.</w:t>
      </w:r>
    </w:p>
    <w:p w14:paraId="2BA07873" w14:textId="7AD71AC2" w:rsidR="008501FD" w:rsidRPr="005B5692" w:rsidRDefault="008501FD" w:rsidP="00883B77">
      <w:pPr>
        <w:jc w:val="both"/>
        <w:rPr>
          <w:i/>
          <w:iCs/>
          <w:sz w:val="24"/>
          <w:szCs w:val="24"/>
        </w:rPr>
      </w:pPr>
      <w:r w:rsidRPr="005B5692">
        <w:rPr>
          <w:i/>
          <w:iCs/>
          <w:sz w:val="24"/>
          <w:szCs w:val="24"/>
        </w:rPr>
        <w:t>Ferrate quasi quadrati a mandola n° 44</w:t>
      </w:r>
      <w:r w:rsidR="00BF4ECC" w:rsidRPr="005B5692">
        <w:rPr>
          <w:i/>
          <w:iCs/>
          <w:sz w:val="24"/>
          <w:szCs w:val="24"/>
        </w:rPr>
        <w:t xml:space="preserve"> di ferro o brozolo simile o vero o altro ferro simile.</w:t>
      </w:r>
    </w:p>
    <w:p w14:paraId="5CFA9282" w14:textId="0C8008F7" w:rsidR="00BF4ECC" w:rsidRPr="005B5692" w:rsidRDefault="00BF4ECC" w:rsidP="00883B77">
      <w:pPr>
        <w:jc w:val="both"/>
        <w:rPr>
          <w:i/>
          <w:iCs/>
          <w:sz w:val="24"/>
          <w:szCs w:val="24"/>
        </w:rPr>
      </w:pPr>
      <w:r w:rsidRPr="005B5692">
        <w:rPr>
          <w:i/>
          <w:iCs/>
          <w:sz w:val="24"/>
          <w:szCs w:val="24"/>
        </w:rPr>
        <w:t>Ferrate a bachetta liscia n° 32 di ferro simile.</w:t>
      </w:r>
      <w:r w:rsidR="0069040E" w:rsidRPr="0069040E">
        <w:rPr>
          <w:i/>
          <w:iCs/>
          <w:sz w:val="24"/>
          <w:szCs w:val="24"/>
        </w:rPr>
        <w:t xml:space="preserve"> </w:t>
      </w:r>
      <w:r w:rsidR="00000000">
        <w:rPr>
          <w:i/>
          <w:iCs/>
          <w:sz w:val="24"/>
          <w:szCs w:val="24"/>
        </w:rPr>
        <w:pict w14:anchorId="61E39628">
          <v:rect id="_x0000_i1616" style="width:0;height:1.5pt" o:hralign="center" o:hrstd="t" o:hr="t" fillcolor="#a0a0a0" stroked="f"/>
        </w:pict>
      </w:r>
    </w:p>
    <w:p w14:paraId="64D4DFFB" w14:textId="2F7A74E8" w:rsidR="00BF4ECC" w:rsidRPr="005B5692" w:rsidRDefault="00BF4ECC" w:rsidP="0069040E">
      <w:pPr>
        <w:jc w:val="right"/>
        <w:rPr>
          <w:i/>
          <w:iCs/>
          <w:sz w:val="24"/>
          <w:szCs w:val="24"/>
        </w:rPr>
      </w:pPr>
      <w:r w:rsidRPr="005B5692">
        <w:rPr>
          <w:i/>
          <w:iCs/>
          <w:sz w:val="24"/>
          <w:szCs w:val="24"/>
        </w:rPr>
        <w:t>li 11 Maggio 1718</w:t>
      </w:r>
    </w:p>
    <w:p w14:paraId="619D16B4" w14:textId="71540052" w:rsidR="00BF4ECC" w:rsidRPr="005B5692" w:rsidRDefault="00BF4ECC" w:rsidP="0069040E">
      <w:pPr>
        <w:jc w:val="right"/>
        <w:rPr>
          <w:i/>
          <w:iCs/>
          <w:sz w:val="24"/>
          <w:szCs w:val="24"/>
        </w:rPr>
      </w:pPr>
      <w:r w:rsidRPr="005B5692">
        <w:rPr>
          <w:i/>
          <w:iCs/>
          <w:sz w:val="24"/>
          <w:szCs w:val="24"/>
        </w:rPr>
        <w:t>Don Filippo Juvarra Architetto</w:t>
      </w:r>
      <w:r w:rsidR="00000000">
        <w:rPr>
          <w:i/>
          <w:iCs/>
          <w:sz w:val="24"/>
          <w:szCs w:val="24"/>
        </w:rPr>
        <w:pict w14:anchorId="544EE27F">
          <v:rect id="_x0000_i1617" style="width:0;height:1.5pt" o:hralign="center" o:hrstd="t" o:hr="t" fillcolor="#a0a0a0" stroked="f"/>
        </w:pict>
      </w:r>
    </w:p>
    <w:p w14:paraId="6EF44512" w14:textId="22250825" w:rsidR="0069040E" w:rsidRPr="005B5692" w:rsidRDefault="0069040E" w:rsidP="0069040E">
      <w:pPr>
        <w:jc w:val="both"/>
        <w:rPr>
          <w:sz w:val="24"/>
          <w:szCs w:val="24"/>
        </w:rPr>
      </w:pPr>
      <w:r w:rsidRPr="005B5692">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5 (1717-1718) | fol. </w:t>
      </w:r>
      <w:r>
        <w:rPr>
          <w:sz w:val="24"/>
          <w:szCs w:val="24"/>
        </w:rPr>
        <w:t>219.</w:t>
      </w:r>
    </w:p>
    <w:p w14:paraId="5627FA19" w14:textId="77777777" w:rsidR="006D6D34" w:rsidRPr="005B5692" w:rsidRDefault="006D6D34" w:rsidP="00883B77">
      <w:pPr>
        <w:jc w:val="both"/>
        <w:rPr>
          <w:i/>
          <w:iCs/>
          <w:sz w:val="24"/>
          <w:szCs w:val="24"/>
        </w:rPr>
      </w:pPr>
    </w:p>
    <w:p w14:paraId="1899B06E" w14:textId="5A224426" w:rsidR="006D6D34" w:rsidRPr="005B5692" w:rsidRDefault="006D6D34" w:rsidP="00073960">
      <w:pPr>
        <w:jc w:val="center"/>
        <w:rPr>
          <w:i/>
          <w:iCs/>
          <w:sz w:val="24"/>
          <w:szCs w:val="24"/>
        </w:rPr>
      </w:pPr>
      <w:r w:rsidRPr="00073960">
        <w:rPr>
          <w:b/>
          <w:bCs/>
          <w:i/>
          <w:iCs/>
          <w:sz w:val="24"/>
          <w:szCs w:val="24"/>
        </w:rPr>
        <w:t>Instruzione per li scalini delle capelle che al presente si faranno di legnio</w:t>
      </w:r>
      <w:r w:rsidR="00000000">
        <w:rPr>
          <w:i/>
          <w:iCs/>
          <w:sz w:val="24"/>
          <w:szCs w:val="24"/>
        </w:rPr>
        <w:pict w14:anchorId="64743BAD">
          <v:rect id="_x0000_i1618" style="width:0;height:1.5pt" o:hralign="center" o:hrstd="t" o:hr="t" fillcolor="#a0a0a0" stroked="f"/>
        </w:pict>
      </w:r>
    </w:p>
    <w:p w14:paraId="703A9C55" w14:textId="0F3307DB" w:rsidR="006D6D34" w:rsidRPr="005B5692" w:rsidRDefault="006D6D34" w:rsidP="00883B77">
      <w:pPr>
        <w:jc w:val="both"/>
        <w:rPr>
          <w:i/>
          <w:iCs/>
          <w:sz w:val="24"/>
          <w:szCs w:val="24"/>
        </w:rPr>
      </w:pPr>
      <w:r w:rsidRPr="005B5692">
        <w:rPr>
          <w:i/>
          <w:iCs/>
          <w:sz w:val="24"/>
          <w:szCs w:val="24"/>
        </w:rPr>
        <w:t>Li scalini saranno di pietra di gassino lustrati con il suo cordone quadrato e nella faccia la gola secondo dimostra la sacoma e secondo il disegnio che dimostra questi ovvero le lungezze saranno nelli cantaboni e della più lunge che saranno possibile il tutto ben comesso asieme e che la sacoma come senza nesun avanzamento in piano perfetto e 2° il disegnio che darà l’architetto.</w:t>
      </w:r>
    </w:p>
    <w:p w14:paraId="13AA5740" w14:textId="0074C3E4" w:rsidR="006D6D34" w:rsidRDefault="006D6D34" w:rsidP="00883B77">
      <w:pPr>
        <w:jc w:val="both"/>
        <w:rPr>
          <w:i/>
          <w:iCs/>
          <w:sz w:val="24"/>
          <w:szCs w:val="24"/>
        </w:rPr>
      </w:pPr>
      <w:r w:rsidRPr="005B5692">
        <w:rPr>
          <w:i/>
          <w:iCs/>
          <w:sz w:val="24"/>
          <w:szCs w:val="24"/>
        </w:rPr>
        <w:t>S’averte che il colore sia al più che si possa ugguagiato e che non ci siano taselli al cordone o vero in parte in faccia che facci o fornita il tutto a opera conlaudata saranno tenuti di condurlle e metterllo in opera il tutto a opera finita.</w:t>
      </w:r>
      <w:r w:rsidR="00073960" w:rsidRPr="00073960">
        <w:rPr>
          <w:i/>
          <w:iCs/>
          <w:sz w:val="24"/>
          <w:szCs w:val="24"/>
        </w:rPr>
        <w:t xml:space="preserve"> </w:t>
      </w:r>
      <w:r w:rsidR="00000000">
        <w:rPr>
          <w:i/>
          <w:iCs/>
          <w:sz w:val="24"/>
          <w:szCs w:val="24"/>
        </w:rPr>
        <w:pict w14:anchorId="63AFFEDC">
          <v:rect id="_x0000_i1619" style="width:0;height:1.5pt" o:hralign="center" o:hrstd="t" o:hr="t" fillcolor="#a0a0a0" stroked="f"/>
        </w:pict>
      </w:r>
    </w:p>
    <w:p w14:paraId="55D15AC4" w14:textId="35E833F0" w:rsidR="00073960" w:rsidRPr="00073960" w:rsidRDefault="00073960" w:rsidP="00073960">
      <w:pPr>
        <w:jc w:val="right"/>
        <w:rPr>
          <w:b/>
          <w:bCs/>
          <w:i/>
          <w:iCs/>
          <w:sz w:val="24"/>
          <w:szCs w:val="24"/>
        </w:rPr>
      </w:pPr>
      <w:r w:rsidRPr="00073960">
        <w:rPr>
          <w:b/>
          <w:bCs/>
          <w:i/>
          <w:iCs/>
          <w:sz w:val="24"/>
          <w:szCs w:val="24"/>
        </w:rPr>
        <w:t>Non autografa e non datata</w:t>
      </w:r>
      <w:r w:rsidR="00000000">
        <w:rPr>
          <w:i/>
          <w:iCs/>
          <w:sz w:val="24"/>
          <w:szCs w:val="24"/>
        </w:rPr>
        <w:pict w14:anchorId="01BC752F">
          <v:rect id="_x0000_i1620" style="width:0;height:1.5pt" o:hralign="center" o:hrstd="t" o:hr="t" fillcolor="#a0a0a0" stroked="f"/>
        </w:pict>
      </w:r>
    </w:p>
    <w:p w14:paraId="3D619A84" w14:textId="49CE6583" w:rsidR="006D6D34" w:rsidRPr="00073960" w:rsidRDefault="00073960" w:rsidP="00883B77">
      <w:pPr>
        <w:jc w:val="both"/>
        <w:rPr>
          <w:sz w:val="24"/>
          <w:szCs w:val="24"/>
        </w:rPr>
      </w:pPr>
      <w:r w:rsidRPr="00073960">
        <w:rPr>
          <w:sz w:val="24"/>
          <w:szCs w:val="24"/>
        </w:rPr>
        <w:t>Archivio di Stato di Torino | Sezioni Riunite | Ministero della guerra | Azienda generale di fabbriche e fortificazioni (1733-1797) già Azienda generale d'artiglieria, fabbriche e fortificazioni (1717-1733) | Contratti fortificazioni | Mazzo 8 (1721) | p</w:t>
      </w:r>
      <w:r w:rsidR="006D6D34" w:rsidRPr="00073960">
        <w:rPr>
          <w:sz w:val="24"/>
          <w:szCs w:val="24"/>
        </w:rPr>
        <w:t>rima del fol. 13</w:t>
      </w:r>
      <w:r w:rsidRPr="00073960">
        <w:rPr>
          <w:sz w:val="24"/>
          <w:szCs w:val="24"/>
        </w:rPr>
        <w:t>1.</w:t>
      </w:r>
    </w:p>
    <w:p w14:paraId="6F4095EF" w14:textId="77777777" w:rsidR="006D6D34" w:rsidRPr="005B5692" w:rsidRDefault="006D6D34" w:rsidP="00883B77">
      <w:pPr>
        <w:jc w:val="both"/>
        <w:rPr>
          <w:i/>
          <w:iCs/>
          <w:sz w:val="24"/>
          <w:szCs w:val="24"/>
        </w:rPr>
      </w:pPr>
    </w:p>
    <w:p w14:paraId="3A9CF1DA" w14:textId="77777777" w:rsidR="00252E3D" w:rsidRDefault="00252E3D" w:rsidP="00252E3D">
      <w:pPr>
        <w:jc w:val="center"/>
        <w:rPr>
          <w:i/>
          <w:iCs/>
          <w:sz w:val="24"/>
          <w:szCs w:val="24"/>
        </w:rPr>
      </w:pPr>
      <w:r w:rsidRPr="005B5692">
        <w:rPr>
          <w:b/>
          <w:bCs/>
          <w:i/>
          <w:iCs/>
          <w:sz w:val="24"/>
          <w:szCs w:val="24"/>
        </w:rPr>
        <w:t>Titolo non presente</w:t>
      </w:r>
      <w:r>
        <w:rPr>
          <w:b/>
          <w:bCs/>
          <w:i/>
          <w:iCs/>
          <w:sz w:val="24"/>
          <w:szCs w:val="24"/>
        </w:rPr>
        <w:t xml:space="preserve"> e data mancante</w:t>
      </w:r>
      <w:r w:rsidR="00000000">
        <w:rPr>
          <w:i/>
          <w:iCs/>
          <w:sz w:val="24"/>
          <w:szCs w:val="24"/>
        </w:rPr>
        <w:pict w14:anchorId="7D8A3840">
          <v:rect id="_x0000_i1621" style="width:0;height:1.5pt" o:hralign="center" o:hrstd="t" o:hr="t" fillcolor="#a0a0a0" stroked="f"/>
        </w:pict>
      </w:r>
    </w:p>
    <w:p w14:paraId="6CF32ECF" w14:textId="2BBBC346" w:rsidR="006D6D34" w:rsidRPr="005B5692" w:rsidRDefault="006D6D34" w:rsidP="00883B77">
      <w:pPr>
        <w:jc w:val="both"/>
        <w:rPr>
          <w:i/>
          <w:iCs/>
          <w:sz w:val="24"/>
          <w:szCs w:val="24"/>
        </w:rPr>
      </w:pPr>
      <w:r w:rsidRPr="005B5692">
        <w:rPr>
          <w:i/>
          <w:iCs/>
          <w:sz w:val="24"/>
          <w:szCs w:val="24"/>
        </w:rPr>
        <w:t>Questi balaustri saranno in 4° pezzi di bona terra ben cotti e dati di biancho al foro il tutto 2° la sacoma di legnio che si darà e il detto disegnio con numeri.</w:t>
      </w:r>
    </w:p>
    <w:p w14:paraId="28482A24" w14:textId="450B4BD1" w:rsidR="006D6D34" w:rsidRPr="005B5692" w:rsidRDefault="006D6D34" w:rsidP="00883B77">
      <w:pPr>
        <w:jc w:val="both"/>
        <w:rPr>
          <w:i/>
          <w:iCs/>
          <w:sz w:val="24"/>
          <w:szCs w:val="24"/>
        </w:rPr>
      </w:pPr>
      <w:r w:rsidRPr="005B5692">
        <w:rPr>
          <w:i/>
          <w:iCs/>
          <w:sz w:val="24"/>
          <w:szCs w:val="24"/>
        </w:rPr>
        <w:t>La quantità 100 in circa.</w:t>
      </w:r>
      <w:r w:rsidR="00252E3D" w:rsidRPr="00252E3D">
        <w:rPr>
          <w:i/>
          <w:iCs/>
          <w:sz w:val="24"/>
          <w:szCs w:val="24"/>
        </w:rPr>
        <w:t xml:space="preserve"> </w:t>
      </w:r>
      <w:r w:rsidR="00000000">
        <w:rPr>
          <w:i/>
          <w:iCs/>
          <w:sz w:val="24"/>
          <w:szCs w:val="24"/>
        </w:rPr>
        <w:pict w14:anchorId="28C2E7A5">
          <v:rect id="_x0000_i1622" style="width:0;height:1.5pt" o:hralign="center" o:hrstd="t" o:hr="t" fillcolor="#a0a0a0" stroked="f"/>
        </w:pict>
      </w:r>
    </w:p>
    <w:p w14:paraId="02F9C6D4" w14:textId="7CAA7977" w:rsidR="006D6D34" w:rsidRPr="005B5692" w:rsidRDefault="006D6D34" w:rsidP="00252E3D">
      <w:pPr>
        <w:jc w:val="right"/>
        <w:rPr>
          <w:i/>
          <w:iCs/>
          <w:sz w:val="24"/>
          <w:szCs w:val="24"/>
        </w:rPr>
      </w:pPr>
      <w:r w:rsidRPr="005B5692">
        <w:rPr>
          <w:i/>
          <w:iCs/>
          <w:sz w:val="24"/>
          <w:szCs w:val="24"/>
        </w:rPr>
        <w:t>Cavaliere Don Filippo Juvarra</w:t>
      </w:r>
      <w:r w:rsidR="00000000">
        <w:rPr>
          <w:i/>
          <w:iCs/>
          <w:sz w:val="24"/>
          <w:szCs w:val="24"/>
        </w:rPr>
        <w:pict w14:anchorId="703D59C9">
          <v:rect id="_x0000_i1623" style="width:0;height:1.5pt" o:hralign="center" o:hrstd="t" o:hr="t" fillcolor="#a0a0a0" stroked="f"/>
        </w:pict>
      </w:r>
    </w:p>
    <w:p w14:paraId="6D18204F" w14:textId="69F043DC" w:rsidR="005A75CA" w:rsidRDefault="00252E3D" w:rsidP="00252E3D">
      <w:pPr>
        <w:jc w:val="both"/>
        <w:rPr>
          <w:sz w:val="24"/>
          <w:szCs w:val="24"/>
        </w:rPr>
      </w:pPr>
      <w:r w:rsidRPr="00252E3D">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9 (1712-1723) | fol. 241.</w:t>
      </w:r>
    </w:p>
    <w:p w14:paraId="6BEA415A" w14:textId="77777777" w:rsidR="00C45D21" w:rsidRDefault="00C45D21" w:rsidP="00C45D21">
      <w:pPr>
        <w:rPr>
          <w:sz w:val="24"/>
          <w:szCs w:val="24"/>
        </w:rPr>
      </w:pPr>
    </w:p>
    <w:p w14:paraId="0A2F6BA0" w14:textId="77777777" w:rsidR="00C45D21" w:rsidRDefault="00C45D21" w:rsidP="00C45D21">
      <w:pPr>
        <w:rPr>
          <w:sz w:val="24"/>
          <w:szCs w:val="24"/>
        </w:rPr>
      </w:pPr>
    </w:p>
    <w:p w14:paraId="3D9B75EC" w14:textId="77777777" w:rsidR="00C45D21" w:rsidRDefault="00C45D21" w:rsidP="00C45D21">
      <w:pPr>
        <w:rPr>
          <w:sz w:val="24"/>
          <w:szCs w:val="24"/>
        </w:rPr>
      </w:pPr>
    </w:p>
    <w:p w14:paraId="12691AC7" w14:textId="77777777" w:rsidR="00C45D21" w:rsidRDefault="00C45D21" w:rsidP="00C45D21">
      <w:pPr>
        <w:rPr>
          <w:sz w:val="24"/>
          <w:szCs w:val="24"/>
        </w:rPr>
      </w:pPr>
    </w:p>
    <w:p w14:paraId="7CAFD37C" w14:textId="1007B2F5" w:rsidR="00322AC4" w:rsidRPr="00322AC4" w:rsidRDefault="00D3662C" w:rsidP="00C45D21">
      <w:pPr>
        <w:rPr>
          <w:b/>
          <w:bCs/>
          <w:sz w:val="24"/>
          <w:szCs w:val="24"/>
        </w:rPr>
      </w:pPr>
      <w:r w:rsidRPr="00322AC4">
        <w:rPr>
          <w:b/>
          <w:bCs/>
          <w:sz w:val="24"/>
          <w:szCs w:val="24"/>
        </w:rPr>
        <w:t>Instruzione per li lavori da farsi per terminazione degli officini nel piano di sotto nella Real Fabricha di Soperga in questo anno 1731</w:t>
      </w:r>
      <w:r w:rsidR="001126D5">
        <w:rPr>
          <w:rStyle w:val="Rimandonotaapidipagina"/>
          <w:sz w:val="24"/>
          <w:szCs w:val="24"/>
        </w:rPr>
        <w:footnoteReference w:id="16"/>
      </w:r>
      <w:r w:rsidR="00322AC4">
        <w:rPr>
          <w:i/>
          <w:iCs/>
          <w:sz w:val="24"/>
          <w:szCs w:val="24"/>
        </w:rPr>
        <w:pict w14:anchorId="00513EBA">
          <v:rect id="_x0000_i1709" style="width:0;height:1.5pt" o:hralign="center" o:hrstd="t" o:hr="t" fillcolor="#a0a0a0" stroked="f"/>
        </w:pict>
      </w:r>
    </w:p>
    <w:p w14:paraId="19AE060A" w14:textId="77777777" w:rsidR="001126D5" w:rsidRPr="001126D5" w:rsidRDefault="001126D5" w:rsidP="001126D5">
      <w:pPr>
        <w:jc w:val="both"/>
        <w:rPr>
          <w:sz w:val="24"/>
          <w:szCs w:val="24"/>
        </w:rPr>
      </w:pPr>
      <w:r w:rsidRPr="001126D5">
        <w:rPr>
          <w:sz w:val="24"/>
          <w:szCs w:val="24"/>
        </w:rPr>
        <w:t>I detti lavori saranno fatti i primi, acciò si possa abbitare nel tempo che S.a M.a si degni comandare che si incominci ad oficiare che credo possa esser presto.</w:t>
      </w:r>
    </w:p>
    <w:p w14:paraId="442A7F88" w14:textId="77777777" w:rsidR="001126D5" w:rsidRPr="001126D5" w:rsidRDefault="001126D5" w:rsidP="001126D5">
      <w:pPr>
        <w:jc w:val="both"/>
        <w:rPr>
          <w:sz w:val="24"/>
          <w:szCs w:val="24"/>
        </w:rPr>
      </w:pPr>
      <w:r w:rsidRPr="001126D5">
        <w:rPr>
          <w:sz w:val="24"/>
          <w:szCs w:val="24"/>
        </w:rPr>
        <w:t>Non si pole fare nesun detaglio per motivo che ove anderà situato il forno, la panetaria e divisione di grotte, legniara e altri comodi saranno ordinati da chi si degnerà mandare S.a M.a a vedere.</w:t>
      </w:r>
    </w:p>
    <w:p w14:paraId="2D6B4C57" w14:textId="1F635F6A" w:rsidR="001126D5" w:rsidRPr="001126D5" w:rsidRDefault="001126D5" w:rsidP="001126D5">
      <w:pPr>
        <w:jc w:val="both"/>
        <w:rPr>
          <w:sz w:val="24"/>
          <w:szCs w:val="24"/>
        </w:rPr>
      </w:pPr>
      <w:r w:rsidRPr="001126D5">
        <w:rPr>
          <w:sz w:val="24"/>
          <w:szCs w:val="24"/>
        </w:rPr>
        <w:t>Con tutto ciò son di parere che V.a E.a possa ordinare al S.r Intendente Generale che potrà dare i partiti mentre caderanno detti comodi ai sotto scritti capi, per la spesa vi è il calculo in massa di L. 4300 che gudico che suplirà a quello che si deve fare in detti comodi ideati a presso e poco da me. Se poi è necessario sapere ogni minima cosa in distinto, oltre che resta imposibile, si cercherà di darsi quando sarà fatta la visita per ordinare detti comodi.</w:t>
      </w:r>
    </w:p>
    <w:p w14:paraId="085C6779" w14:textId="22B0AB0E" w:rsidR="001126D5" w:rsidRPr="001126D5" w:rsidRDefault="001126D5" w:rsidP="001126D5">
      <w:pPr>
        <w:jc w:val="both"/>
        <w:rPr>
          <w:sz w:val="24"/>
          <w:szCs w:val="24"/>
        </w:rPr>
      </w:pPr>
      <w:r w:rsidRPr="001126D5">
        <w:rPr>
          <w:sz w:val="24"/>
          <w:szCs w:val="24"/>
        </w:rPr>
        <w:t xml:space="preserve">Primo capo – Fattura di moraglie </w:t>
      </w:r>
      <w:r>
        <w:rPr>
          <w:sz w:val="24"/>
          <w:szCs w:val="24"/>
        </w:rPr>
        <w:t>2°</w:t>
      </w:r>
      <w:r w:rsidRPr="001126D5">
        <w:rPr>
          <w:sz w:val="24"/>
          <w:szCs w:val="24"/>
        </w:rPr>
        <w:t xml:space="preserve"> l’istruzione dell’altri per la scala della facciata e pozzo inazi la chiesa li stesso partito abbraccia tutti i lavori di muro.</w:t>
      </w:r>
    </w:p>
    <w:p w14:paraId="5BFA3378" w14:textId="730B3188" w:rsidR="001126D5" w:rsidRPr="001126D5" w:rsidRDefault="001126D5" w:rsidP="001126D5">
      <w:pPr>
        <w:jc w:val="both"/>
        <w:rPr>
          <w:sz w:val="24"/>
          <w:szCs w:val="24"/>
        </w:rPr>
      </w:pPr>
      <w:r>
        <w:rPr>
          <w:sz w:val="24"/>
          <w:szCs w:val="24"/>
        </w:rPr>
        <w:t>2°</w:t>
      </w:r>
      <w:r w:rsidRPr="001126D5">
        <w:rPr>
          <w:sz w:val="24"/>
          <w:szCs w:val="24"/>
        </w:rPr>
        <w:t xml:space="preserve"> – Del istessa maniera corre le voltte.</w:t>
      </w:r>
    </w:p>
    <w:p w14:paraId="28956A5F" w14:textId="0FBEBE77" w:rsidR="001126D5" w:rsidRPr="001126D5" w:rsidRDefault="001126D5" w:rsidP="001126D5">
      <w:pPr>
        <w:jc w:val="both"/>
        <w:rPr>
          <w:sz w:val="24"/>
          <w:szCs w:val="24"/>
        </w:rPr>
      </w:pPr>
      <w:r>
        <w:rPr>
          <w:sz w:val="24"/>
          <w:szCs w:val="24"/>
        </w:rPr>
        <w:t>3°</w:t>
      </w:r>
      <w:r w:rsidRPr="001126D5">
        <w:rPr>
          <w:sz w:val="24"/>
          <w:szCs w:val="24"/>
        </w:rPr>
        <w:t xml:space="preserve"> – Stabilitura o riciatura secondo l’istruzione che parla d’altri lavori che fatti in un luogo o in un altro sono l’istessi.</w:t>
      </w:r>
    </w:p>
    <w:p w14:paraId="071E87F2" w14:textId="20B1FFC7" w:rsidR="001126D5" w:rsidRPr="001126D5" w:rsidRDefault="001126D5" w:rsidP="001126D5">
      <w:pPr>
        <w:jc w:val="both"/>
        <w:rPr>
          <w:sz w:val="24"/>
          <w:szCs w:val="24"/>
        </w:rPr>
      </w:pPr>
      <w:r>
        <w:rPr>
          <w:sz w:val="24"/>
          <w:szCs w:val="24"/>
        </w:rPr>
        <w:t>4°</w:t>
      </w:r>
      <w:r w:rsidRPr="001126D5">
        <w:rPr>
          <w:sz w:val="24"/>
          <w:szCs w:val="24"/>
        </w:rPr>
        <w:t xml:space="preserve"> – Sterniti di quadrettoni, o di mattoni rustici il Capo e instruzione per quelli della Chiesa potrà abbracciare tutti l’altri della fabricha.</w:t>
      </w:r>
    </w:p>
    <w:p w14:paraId="395202B1" w14:textId="60FD64A0" w:rsidR="001126D5" w:rsidRDefault="001126D5" w:rsidP="001126D5">
      <w:pPr>
        <w:jc w:val="both"/>
        <w:rPr>
          <w:sz w:val="24"/>
          <w:szCs w:val="24"/>
        </w:rPr>
      </w:pPr>
      <w:r>
        <w:rPr>
          <w:sz w:val="24"/>
          <w:szCs w:val="24"/>
        </w:rPr>
        <w:t>5°</w:t>
      </w:r>
      <w:r w:rsidRPr="001126D5">
        <w:rPr>
          <w:sz w:val="24"/>
          <w:szCs w:val="24"/>
        </w:rPr>
        <w:t xml:space="preserve"> – Per mettere le seraglie in opera veda l’istruzione del muratore che ci sarà.</w:t>
      </w:r>
    </w:p>
    <w:p w14:paraId="4B64DE4D" w14:textId="77777777" w:rsidR="001126D5" w:rsidRPr="001126D5" w:rsidRDefault="001126D5" w:rsidP="001126D5">
      <w:pPr>
        <w:jc w:val="center"/>
        <w:rPr>
          <w:sz w:val="24"/>
          <w:szCs w:val="24"/>
        </w:rPr>
      </w:pPr>
      <w:r w:rsidRPr="001126D5">
        <w:rPr>
          <w:sz w:val="24"/>
          <w:szCs w:val="24"/>
        </w:rPr>
        <w:t>Per il Mastro da Bosco o Minusiero per le porte e finestre, e chiasili per il piano delli Ofocini</w:t>
      </w:r>
    </w:p>
    <w:p w14:paraId="77B11C8A" w14:textId="77777777" w:rsidR="001126D5" w:rsidRPr="001126D5" w:rsidRDefault="001126D5" w:rsidP="001126D5">
      <w:pPr>
        <w:jc w:val="both"/>
        <w:rPr>
          <w:sz w:val="24"/>
          <w:szCs w:val="24"/>
        </w:rPr>
      </w:pPr>
      <w:r w:rsidRPr="001126D5">
        <w:rPr>
          <w:sz w:val="24"/>
          <w:szCs w:val="24"/>
        </w:rPr>
        <w:t>Capo primo - Faranno tutti i chiasili di legniame di rovere con sue traverse senza cornice ma con li suoi listelli per verere della grandezza ordinaria con suoi voletti simili a tutta perfezione e bontà, e questi si opreranno in quattro voletti. Vi saranno le sue seraglie di legnio di rovere e panelli d'alberone, tutti in un pezzo a semblaggio che siano di grosezza oncia una in circha.</w:t>
      </w:r>
    </w:p>
    <w:p w14:paraId="60A0E1E7" w14:textId="77777777" w:rsidR="001126D5" w:rsidRPr="001126D5" w:rsidRDefault="001126D5" w:rsidP="001126D5">
      <w:pPr>
        <w:jc w:val="both"/>
        <w:rPr>
          <w:sz w:val="24"/>
          <w:szCs w:val="24"/>
        </w:rPr>
      </w:pPr>
      <w:r w:rsidRPr="001126D5">
        <w:rPr>
          <w:sz w:val="24"/>
          <w:szCs w:val="24"/>
        </w:rPr>
        <w:t>Prenderanno le misure alle finestre gia fatte la quantità secondo gli sarà ordinato sul posto.</w:t>
      </w:r>
    </w:p>
    <w:p w14:paraId="170739DB" w14:textId="714DAB07" w:rsidR="001126D5" w:rsidRPr="001126D5" w:rsidRDefault="001126D5" w:rsidP="001126D5">
      <w:pPr>
        <w:jc w:val="both"/>
        <w:rPr>
          <w:sz w:val="24"/>
          <w:szCs w:val="24"/>
        </w:rPr>
      </w:pPr>
      <w:r w:rsidRPr="001126D5">
        <w:rPr>
          <w:sz w:val="24"/>
          <w:szCs w:val="24"/>
        </w:rPr>
        <w:lastRenderedPageBreak/>
        <w:t xml:space="preserve">Capo </w:t>
      </w:r>
      <w:r>
        <w:rPr>
          <w:sz w:val="24"/>
          <w:szCs w:val="24"/>
        </w:rPr>
        <w:t>2°.</w:t>
      </w:r>
      <w:r w:rsidRPr="001126D5">
        <w:rPr>
          <w:sz w:val="24"/>
          <w:szCs w:val="24"/>
        </w:rPr>
        <w:t xml:space="preserve"> Porte ordinarie investiti e incanalite e saranno inchiodati a quadretti con chiodi di suficiente grosezza e longezza, sotto vi sarà la sua traversa di un asso di rovere il tutto fatto di legniame d'albero e alberone della misura la più grande di onz. 28 di largezza e altezza piedi quattro e oncie 8. L'altri più piccoli o più grandi saranno pagati e misurate a proporzione.</w:t>
      </w:r>
    </w:p>
    <w:p w14:paraId="0B433F5C" w14:textId="4CB06436" w:rsidR="001126D5" w:rsidRPr="001126D5" w:rsidRDefault="001126D5" w:rsidP="001126D5">
      <w:pPr>
        <w:jc w:val="both"/>
        <w:rPr>
          <w:sz w:val="24"/>
          <w:szCs w:val="24"/>
        </w:rPr>
      </w:pPr>
      <w:r w:rsidRPr="001126D5">
        <w:rPr>
          <w:sz w:val="24"/>
          <w:szCs w:val="24"/>
        </w:rPr>
        <w:t xml:space="preserve">Capo </w:t>
      </w:r>
      <w:r>
        <w:rPr>
          <w:sz w:val="24"/>
          <w:szCs w:val="24"/>
        </w:rPr>
        <w:t>3°.</w:t>
      </w:r>
      <w:r w:rsidRPr="001126D5">
        <w:rPr>
          <w:sz w:val="24"/>
          <w:szCs w:val="24"/>
        </w:rPr>
        <w:t xml:space="preserve"> Vi sarà la porta grande verso mezo giorno e sarà investita tutta nella parte di fuori di assi di rovere e sua fodera d'alberone bene inchiodata a quadretti con chiodi di suficiente longezza e grosezza e saranno l'assi investiti al meno meza oncia.</w:t>
      </w:r>
    </w:p>
    <w:p w14:paraId="2DE253C3" w14:textId="77777777" w:rsidR="001126D5" w:rsidRDefault="001126D5" w:rsidP="001126D5">
      <w:pPr>
        <w:jc w:val="both"/>
        <w:rPr>
          <w:sz w:val="24"/>
          <w:szCs w:val="24"/>
        </w:rPr>
      </w:pPr>
      <w:r w:rsidRPr="001126D5">
        <w:rPr>
          <w:sz w:val="24"/>
          <w:szCs w:val="24"/>
        </w:rPr>
        <w:t>L'impresario sarà obligato prendere le misure di qual si sia vano, e fare andare a caduna apertura la sua seraglia a perfezione il tutto di legniame staggionato a opera conlaudata.</w:t>
      </w:r>
    </w:p>
    <w:p w14:paraId="646BCDED" w14:textId="0E50A70C" w:rsidR="00322AC4" w:rsidRPr="001126D5" w:rsidRDefault="00322AC4" w:rsidP="001126D5">
      <w:pPr>
        <w:jc w:val="both"/>
        <w:rPr>
          <w:sz w:val="24"/>
          <w:szCs w:val="24"/>
        </w:rPr>
      </w:pPr>
      <w:r>
        <w:rPr>
          <w:i/>
          <w:iCs/>
          <w:sz w:val="24"/>
          <w:szCs w:val="24"/>
        </w:rPr>
        <w:pict w14:anchorId="16C7E95F">
          <v:rect id="_x0000_i1710" style="width:0;height:1.5pt" o:hralign="center" o:hrstd="t" o:hr="t" fillcolor="#a0a0a0" stroked="f"/>
        </w:pict>
      </w:r>
    </w:p>
    <w:p w14:paraId="1ECE001C" w14:textId="024AAE1F" w:rsidR="00A30743" w:rsidRPr="00C45D21" w:rsidRDefault="001126D5" w:rsidP="00252E3D">
      <w:pPr>
        <w:jc w:val="both"/>
        <w:rPr>
          <w:sz w:val="24"/>
          <w:szCs w:val="24"/>
        </w:rPr>
      </w:pPr>
      <w:r w:rsidRPr="001126D5">
        <w:rPr>
          <w:sz w:val="24"/>
          <w:szCs w:val="24"/>
        </w:rPr>
        <w:t>AST, Mf, vol. 1, 1731, fol. 13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