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870A7" w14:textId="77777777" w:rsidR="001D1F42" w:rsidRDefault="001D1F42" w:rsidP="001D1F42">
      <w:pPr>
        <w:jc w:val="both"/>
        <w:rPr>
          <w:i/>
          <w:iCs/>
          <w:sz w:val="24"/>
          <w:szCs w:val="24"/>
        </w:rPr>
      </w:pPr>
      <w:r>
        <w:rPr>
          <w:i/>
          <w:iCs/>
          <w:sz w:val="24"/>
          <w:szCs w:val="24"/>
        </w:rPr>
        <w:t>La detta muraglia di mattoni sarà composta di bona calcina forte di Soperga e sabia pasata sotile alla griglia di Soronda la più perfetta e prima aprovata dall sopra stante e di mattoni ben cotti della grosezza solita di onze 1 ½ longezza onze 3 o longezza onze 6 la quale muraglia sarà lavorata sotilmente in calcina non pasando al più il 3° d’onza altre volte detto fra un mattone e l’altro e saranno tenuti di fare li voltini, sordini, archi, archoni, e tutti li spigoli o angoli saranno perfettamente a piombo e li corsini in piano perfetto et in ogni 3e corsi la sua calcinata per tutta la grosezza della muraglia.</w:t>
      </w:r>
    </w:p>
    <w:p w14:paraId="19B9E09C" w14:textId="3D3B5FB4" w:rsidR="001D1F42" w:rsidRDefault="001D1F42" w:rsidP="001D1F42">
      <w:pPr>
        <w:jc w:val="both"/>
        <w:rPr>
          <w:i/>
          <w:iCs/>
          <w:sz w:val="24"/>
          <w:szCs w:val="24"/>
        </w:rPr>
      </w:pPr>
      <w:r>
        <w:rPr>
          <w:i/>
          <w:iCs/>
          <w:sz w:val="24"/>
          <w:szCs w:val="24"/>
        </w:rPr>
        <w:t>Saranno tenuti di mettere li radici con suoi bolzoni e chiavi di ferro o staffe e bene inchiodarlli e dove saranno fornelli mettere delle lame che tutta detta feramenta ci sarà provista dall Emo. uficio delle fabriche si Sa. Ma. saranno obligati di bagniare a matton coperto nelli cebri come anche sopra i pontaggi nell alto dell lavoro e i detti pontaggi saranno a conto dell impresario come parimente le brubine o altre cose necesarie per lavare le apiombature di qual si sia spicolo, lesena, angolo saranno inchise nella misura delle muraglie le quali saranno ben scagiate e imbocate e tantto retti che centinate e paseranno la calcina alla griglia per essere ben sotile lavorata e a opera conlaudata.</w:t>
      </w:r>
    </w:p>
    <w:p w14:paraId="1FB2F79E" w14:textId="77777777" w:rsidR="001D1F42" w:rsidRDefault="001D1F42" w:rsidP="001D1F42">
      <w:pPr>
        <w:jc w:val="center"/>
        <w:rPr>
          <w:i/>
          <w:iCs/>
          <w:sz w:val="24"/>
          <w:szCs w:val="24"/>
        </w:rPr>
      </w:pPr>
      <w:r>
        <w:rPr>
          <w:i/>
          <w:iCs/>
          <w:sz w:val="24"/>
          <w:szCs w:val="24"/>
        </w:rPr>
        <w:t>Volte con suoi centini</w:t>
      </w:r>
    </w:p>
    <w:p w14:paraId="2838EE4B" w14:textId="23FCD57A" w:rsidR="001D1F42" w:rsidRDefault="001D1F42" w:rsidP="001D1F42">
      <w:pPr>
        <w:jc w:val="both"/>
        <w:rPr>
          <w:i/>
          <w:iCs/>
          <w:sz w:val="24"/>
          <w:szCs w:val="24"/>
        </w:rPr>
      </w:pPr>
      <w:r>
        <w:rPr>
          <w:i/>
          <w:iCs/>
          <w:sz w:val="24"/>
          <w:szCs w:val="24"/>
        </w:rPr>
        <w:t>Le volte saranno di mattoni ben cotti e di tutta perfezione e lavorati sotilmente in calcina e dette volte saranno a botte a crocera a vela a padiglione con lonette o intici e lisce e saranno tenuti di fare le sue fascie più grosse o di 9 onze e 2° la grosezza che determinerà l’architetto di bona calcina forte di soperga e pasata alla griglia sotile.</w:t>
      </w:r>
    </w:p>
    <w:p w14:paraId="664D1A71" w14:textId="034DEF97" w:rsidR="001D1F42" w:rsidRDefault="001D1F42" w:rsidP="001D1F42">
      <w:pPr>
        <w:jc w:val="both"/>
        <w:rPr>
          <w:i/>
          <w:iCs/>
          <w:sz w:val="24"/>
          <w:szCs w:val="24"/>
        </w:rPr>
      </w:pPr>
      <w:r>
        <w:rPr>
          <w:i/>
          <w:iCs/>
          <w:sz w:val="24"/>
          <w:szCs w:val="24"/>
        </w:rPr>
        <w:t>Li centini saranno doppie dove la volta è grande e semplici dove è piccola a tutta perfezione fatti cioè perfette senza di fetto alcuno e faranno le sue armature e la grande della Orangeria e scoderia sarà armata e venata in solo 3e volte acciò non facci nesuna gobba ma corra a fili perfetto.</w:t>
      </w:r>
    </w:p>
    <w:p w14:paraId="278F1F1E" w14:textId="550F5500" w:rsidR="001D1F42" w:rsidRDefault="001D1F42" w:rsidP="001D1F42">
      <w:pPr>
        <w:jc w:val="both"/>
        <w:rPr>
          <w:i/>
          <w:iCs/>
          <w:sz w:val="24"/>
          <w:szCs w:val="24"/>
        </w:rPr>
      </w:pPr>
      <w:r>
        <w:rPr>
          <w:i/>
          <w:iCs/>
          <w:sz w:val="24"/>
          <w:szCs w:val="24"/>
        </w:rPr>
        <w:lastRenderedPageBreak/>
        <w:t xml:space="preserve">Li sproni saranno di muraglia ordinaria con sue cinte di mattoni di onze 8 fra una cinta e l’altra di bona calcina e sabia e in qualche parte dove sarà necesaria e ordinato dall architetto saranno fatti di mattoni. </w:t>
      </w:r>
    </w:p>
    <w:p w14:paraId="5BCD47CE" w14:textId="5A33FE13" w:rsidR="001D1F42" w:rsidRDefault="001D1F42" w:rsidP="001D1F42">
      <w:pPr>
        <w:jc w:val="both"/>
        <w:rPr>
          <w:i/>
          <w:iCs/>
          <w:sz w:val="24"/>
          <w:szCs w:val="24"/>
        </w:rPr>
      </w:pPr>
      <w:r>
        <w:rPr>
          <w:i/>
          <w:iCs/>
          <w:sz w:val="24"/>
          <w:szCs w:val="24"/>
        </w:rPr>
        <w:t>Sopra dette voltte ci saranno tramezzi di mattoni di onze 6 e di 3 o più grossi 2° determinerà l’architetto per comodo della famigia con sue scale di cima a fondo il tutto fatto di muraglie di mattone con le qualità sopra dette.</w:t>
      </w:r>
    </w:p>
    <w:p w14:paraId="456A979C" w14:textId="15CD69C0" w:rsidR="001D1F42" w:rsidRDefault="001D1F42" w:rsidP="001D1F42">
      <w:pPr>
        <w:jc w:val="both"/>
        <w:rPr>
          <w:i/>
          <w:iCs/>
          <w:sz w:val="24"/>
          <w:szCs w:val="24"/>
        </w:rPr>
      </w:pPr>
      <w:r>
        <w:rPr>
          <w:i/>
          <w:iCs/>
          <w:sz w:val="24"/>
          <w:szCs w:val="24"/>
        </w:rPr>
        <w:t>Saranno tenuti di mettere le chiave di ferro o a braca e di qual si sia maniera con lasciare li buchi che medesime farlle tiene a tutta forza e saranno messe in luogo necesario alla sodezza della volta con suoi bolzoni lasciare i suoi canali acciò non si vedino di fuori ma a filo delle muraglie.</w:t>
      </w:r>
    </w:p>
    <w:p w14:paraId="40F979ED" w14:textId="32BCBDC3" w:rsidR="001D1F42" w:rsidRDefault="001D1F42" w:rsidP="001D1F42">
      <w:pPr>
        <w:jc w:val="both"/>
        <w:rPr>
          <w:i/>
          <w:iCs/>
          <w:sz w:val="24"/>
          <w:szCs w:val="24"/>
        </w:rPr>
      </w:pPr>
      <w:r>
        <w:rPr>
          <w:i/>
          <w:iCs/>
          <w:sz w:val="24"/>
          <w:szCs w:val="24"/>
        </w:rPr>
        <w:t>Lasciano i buchi per mettere i travi o cavriate dell coperto o solari che si giudicherà necesario e faranno i pilastri per il coperto e canne di fornelli li quali saranno a galleria o braca di lupo e a sofietti o altra manera che si giudicherà necesario a detta fabrica faranno parimente le faciate de cunei di muragia di mattone.</w:t>
      </w:r>
    </w:p>
    <w:p w14:paraId="6808BD10" w14:textId="73945DB5" w:rsidR="001D1F42" w:rsidRDefault="001D1F42" w:rsidP="001D1F42">
      <w:pPr>
        <w:jc w:val="both"/>
        <w:rPr>
          <w:i/>
          <w:iCs/>
          <w:sz w:val="24"/>
          <w:szCs w:val="24"/>
        </w:rPr>
      </w:pPr>
      <w:r>
        <w:rPr>
          <w:i/>
          <w:iCs/>
          <w:sz w:val="24"/>
          <w:szCs w:val="24"/>
        </w:rPr>
        <w:t>L’ornamenti di cornice saranno a estimo e saranno fatti 2° il disegnio o sacoma che si darà e conforme ordinerà l’architetto.</w:t>
      </w:r>
    </w:p>
    <w:p w14:paraId="09027C42" w14:textId="77777777" w:rsidR="001D1F42" w:rsidRDefault="001D1F42" w:rsidP="001D1F42">
      <w:pPr>
        <w:jc w:val="center"/>
        <w:rPr>
          <w:i/>
          <w:iCs/>
          <w:sz w:val="24"/>
          <w:szCs w:val="24"/>
        </w:rPr>
      </w:pPr>
      <w:r>
        <w:rPr>
          <w:i/>
          <w:iCs/>
          <w:sz w:val="24"/>
          <w:szCs w:val="24"/>
        </w:rPr>
        <w:t>Stabiliture</w:t>
      </w:r>
    </w:p>
    <w:p w14:paraId="64CDE8E8" w14:textId="2310CA95" w:rsidR="001D1F42" w:rsidRDefault="001D1F42" w:rsidP="001D1F42">
      <w:pPr>
        <w:jc w:val="both"/>
        <w:rPr>
          <w:i/>
          <w:iCs/>
          <w:sz w:val="24"/>
          <w:szCs w:val="24"/>
        </w:rPr>
      </w:pPr>
      <w:r>
        <w:rPr>
          <w:i/>
          <w:iCs/>
          <w:sz w:val="24"/>
          <w:szCs w:val="24"/>
        </w:rPr>
        <w:t>Le stabiliture saranno parte di calcina forte e parte di calcina dolce. Le stabiliture esteriori saranno di calcina forte di Soperga e bona sabia granita senza adoprare gesso e le stabiliture istterne saranno fatti all’italiana con il suo rigone in ogni 3 piedi di distanza acciò venga perfetta e liscia senza nesuna gobba o infossamento e di calcina dolce di Soperga o di Rivara griggia e nelli spigoli di lesene o finestre o porte ci sarà il 3° di gesso ben tirati li spigoli a piombo perfetto sopra li voltini saranno obligati di mettere chiodi e spianarlli in piano il tutto con bon gesso e calcina.</w:t>
      </w:r>
    </w:p>
    <w:p w14:paraId="5290736C" w14:textId="78AC0A05" w:rsidR="001D1F42" w:rsidRDefault="001D1F42" w:rsidP="001D1F42">
      <w:pPr>
        <w:jc w:val="both"/>
        <w:rPr>
          <w:i/>
          <w:iCs/>
          <w:sz w:val="24"/>
          <w:szCs w:val="24"/>
        </w:rPr>
      </w:pPr>
      <w:r>
        <w:rPr>
          <w:i/>
          <w:iCs/>
          <w:sz w:val="24"/>
          <w:szCs w:val="24"/>
        </w:rPr>
        <w:t>Le cornice saranno liscie della sacoma che si darà e della grandezza cioè</w:t>
      </w:r>
    </w:p>
    <w:p w14:paraId="2E25580D" w14:textId="06E4F4E1" w:rsidR="001D1F42" w:rsidRDefault="001D1F42" w:rsidP="001D1F42">
      <w:pPr>
        <w:jc w:val="both"/>
        <w:rPr>
          <w:i/>
          <w:iCs/>
          <w:sz w:val="24"/>
          <w:szCs w:val="24"/>
        </w:rPr>
      </w:pPr>
      <w:r>
        <w:rPr>
          <w:i/>
          <w:iCs/>
          <w:sz w:val="24"/>
          <w:szCs w:val="24"/>
        </w:rPr>
        <w:t>di onze 3 sino a 6</w:t>
      </w:r>
    </w:p>
    <w:p w14:paraId="1BA82B79" w14:textId="78DEADD8" w:rsidR="001D1F42" w:rsidRDefault="001D1F42" w:rsidP="001D1F42">
      <w:pPr>
        <w:jc w:val="both"/>
        <w:rPr>
          <w:i/>
          <w:iCs/>
          <w:sz w:val="24"/>
          <w:szCs w:val="24"/>
        </w:rPr>
      </w:pPr>
      <w:r>
        <w:rPr>
          <w:i/>
          <w:iCs/>
          <w:sz w:val="24"/>
          <w:szCs w:val="24"/>
        </w:rPr>
        <w:t>di onze 6 sino a 9</w:t>
      </w:r>
    </w:p>
    <w:p w14:paraId="1D98934E" w14:textId="5E01DC36" w:rsidR="001D1F42" w:rsidRDefault="001D1F42" w:rsidP="001D1F42">
      <w:pPr>
        <w:jc w:val="both"/>
        <w:rPr>
          <w:i/>
          <w:iCs/>
          <w:sz w:val="24"/>
          <w:szCs w:val="24"/>
        </w:rPr>
      </w:pPr>
      <w:r>
        <w:rPr>
          <w:i/>
          <w:iCs/>
          <w:sz w:val="24"/>
          <w:szCs w:val="24"/>
        </w:rPr>
        <w:t>di onze 9 sino a 12</w:t>
      </w:r>
    </w:p>
    <w:p w14:paraId="0E366F39" w14:textId="1494068C" w:rsidR="001D1F42" w:rsidRDefault="001D1F42" w:rsidP="001D1F42">
      <w:pPr>
        <w:jc w:val="both"/>
        <w:rPr>
          <w:i/>
          <w:iCs/>
          <w:sz w:val="24"/>
          <w:szCs w:val="24"/>
        </w:rPr>
      </w:pPr>
      <w:r>
        <w:rPr>
          <w:i/>
          <w:iCs/>
          <w:sz w:val="24"/>
          <w:szCs w:val="24"/>
        </w:rPr>
        <w:t>di onze 12 sino a 18</w:t>
      </w:r>
    </w:p>
    <w:p w14:paraId="64D9AFB4" w14:textId="7B7BA696" w:rsidR="001D1F42" w:rsidRDefault="001D1F42" w:rsidP="001D1F42">
      <w:pPr>
        <w:jc w:val="both"/>
        <w:rPr>
          <w:i/>
          <w:iCs/>
          <w:sz w:val="24"/>
          <w:szCs w:val="24"/>
        </w:rPr>
      </w:pPr>
      <w:r>
        <w:rPr>
          <w:i/>
          <w:iCs/>
          <w:sz w:val="24"/>
          <w:szCs w:val="24"/>
        </w:rPr>
        <w:t>e del resto a proporzione se ce ne saranno onde</w:t>
      </w:r>
    </w:p>
    <w:p w14:paraId="2BF97271" w14:textId="0E85FCC9" w:rsidR="001D1F42" w:rsidRDefault="001D1F42" w:rsidP="001D1F42">
      <w:pPr>
        <w:jc w:val="both"/>
        <w:rPr>
          <w:i/>
          <w:iCs/>
          <w:sz w:val="24"/>
          <w:szCs w:val="24"/>
        </w:rPr>
      </w:pPr>
      <w:r>
        <w:rPr>
          <w:i/>
          <w:iCs/>
          <w:sz w:val="24"/>
          <w:szCs w:val="24"/>
        </w:rPr>
        <w:t>saranno obligati di fare l’angoli nelli risalti e dette cornice saranno di bona calcina e gesso e chiodi in qualche parte che sarà necesaria e s’intende tantto retti che semicircolari tantto in piano che nelle volte il tutto a opera conlaudata.</w:t>
      </w:r>
    </w:p>
    <w:p w14:paraId="2C804FA5" w14:textId="77777777" w:rsidR="001D1F42" w:rsidRDefault="001D1F42" w:rsidP="001D1F42">
      <w:pPr>
        <w:jc w:val="center"/>
        <w:rPr>
          <w:i/>
          <w:iCs/>
          <w:sz w:val="24"/>
          <w:szCs w:val="24"/>
        </w:rPr>
      </w:pPr>
      <w:r>
        <w:rPr>
          <w:i/>
          <w:iCs/>
          <w:sz w:val="24"/>
          <w:szCs w:val="24"/>
        </w:rPr>
        <w:t>Sterniti di quadretti ordinarij stilati</w:t>
      </w:r>
    </w:p>
    <w:p w14:paraId="17C66D22" w14:textId="77777777" w:rsidR="001D1F42" w:rsidRDefault="001D1F42" w:rsidP="001D1F42">
      <w:pPr>
        <w:jc w:val="both"/>
        <w:rPr>
          <w:i/>
          <w:iCs/>
          <w:sz w:val="24"/>
          <w:szCs w:val="24"/>
        </w:rPr>
      </w:pPr>
      <w:r>
        <w:rPr>
          <w:i/>
          <w:iCs/>
          <w:sz w:val="24"/>
          <w:szCs w:val="24"/>
        </w:rPr>
        <w:t>I detti sterniti saranno di quadretti di onze 6 stilati e fatti di tutta perfezione e sotto saranno obligati di spianare di calcinacci a loro conto di quello che verrà dalle dimostrazioni che sia asciutto e per non caricare le volte di mattoni il tutto bene armato fra un sprone e l’altro acciò metta poca calcinaccio per allegire le sopra dette volte dell peso.</w:t>
      </w:r>
    </w:p>
    <w:p w14:paraId="45E644BD" w14:textId="77777777" w:rsidR="001D1F42" w:rsidRDefault="001D1F42" w:rsidP="001D1F42">
      <w:pPr>
        <w:jc w:val="both"/>
        <w:rPr>
          <w:i/>
          <w:iCs/>
          <w:sz w:val="24"/>
          <w:szCs w:val="24"/>
        </w:rPr>
      </w:pPr>
      <w:r>
        <w:rPr>
          <w:i/>
          <w:iCs/>
          <w:sz w:val="24"/>
          <w:szCs w:val="24"/>
        </w:rPr>
        <w:lastRenderedPageBreak/>
        <w:t>Saranno obligati di riquadrare le finestre e fare li suoi spigoli e questo fatto nel capo delle stabiliture.</w:t>
      </w:r>
    </w:p>
    <w:p w14:paraId="538D0F78" w14:textId="77777777" w:rsidR="001D1F42" w:rsidRDefault="001D1F42" w:rsidP="001D1F42">
      <w:pPr>
        <w:jc w:val="both"/>
        <w:rPr>
          <w:i/>
          <w:iCs/>
          <w:sz w:val="24"/>
          <w:szCs w:val="24"/>
        </w:rPr>
      </w:pPr>
      <w:r>
        <w:rPr>
          <w:i/>
          <w:iCs/>
          <w:sz w:val="24"/>
          <w:szCs w:val="24"/>
        </w:rPr>
        <w:t>Saranno obligati d’ubidire il disegnio e se in caso facessero cosa non ordinata a proporzione dell medesimo siano obligati disfarllo e rifarllo 2° il disegnio.</w:t>
      </w:r>
    </w:p>
    <w:p w14:paraId="236800F8" w14:textId="77777777" w:rsidR="001D1F42" w:rsidRDefault="001D1F42" w:rsidP="001D1F42">
      <w:pPr>
        <w:jc w:val="both"/>
        <w:rPr>
          <w:i/>
          <w:iCs/>
          <w:sz w:val="24"/>
          <w:szCs w:val="24"/>
        </w:rPr>
      </w:pPr>
      <w:r>
        <w:rPr>
          <w:i/>
          <w:iCs/>
          <w:sz w:val="24"/>
          <w:szCs w:val="24"/>
        </w:rPr>
        <w:t>Se ci fosse qualche maestro non bono siano obligati mandarllo via e ripigliarllo bono e questo sarà a disposizione dell architetto o sopra stante.</w:t>
      </w:r>
    </w:p>
    <w:p w14:paraId="53790A33" w14:textId="291D6CA6" w:rsidR="001D1F42" w:rsidRDefault="001D1F42" w:rsidP="001D1F42">
      <w:pPr>
        <w:jc w:val="both"/>
        <w:rPr>
          <w:i/>
          <w:iCs/>
          <w:sz w:val="24"/>
          <w:szCs w:val="24"/>
        </w:rPr>
      </w:pPr>
      <w:r>
        <w:rPr>
          <w:i/>
          <w:iCs/>
          <w:sz w:val="24"/>
          <w:szCs w:val="24"/>
        </w:rPr>
        <w:t>Che detta fabrica nell lavorarlla vada crescendo sempre a un piano non essendo lecito alzare una parte per aspettare l’altra ma portata per prima e sopra tutto ben lavorata a piombo e in piano perfetto. Le canne di fornelli saranno infrascate lisce nell di dentro il tutto fatto conforme ricerca il disegnio e l’arte di bene edificare a opera conlaudata.</w:t>
      </w:r>
      <w:r w:rsidR="00000000">
        <w:rPr>
          <w:i/>
          <w:iCs/>
          <w:sz w:val="24"/>
          <w:szCs w:val="24"/>
        </w:rPr>
        <w:pict w14:anchorId="26DDE3DD">
          <v:rect id="_x0000_i1099" style="width:0;height:1.5pt" o:hralign="center" o:hrstd="t" o:hr="t" fillcolor="#a0a0a0" stroked="f"/>
        </w:pict>
      </w:r>
    </w:p>
    <w:p w14:paraId="02A5C6B8" w14:textId="5BDD4A52" w:rsidR="00312FCB" w:rsidRDefault="00312FCB" w:rsidP="001D1F42">
      <w:pPr>
        <w:jc w:val="right"/>
        <w:rPr>
          <w:i/>
          <w:iCs/>
          <w:sz w:val="24"/>
          <w:szCs w:val="24"/>
        </w:rPr>
      </w:pPr>
      <w:r w:rsidRPr="00312FCB">
        <w:rPr>
          <w:i/>
          <w:iCs/>
          <w:sz w:val="24"/>
          <w:szCs w:val="24"/>
        </w:rPr>
        <w:t>giorno di 23 Lugio 1722</w:t>
      </w:r>
    </w:p>
    <w:p w14:paraId="57E8109D" w14:textId="77777777" w:rsidR="001D1F42" w:rsidRDefault="00312FCB" w:rsidP="001D1F42">
      <w:pPr>
        <w:jc w:val="right"/>
        <w:rPr>
          <w:i/>
          <w:iCs/>
          <w:sz w:val="24"/>
          <w:szCs w:val="24"/>
        </w:rPr>
      </w:pPr>
      <w:r w:rsidRPr="00312FCB">
        <w:rPr>
          <w:i/>
          <w:iCs/>
          <w:sz w:val="24"/>
          <w:szCs w:val="24"/>
        </w:rPr>
        <w:t>Cavaliere Don Filippo Juvarra Architetto</w:t>
      </w:r>
      <w:r w:rsidR="00000000">
        <w:rPr>
          <w:i/>
          <w:iCs/>
          <w:sz w:val="24"/>
          <w:szCs w:val="24"/>
        </w:rPr>
        <w:pict w14:anchorId="564D2CDB">
          <v:rect id="_x0000_i1100" style="width:0;height:1.5pt" o:hralign="center" o:hrstd="t" o:hr="t" fillcolor="#a0a0a0" stroked="f"/>
        </w:pict>
      </w:r>
    </w:p>
    <w:p w14:paraId="16009EF8" w14:textId="65891B45" w:rsidR="00312FCB" w:rsidRPr="001D1F42" w:rsidRDefault="00312FCB" w:rsidP="001D1F42">
      <w:pPr>
        <w:jc w:val="both"/>
        <w:rPr>
          <w:sz w:val="24"/>
          <w:szCs w:val="24"/>
        </w:rPr>
      </w:pPr>
      <w:r w:rsidRPr="001D1F42">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foll. 82-83-84-85-86.</w:t>
      </w:r>
    </w:p>
    <w:p w14:paraId="3C7AEE6C" w14:textId="77777777" w:rsidR="00DB3A9D" w:rsidRDefault="00DB3A9D" w:rsidP="005413C0">
      <w:pPr>
        <w:rPr>
          <w:i/>
          <w:iCs/>
          <w:sz w:val="24"/>
          <w:szCs w:val="24"/>
        </w:rPr>
      </w:pPr>
    </w:p>
    <w:p w14:paraId="0B220F78" w14:textId="77777777" w:rsidR="0072681A" w:rsidRDefault="00312FCB" w:rsidP="0072681A">
      <w:pPr>
        <w:jc w:val="center"/>
        <w:rPr>
          <w:i/>
          <w:iCs/>
          <w:sz w:val="24"/>
          <w:szCs w:val="24"/>
        </w:rPr>
      </w:pPr>
      <w:r w:rsidRPr="00312FCB">
        <w:rPr>
          <w:b/>
          <w:bCs/>
          <w:i/>
          <w:iCs/>
          <w:sz w:val="24"/>
          <w:szCs w:val="24"/>
        </w:rPr>
        <w:t>Instruzione e disegnio per le chiavi della nuova fabrica della Venaria e Citronera della Venaria Reale</w:t>
      </w:r>
      <w:r w:rsidR="0072681A">
        <w:rPr>
          <w:rStyle w:val="Rimandonotaapidipagina"/>
          <w:b/>
          <w:bCs/>
          <w:i/>
          <w:iCs/>
          <w:sz w:val="24"/>
          <w:szCs w:val="24"/>
        </w:rPr>
        <w:footnoteReference w:id="2"/>
      </w:r>
      <w:r w:rsidR="00000000">
        <w:rPr>
          <w:i/>
          <w:iCs/>
          <w:sz w:val="24"/>
          <w:szCs w:val="24"/>
        </w:rPr>
        <w:pict w14:anchorId="0DDC1225">
          <v:rect id="_x0000_i1101" style="width:0;height:1.5pt" o:hralign="center" o:hrstd="t" o:hr="t" fillcolor="#a0a0a0" stroked="f"/>
        </w:pict>
      </w:r>
    </w:p>
    <w:p w14:paraId="230CC47E" w14:textId="77777777" w:rsidR="0072681A" w:rsidRDefault="0072681A" w:rsidP="0072681A">
      <w:pPr>
        <w:jc w:val="both"/>
        <w:rPr>
          <w:i/>
          <w:iCs/>
          <w:sz w:val="24"/>
          <w:szCs w:val="24"/>
        </w:rPr>
      </w:pPr>
      <w:r>
        <w:rPr>
          <w:i/>
          <w:iCs/>
          <w:sz w:val="24"/>
          <w:szCs w:val="24"/>
        </w:rPr>
        <w:t>A. Le chiave saranno della presente longezza in quadro cioè di onze una e un quarto per lato e onze una per l’altro di ferro di Agusta di bon colore e nervo senza nesuna sfoglia con soi ochi doppij e semplici ben boliti della medema grosezza e prima di meterlle in opera saranno esaminate se saranno della perfezione necesaria come anche saranno tenute di fare le brache di grosezza onza una in quadro come parimente le piccole messe nella parte dove si vanno mettere le chiave sue.</w:t>
      </w:r>
    </w:p>
    <w:p w14:paraId="17B7D5F0" w14:textId="1E04ADD6" w:rsidR="0072681A" w:rsidRDefault="0072681A" w:rsidP="0072681A">
      <w:pPr>
        <w:jc w:val="both"/>
        <w:rPr>
          <w:i/>
          <w:iCs/>
          <w:sz w:val="24"/>
          <w:szCs w:val="24"/>
        </w:rPr>
      </w:pPr>
      <w:r>
        <w:rPr>
          <w:i/>
          <w:iCs/>
          <w:sz w:val="24"/>
          <w:szCs w:val="24"/>
        </w:rPr>
        <w:t>B. Li bolzoni saranno grossi una onza e longe onza una e mezza di ferro di Brozolo ben battute e impastate di bon colore e nervo e che non sia agno come anche le zeppe che saranno necesarie. La longezza saranno 2° dimostra il disegnio e siano tenuti di rimisurare sul posto fatte che saranno le muraglie acciò non ci sia nesuno arme che sporgono in fini della muragia e detta misura sarà presa da loro e nell meterlli in opera se si ritrovasse errori nelle longezze o figura delle brage siano tenuti di calarli e alzarlli e accomodarlli sul posto a sue proprie spese il detto ferro sarà delle logie detti e della meglior qualità che si possa il tutto a opera conlaudata e aprovata.</w:t>
      </w:r>
      <w:r w:rsidR="00000000">
        <w:rPr>
          <w:i/>
          <w:iCs/>
          <w:sz w:val="24"/>
          <w:szCs w:val="24"/>
        </w:rPr>
        <w:pict w14:anchorId="511FE5DE">
          <v:rect id="_x0000_i1102" style="width:0;height:1.5pt" o:hralign="center" o:hrstd="t" o:hr="t" fillcolor="#a0a0a0" stroked="f"/>
        </w:pict>
      </w:r>
    </w:p>
    <w:p w14:paraId="41577AE3" w14:textId="34B826DE" w:rsidR="00312FCB" w:rsidRDefault="00312FCB" w:rsidP="0072681A">
      <w:pPr>
        <w:jc w:val="right"/>
        <w:rPr>
          <w:i/>
          <w:iCs/>
          <w:sz w:val="24"/>
          <w:szCs w:val="24"/>
        </w:rPr>
      </w:pPr>
      <w:r w:rsidRPr="00312FCB">
        <w:rPr>
          <w:i/>
          <w:iCs/>
          <w:sz w:val="24"/>
          <w:szCs w:val="24"/>
        </w:rPr>
        <w:t xml:space="preserve">a giorno 26 </w:t>
      </w:r>
      <w:r w:rsidR="0072681A">
        <w:rPr>
          <w:i/>
          <w:iCs/>
          <w:sz w:val="24"/>
          <w:szCs w:val="24"/>
        </w:rPr>
        <w:t>Ottobre</w:t>
      </w:r>
      <w:r w:rsidRPr="00312FCB">
        <w:rPr>
          <w:i/>
          <w:iCs/>
          <w:sz w:val="24"/>
          <w:szCs w:val="24"/>
        </w:rPr>
        <w:t xml:space="preserve"> 1722</w:t>
      </w:r>
    </w:p>
    <w:p w14:paraId="784E02ED" w14:textId="77777777" w:rsidR="0072681A" w:rsidRDefault="00312FCB" w:rsidP="0072681A">
      <w:pPr>
        <w:jc w:val="right"/>
        <w:rPr>
          <w:i/>
          <w:iCs/>
          <w:sz w:val="24"/>
          <w:szCs w:val="24"/>
        </w:rPr>
      </w:pPr>
      <w:r w:rsidRPr="00312FCB">
        <w:rPr>
          <w:i/>
          <w:iCs/>
          <w:sz w:val="24"/>
          <w:szCs w:val="24"/>
        </w:rPr>
        <w:lastRenderedPageBreak/>
        <w:t>Cavaliere Don Filippo Juvarra Architetto</w:t>
      </w:r>
      <w:r w:rsidR="00000000">
        <w:rPr>
          <w:i/>
          <w:iCs/>
          <w:sz w:val="24"/>
          <w:szCs w:val="24"/>
        </w:rPr>
        <w:pict w14:anchorId="67A8FCA9">
          <v:rect id="_x0000_i1103" style="width:0;height:1.5pt" o:hralign="center" o:hrstd="t" o:hr="t" fillcolor="#a0a0a0" stroked="f"/>
        </w:pict>
      </w:r>
    </w:p>
    <w:p w14:paraId="1A23BE3F" w14:textId="02971003" w:rsidR="00312FCB" w:rsidRPr="0072681A" w:rsidRDefault="00312FCB" w:rsidP="0072681A">
      <w:pPr>
        <w:jc w:val="both"/>
        <w:rPr>
          <w:sz w:val="24"/>
          <w:szCs w:val="24"/>
        </w:rPr>
      </w:pPr>
      <w:r w:rsidRPr="0072681A">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180.</w:t>
      </w:r>
    </w:p>
    <w:p w14:paraId="1C26183D" w14:textId="77777777" w:rsidR="00312FCB" w:rsidRDefault="00312FCB" w:rsidP="005413C0">
      <w:pPr>
        <w:rPr>
          <w:i/>
          <w:iCs/>
          <w:sz w:val="24"/>
          <w:szCs w:val="24"/>
        </w:rPr>
      </w:pPr>
    </w:p>
    <w:p w14:paraId="3BB1B132" w14:textId="77777777" w:rsidR="00F84144" w:rsidRDefault="00312FCB" w:rsidP="00F84144">
      <w:pPr>
        <w:jc w:val="center"/>
        <w:rPr>
          <w:i/>
          <w:iCs/>
          <w:sz w:val="24"/>
          <w:szCs w:val="24"/>
        </w:rPr>
      </w:pPr>
      <w:r w:rsidRPr="00312FCB">
        <w:rPr>
          <w:b/>
          <w:bCs/>
          <w:i/>
          <w:iCs/>
          <w:sz w:val="24"/>
          <w:szCs w:val="24"/>
        </w:rPr>
        <w:t xml:space="preserve">Instruzione e disegnio dell </w:t>
      </w:r>
      <w:r w:rsidR="00F84144">
        <w:rPr>
          <w:b/>
          <w:bCs/>
          <w:i/>
          <w:iCs/>
          <w:sz w:val="24"/>
          <w:szCs w:val="24"/>
        </w:rPr>
        <w:t>c</w:t>
      </w:r>
      <w:r w:rsidRPr="00312FCB">
        <w:rPr>
          <w:b/>
          <w:bCs/>
          <w:i/>
          <w:iCs/>
          <w:sz w:val="24"/>
          <w:szCs w:val="24"/>
        </w:rPr>
        <w:t xml:space="preserve">operto </w:t>
      </w:r>
      <w:r w:rsidR="00F84144">
        <w:rPr>
          <w:b/>
          <w:bCs/>
          <w:i/>
          <w:iCs/>
          <w:sz w:val="24"/>
          <w:szCs w:val="24"/>
        </w:rPr>
        <w:t>o</w:t>
      </w:r>
      <w:r w:rsidRPr="00312FCB">
        <w:rPr>
          <w:b/>
          <w:bCs/>
          <w:i/>
          <w:iCs/>
          <w:sz w:val="24"/>
          <w:szCs w:val="24"/>
        </w:rPr>
        <w:t>rdinario a coppi da farsi nelle s</w:t>
      </w:r>
      <w:r w:rsidR="00F84144">
        <w:rPr>
          <w:b/>
          <w:bCs/>
          <w:i/>
          <w:iCs/>
          <w:sz w:val="24"/>
          <w:szCs w:val="24"/>
        </w:rPr>
        <w:t>ta</w:t>
      </w:r>
      <w:r w:rsidRPr="00312FCB">
        <w:rPr>
          <w:b/>
          <w:bCs/>
          <w:i/>
          <w:iCs/>
          <w:sz w:val="24"/>
          <w:szCs w:val="24"/>
        </w:rPr>
        <w:t xml:space="preserve">lle e </w:t>
      </w:r>
      <w:r w:rsidR="00F84144">
        <w:rPr>
          <w:b/>
          <w:bCs/>
          <w:i/>
          <w:iCs/>
          <w:sz w:val="24"/>
          <w:szCs w:val="24"/>
        </w:rPr>
        <w:t>orangeria</w:t>
      </w:r>
      <w:r w:rsidRPr="00312FCB">
        <w:rPr>
          <w:b/>
          <w:bCs/>
          <w:i/>
          <w:iCs/>
          <w:sz w:val="24"/>
          <w:szCs w:val="24"/>
        </w:rPr>
        <w:t xml:space="preserve"> della Real Venaria</w:t>
      </w:r>
      <w:r w:rsidR="00000000">
        <w:rPr>
          <w:i/>
          <w:iCs/>
          <w:sz w:val="24"/>
          <w:szCs w:val="24"/>
        </w:rPr>
        <w:pict w14:anchorId="187FB1F1">
          <v:rect id="_x0000_i1104" style="width:0;height:1.5pt" o:hralign="center" o:hrstd="t" o:hr="t" fillcolor="#a0a0a0" stroked="f"/>
        </w:pict>
      </w:r>
    </w:p>
    <w:p w14:paraId="5EC61184" w14:textId="77777777" w:rsidR="00912E7A" w:rsidRDefault="00912E7A" w:rsidP="00F84144">
      <w:pPr>
        <w:jc w:val="both"/>
        <w:rPr>
          <w:i/>
          <w:iCs/>
          <w:sz w:val="24"/>
          <w:szCs w:val="24"/>
        </w:rPr>
      </w:pPr>
      <w:r>
        <w:rPr>
          <w:i/>
          <w:iCs/>
          <w:sz w:val="24"/>
          <w:szCs w:val="24"/>
        </w:rPr>
        <w:t>Il detto coperto sarà ordinario a coppi fatto con quella sosistenzza e sodezza che richiede si grande e lunga stesa con usare che li legni nelle stesse dove fanno calve alla cavriata siano ben lavorati come anche nella aguccia o bolzone e che le saette siano bene intaccate nella coda del bolzone e sopra tutto che il colmo sia retto senza obra di piegatura in qualche parte e l’istesso s’oserverà al resto di detto coperto che sia a ligiola perfetta.</w:t>
      </w:r>
    </w:p>
    <w:p w14:paraId="56CA6413" w14:textId="77777777" w:rsidR="00912E7A" w:rsidRDefault="00912E7A" w:rsidP="00F84144">
      <w:pPr>
        <w:jc w:val="both"/>
        <w:rPr>
          <w:i/>
          <w:iCs/>
          <w:sz w:val="24"/>
          <w:szCs w:val="24"/>
        </w:rPr>
      </w:pPr>
      <w:r>
        <w:rPr>
          <w:i/>
          <w:iCs/>
          <w:sz w:val="24"/>
          <w:szCs w:val="24"/>
        </w:rPr>
        <w:t>Le cavriate saranno di distanza tra una e l’altra piedi cinque. La grosezza di detta cavriata sarà di onze 9 e onze 7.</w:t>
      </w:r>
    </w:p>
    <w:p w14:paraId="1C1A28ED" w14:textId="77777777" w:rsidR="00912E7A" w:rsidRDefault="00912E7A" w:rsidP="00F84144">
      <w:pPr>
        <w:jc w:val="both"/>
        <w:rPr>
          <w:i/>
          <w:iCs/>
          <w:sz w:val="24"/>
          <w:szCs w:val="24"/>
        </w:rPr>
      </w:pPr>
      <w:r>
        <w:rPr>
          <w:i/>
          <w:iCs/>
          <w:sz w:val="24"/>
          <w:szCs w:val="24"/>
        </w:rPr>
        <w:t>Li modiglioni sotto dette cavriate saranno della medema grosezza cioè onze 9 e 7</w:t>
      </w:r>
    </w:p>
    <w:p w14:paraId="08134F7B" w14:textId="77777777" w:rsidR="00912E7A" w:rsidRDefault="00912E7A" w:rsidP="00F84144">
      <w:pPr>
        <w:jc w:val="both"/>
        <w:rPr>
          <w:i/>
          <w:iCs/>
          <w:sz w:val="24"/>
          <w:szCs w:val="24"/>
        </w:rPr>
      </w:pPr>
      <w:r>
        <w:rPr>
          <w:i/>
          <w:iCs/>
          <w:sz w:val="24"/>
          <w:szCs w:val="24"/>
        </w:rPr>
        <w:t>Longezza piedi 4</w:t>
      </w:r>
    </w:p>
    <w:p w14:paraId="251A3BED" w14:textId="77777777" w:rsidR="00912E7A" w:rsidRDefault="00912E7A" w:rsidP="00F84144">
      <w:pPr>
        <w:jc w:val="both"/>
        <w:rPr>
          <w:i/>
          <w:iCs/>
          <w:sz w:val="24"/>
          <w:szCs w:val="24"/>
        </w:rPr>
      </w:pPr>
      <w:r>
        <w:rPr>
          <w:i/>
          <w:iCs/>
          <w:sz w:val="24"/>
          <w:szCs w:val="24"/>
        </w:rPr>
        <w:t>Le cavriate agiusteranno nell mezzo bene intaccate a denti e s’abraccierano un sopra l’altro della longezza di t. 0.5.10 e saranno in obligo di legarlle con le graffi di ferro che gli saranno provisti dell reggio ufizio.</w:t>
      </w:r>
    </w:p>
    <w:p w14:paraId="10401A09" w14:textId="77777777" w:rsidR="00912E7A" w:rsidRDefault="00912E7A" w:rsidP="00F84144">
      <w:pPr>
        <w:jc w:val="both"/>
        <w:rPr>
          <w:i/>
          <w:iCs/>
          <w:sz w:val="24"/>
          <w:szCs w:val="24"/>
        </w:rPr>
      </w:pPr>
      <w:r>
        <w:rPr>
          <w:i/>
          <w:iCs/>
          <w:sz w:val="24"/>
          <w:szCs w:val="24"/>
        </w:rPr>
        <w:t>Li bracci saranno della longezza necesaria conforme dimostra il disegnio grosezza onze 8 e onze 7.</w:t>
      </w:r>
    </w:p>
    <w:p w14:paraId="703249A6" w14:textId="77777777" w:rsidR="00912E7A" w:rsidRDefault="00912E7A" w:rsidP="00F84144">
      <w:pPr>
        <w:jc w:val="both"/>
        <w:rPr>
          <w:i/>
          <w:iCs/>
          <w:sz w:val="24"/>
          <w:szCs w:val="24"/>
        </w:rPr>
      </w:pPr>
      <w:r>
        <w:rPr>
          <w:i/>
          <w:iCs/>
          <w:sz w:val="24"/>
          <w:szCs w:val="24"/>
        </w:rPr>
        <w:t>Li bolzoni saranno della grosezza di onze 7 e onze 9 largezza con essere della longezza t. 1.2.3.</w:t>
      </w:r>
    </w:p>
    <w:p w14:paraId="6C45166D" w14:textId="77777777" w:rsidR="00912E7A" w:rsidRDefault="00912E7A" w:rsidP="00F84144">
      <w:pPr>
        <w:jc w:val="both"/>
        <w:rPr>
          <w:i/>
          <w:iCs/>
          <w:sz w:val="24"/>
          <w:szCs w:val="24"/>
        </w:rPr>
      </w:pPr>
      <w:r>
        <w:rPr>
          <w:i/>
          <w:iCs/>
          <w:sz w:val="24"/>
          <w:szCs w:val="24"/>
        </w:rPr>
        <w:t>Saette saranno messe in piano perfetto in mezzo dell’braccio di grosezza onze 7 e 6 longezza necesaria con esservi inchiodato nella sommità il suo gatello.</w:t>
      </w:r>
    </w:p>
    <w:p w14:paraId="03BA3400" w14:textId="77777777" w:rsidR="00912E7A" w:rsidRDefault="00912E7A" w:rsidP="00F84144">
      <w:pPr>
        <w:jc w:val="both"/>
        <w:rPr>
          <w:i/>
          <w:iCs/>
          <w:sz w:val="24"/>
          <w:szCs w:val="24"/>
        </w:rPr>
      </w:pPr>
      <w:r>
        <w:rPr>
          <w:i/>
          <w:iCs/>
          <w:sz w:val="24"/>
          <w:szCs w:val="24"/>
        </w:rPr>
        <w:t>L’braccio superiore sarà di onze 8 e 7 longezza t. 3.0.6.</w:t>
      </w:r>
    </w:p>
    <w:p w14:paraId="2D0EFCE4" w14:textId="77777777" w:rsidR="00912E7A" w:rsidRDefault="00912E7A" w:rsidP="00F84144">
      <w:pPr>
        <w:jc w:val="both"/>
        <w:rPr>
          <w:i/>
          <w:iCs/>
          <w:sz w:val="24"/>
          <w:szCs w:val="24"/>
        </w:rPr>
      </w:pPr>
      <w:r>
        <w:rPr>
          <w:i/>
          <w:iCs/>
          <w:sz w:val="24"/>
          <w:szCs w:val="24"/>
        </w:rPr>
        <w:t>L’aguccia che l’aggita a reggere sarà di onze 6.5.</w:t>
      </w:r>
    </w:p>
    <w:p w14:paraId="652670AF" w14:textId="77777777" w:rsidR="00912E7A" w:rsidRDefault="00912E7A" w:rsidP="00F84144">
      <w:pPr>
        <w:jc w:val="both"/>
        <w:rPr>
          <w:i/>
          <w:iCs/>
          <w:sz w:val="24"/>
          <w:szCs w:val="24"/>
        </w:rPr>
      </w:pPr>
      <w:r>
        <w:rPr>
          <w:i/>
          <w:iCs/>
          <w:sz w:val="24"/>
          <w:szCs w:val="24"/>
        </w:rPr>
        <w:t>Le reme saranno nella punta non meno di onze 2 ½ per ogni verso e faccino due campate al meno e la distanza fra una rema e l’altra non sia più di onze 9 bene inchiodate con suficiente chiodi di longa e grosezza aprovati dall sopra stante e conforme e l’uso ordinario. Saranno dette reme inchiodate sopra li bracci in ogni parte che tocca detto braccio li listelli che vanno sopra saranno di onze 1 e 1 ½ e saranno messi vicini a proporzione che il coppo sia bene incastrato i coppi saranno delli megliori della Venaria e secondo quelli che son soliti d’adoprare a i coperti ordinarij che fa giornalmente il signor Camerata Economo della detta real Venaria cavalcheranno un sopra l’altro onze 3 al meno li listelli saranno inchiodati con chiodi soliti e usati di suficienza longezza e grosezza in ogni parte che toccano la rema e saranno messi a filo perfetto con la ligiola tanto per la caduta dell’aqua che in piano perfetto.</w:t>
      </w:r>
    </w:p>
    <w:p w14:paraId="4F99D7AA" w14:textId="77777777" w:rsidR="00912E7A" w:rsidRDefault="00912E7A" w:rsidP="00F84144">
      <w:pPr>
        <w:jc w:val="both"/>
        <w:rPr>
          <w:i/>
          <w:iCs/>
          <w:sz w:val="24"/>
          <w:szCs w:val="24"/>
        </w:rPr>
      </w:pPr>
      <w:r>
        <w:rPr>
          <w:i/>
          <w:iCs/>
          <w:sz w:val="24"/>
          <w:szCs w:val="24"/>
        </w:rPr>
        <w:lastRenderedPageBreak/>
        <w:t>Nelli angoli o cantonali di detto coperto saranno obligati armarlli con cavriate a banchetta o vero qual si sia maniera con bona legniame della grosezza e sosistenza delle sopra cennata e inchiodate con caviglie chiodi grossi di quella grosezza e longezza che sarà necesaria a tutte le stessa dell coperto saranno obligati d’inchiodare dal suo proprio tutte le staffe e soi gufoni di ferro che sarà necesario per il detto coperto come anche tutta la quantità di legniame che sarà adoprato sarà o di rovere o di malezzo rosso senza nesun mancamento ne falda che possa pregiudicare la sodezza e sosistenza si permette può a le cavriate. Le volte vero fare d’un sol pezzo di essere di zeppino bono senza difetto e a loro alte il modiglione saranno in obligo vestire il muro nelli lati di assi di rovere. Saranno obligati nelle conessure d’armarlli che si possa mettere il suo canale di tolla o di piombo che ci sia il suo legnio rinforzato di sotto acciò lo regga e fare le sue sponde d’assi di rovere li legni siano tutti dritti e squadrati di suficiente e ordinaia quadratura.</w:t>
      </w:r>
    </w:p>
    <w:p w14:paraId="158F1392" w14:textId="017E673D" w:rsidR="00F84144" w:rsidRDefault="00912E7A" w:rsidP="00F84144">
      <w:pPr>
        <w:jc w:val="both"/>
        <w:rPr>
          <w:i/>
          <w:iCs/>
          <w:sz w:val="24"/>
          <w:szCs w:val="24"/>
        </w:rPr>
      </w:pPr>
      <w:r>
        <w:rPr>
          <w:i/>
          <w:iCs/>
          <w:sz w:val="24"/>
          <w:szCs w:val="24"/>
        </w:rPr>
        <w:t>Saranno tenuti di fare al meno 8 livelli ordinarij e se vi serveranno arnati si faranno a estimo il tutto fatto 2° dimostra il disegnio dato di giallo e a opera conlaudata.</w:t>
      </w:r>
      <w:r w:rsidR="00000000">
        <w:rPr>
          <w:i/>
          <w:iCs/>
          <w:sz w:val="24"/>
          <w:szCs w:val="24"/>
        </w:rPr>
        <w:pict w14:anchorId="5A5334D4">
          <v:rect id="_x0000_i1105" style="width:0;height:1.5pt" o:hralign="center" o:hrstd="t" o:hr="t" fillcolor="#a0a0a0" stroked="f"/>
        </w:pict>
      </w:r>
    </w:p>
    <w:p w14:paraId="51F56E02" w14:textId="2AE7B171" w:rsidR="00312FCB" w:rsidRDefault="00312FCB" w:rsidP="00F84144">
      <w:pPr>
        <w:jc w:val="right"/>
        <w:rPr>
          <w:i/>
          <w:iCs/>
          <w:sz w:val="24"/>
          <w:szCs w:val="24"/>
        </w:rPr>
      </w:pPr>
      <w:r w:rsidRPr="00312FCB">
        <w:rPr>
          <w:i/>
          <w:iCs/>
          <w:sz w:val="24"/>
          <w:szCs w:val="24"/>
        </w:rPr>
        <w:t>giorno 28 Dicembre 1722</w:t>
      </w:r>
    </w:p>
    <w:p w14:paraId="0FF5D252" w14:textId="77777777" w:rsidR="00BB4F81" w:rsidRDefault="00312FCB" w:rsidP="00F84144">
      <w:pPr>
        <w:jc w:val="right"/>
        <w:rPr>
          <w:i/>
          <w:iCs/>
          <w:sz w:val="24"/>
          <w:szCs w:val="24"/>
        </w:rPr>
      </w:pPr>
      <w:r w:rsidRPr="00312FCB">
        <w:rPr>
          <w:i/>
          <w:iCs/>
          <w:sz w:val="24"/>
          <w:szCs w:val="24"/>
        </w:rPr>
        <w:t>Cavaliere Don Filippo Juvarra Architetto</w:t>
      </w:r>
      <w:r w:rsidR="00000000">
        <w:rPr>
          <w:i/>
          <w:iCs/>
          <w:sz w:val="24"/>
          <w:szCs w:val="24"/>
        </w:rPr>
        <w:pict w14:anchorId="66B4DDF0">
          <v:rect id="_x0000_i1106" style="width:0;height:1.5pt" o:hralign="center" o:hrstd="t" o:hr="t" fillcolor="#a0a0a0" stroked="f"/>
        </w:pict>
      </w:r>
    </w:p>
    <w:p w14:paraId="6FC735AB" w14:textId="4862C394" w:rsidR="00BB4F81" w:rsidRDefault="00BB4F81" w:rsidP="00BB4F81">
      <w:pPr>
        <w:jc w:val="both"/>
        <w:rPr>
          <w:i/>
          <w:iCs/>
          <w:sz w:val="24"/>
          <w:szCs w:val="24"/>
        </w:rPr>
      </w:pPr>
      <w:r>
        <w:rPr>
          <w:i/>
          <w:iCs/>
          <w:sz w:val="24"/>
          <w:szCs w:val="24"/>
        </w:rPr>
        <w:t>Cavriate armate 2° il disegnio dato di giallo la distanza d’una cavriata a l’altra piedi 5. Le reme distante da mezo a mezo onze 9. Listelli di albera d’onze 1, 1 ½.</w:t>
      </w:r>
      <w:r w:rsidR="00000000">
        <w:rPr>
          <w:i/>
          <w:iCs/>
          <w:sz w:val="24"/>
          <w:szCs w:val="24"/>
        </w:rPr>
        <w:pict w14:anchorId="6F4D38BE">
          <v:rect id="_x0000_i1107" style="width:0;height:1.5pt" o:hralign="center" o:hrstd="t" o:hr="t" fillcolor="#a0a0a0" stroked="f"/>
        </w:pict>
      </w:r>
    </w:p>
    <w:p w14:paraId="54EB3E47" w14:textId="2DA6B700" w:rsidR="00F84144" w:rsidRDefault="00BB4F81" w:rsidP="00F84144">
      <w:pPr>
        <w:jc w:val="right"/>
        <w:rPr>
          <w:i/>
          <w:iCs/>
          <w:sz w:val="24"/>
          <w:szCs w:val="24"/>
        </w:rPr>
      </w:pPr>
      <w:r w:rsidRPr="00BB4F81">
        <w:rPr>
          <w:i/>
          <w:iCs/>
          <w:sz w:val="24"/>
          <w:szCs w:val="24"/>
        </w:rPr>
        <w:t xml:space="preserve"> </w:t>
      </w:r>
      <w:r w:rsidRPr="00312FCB">
        <w:rPr>
          <w:i/>
          <w:iCs/>
          <w:sz w:val="24"/>
          <w:szCs w:val="24"/>
        </w:rPr>
        <w:t>Cavaliere Don Filippo Juvarra Architetto</w:t>
      </w:r>
      <w:r w:rsidR="00000000">
        <w:rPr>
          <w:i/>
          <w:iCs/>
          <w:sz w:val="24"/>
          <w:szCs w:val="24"/>
        </w:rPr>
        <w:pict w14:anchorId="0AEC2F95">
          <v:rect id="_x0000_i1108" style="width:0;height:1.5pt" o:hralign="center" o:hrstd="t" o:hr="t" fillcolor="#a0a0a0" stroked="f"/>
        </w:pict>
      </w:r>
    </w:p>
    <w:p w14:paraId="1DD67D31" w14:textId="2CEE8183" w:rsidR="00312FCB" w:rsidRDefault="00312FCB" w:rsidP="00F84144">
      <w:pPr>
        <w:jc w:val="both"/>
        <w:rPr>
          <w:sz w:val="24"/>
          <w:szCs w:val="24"/>
        </w:rPr>
      </w:pPr>
      <w:r w:rsidRPr="00F84144">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foll. 171-172.</w:t>
      </w:r>
    </w:p>
    <w:p w14:paraId="24C35C31" w14:textId="77777777" w:rsidR="00CC47C7" w:rsidRDefault="00CC47C7" w:rsidP="00F84144">
      <w:pPr>
        <w:jc w:val="both"/>
        <w:rPr>
          <w:sz w:val="24"/>
          <w:szCs w:val="24"/>
        </w:rPr>
      </w:pPr>
    </w:p>
    <w:p w14:paraId="408DE4B7" w14:textId="23130CE8" w:rsidR="00CC47C7" w:rsidRPr="00A041A4" w:rsidRDefault="00CC47C7" w:rsidP="00CC47C7">
      <w:pPr>
        <w:jc w:val="center"/>
        <w:rPr>
          <w:sz w:val="28"/>
          <w:szCs w:val="28"/>
        </w:rPr>
      </w:pPr>
      <w:r w:rsidRPr="00A041A4">
        <w:rPr>
          <w:sz w:val="28"/>
          <w:szCs w:val="28"/>
        </w:rPr>
        <w:t>17</w:t>
      </w:r>
      <w:r>
        <w:rPr>
          <w:sz w:val="28"/>
          <w:szCs w:val="28"/>
        </w:rPr>
        <w:t>23</w:t>
      </w:r>
    </w:p>
    <w:p w14:paraId="64703F4B" w14:textId="77777777" w:rsidR="004A7134" w:rsidRDefault="00CC47C7" w:rsidP="004A7134">
      <w:pPr>
        <w:jc w:val="center"/>
        <w:rPr>
          <w:i/>
          <w:iCs/>
          <w:sz w:val="24"/>
          <w:szCs w:val="24"/>
        </w:rPr>
      </w:pPr>
      <w:r w:rsidRPr="00CC47C7">
        <w:rPr>
          <w:b/>
          <w:bCs/>
          <w:sz w:val="24"/>
          <w:szCs w:val="24"/>
        </w:rPr>
        <w:t>Instruzione per li canali di tetto per il Coperto della salla e citronera della Real Venaria</w:t>
      </w:r>
      <w:r w:rsidR="00000000">
        <w:rPr>
          <w:i/>
          <w:iCs/>
          <w:sz w:val="24"/>
          <w:szCs w:val="24"/>
        </w:rPr>
        <w:pict w14:anchorId="23A48578">
          <v:rect id="_x0000_i1109" style="width:0;height:1.5pt" o:hralign="center" o:hrstd="t" o:hr="t" fillcolor="#a0a0a0" stroked="f"/>
        </w:pict>
      </w:r>
    </w:p>
    <w:p w14:paraId="08EC898D" w14:textId="77777777" w:rsidR="004A7134" w:rsidRDefault="004A7134" w:rsidP="004A7134">
      <w:pPr>
        <w:jc w:val="both"/>
        <w:rPr>
          <w:i/>
          <w:iCs/>
          <w:sz w:val="24"/>
          <w:szCs w:val="24"/>
        </w:rPr>
      </w:pPr>
      <w:r>
        <w:rPr>
          <w:i/>
          <w:iCs/>
          <w:sz w:val="24"/>
          <w:szCs w:val="24"/>
        </w:rPr>
        <w:t>Tutti li canali saranno di tolla doppia dell ancora per traverso e per lungo e cavalcheranno un sopra l’altra meza onza bene stagniati sotto e sopra e saranno bene incavate che faccino il mezo diametro giusto.</w:t>
      </w:r>
    </w:p>
    <w:p w14:paraId="0114EAF2" w14:textId="77777777" w:rsidR="004A7134" w:rsidRDefault="004A7134" w:rsidP="004A7134">
      <w:pPr>
        <w:jc w:val="both"/>
        <w:rPr>
          <w:i/>
          <w:iCs/>
          <w:sz w:val="24"/>
          <w:szCs w:val="24"/>
        </w:rPr>
      </w:pPr>
      <w:r>
        <w:rPr>
          <w:i/>
          <w:iCs/>
          <w:sz w:val="24"/>
          <w:szCs w:val="24"/>
        </w:rPr>
        <w:t>Le cicognie saranno della grosezza ordinaria e saranno messe ogni 3e listelli la sua cicognia fortificata sopra con il suo filo di cotone ben rinforzato in ogni cicognia e daranno il suficiente declino dell’aqua.</w:t>
      </w:r>
    </w:p>
    <w:p w14:paraId="620939D8" w14:textId="77777777" w:rsidR="004A7134" w:rsidRDefault="004A7134" w:rsidP="004A7134">
      <w:pPr>
        <w:jc w:val="both"/>
        <w:rPr>
          <w:i/>
          <w:iCs/>
          <w:sz w:val="24"/>
          <w:szCs w:val="24"/>
        </w:rPr>
      </w:pPr>
      <w:r>
        <w:rPr>
          <w:i/>
          <w:iCs/>
          <w:sz w:val="24"/>
          <w:szCs w:val="24"/>
        </w:rPr>
        <w:t xml:space="preserve">Le canoni saranno di tolla doppia che facci onze 2 ¼ di diametro ben stagniati che cavalchino al meno onza ½ e saranno fortificati nell angoli delle lesene con rampini di ferro che abracia </w:t>
      </w:r>
      <w:r>
        <w:rPr>
          <w:i/>
          <w:iCs/>
          <w:sz w:val="24"/>
          <w:szCs w:val="24"/>
        </w:rPr>
        <w:lastRenderedPageBreak/>
        <w:t>tutto il canale e detti rampini saranno messe in distanza di piedi 2 fra uno e l’altro e fortificati con il suo filo d’ottone.</w:t>
      </w:r>
    </w:p>
    <w:p w14:paraId="03358AA5" w14:textId="246C6947" w:rsidR="004A7134" w:rsidRDefault="004A7134" w:rsidP="004A7134">
      <w:pPr>
        <w:jc w:val="both"/>
        <w:rPr>
          <w:i/>
          <w:iCs/>
          <w:sz w:val="24"/>
          <w:szCs w:val="24"/>
        </w:rPr>
      </w:pPr>
      <w:r>
        <w:rPr>
          <w:i/>
          <w:iCs/>
          <w:sz w:val="24"/>
          <w:szCs w:val="24"/>
        </w:rPr>
        <w:t>Le bracci saranno guarniti di tolla doppia e messe in luogo dove daranno maggior comodo al scudo dell aque in torno a i lucelli e sopra saranno coperte di tolla con darsi tutta la figura che farà il lucello come anche nelli fianchi per impedire l’aque che daneggiano il di dentro e faranno il suo concavo nelli bordi come anche al di sopra e questi si potranno dare a tanto il foglio con la metitura in opera e chiodi.</w:t>
      </w:r>
    </w:p>
    <w:p w14:paraId="43350046" w14:textId="3309E7B3" w:rsidR="004A7134" w:rsidRDefault="004A7134" w:rsidP="004A7134">
      <w:pPr>
        <w:jc w:val="both"/>
        <w:rPr>
          <w:i/>
          <w:iCs/>
          <w:sz w:val="24"/>
          <w:szCs w:val="24"/>
        </w:rPr>
      </w:pPr>
      <w:r>
        <w:rPr>
          <w:i/>
          <w:iCs/>
          <w:sz w:val="24"/>
          <w:szCs w:val="24"/>
        </w:rPr>
        <w:t>Se sarà necesario qualche conversa o di tolla o di piombo si farà la prima 2° li canali sopra detti e se ci sarà di piombo doveranno baterllo in lana della grosezza dell bolzone e saranno obligati di meterllo in opera inchiodato e stagniato il tutto a opera conlaudata e aprovata.</w:t>
      </w:r>
      <w:r w:rsidR="00000000">
        <w:rPr>
          <w:i/>
          <w:iCs/>
          <w:sz w:val="24"/>
          <w:szCs w:val="24"/>
        </w:rPr>
        <w:pict w14:anchorId="5F9603CD">
          <v:rect id="_x0000_i1110" style="width:0;height:1.5pt" o:hralign="center" o:hrstd="t" o:hr="t" fillcolor="#a0a0a0" stroked="f"/>
        </w:pict>
      </w:r>
    </w:p>
    <w:p w14:paraId="27874E02" w14:textId="41390300" w:rsidR="00CC47C7" w:rsidRDefault="00CC47C7" w:rsidP="004A7134">
      <w:pPr>
        <w:jc w:val="right"/>
        <w:rPr>
          <w:i/>
          <w:iCs/>
          <w:sz w:val="24"/>
          <w:szCs w:val="24"/>
        </w:rPr>
      </w:pPr>
      <w:r w:rsidRPr="00CC47C7">
        <w:rPr>
          <w:i/>
          <w:iCs/>
          <w:sz w:val="24"/>
          <w:szCs w:val="24"/>
        </w:rPr>
        <w:t>a 16 Gennaio 1723</w:t>
      </w:r>
    </w:p>
    <w:p w14:paraId="50469629" w14:textId="77777777" w:rsidR="004A7134" w:rsidRDefault="00CC47C7" w:rsidP="004A7134">
      <w:pPr>
        <w:jc w:val="right"/>
        <w:rPr>
          <w:i/>
          <w:iCs/>
          <w:sz w:val="24"/>
          <w:szCs w:val="24"/>
        </w:rPr>
      </w:pPr>
      <w:r w:rsidRPr="00CC47C7">
        <w:rPr>
          <w:sz w:val="24"/>
          <w:szCs w:val="24"/>
        </w:rPr>
        <w:t>Cavaliere Don Filippo Juvarra Architetto</w:t>
      </w:r>
      <w:r w:rsidR="00000000">
        <w:rPr>
          <w:i/>
          <w:iCs/>
          <w:sz w:val="24"/>
          <w:szCs w:val="24"/>
        </w:rPr>
        <w:pict w14:anchorId="49C47B08">
          <v:rect id="_x0000_i1111" style="width:0;height:1.5pt" o:hralign="center" o:hrstd="t" o:hr="t" fillcolor="#a0a0a0" stroked="f"/>
        </w:pict>
      </w:r>
    </w:p>
    <w:p w14:paraId="42E219B8" w14:textId="63585F22" w:rsidR="00CC47C7" w:rsidRPr="004A7134" w:rsidRDefault="00CC47C7" w:rsidP="004A7134">
      <w:pPr>
        <w:jc w:val="both"/>
        <w:rPr>
          <w:sz w:val="24"/>
          <w:szCs w:val="24"/>
        </w:rPr>
      </w:pPr>
      <w:r w:rsidRPr="004A7134">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186.</w:t>
      </w:r>
    </w:p>
    <w:p w14:paraId="46C38CA5" w14:textId="77777777" w:rsidR="00CC47C7" w:rsidRDefault="00CC47C7" w:rsidP="00F84144">
      <w:pPr>
        <w:jc w:val="both"/>
        <w:rPr>
          <w:i/>
          <w:iCs/>
          <w:sz w:val="24"/>
          <w:szCs w:val="24"/>
        </w:rPr>
      </w:pPr>
    </w:p>
    <w:p w14:paraId="6DCBC2D9" w14:textId="77777777" w:rsidR="004A7134" w:rsidRDefault="00CC47C7" w:rsidP="004A7134">
      <w:pPr>
        <w:jc w:val="center"/>
        <w:rPr>
          <w:i/>
          <w:iCs/>
          <w:sz w:val="24"/>
          <w:szCs w:val="24"/>
        </w:rPr>
      </w:pPr>
      <w:r w:rsidRPr="00CC47C7">
        <w:rPr>
          <w:b/>
          <w:bCs/>
          <w:sz w:val="24"/>
          <w:szCs w:val="24"/>
        </w:rPr>
        <w:t>Instruzione per le lose tantto alla fabricha della Real Venaria come per la fabricha della Casa di Soperga</w:t>
      </w:r>
      <w:r w:rsidR="004A7134">
        <w:rPr>
          <w:rStyle w:val="Rimandonotaapidipagina"/>
          <w:b/>
          <w:bCs/>
          <w:sz w:val="24"/>
          <w:szCs w:val="24"/>
        </w:rPr>
        <w:footnoteReference w:id="3"/>
      </w:r>
      <w:r w:rsidR="00000000">
        <w:rPr>
          <w:i/>
          <w:iCs/>
          <w:sz w:val="24"/>
          <w:szCs w:val="24"/>
        </w:rPr>
        <w:pict w14:anchorId="66CECCBA">
          <v:rect id="_x0000_i1112" style="width:0;height:1.5pt" o:hralign="center" o:hrstd="t" o:hr="t" fillcolor="#a0a0a0" stroked="f"/>
        </w:pict>
      </w:r>
    </w:p>
    <w:p w14:paraId="5C4F1718" w14:textId="419AE18D" w:rsidR="004A7134" w:rsidRDefault="004A7134" w:rsidP="004A7134">
      <w:pPr>
        <w:jc w:val="both"/>
        <w:rPr>
          <w:i/>
          <w:iCs/>
          <w:sz w:val="24"/>
          <w:szCs w:val="24"/>
        </w:rPr>
      </w:pPr>
      <w:r w:rsidRPr="004A7134">
        <w:rPr>
          <w:i/>
          <w:iCs/>
          <w:sz w:val="24"/>
          <w:szCs w:val="24"/>
        </w:rPr>
        <w:t xml:space="preserve"> </w:t>
      </w:r>
      <w:r>
        <w:rPr>
          <w:i/>
          <w:iCs/>
          <w:sz w:val="24"/>
          <w:szCs w:val="24"/>
        </w:rPr>
        <w:t>Lose per il cornice grande che gira in torno a tutta la fabrica sarà trab. 176 in circa lineali li quali lose saranno di grosezza onze 1 ½ in circa di bona forza e che siano quadrate che s’uniscano bene a sieme in cima e che le code siano anche perfette nella muraglia la longezza sarà di onze 36 in circa.</w:t>
      </w:r>
    </w:p>
    <w:p w14:paraId="6135E742" w14:textId="77777777" w:rsidR="004A7134" w:rsidRDefault="004A7134" w:rsidP="004A7134">
      <w:pPr>
        <w:jc w:val="both"/>
        <w:rPr>
          <w:i/>
          <w:iCs/>
          <w:sz w:val="24"/>
          <w:szCs w:val="24"/>
        </w:rPr>
      </w:pPr>
      <w:r>
        <w:rPr>
          <w:i/>
          <w:iCs/>
          <w:sz w:val="24"/>
          <w:szCs w:val="24"/>
        </w:rPr>
        <w:t xml:space="preserve">Le cantonali saranno di onze 36 in quadro dall n° che sarà necesario cioè n° 5 grosezza onze 1 ½. </w:t>
      </w:r>
    </w:p>
    <w:p w14:paraId="6BF5AC43" w14:textId="77777777" w:rsidR="004A7134" w:rsidRDefault="004A7134" w:rsidP="004A7134">
      <w:pPr>
        <w:jc w:val="both"/>
        <w:rPr>
          <w:i/>
          <w:iCs/>
          <w:sz w:val="24"/>
          <w:szCs w:val="24"/>
        </w:rPr>
      </w:pPr>
      <w:r>
        <w:rPr>
          <w:i/>
          <w:iCs/>
          <w:sz w:val="24"/>
          <w:szCs w:val="24"/>
        </w:rPr>
        <w:t xml:space="preserve">Per Soperga </w:t>
      </w:r>
    </w:p>
    <w:p w14:paraId="4ADE65A6" w14:textId="77777777" w:rsidR="004A7134" w:rsidRDefault="004A7134" w:rsidP="004A7134">
      <w:pPr>
        <w:jc w:val="both"/>
        <w:rPr>
          <w:i/>
          <w:iCs/>
          <w:sz w:val="24"/>
          <w:szCs w:val="24"/>
        </w:rPr>
      </w:pPr>
      <w:r>
        <w:rPr>
          <w:i/>
          <w:iCs/>
          <w:sz w:val="24"/>
          <w:szCs w:val="24"/>
        </w:rPr>
        <w:t xml:space="preserve">Lose trab. linali 48 in circa, di longezza onze 24, di grosezza onze 1. </w:t>
      </w:r>
    </w:p>
    <w:p w14:paraId="50EE6CF1" w14:textId="77777777" w:rsidR="004A7134" w:rsidRDefault="004A7134" w:rsidP="004A7134">
      <w:pPr>
        <w:jc w:val="both"/>
        <w:rPr>
          <w:i/>
          <w:iCs/>
          <w:sz w:val="24"/>
          <w:szCs w:val="24"/>
        </w:rPr>
      </w:pPr>
      <w:r>
        <w:rPr>
          <w:i/>
          <w:iCs/>
          <w:sz w:val="24"/>
          <w:szCs w:val="24"/>
        </w:rPr>
        <w:t xml:space="preserve">Lose trab. 40 lineali di longezza onze 18, di groseza onze 1. </w:t>
      </w:r>
    </w:p>
    <w:p w14:paraId="65D63902" w14:textId="77777777" w:rsidR="004A7134" w:rsidRDefault="004A7134" w:rsidP="004A7134">
      <w:pPr>
        <w:jc w:val="both"/>
        <w:rPr>
          <w:i/>
          <w:iCs/>
          <w:sz w:val="24"/>
          <w:szCs w:val="24"/>
        </w:rPr>
      </w:pPr>
      <w:r>
        <w:rPr>
          <w:i/>
          <w:iCs/>
          <w:sz w:val="24"/>
          <w:szCs w:val="24"/>
        </w:rPr>
        <w:t>Cantonali n° 2 di onze 24 in quadro grosezza onze 1.</w:t>
      </w:r>
    </w:p>
    <w:p w14:paraId="6655EB4C" w14:textId="77777777" w:rsidR="004A7134" w:rsidRDefault="004A7134" w:rsidP="004A7134">
      <w:pPr>
        <w:jc w:val="both"/>
        <w:rPr>
          <w:i/>
          <w:iCs/>
          <w:sz w:val="24"/>
          <w:szCs w:val="24"/>
        </w:rPr>
      </w:pPr>
      <w:r>
        <w:rPr>
          <w:i/>
          <w:iCs/>
          <w:sz w:val="24"/>
          <w:szCs w:val="24"/>
        </w:rPr>
        <w:t>Lose trab. 48 lineali di onze 20, in groseza onze 1.</w:t>
      </w:r>
    </w:p>
    <w:p w14:paraId="0930C031" w14:textId="77777777" w:rsidR="004A7134" w:rsidRDefault="004A7134" w:rsidP="004A7134">
      <w:pPr>
        <w:jc w:val="both"/>
        <w:rPr>
          <w:sz w:val="24"/>
          <w:szCs w:val="24"/>
        </w:rPr>
      </w:pPr>
      <w:r>
        <w:rPr>
          <w:i/>
          <w:iCs/>
          <w:sz w:val="24"/>
          <w:szCs w:val="24"/>
        </w:rPr>
        <w:t>Il tutto ben profilati che in faccia facino il filo perfetto e piani, il tutto a opera conlaudata e sarà tenuto a meterlli in opera quanto porta la sua professione, il tutto ben fati e in piani.</w:t>
      </w:r>
      <w:r w:rsidRPr="00A45BB8">
        <w:rPr>
          <w:i/>
          <w:iCs/>
          <w:sz w:val="24"/>
          <w:szCs w:val="24"/>
        </w:rPr>
        <w:t xml:space="preserve"> </w:t>
      </w:r>
    </w:p>
    <w:p w14:paraId="6FB8A41B" w14:textId="2E49DBC3" w:rsidR="00CC47C7" w:rsidRDefault="00000000" w:rsidP="004A7134">
      <w:pPr>
        <w:jc w:val="right"/>
        <w:rPr>
          <w:i/>
          <w:iCs/>
          <w:sz w:val="24"/>
          <w:szCs w:val="24"/>
        </w:rPr>
      </w:pPr>
      <w:r>
        <w:rPr>
          <w:i/>
          <w:iCs/>
          <w:sz w:val="24"/>
          <w:szCs w:val="24"/>
        </w:rPr>
        <w:lastRenderedPageBreak/>
        <w:pict w14:anchorId="6A009170">
          <v:rect id="_x0000_i1113" style="width:0;height:1.5pt" o:hralign="center" o:hrstd="t" o:hr="t" fillcolor="#a0a0a0" stroked="f"/>
        </w:pict>
      </w:r>
      <w:r w:rsidR="00CC47C7" w:rsidRPr="00CC47C7">
        <w:rPr>
          <w:i/>
          <w:iCs/>
          <w:sz w:val="24"/>
          <w:szCs w:val="24"/>
        </w:rPr>
        <w:t>a 5 Febbraio 1723</w:t>
      </w:r>
    </w:p>
    <w:p w14:paraId="1D3771D8" w14:textId="77777777" w:rsidR="004A7134" w:rsidRDefault="00CC47C7" w:rsidP="004A7134">
      <w:pPr>
        <w:jc w:val="right"/>
        <w:rPr>
          <w:i/>
          <w:iCs/>
          <w:sz w:val="24"/>
          <w:szCs w:val="24"/>
        </w:rPr>
      </w:pPr>
      <w:r w:rsidRPr="00CC47C7">
        <w:rPr>
          <w:sz w:val="24"/>
          <w:szCs w:val="24"/>
        </w:rPr>
        <w:t>Cavaliere Don Filippo Juvarra Architetto</w:t>
      </w:r>
      <w:r w:rsidR="00000000">
        <w:rPr>
          <w:i/>
          <w:iCs/>
          <w:sz w:val="24"/>
          <w:szCs w:val="24"/>
        </w:rPr>
        <w:pict w14:anchorId="548538F4">
          <v:rect id="_x0000_i1114" style="width:0;height:1.5pt" o:hralign="center" o:hrstd="t" o:hr="t" fillcolor="#a0a0a0" stroked="f"/>
        </w:pict>
      </w:r>
    </w:p>
    <w:p w14:paraId="7FF88805" w14:textId="3CFEFCDD" w:rsidR="00CC47C7" w:rsidRPr="004A7134" w:rsidRDefault="00CC47C7" w:rsidP="004A7134">
      <w:pPr>
        <w:jc w:val="both"/>
        <w:rPr>
          <w:sz w:val="24"/>
          <w:szCs w:val="24"/>
        </w:rPr>
      </w:pPr>
      <w:r w:rsidRPr="004A7134">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210.</w:t>
      </w:r>
    </w:p>
    <w:p w14:paraId="5E30AF48" w14:textId="77777777" w:rsidR="004A7134" w:rsidRDefault="004A7134" w:rsidP="00F84144">
      <w:pPr>
        <w:jc w:val="both"/>
        <w:rPr>
          <w:b/>
          <w:bCs/>
          <w:sz w:val="24"/>
          <w:szCs w:val="24"/>
        </w:rPr>
      </w:pPr>
    </w:p>
    <w:p w14:paraId="50462DA4" w14:textId="77777777" w:rsidR="00317828" w:rsidRDefault="00CC47C7" w:rsidP="00317828">
      <w:pPr>
        <w:jc w:val="center"/>
        <w:rPr>
          <w:i/>
          <w:iCs/>
          <w:sz w:val="24"/>
          <w:szCs w:val="24"/>
        </w:rPr>
      </w:pPr>
      <w:r w:rsidRPr="00CC47C7">
        <w:rPr>
          <w:b/>
          <w:bCs/>
          <w:sz w:val="24"/>
          <w:szCs w:val="24"/>
        </w:rPr>
        <w:t xml:space="preserve">Instruzione per la muraglia di </w:t>
      </w:r>
      <w:r w:rsidR="00317828">
        <w:rPr>
          <w:b/>
          <w:bCs/>
          <w:sz w:val="24"/>
          <w:szCs w:val="24"/>
        </w:rPr>
        <w:t>c</w:t>
      </w:r>
      <w:r w:rsidRPr="00CC47C7">
        <w:rPr>
          <w:b/>
          <w:bCs/>
          <w:sz w:val="24"/>
          <w:szCs w:val="24"/>
        </w:rPr>
        <w:t xml:space="preserve">inta per il </w:t>
      </w:r>
      <w:r w:rsidR="00317828">
        <w:rPr>
          <w:b/>
          <w:bCs/>
          <w:sz w:val="24"/>
          <w:szCs w:val="24"/>
        </w:rPr>
        <w:t>p</w:t>
      </w:r>
      <w:r w:rsidRPr="00CC47C7">
        <w:rPr>
          <w:b/>
          <w:bCs/>
          <w:sz w:val="24"/>
          <w:szCs w:val="24"/>
        </w:rPr>
        <w:t xml:space="preserve">iano </w:t>
      </w:r>
      <w:r w:rsidR="00317828">
        <w:rPr>
          <w:b/>
          <w:bCs/>
          <w:sz w:val="24"/>
          <w:szCs w:val="24"/>
        </w:rPr>
        <w:t>r</w:t>
      </w:r>
      <w:r w:rsidRPr="00CC47C7">
        <w:rPr>
          <w:b/>
          <w:bCs/>
          <w:sz w:val="24"/>
          <w:szCs w:val="24"/>
        </w:rPr>
        <w:t>eale della Venaria</w:t>
      </w:r>
      <w:r w:rsidR="00000000">
        <w:rPr>
          <w:i/>
          <w:iCs/>
          <w:sz w:val="24"/>
          <w:szCs w:val="24"/>
        </w:rPr>
        <w:pict w14:anchorId="6F3222E7">
          <v:rect id="_x0000_i1115" style="width:0;height:1.5pt" o:hralign="center" o:hrstd="t" o:hr="t" fillcolor="#a0a0a0" stroked="f"/>
        </w:pict>
      </w:r>
    </w:p>
    <w:p w14:paraId="106DC24D" w14:textId="77777777" w:rsidR="00806523" w:rsidRDefault="00CE4069" w:rsidP="00317828">
      <w:pPr>
        <w:jc w:val="both"/>
        <w:rPr>
          <w:i/>
          <w:iCs/>
          <w:sz w:val="24"/>
          <w:szCs w:val="24"/>
        </w:rPr>
      </w:pPr>
      <w:r>
        <w:rPr>
          <w:i/>
          <w:iCs/>
          <w:sz w:val="24"/>
          <w:szCs w:val="24"/>
        </w:rPr>
        <w:t xml:space="preserve">La detta muraglia di cinta sarà di groseza onze 10 e in ogni longeza di trab. 1.3.0 una lesena di due mattoni di longezza che sporga dal rivo di detto muro onze 3 e sia ben condonata nel di dentro dell mattone </w:t>
      </w:r>
      <w:r w:rsidR="00806523">
        <w:rPr>
          <w:i/>
          <w:iCs/>
          <w:sz w:val="24"/>
          <w:szCs w:val="24"/>
        </w:rPr>
        <w:t>di punta in tutta la sua altezza saranno 5 scanzelli di mattoni e l’ultimo facci dado d’un onza di sporto in torno a dette lesene e muraglia tanto esteriormente che interiormente. La calcina sarà della moretta di rivara la sabia di cava approvata dall signor Camerata il tutto sarà ben lavorata e scalcinata e imborata enteriormente che esteriormente.</w:t>
      </w:r>
    </w:p>
    <w:p w14:paraId="12B72006" w14:textId="77777777" w:rsidR="00806523" w:rsidRDefault="00806523" w:rsidP="00317828">
      <w:pPr>
        <w:jc w:val="both"/>
        <w:rPr>
          <w:i/>
          <w:iCs/>
          <w:sz w:val="24"/>
          <w:szCs w:val="24"/>
        </w:rPr>
      </w:pPr>
      <w:r>
        <w:rPr>
          <w:i/>
          <w:iCs/>
          <w:sz w:val="24"/>
          <w:szCs w:val="24"/>
        </w:rPr>
        <w:t>Li ceppi saranno messi in calcina e averanno il piovente nella parte di fuori.</w:t>
      </w:r>
    </w:p>
    <w:p w14:paraId="563CD7D5" w14:textId="0A96F1E9" w:rsidR="00317828" w:rsidRDefault="00806523" w:rsidP="00317828">
      <w:pPr>
        <w:jc w:val="both"/>
        <w:rPr>
          <w:i/>
          <w:iCs/>
          <w:sz w:val="24"/>
          <w:szCs w:val="24"/>
        </w:rPr>
      </w:pPr>
      <w:r>
        <w:rPr>
          <w:i/>
          <w:iCs/>
          <w:sz w:val="24"/>
          <w:szCs w:val="24"/>
        </w:rPr>
        <w:t>Li fondamenti saranno di grosezza onze 13 di bone pietre e scalzate con qualche terra di mattone o misto la terra che prevenerà da detto cavo sarà batuta nella parte di fori cioè verso mezo giorno e spianata e se in caso in detto cavo ci fosse qualche alberetto lo devono lavare e mettere a parte il tutto ben murato con mattoni ben cotti e calcina grassa o ragionevole il tutto ad opera conlaudata e approvata.</w:t>
      </w:r>
      <w:r w:rsidR="00000000">
        <w:rPr>
          <w:i/>
          <w:iCs/>
          <w:sz w:val="24"/>
          <w:szCs w:val="24"/>
        </w:rPr>
        <w:pict w14:anchorId="3B7AEC86">
          <v:rect id="_x0000_i1116" style="width:0;height:1.5pt" o:hralign="center" o:hrstd="t" o:hr="t" fillcolor="#a0a0a0" stroked="f"/>
        </w:pict>
      </w:r>
    </w:p>
    <w:p w14:paraId="592BCD29" w14:textId="3FC3D12F" w:rsidR="00CC47C7" w:rsidRDefault="00CC47C7" w:rsidP="00317828">
      <w:pPr>
        <w:jc w:val="right"/>
        <w:rPr>
          <w:i/>
          <w:iCs/>
          <w:sz w:val="24"/>
          <w:szCs w:val="24"/>
        </w:rPr>
      </w:pPr>
      <w:r w:rsidRPr="00CC47C7">
        <w:rPr>
          <w:i/>
          <w:iCs/>
          <w:sz w:val="24"/>
          <w:szCs w:val="24"/>
        </w:rPr>
        <w:t>a 11 Febbraio 1723</w:t>
      </w:r>
    </w:p>
    <w:p w14:paraId="4B42E03E" w14:textId="77777777" w:rsidR="00317828" w:rsidRDefault="00CC47C7" w:rsidP="00317828">
      <w:pPr>
        <w:jc w:val="right"/>
        <w:rPr>
          <w:i/>
          <w:iCs/>
          <w:sz w:val="24"/>
          <w:szCs w:val="24"/>
        </w:rPr>
      </w:pPr>
      <w:r w:rsidRPr="00CC47C7">
        <w:rPr>
          <w:sz w:val="24"/>
          <w:szCs w:val="24"/>
        </w:rPr>
        <w:t>Cavaliere Don Filippo Juvarra Architetto</w:t>
      </w:r>
      <w:r w:rsidR="00000000">
        <w:rPr>
          <w:i/>
          <w:iCs/>
          <w:sz w:val="24"/>
          <w:szCs w:val="24"/>
        </w:rPr>
        <w:pict w14:anchorId="15D4EED3">
          <v:rect id="_x0000_i1117" style="width:0;height:1.5pt" o:hralign="center" o:hrstd="t" o:hr="t" fillcolor="#a0a0a0" stroked="f"/>
        </w:pict>
      </w:r>
    </w:p>
    <w:p w14:paraId="4D6CFDA5" w14:textId="15FAA2C3" w:rsidR="00CC47C7" w:rsidRPr="00F84144" w:rsidRDefault="00CC47C7" w:rsidP="00317828">
      <w:pPr>
        <w:jc w:val="both"/>
        <w:rPr>
          <w:sz w:val="24"/>
          <w:szCs w:val="24"/>
        </w:rPr>
      </w:pPr>
      <w:r w:rsidRPr="00317828">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192.</w:t>
      </w:r>
    </w:p>
    <w:p w14:paraId="666E0723" w14:textId="77777777" w:rsidR="00312FCB" w:rsidRDefault="00312FCB" w:rsidP="005413C0">
      <w:pPr>
        <w:rPr>
          <w:i/>
          <w:iCs/>
          <w:sz w:val="24"/>
          <w:szCs w:val="24"/>
        </w:rPr>
      </w:pPr>
    </w:p>
    <w:p w14:paraId="17617D6F" w14:textId="77777777" w:rsidR="009530C8" w:rsidRDefault="00CC47C7" w:rsidP="009530C8">
      <w:pPr>
        <w:jc w:val="center"/>
        <w:rPr>
          <w:i/>
          <w:iCs/>
          <w:sz w:val="24"/>
          <w:szCs w:val="24"/>
        </w:rPr>
      </w:pPr>
      <w:r w:rsidRPr="00CC47C7">
        <w:rPr>
          <w:b/>
          <w:bCs/>
          <w:i/>
          <w:iCs/>
          <w:sz w:val="24"/>
          <w:szCs w:val="24"/>
        </w:rPr>
        <w:t>Instruzione per li fe</w:t>
      </w:r>
      <w:r w:rsidR="009530C8">
        <w:rPr>
          <w:b/>
          <w:bCs/>
          <w:i/>
          <w:iCs/>
          <w:sz w:val="24"/>
          <w:szCs w:val="24"/>
        </w:rPr>
        <w:t>rate e</w:t>
      </w:r>
      <w:r w:rsidRPr="00CC47C7">
        <w:rPr>
          <w:b/>
          <w:bCs/>
          <w:i/>
          <w:iCs/>
          <w:sz w:val="24"/>
          <w:szCs w:val="24"/>
        </w:rPr>
        <w:t xml:space="preserve"> staffe di ferro per il coperto</w:t>
      </w:r>
      <w:r w:rsidR="00000000">
        <w:rPr>
          <w:i/>
          <w:iCs/>
          <w:sz w:val="24"/>
          <w:szCs w:val="24"/>
        </w:rPr>
        <w:pict w14:anchorId="46868164">
          <v:rect id="_x0000_i1118" style="width:0;height:1.5pt" o:hralign="center" o:hrstd="t" o:hr="t" fillcolor="#a0a0a0" stroked="f"/>
        </w:pict>
      </w:r>
    </w:p>
    <w:p w14:paraId="154F2696" w14:textId="2D61AE1E" w:rsidR="009530C8" w:rsidRDefault="009530C8" w:rsidP="009530C8">
      <w:pPr>
        <w:jc w:val="both"/>
        <w:rPr>
          <w:i/>
          <w:iCs/>
          <w:sz w:val="24"/>
          <w:szCs w:val="24"/>
        </w:rPr>
      </w:pPr>
      <w:r>
        <w:rPr>
          <w:i/>
          <w:iCs/>
          <w:sz w:val="24"/>
          <w:szCs w:val="24"/>
        </w:rPr>
        <w:t>Le dette ferrate saranno per le finestre della stalla e se sarà necesario alla citronera e saranno della grandezza cioè di piedi 3 di longezza e tb. 1.1.0 d’altezza e saranno d’ordinaria grosezza cioè li bastoni ritondi di 7 punti come parimente le traverse con suoi ochi ben sbusiati in ugual distanza e si farà un disegnio inazi in grande e parte saranno dritti e parte a mandola delle sopra dette grosezze il tutto di ferro di brozolo di bon colore e nervo e dell migiore il tutto a opera conlaudata e aprovata.</w:t>
      </w:r>
    </w:p>
    <w:p w14:paraId="230B9332" w14:textId="77777777" w:rsidR="009530C8" w:rsidRDefault="009530C8" w:rsidP="009530C8">
      <w:pPr>
        <w:jc w:val="both"/>
        <w:rPr>
          <w:i/>
          <w:iCs/>
          <w:sz w:val="24"/>
          <w:szCs w:val="24"/>
        </w:rPr>
      </w:pPr>
      <w:r>
        <w:rPr>
          <w:i/>
          <w:iCs/>
          <w:sz w:val="24"/>
          <w:szCs w:val="24"/>
        </w:rPr>
        <w:lastRenderedPageBreak/>
        <w:t>Le staffe di ferro per l’incanalatura dell tetto di detta stalla e citronera saranno fatti di ferro d’agusta o altro di simile bontà le lame saranno di largezza onze 1 ¼ e la sua grosezza un ¼ e questi saranno nelle teste lavate le sue ochi per metersi li cavigie con sua testa rotonda e sbusiate per mettere le sue chiavette e nelli sbusiati per inchiodarlli al fiancho dell trave e saranno obligati di fare dette gaffe o staffe a lame di quella figura che sarà ordinata e di qual si sia maniera che ricercherà la maggior sodezza delle cavriate e saranno obligati di piegarlli sbusiarlli e meterlli in opera e inchiodarlli con chiodi di suficiente grosezza quanto porta la sua arte il tutto a opera conlaudata e aprovata e se nelle misure non saranno diligenti a prenderlli saranno obligati di smontarlli e rifarlli a la perfetione il tutto di ferro bono e di ottima qualità.</w:t>
      </w:r>
    </w:p>
    <w:p w14:paraId="66489B86" w14:textId="6C1282CA" w:rsidR="009530C8" w:rsidRDefault="0033275E" w:rsidP="009530C8">
      <w:pPr>
        <w:jc w:val="both"/>
        <w:rPr>
          <w:i/>
          <w:iCs/>
          <w:sz w:val="24"/>
          <w:szCs w:val="24"/>
        </w:rPr>
      </w:pPr>
      <w:r>
        <w:rPr>
          <w:i/>
          <w:iCs/>
          <w:sz w:val="24"/>
          <w:szCs w:val="24"/>
        </w:rPr>
        <w:t>Se sarà necesario mettere qualche staffa con il suo bolzone nelle teste delle cavriate la meteranno e saranno obligati quelli impresarij dall partito delle bolzoni e teste di chiave.</w:t>
      </w:r>
      <w:r w:rsidR="00000000">
        <w:rPr>
          <w:i/>
          <w:iCs/>
          <w:sz w:val="24"/>
          <w:szCs w:val="24"/>
        </w:rPr>
        <w:pict w14:anchorId="7B792784">
          <v:rect id="_x0000_i1119" style="width:0;height:1.5pt" o:hralign="center" o:hrstd="t" o:hr="t" fillcolor="#a0a0a0" stroked="f"/>
        </w:pict>
      </w:r>
    </w:p>
    <w:p w14:paraId="5578B2A7" w14:textId="40B9268C" w:rsidR="00CC47C7" w:rsidRDefault="00CC47C7" w:rsidP="0033275E">
      <w:pPr>
        <w:jc w:val="right"/>
        <w:rPr>
          <w:i/>
          <w:iCs/>
          <w:sz w:val="24"/>
          <w:szCs w:val="24"/>
        </w:rPr>
      </w:pPr>
      <w:r w:rsidRPr="00CC47C7">
        <w:rPr>
          <w:i/>
          <w:iCs/>
          <w:sz w:val="24"/>
          <w:szCs w:val="24"/>
        </w:rPr>
        <w:t xml:space="preserve">a </w:t>
      </w:r>
      <w:r w:rsidR="0033275E">
        <w:rPr>
          <w:i/>
          <w:iCs/>
          <w:sz w:val="24"/>
          <w:szCs w:val="24"/>
        </w:rPr>
        <w:t>16 Settembre</w:t>
      </w:r>
      <w:r w:rsidRPr="00CC47C7">
        <w:rPr>
          <w:i/>
          <w:iCs/>
          <w:sz w:val="24"/>
          <w:szCs w:val="24"/>
        </w:rPr>
        <w:t xml:space="preserve"> 1723</w:t>
      </w:r>
    </w:p>
    <w:p w14:paraId="4ABE2586" w14:textId="77777777" w:rsidR="0033275E" w:rsidRDefault="00CC47C7" w:rsidP="0033275E">
      <w:pPr>
        <w:jc w:val="right"/>
        <w:rPr>
          <w:i/>
          <w:iCs/>
          <w:sz w:val="24"/>
          <w:szCs w:val="24"/>
        </w:rPr>
      </w:pPr>
      <w:r w:rsidRPr="00CC47C7">
        <w:rPr>
          <w:i/>
          <w:iCs/>
          <w:sz w:val="24"/>
          <w:szCs w:val="24"/>
        </w:rPr>
        <w:t>Cavaliere Don Filippo Juvarra Architetto</w:t>
      </w:r>
      <w:r w:rsidR="00000000">
        <w:rPr>
          <w:i/>
          <w:iCs/>
          <w:sz w:val="24"/>
          <w:szCs w:val="24"/>
        </w:rPr>
        <w:pict w14:anchorId="0D2A4669">
          <v:rect id="_x0000_i1120" style="width:0;height:1.5pt" o:hralign="center" o:hrstd="t" o:hr="t" fillcolor="#a0a0a0" stroked="f"/>
        </w:pict>
      </w:r>
    </w:p>
    <w:p w14:paraId="25C7575F" w14:textId="5041777A" w:rsidR="00CC47C7" w:rsidRPr="0033275E" w:rsidRDefault="008E0F27" w:rsidP="0033275E">
      <w:pPr>
        <w:jc w:val="both"/>
        <w:rPr>
          <w:i/>
          <w:iCs/>
          <w:sz w:val="24"/>
          <w:szCs w:val="24"/>
        </w:rPr>
      </w:pPr>
      <w:r>
        <w:rPr>
          <w:i/>
          <w:iCs/>
          <w:sz w:val="24"/>
          <w:szCs w:val="24"/>
        </w:rPr>
        <w:t>Queste ferrate deve essere n° 6 per a</w:t>
      </w:r>
      <w:r w:rsidR="00751431">
        <w:rPr>
          <w:i/>
          <w:iCs/>
          <w:sz w:val="24"/>
          <w:szCs w:val="24"/>
        </w:rPr>
        <w:t>dess</w:t>
      </w:r>
      <w:r>
        <w:rPr>
          <w:i/>
          <w:iCs/>
          <w:sz w:val="24"/>
          <w:szCs w:val="24"/>
        </w:rPr>
        <w:t>o dell altri più picoli si daranno le misure se saranno necesarie con il tempo determinato 2° il suo partito e ordinato dall Emo. conseglio.</w:t>
      </w:r>
      <w:r w:rsidR="00000000">
        <w:rPr>
          <w:i/>
          <w:iCs/>
          <w:sz w:val="24"/>
          <w:szCs w:val="24"/>
        </w:rPr>
        <w:pict w14:anchorId="3DA57A43">
          <v:rect id="_x0000_i1121" style="width:0;height:1.5pt" o:hralign="center" o:hrstd="t" o:hr="t" fillcolor="#a0a0a0" stroked="f"/>
        </w:pict>
      </w:r>
      <w:r w:rsidR="00CC47C7" w:rsidRPr="009530C8">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foll.</w:t>
      </w:r>
      <w:r w:rsidR="0033275E">
        <w:rPr>
          <w:sz w:val="24"/>
          <w:szCs w:val="24"/>
        </w:rPr>
        <w:t xml:space="preserve"> </w:t>
      </w:r>
      <w:r w:rsidR="00CC47C7" w:rsidRPr="009530C8">
        <w:rPr>
          <w:sz w:val="24"/>
          <w:szCs w:val="24"/>
        </w:rPr>
        <w:t>197-198.</w:t>
      </w:r>
    </w:p>
    <w:p w14:paraId="1C4A5326" w14:textId="77777777" w:rsidR="00CC47C7" w:rsidRDefault="00CC47C7" w:rsidP="005413C0">
      <w:pPr>
        <w:rPr>
          <w:i/>
          <w:iCs/>
          <w:sz w:val="24"/>
          <w:szCs w:val="24"/>
        </w:rPr>
      </w:pPr>
    </w:p>
    <w:p w14:paraId="4C916082" w14:textId="78489E27" w:rsidR="0033275E" w:rsidRPr="00172CA0" w:rsidRDefault="0033275E" w:rsidP="00172CA0">
      <w:pPr>
        <w:jc w:val="center"/>
        <w:rPr>
          <w:sz w:val="28"/>
          <w:szCs w:val="28"/>
        </w:rPr>
      </w:pPr>
      <w:r w:rsidRPr="00A041A4">
        <w:rPr>
          <w:sz w:val="28"/>
          <w:szCs w:val="28"/>
        </w:rPr>
        <w:t>17</w:t>
      </w:r>
      <w:r>
        <w:rPr>
          <w:sz w:val="28"/>
          <w:szCs w:val="28"/>
        </w:rPr>
        <w:t>24</w:t>
      </w:r>
    </w:p>
    <w:p w14:paraId="563C8A28" w14:textId="351A9BC1" w:rsidR="0033275E" w:rsidRDefault="00F03B05" w:rsidP="000A2D5E">
      <w:pPr>
        <w:jc w:val="center"/>
        <w:rPr>
          <w:i/>
          <w:iCs/>
          <w:sz w:val="24"/>
          <w:szCs w:val="24"/>
        </w:rPr>
      </w:pPr>
      <w:r w:rsidRPr="002D5FBB">
        <w:rPr>
          <w:b/>
          <w:bCs/>
          <w:i/>
          <w:iCs/>
          <w:sz w:val="24"/>
          <w:szCs w:val="24"/>
        </w:rPr>
        <w:t>Instruzione per le cornice di stucco da farsi nella stalla della Venaria e metitura in opera le ciasili</w:t>
      </w:r>
      <w:r w:rsidR="00000000">
        <w:rPr>
          <w:i/>
          <w:iCs/>
          <w:sz w:val="24"/>
          <w:szCs w:val="24"/>
        </w:rPr>
        <w:pict w14:anchorId="1C81A81A">
          <v:rect id="_x0000_i1122" style="width:0;height:1.5pt" o:hralign="center" o:hrstd="t" o:hr="t" fillcolor="#a0a0a0" stroked="f"/>
        </w:pict>
      </w:r>
    </w:p>
    <w:p w14:paraId="273F6DCD" w14:textId="77777777" w:rsidR="00172CA0" w:rsidRDefault="000A2D5E" w:rsidP="00172CA0">
      <w:pPr>
        <w:jc w:val="both"/>
        <w:rPr>
          <w:i/>
          <w:iCs/>
          <w:sz w:val="24"/>
          <w:szCs w:val="24"/>
        </w:rPr>
      </w:pPr>
      <w:r>
        <w:rPr>
          <w:i/>
          <w:iCs/>
          <w:sz w:val="24"/>
          <w:szCs w:val="24"/>
        </w:rPr>
        <w:t xml:space="preserve">Le dette cornice saranno 2° la sacoma che porta il rusticho e altri conforme la sacoma che si darà ben fatti a tutta sua opera e fattura e dove non vi è rusticho saranno tenuti di mettere chiodi cavigli con suo fil di ferro da un chiodo </w:t>
      </w:r>
      <w:r w:rsidR="00172CA0">
        <w:rPr>
          <w:i/>
          <w:iCs/>
          <w:sz w:val="24"/>
          <w:szCs w:val="24"/>
        </w:rPr>
        <w:t>a l’altro per maggior sosistenza e saranno obligati tanto retti con suoi angoli che semicircolari in piano e ove gli verrà ordinato e si misureranno linealmente nella metà della cornice.</w:t>
      </w:r>
    </w:p>
    <w:p w14:paraId="7BF91517" w14:textId="77777777" w:rsidR="00172CA0" w:rsidRDefault="00172CA0" w:rsidP="00172CA0">
      <w:pPr>
        <w:jc w:val="both"/>
        <w:rPr>
          <w:i/>
          <w:iCs/>
          <w:sz w:val="24"/>
          <w:szCs w:val="24"/>
        </w:rPr>
      </w:pPr>
      <w:r>
        <w:rPr>
          <w:i/>
          <w:iCs/>
          <w:sz w:val="24"/>
          <w:szCs w:val="24"/>
        </w:rPr>
        <w:t>La cornice di onze 3 a 6 agetto onze 3</w:t>
      </w:r>
    </w:p>
    <w:p w14:paraId="6CA2640A" w14:textId="77777777" w:rsidR="00172CA0" w:rsidRDefault="00172CA0" w:rsidP="00172CA0">
      <w:pPr>
        <w:jc w:val="both"/>
        <w:rPr>
          <w:i/>
          <w:iCs/>
          <w:sz w:val="24"/>
          <w:szCs w:val="24"/>
        </w:rPr>
      </w:pPr>
      <w:r>
        <w:rPr>
          <w:i/>
          <w:iCs/>
          <w:sz w:val="24"/>
          <w:szCs w:val="24"/>
        </w:rPr>
        <w:t>cornice di onze 6 a 9 agetto onze 6</w:t>
      </w:r>
    </w:p>
    <w:p w14:paraId="683E43D4" w14:textId="77777777" w:rsidR="00172CA0" w:rsidRDefault="00172CA0" w:rsidP="00172CA0">
      <w:pPr>
        <w:jc w:val="both"/>
        <w:rPr>
          <w:i/>
          <w:iCs/>
          <w:sz w:val="24"/>
          <w:szCs w:val="24"/>
        </w:rPr>
      </w:pPr>
      <w:r>
        <w:rPr>
          <w:i/>
          <w:iCs/>
          <w:sz w:val="24"/>
          <w:szCs w:val="24"/>
        </w:rPr>
        <w:t>cornice di onze9 a 12 agetto onze 8</w:t>
      </w:r>
    </w:p>
    <w:p w14:paraId="7CD42E51" w14:textId="77777777" w:rsidR="00172CA0" w:rsidRDefault="00172CA0" w:rsidP="00172CA0">
      <w:pPr>
        <w:jc w:val="both"/>
        <w:rPr>
          <w:i/>
          <w:iCs/>
          <w:sz w:val="24"/>
          <w:szCs w:val="24"/>
        </w:rPr>
      </w:pPr>
      <w:r>
        <w:rPr>
          <w:i/>
          <w:iCs/>
          <w:sz w:val="24"/>
          <w:szCs w:val="24"/>
        </w:rPr>
        <w:t>cornice di onze 12 a 16 agetto onze 10</w:t>
      </w:r>
    </w:p>
    <w:p w14:paraId="29701E27" w14:textId="77777777" w:rsidR="00172CA0" w:rsidRDefault="00172CA0" w:rsidP="00172CA0">
      <w:pPr>
        <w:jc w:val="both"/>
        <w:rPr>
          <w:i/>
          <w:iCs/>
          <w:sz w:val="24"/>
          <w:szCs w:val="24"/>
        </w:rPr>
      </w:pPr>
      <w:r>
        <w:rPr>
          <w:i/>
          <w:iCs/>
          <w:sz w:val="24"/>
          <w:szCs w:val="24"/>
        </w:rPr>
        <w:t>cornice di onze 16 a 18 e sino a 20 e 24 e dall agetto che e nel rusticho cioè onze 16 si farà con tutti i muri necesarij a detta sacome.</w:t>
      </w:r>
    </w:p>
    <w:p w14:paraId="66E74F2E" w14:textId="77777777" w:rsidR="00172CA0" w:rsidRDefault="00172CA0" w:rsidP="00172CA0">
      <w:pPr>
        <w:jc w:val="both"/>
        <w:rPr>
          <w:i/>
          <w:iCs/>
          <w:sz w:val="24"/>
          <w:szCs w:val="24"/>
        </w:rPr>
      </w:pPr>
      <w:r>
        <w:rPr>
          <w:i/>
          <w:iCs/>
          <w:sz w:val="24"/>
          <w:szCs w:val="24"/>
        </w:rPr>
        <w:t>Il tutto a opera ben fatta e conlaudata e aprovata e ben tirata a linea perfetta.</w:t>
      </w:r>
    </w:p>
    <w:p w14:paraId="23A497B8" w14:textId="026DA208" w:rsidR="00F03B05" w:rsidRDefault="00172CA0" w:rsidP="00172CA0">
      <w:pPr>
        <w:jc w:val="both"/>
        <w:rPr>
          <w:i/>
          <w:iCs/>
          <w:sz w:val="24"/>
          <w:szCs w:val="24"/>
        </w:rPr>
      </w:pPr>
      <w:r>
        <w:rPr>
          <w:i/>
          <w:iCs/>
          <w:sz w:val="24"/>
          <w:szCs w:val="24"/>
        </w:rPr>
        <w:lastRenderedPageBreak/>
        <w:t>Saranno tenuti di mettere in opera tutti li ciasili grandi e picoli a ogni piano di dette aperture con soi telari e telaroni e perfettamente incastrate e ingesate le parte che saranno messe in ogni onze 15 invisca di distanza da una e l’altra e questi remi con fare i bugi necesarij e poscia ingesare quel che rimane di fisura tra il telarone e il muro con gesso e ruscie di mattoni il tutto a opera conlaudata e se sarano necesarij fare di bugi per incastrare i telaroni o vero altra rotura di qual si sia spigolo per entrare il telarone saranno obligati di farllo a tutta opera conlaudata e aprovata.</w:t>
      </w:r>
      <w:r w:rsidR="00000000">
        <w:rPr>
          <w:i/>
          <w:iCs/>
          <w:sz w:val="24"/>
          <w:szCs w:val="24"/>
        </w:rPr>
        <w:pict w14:anchorId="472BC947">
          <v:rect id="_x0000_i1123" style="width:0;height:1.5pt" o:hralign="center" o:hrstd="t" o:hr="t" fillcolor="#a0a0a0" stroked="f"/>
        </w:pict>
      </w:r>
    </w:p>
    <w:p w14:paraId="5A0C7F27" w14:textId="7670FF21" w:rsidR="00F03B05" w:rsidRDefault="00F03B05" w:rsidP="00172CA0">
      <w:pPr>
        <w:jc w:val="right"/>
        <w:rPr>
          <w:i/>
          <w:iCs/>
          <w:sz w:val="24"/>
          <w:szCs w:val="24"/>
        </w:rPr>
      </w:pPr>
      <w:r w:rsidRPr="00F03B05">
        <w:rPr>
          <w:i/>
          <w:iCs/>
          <w:sz w:val="24"/>
          <w:szCs w:val="24"/>
        </w:rPr>
        <w:t>giorno di 21 Aprile 1724</w:t>
      </w:r>
    </w:p>
    <w:p w14:paraId="428F57DE" w14:textId="1D8A6C3D" w:rsidR="00F03B05" w:rsidRDefault="00F03B05" w:rsidP="00172CA0">
      <w:pPr>
        <w:jc w:val="right"/>
        <w:rPr>
          <w:i/>
          <w:iCs/>
          <w:sz w:val="24"/>
          <w:szCs w:val="24"/>
        </w:rPr>
      </w:pPr>
      <w:r w:rsidRPr="00F03B05">
        <w:rPr>
          <w:i/>
          <w:iCs/>
          <w:sz w:val="24"/>
          <w:szCs w:val="24"/>
        </w:rPr>
        <w:t>Cavaliere Don Filippo Juvarra Architetto</w:t>
      </w:r>
      <w:r w:rsidR="00000000">
        <w:rPr>
          <w:i/>
          <w:iCs/>
          <w:sz w:val="24"/>
          <w:szCs w:val="24"/>
        </w:rPr>
        <w:pict w14:anchorId="20CAC23D">
          <v:rect id="_x0000_i1124" style="width:0;height:1.5pt" o:hralign="center" o:hrstd="t" o:hr="t" fillcolor="#a0a0a0" stroked="f"/>
        </w:pict>
      </w:r>
    </w:p>
    <w:p w14:paraId="28F5D40B" w14:textId="31FB8D91" w:rsidR="00F03B05" w:rsidRDefault="00F03B05" w:rsidP="00172CA0">
      <w:pPr>
        <w:jc w:val="both"/>
        <w:rPr>
          <w:sz w:val="24"/>
          <w:szCs w:val="24"/>
        </w:rPr>
      </w:pPr>
      <w:r w:rsidRPr="00F03B05">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 134.</w:t>
      </w:r>
    </w:p>
    <w:p w14:paraId="3ED06ED2" w14:textId="77777777" w:rsidR="00F03B05" w:rsidRDefault="00F03B05" w:rsidP="005413C0">
      <w:pPr>
        <w:rPr>
          <w:sz w:val="24"/>
          <w:szCs w:val="24"/>
        </w:rPr>
      </w:pPr>
    </w:p>
    <w:p w14:paraId="4FCA12F9" w14:textId="0C1D9A05" w:rsidR="00F03B05" w:rsidRDefault="00F03B05" w:rsidP="00172CA0">
      <w:pPr>
        <w:jc w:val="center"/>
        <w:rPr>
          <w:i/>
          <w:iCs/>
          <w:sz w:val="24"/>
          <w:szCs w:val="24"/>
        </w:rPr>
      </w:pPr>
      <w:r w:rsidRPr="00951CC5">
        <w:rPr>
          <w:b/>
          <w:bCs/>
          <w:i/>
          <w:iCs/>
          <w:sz w:val="24"/>
          <w:szCs w:val="24"/>
        </w:rPr>
        <w:t>Instruzione per le porte e casili della stalla della Reggia Venaria</w:t>
      </w:r>
      <w:r w:rsidR="00000000">
        <w:rPr>
          <w:i/>
          <w:iCs/>
          <w:sz w:val="24"/>
          <w:szCs w:val="24"/>
        </w:rPr>
        <w:pict w14:anchorId="0D5EE255">
          <v:rect id="_x0000_i1125" style="width:0;height:1.5pt" o:hralign="center" o:hrstd="t" o:hr="t" fillcolor="#a0a0a0" stroked="f"/>
        </w:pict>
      </w:r>
    </w:p>
    <w:p w14:paraId="6A3436DA" w14:textId="77777777" w:rsidR="00951CC5" w:rsidRDefault="00951CC5" w:rsidP="009105D3">
      <w:pPr>
        <w:jc w:val="both"/>
        <w:rPr>
          <w:i/>
          <w:iCs/>
          <w:sz w:val="24"/>
          <w:szCs w:val="24"/>
        </w:rPr>
      </w:pPr>
      <w:r>
        <w:rPr>
          <w:i/>
          <w:iCs/>
          <w:sz w:val="24"/>
          <w:szCs w:val="24"/>
        </w:rPr>
        <w:t>N° 4. Le quatro porte grande saranno d’albera ferrate d’assi di rovere e poscia inchiodati a quadretto e l’assi tanto d’albero che di rovere saranno invistiti di grosezza onze una scarsa e sopra detti assi di rovere ci sarà una scorniciatura con sua fascia di rovere inchiodata con chiodi con la testa grossa e messi in simetria li detti chiodi averano la testa limata a forma di mezzo bastone e di longezza che passino tutte.</w:t>
      </w:r>
    </w:p>
    <w:p w14:paraId="442AEDE9" w14:textId="77777777" w:rsidR="00951CC5" w:rsidRDefault="00951CC5" w:rsidP="009105D3">
      <w:pPr>
        <w:jc w:val="both"/>
        <w:rPr>
          <w:i/>
          <w:iCs/>
          <w:sz w:val="24"/>
          <w:szCs w:val="24"/>
        </w:rPr>
      </w:pPr>
      <w:r>
        <w:rPr>
          <w:i/>
          <w:iCs/>
          <w:sz w:val="24"/>
          <w:szCs w:val="24"/>
        </w:rPr>
        <w:t>Le tre grosezze d’assi il tutto ben lavorato e sarano obligati di fare il cornice adeguate sopra con il suo batente di rovere 2° la sacoma e mostra il disegnio di legniame stagionato a tutta opera conlaudata con lasciare una picolla porta che si possa aprire.</w:t>
      </w:r>
    </w:p>
    <w:p w14:paraId="079A5CFC" w14:textId="77777777" w:rsidR="00951CC5" w:rsidRDefault="00951CC5" w:rsidP="009105D3">
      <w:pPr>
        <w:jc w:val="both"/>
        <w:rPr>
          <w:i/>
          <w:iCs/>
          <w:sz w:val="24"/>
          <w:szCs w:val="24"/>
        </w:rPr>
      </w:pPr>
      <w:r>
        <w:rPr>
          <w:i/>
          <w:iCs/>
          <w:sz w:val="24"/>
          <w:szCs w:val="24"/>
        </w:rPr>
        <w:t>N° 4. Sopra dette porte ci saranno le ventagine semplici con una traversa in mezzo di rovere e suo cordone di fuori largezza del telato onze 2 ½ voletti onze 2 grosezza 1 ½ lavorati.</w:t>
      </w:r>
    </w:p>
    <w:p w14:paraId="48C16F26" w14:textId="77777777" w:rsidR="00951CC5" w:rsidRDefault="00951CC5" w:rsidP="009105D3">
      <w:pPr>
        <w:jc w:val="both"/>
        <w:rPr>
          <w:i/>
          <w:iCs/>
          <w:sz w:val="24"/>
          <w:szCs w:val="24"/>
        </w:rPr>
      </w:pPr>
      <w:r>
        <w:rPr>
          <w:i/>
          <w:iCs/>
          <w:sz w:val="24"/>
          <w:szCs w:val="24"/>
        </w:rPr>
        <w:t>N° 8. Le piccole finestre sarano di legnio di rovere telaro onze 2 ½ voletti onze 2 grosezza del telaro nel cordone onze 3.</w:t>
      </w:r>
    </w:p>
    <w:p w14:paraId="0A661181" w14:textId="77777777" w:rsidR="00951CC5" w:rsidRDefault="00951CC5" w:rsidP="009105D3">
      <w:pPr>
        <w:jc w:val="both"/>
        <w:rPr>
          <w:i/>
          <w:iCs/>
          <w:sz w:val="24"/>
          <w:szCs w:val="24"/>
        </w:rPr>
      </w:pPr>
      <w:r>
        <w:rPr>
          <w:i/>
          <w:iCs/>
          <w:sz w:val="24"/>
          <w:szCs w:val="24"/>
        </w:rPr>
        <w:t>N° 2. Mezzi lune sopra le due porte laterali saranno di legnio di rovere largezza del telaro onze 2 ½ grosezza dove il cordone onze 3 voletti onze 2 con soi batenti per mettere le vetrine il tutto ben lavorato a perfezione con legniame stagionato.</w:t>
      </w:r>
    </w:p>
    <w:p w14:paraId="410656F6" w14:textId="77777777" w:rsidR="00951CC5" w:rsidRDefault="00951CC5" w:rsidP="009105D3">
      <w:pPr>
        <w:jc w:val="both"/>
        <w:rPr>
          <w:i/>
          <w:iCs/>
          <w:sz w:val="24"/>
          <w:szCs w:val="24"/>
        </w:rPr>
      </w:pPr>
      <w:r>
        <w:rPr>
          <w:i/>
          <w:iCs/>
          <w:sz w:val="24"/>
          <w:szCs w:val="24"/>
        </w:rPr>
        <w:t>N° 4. Telaroni per le finestre in testa a la stalla tutto sarà di legnio di rovere il telaro delle misure dette cioè largezza onze 2 ½ grosezza dove il cordone onze 3 voletti onze 2 ½ grosezza onze 1 ½ lavorati a perfetione e secondo dimostra il disegnio e sue mezzi lune a conto.</w:t>
      </w:r>
    </w:p>
    <w:p w14:paraId="69D0090C" w14:textId="62EE0280" w:rsidR="003E34F2" w:rsidRDefault="003E34F2" w:rsidP="009105D3">
      <w:pPr>
        <w:jc w:val="both"/>
        <w:rPr>
          <w:i/>
          <w:iCs/>
          <w:sz w:val="24"/>
          <w:szCs w:val="24"/>
        </w:rPr>
      </w:pPr>
      <w:r>
        <w:rPr>
          <w:i/>
          <w:iCs/>
          <w:sz w:val="24"/>
          <w:szCs w:val="24"/>
        </w:rPr>
        <w:t>N° 30. Telari per le finestre d’albero saranno conforme la mostra con diminuire la fattura di quello cornicetta a torno a i voletti e farlla soglia al quanto smusiata il tutto retta 2à la mostra.</w:t>
      </w:r>
    </w:p>
    <w:p w14:paraId="1C6E10F0" w14:textId="07CF9F56" w:rsidR="003E34F2" w:rsidRDefault="003E34F2" w:rsidP="009105D3">
      <w:pPr>
        <w:jc w:val="both"/>
        <w:rPr>
          <w:i/>
          <w:iCs/>
          <w:sz w:val="24"/>
          <w:szCs w:val="24"/>
        </w:rPr>
      </w:pPr>
      <w:r>
        <w:rPr>
          <w:i/>
          <w:iCs/>
          <w:sz w:val="24"/>
          <w:szCs w:val="24"/>
        </w:rPr>
        <w:lastRenderedPageBreak/>
        <w:t>I detti telari saranno lavorati driti a filo e i soi batenti bene incastrati con li rimoni di detti legnia tutta forza e ben fatti a tutta opera conlaudata.</w:t>
      </w:r>
    </w:p>
    <w:p w14:paraId="0406D50C" w14:textId="4F52A716" w:rsidR="009105D3" w:rsidRDefault="009105D3" w:rsidP="009105D3">
      <w:pPr>
        <w:jc w:val="both"/>
        <w:rPr>
          <w:i/>
          <w:iCs/>
          <w:sz w:val="24"/>
          <w:szCs w:val="24"/>
        </w:rPr>
      </w:pPr>
      <w:r>
        <w:rPr>
          <w:i/>
          <w:iCs/>
          <w:sz w:val="24"/>
          <w:szCs w:val="24"/>
        </w:rPr>
        <w:t>Saranno tenuti a pigliare le misure sul posto a finestra per fenestra e darlli commpiti per tutto il mese d’Agosto al più la metà di settembre condotte sul posto.</w:t>
      </w:r>
    </w:p>
    <w:p w14:paraId="308CD079" w14:textId="74B78F6E" w:rsidR="00F03B05" w:rsidRDefault="00000000" w:rsidP="005413C0">
      <w:pPr>
        <w:rPr>
          <w:i/>
          <w:iCs/>
          <w:sz w:val="24"/>
          <w:szCs w:val="24"/>
        </w:rPr>
      </w:pPr>
      <w:r>
        <w:rPr>
          <w:i/>
          <w:iCs/>
          <w:sz w:val="24"/>
          <w:szCs w:val="24"/>
        </w:rPr>
        <w:pict w14:anchorId="7BD62B66">
          <v:rect id="_x0000_i1126" style="width:0;height:1.5pt" o:hralign="center" o:hrstd="t" o:hr="t" fillcolor="#a0a0a0" stroked="f"/>
        </w:pict>
      </w:r>
    </w:p>
    <w:p w14:paraId="03B0FEE4" w14:textId="47600741" w:rsidR="00F03B05" w:rsidRPr="00951CC5" w:rsidRDefault="00F03B05" w:rsidP="00951CC5">
      <w:pPr>
        <w:jc w:val="right"/>
        <w:rPr>
          <w:i/>
          <w:iCs/>
          <w:sz w:val="24"/>
          <w:szCs w:val="24"/>
        </w:rPr>
      </w:pPr>
      <w:r w:rsidRPr="00951CC5">
        <w:rPr>
          <w:i/>
          <w:iCs/>
          <w:sz w:val="24"/>
          <w:szCs w:val="24"/>
        </w:rPr>
        <w:t>Torino li 29 Aprile 1724</w:t>
      </w:r>
    </w:p>
    <w:p w14:paraId="72C9AAC7" w14:textId="2AB02536" w:rsidR="00F03B05" w:rsidRDefault="00F03B05" w:rsidP="00951CC5">
      <w:pPr>
        <w:jc w:val="right"/>
        <w:rPr>
          <w:i/>
          <w:iCs/>
          <w:sz w:val="24"/>
          <w:szCs w:val="24"/>
        </w:rPr>
      </w:pPr>
      <w:r w:rsidRPr="00951CC5">
        <w:rPr>
          <w:i/>
          <w:iCs/>
          <w:sz w:val="24"/>
          <w:szCs w:val="24"/>
        </w:rPr>
        <w:t>Cavaliere Don Filippo Juvarra Architetto</w:t>
      </w:r>
      <w:r w:rsidR="00000000">
        <w:rPr>
          <w:i/>
          <w:iCs/>
          <w:sz w:val="24"/>
          <w:szCs w:val="24"/>
        </w:rPr>
        <w:pict w14:anchorId="65DEAD6D">
          <v:rect id="_x0000_i1127" style="width:0;height:1.5pt" o:hralign="center" o:hrstd="t" o:hr="t" fillcolor="#a0a0a0" stroked="f"/>
        </w:pict>
      </w:r>
    </w:p>
    <w:p w14:paraId="1F2F167F" w14:textId="6D3E693B" w:rsidR="00F03B05" w:rsidRDefault="00F03B05" w:rsidP="00951CC5">
      <w:pPr>
        <w:jc w:val="both"/>
        <w:rPr>
          <w:sz w:val="24"/>
          <w:szCs w:val="24"/>
        </w:rPr>
      </w:pPr>
      <w:r w:rsidRPr="00F03B05">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foll. 123-124</w:t>
      </w:r>
      <w:r w:rsidR="008F5240">
        <w:rPr>
          <w:sz w:val="24"/>
          <w:szCs w:val="24"/>
        </w:rPr>
        <w:t>-125-126.</w:t>
      </w:r>
    </w:p>
    <w:p w14:paraId="3F3DC402" w14:textId="77777777" w:rsidR="00F03B05" w:rsidRDefault="00F03B05" w:rsidP="00F03B05">
      <w:pPr>
        <w:rPr>
          <w:sz w:val="24"/>
          <w:szCs w:val="24"/>
        </w:rPr>
      </w:pPr>
    </w:p>
    <w:p w14:paraId="61780A8F" w14:textId="7D7E6009" w:rsidR="00F03B05" w:rsidRDefault="00F03B05" w:rsidP="008B4B50">
      <w:pPr>
        <w:jc w:val="center"/>
        <w:rPr>
          <w:i/>
          <w:iCs/>
          <w:sz w:val="24"/>
          <w:szCs w:val="24"/>
        </w:rPr>
      </w:pPr>
      <w:r w:rsidRPr="008B4B50">
        <w:rPr>
          <w:b/>
          <w:bCs/>
          <w:i/>
          <w:iCs/>
          <w:sz w:val="24"/>
          <w:szCs w:val="24"/>
        </w:rPr>
        <w:t>Instruzione per la ferramenta per le porte e finestre della stalla della Venaria</w:t>
      </w:r>
      <w:r w:rsidR="00000000">
        <w:rPr>
          <w:i/>
          <w:iCs/>
          <w:sz w:val="24"/>
          <w:szCs w:val="24"/>
        </w:rPr>
        <w:pict w14:anchorId="0E87741E">
          <v:rect id="_x0000_i1128" style="width:0;height:1.5pt" o:hralign="center" o:hrstd="t" o:hr="t" fillcolor="#a0a0a0" stroked="f"/>
        </w:pict>
      </w:r>
    </w:p>
    <w:p w14:paraId="1FE95BD7" w14:textId="77777777" w:rsidR="00981EF0" w:rsidRDefault="00981EF0" w:rsidP="008B4B50">
      <w:pPr>
        <w:jc w:val="both"/>
        <w:rPr>
          <w:i/>
          <w:iCs/>
          <w:sz w:val="24"/>
          <w:szCs w:val="24"/>
        </w:rPr>
      </w:pPr>
      <w:r>
        <w:rPr>
          <w:i/>
          <w:iCs/>
          <w:sz w:val="24"/>
          <w:szCs w:val="24"/>
        </w:rPr>
        <w:t>Le porte averanno le sue varvelle doppie con li suoi poligi ben rinforzati e catenacci e braccioli necesarij per porte ordinarie il tutto di bon ferro lavorati perfettamente a tantto il R con una serratura a due giri e chiave proporzionata da cerri detta porta grande e picola e detta ferramenta per la grosezza gli sarà data a proporzione della porta.</w:t>
      </w:r>
    </w:p>
    <w:p w14:paraId="4CE7BE18" w14:textId="77777777" w:rsidR="00981EF0" w:rsidRDefault="00981EF0" w:rsidP="008B4B50">
      <w:pPr>
        <w:jc w:val="both"/>
        <w:rPr>
          <w:i/>
          <w:iCs/>
          <w:sz w:val="24"/>
          <w:szCs w:val="24"/>
        </w:rPr>
      </w:pPr>
      <w:r>
        <w:rPr>
          <w:i/>
          <w:iCs/>
          <w:sz w:val="24"/>
          <w:szCs w:val="24"/>
        </w:rPr>
        <w:t>Li voletti primi delli ciasili del primo ordine si aprirano con soi voncelli a fiamma e due criche per parte solamente l’altri finestre di sopra saranno inchiodati senza nesuna ferramenta.</w:t>
      </w:r>
    </w:p>
    <w:p w14:paraId="06E69A39" w14:textId="5F0C49FC" w:rsidR="00F03B05" w:rsidRDefault="00981EF0" w:rsidP="008B4B50">
      <w:pPr>
        <w:jc w:val="both"/>
        <w:rPr>
          <w:i/>
          <w:iCs/>
          <w:sz w:val="24"/>
          <w:szCs w:val="24"/>
        </w:rPr>
      </w:pPr>
      <w:r>
        <w:rPr>
          <w:i/>
          <w:iCs/>
          <w:sz w:val="24"/>
          <w:szCs w:val="24"/>
        </w:rPr>
        <w:t>Le porte che vanno in torno a detti ciasili si daranno a tantto il R della grosezza necesaria con bugi e chiodi il tutto a opera conlaudata.</w:t>
      </w:r>
      <w:r w:rsidR="00000000">
        <w:rPr>
          <w:i/>
          <w:iCs/>
          <w:sz w:val="24"/>
          <w:szCs w:val="24"/>
        </w:rPr>
        <w:pict w14:anchorId="250AE5C9">
          <v:rect id="_x0000_i1129" style="width:0;height:1.5pt" o:hralign="center" o:hrstd="t" o:hr="t" fillcolor="#a0a0a0" stroked="f"/>
        </w:pict>
      </w:r>
    </w:p>
    <w:p w14:paraId="32D057DC" w14:textId="39E40686" w:rsidR="00F03B05" w:rsidRPr="008B4B50" w:rsidRDefault="003500B8" w:rsidP="008B4B50">
      <w:pPr>
        <w:jc w:val="right"/>
        <w:rPr>
          <w:i/>
          <w:iCs/>
          <w:sz w:val="24"/>
          <w:szCs w:val="24"/>
        </w:rPr>
      </w:pPr>
      <w:r w:rsidRPr="008B4B50">
        <w:rPr>
          <w:i/>
          <w:iCs/>
          <w:sz w:val="24"/>
          <w:szCs w:val="24"/>
        </w:rPr>
        <w:t>Torino li 6 maggio 1724</w:t>
      </w:r>
    </w:p>
    <w:p w14:paraId="1D0AB82D" w14:textId="1EDAF07C" w:rsidR="003500B8" w:rsidRDefault="003500B8" w:rsidP="008B4B50">
      <w:pPr>
        <w:jc w:val="right"/>
        <w:rPr>
          <w:i/>
          <w:iCs/>
          <w:sz w:val="24"/>
          <w:szCs w:val="24"/>
        </w:rPr>
      </w:pPr>
      <w:r w:rsidRPr="008B4B50">
        <w:rPr>
          <w:i/>
          <w:iCs/>
          <w:sz w:val="24"/>
          <w:szCs w:val="24"/>
        </w:rPr>
        <w:t>Cavaliere Don Filippo Juvarra Architetto</w:t>
      </w:r>
      <w:r w:rsidR="00000000">
        <w:rPr>
          <w:i/>
          <w:iCs/>
          <w:sz w:val="24"/>
          <w:szCs w:val="24"/>
        </w:rPr>
        <w:pict w14:anchorId="41741F20">
          <v:rect id="_x0000_i1130" style="width:0;height:1.5pt" o:hralign="center" o:hrstd="t" o:hr="t" fillcolor="#a0a0a0" stroked="f"/>
        </w:pict>
      </w:r>
    </w:p>
    <w:p w14:paraId="1793BC65" w14:textId="6D7AF0C6" w:rsidR="003500B8" w:rsidRDefault="003500B8" w:rsidP="008B4B50">
      <w:pPr>
        <w:jc w:val="both"/>
        <w:rPr>
          <w:sz w:val="24"/>
          <w:szCs w:val="24"/>
        </w:rPr>
      </w:pPr>
      <w:r w:rsidRPr="00F03B05">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foll. 127.</w:t>
      </w:r>
    </w:p>
    <w:p w14:paraId="2B5C862A" w14:textId="77777777" w:rsidR="003500B8" w:rsidRDefault="003500B8" w:rsidP="00F03B05">
      <w:pPr>
        <w:rPr>
          <w:sz w:val="24"/>
          <w:szCs w:val="24"/>
        </w:rPr>
      </w:pPr>
    </w:p>
    <w:p w14:paraId="3574B2D4" w14:textId="4BBA46D1" w:rsidR="00F03B05" w:rsidRDefault="003500B8" w:rsidP="00272A6B">
      <w:pPr>
        <w:jc w:val="center"/>
        <w:rPr>
          <w:i/>
          <w:iCs/>
          <w:sz w:val="24"/>
          <w:szCs w:val="24"/>
        </w:rPr>
      </w:pPr>
      <w:r w:rsidRPr="003956E5">
        <w:rPr>
          <w:b/>
          <w:bCs/>
          <w:i/>
          <w:iCs/>
          <w:sz w:val="24"/>
          <w:szCs w:val="24"/>
        </w:rPr>
        <w:t>Instruzione per serare le</w:t>
      </w:r>
      <w:r w:rsidRPr="00272A6B">
        <w:rPr>
          <w:b/>
          <w:bCs/>
          <w:i/>
          <w:iCs/>
          <w:sz w:val="24"/>
          <w:szCs w:val="24"/>
        </w:rPr>
        <w:t xml:space="preserve"> due teste della stalla della Real Venaria e </w:t>
      </w:r>
      <w:r w:rsidR="00272A6B" w:rsidRPr="00272A6B">
        <w:rPr>
          <w:b/>
          <w:bCs/>
          <w:i/>
          <w:iCs/>
          <w:sz w:val="24"/>
          <w:szCs w:val="24"/>
        </w:rPr>
        <w:t xml:space="preserve">terazza </w:t>
      </w:r>
      <w:r w:rsidRPr="00272A6B">
        <w:rPr>
          <w:b/>
          <w:bCs/>
          <w:i/>
          <w:iCs/>
          <w:sz w:val="24"/>
          <w:szCs w:val="24"/>
        </w:rPr>
        <w:t>al Padiglione di S. A. R.</w:t>
      </w:r>
      <w:r w:rsidRPr="002D5FBB">
        <w:rPr>
          <w:b/>
          <w:bCs/>
          <w:i/>
          <w:iCs/>
          <w:sz w:val="24"/>
          <w:szCs w:val="24"/>
        </w:rPr>
        <w:t xml:space="preserve"> </w:t>
      </w:r>
      <w:r w:rsidR="00000000">
        <w:rPr>
          <w:i/>
          <w:iCs/>
          <w:sz w:val="24"/>
          <w:szCs w:val="24"/>
        </w:rPr>
        <w:pict w14:anchorId="35DD42C3">
          <v:rect id="_x0000_i1131" style="width:0;height:1.5pt" o:hralign="center" o:hrstd="t" o:hr="t" fillcolor="#a0a0a0" stroked="f"/>
        </w:pict>
      </w:r>
    </w:p>
    <w:p w14:paraId="76A6736A" w14:textId="77777777" w:rsidR="00383BAC" w:rsidRDefault="00383BAC" w:rsidP="00272A6B">
      <w:pPr>
        <w:jc w:val="both"/>
        <w:rPr>
          <w:i/>
          <w:iCs/>
          <w:sz w:val="24"/>
          <w:szCs w:val="24"/>
        </w:rPr>
      </w:pPr>
      <w:r>
        <w:rPr>
          <w:i/>
          <w:iCs/>
          <w:sz w:val="24"/>
          <w:szCs w:val="24"/>
        </w:rPr>
        <w:t xml:space="preserve">Si faranno le muraglie ordinarie di pietra con sue scanzelli di mattoni di distanza tra un scanzello e l’altro di 4 corsi di mattoni e le pietre ben battute e saranno obligati di fare spalle di pose e finestre di mattoni suoi archi archoni voltini sordini il tutto ben lavorato e scagiato e </w:t>
      </w:r>
      <w:r>
        <w:rPr>
          <w:i/>
          <w:iCs/>
          <w:sz w:val="24"/>
          <w:szCs w:val="24"/>
        </w:rPr>
        <w:lastRenderedPageBreak/>
        <w:t>inbocheranno a pietra coperta e sarano obligati se ci voranno pozzi di riempirlli di muraglia ordinaria con suoi cinte di mattoni.</w:t>
      </w:r>
    </w:p>
    <w:p w14:paraId="0ECD4DB8" w14:textId="77777777" w:rsidR="00383BAC" w:rsidRDefault="00383BAC" w:rsidP="00272A6B">
      <w:pPr>
        <w:jc w:val="both"/>
        <w:rPr>
          <w:i/>
          <w:iCs/>
          <w:sz w:val="24"/>
          <w:szCs w:val="24"/>
        </w:rPr>
      </w:pPr>
      <w:r>
        <w:rPr>
          <w:i/>
          <w:iCs/>
          <w:sz w:val="24"/>
          <w:szCs w:val="24"/>
        </w:rPr>
        <w:t>Muraglia di mattone sarà ben lavorata sotile e ben uniti con le sue calcinata sotile e saranno comprese tutte l’apiombature di spicoli lesene finestre porte e altro spicolo che ci fosse e saranno tenuti di fare archi archoni volti voltini sordini di porte e finestre il tutto imbucato a maton scoperto e saranno obligati e tenuti di mettere le chiave di ferro o radici che si giudicherà necesario per la magior sosistenza di detta fabricha saranno obligati se in caso ci fosse necesità di rompere per unire il novo con il fatto o per impostare l’archi nella fondamenta o per imposta di volta o altra rotura concernente al lavoro.</w:t>
      </w:r>
    </w:p>
    <w:p w14:paraId="2F47CD87" w14:textId="77777777" w:rsidR="00383BAC" w:rsidRDefault="00383BAC" w:rsidP="00272A6B">
      <w:pPr>
        <w:jc w:val="both"/>
        <w:rPr>
          <w:i/>
          <w:iCs/>
          <w:sz w:val="24"/>
          <w:szCs w:val="24"/>
        </w:rPr>
      </w:pPr>
      <w:r>
        <w:rPr>
          <w:i/>
          <w:iCs/>
          <w:sz w:val="24"/>
          <w:szCs w:val="24"/>
        </w:rPr>
        <w:t>Volte saranno ben lavorati e si faranno le centine secondo la monta che si darà tantto per la terazza che per il padiglione se si occorra fare della scuderia che guarda a levante e per dove si mettono l’armeri cioè il gunda anessi atiguo alla stalla e suo finimento di mura.</w:t>
      </w:r>
    </w:p>
    <w:p w14:paraId="6EFFB420" w14:textId="77777777" w:rsidR="00383BAC" w:rsidRDefault="00383BAC" w:rsidP="00272A6B">
      <w:pPr>
        <w:jc w:val="both"/>
        <w:rPr>
          <w:i/>
          <w:iCs/>
          <w:sz w:val="24"/>
          <w:szCs w:val="24"/>
        </w:rPr>
      </w:pPr>
      <w:r>
        <w:rPr>
          <w:i/>
          <w:iCs/>
          <w:sz w:val="24"/>
          <w:szCs w:val="24"/>
        </w:rPr>
        <w:t>L’ornamenti saranno secondo la sacoma che si darà.</w:t>
      </w:r>
    </w:p>
    <w:p w14:paraId="7C012A2F" w14:textId="15FB5BED" w:rsidR="003500B8" w:rsidRDefault="00383BAC" w:rsidP="00272A6B">
      <w:pPr>
        <w:jc w:val="both"/>
        <w:rPr>
          <w:i/>
          <w:iCs/>
          <w:sz w:val="24"/>
          <w:szCs w:val="24"/>
        </w:rPr>
      </w:pPr>
      <w:r>
        <w:rPr>
          <w:i/>
          <w:iCs/>
          <w:sz w:val="24"/>
          <w:szCs w:val="24"/>
        </w:rPr>
        <w:t xml:space="preserve">Il tutto lavorato con tutta pulitezza e a piombo perfetto e in piano </w:t>
      </w:r>
      <w:r w:rsidR="008A05AE">
        <w:rPr>
          <w:i/>
          <w:iCs/>
          <w:sz w:val="24"/>
          <w:szCs w:val="24"/>
        </w:rPr>
        <w:t>perfetto e a opera conlaudata e aprovata.</w:t>
      </w:r>
      <w:r w:rsidR="00000000">
        <w:rPr>
          <w:i/>
          <w:iCs/>
          <w:sz w:val="24"/>
          <w:szCs w:val="24"/>
        </w:rPr>
        <w:pict w14:anchorId="1BDF4EE3">
          <v:rect id="_x0000_i1132" style="width:0;height:1.5pt" o:hralign="center" o:hrstd="t" o:hr="t" fillcolor="#a0a0a0" stroked="f"/>
        </w:pict>
      </w:r>
    </w:p>
    <w:p w14:paraId="4F5C8847" w14:textId="721454C7" w:rsidR="003500B8" w:rsidRPr="00272A6B" w:rsidRDefault="003500B8" w:rsidP="00272A6B">
      <w:pPr>
        <w:jc w:val="right"/>
        <w:rPr>
          <w:i/>
          <w:iCs/>
          <w:sz w:val="24"/>
          <w:szCs w:val="24"/>
        </w:rPr>
      </w:pPr>
      <w:r w:rsidRPr="00272A6B">
        <w:rPr>
          <w:i/>
          <w:iCs/>
          <w:sz w:val="24"/>
          <w:szCs w:val="24"/>
        </w:rPr>
        <w:t>a 2 Luglio 1724</w:t>
      </w:r>
    </w:p>
    <w:p w14:paraId="10C386B4" w14:textId="1533BA3B" w:rsidR="003500B8" w:rsidRDefault="003500B8" w:rsidP="00272A6B">
      <w:pPr>
        <w:jc w:val="right"/>
        <w:rPr>
          <w:i/>
          <w:iCs/>
          <w:sz w:val="24"/>
          <w:szCs w:val="24"/>
        </w:rPr>
      </w:pPr>
      <w:r w:rsidRPr="00272A6B">
        <w:rPr>
          <w:i/>
          <w:iCs/>
          <w:sz w:val="24"/>
          <w:szCs w:val="24"/>
        </w:rPr>
        <w:t>Cavaliere Don Filippo Juvarra Architetto</w:t>
      </w:r>
      <w:r w:rsidR="00000000">
        <w:rPr>
          <w:i/>
          <w:iCs/>
          <w:sz w:val="24"/>
          <w:szCs w:val="24"/>
        </w:rPr>
        <w:pict w14:anchorId="09FEF618">
          <v:rect id="_x0000_i1133" style="width:0;height:1.5pt" o:hralign="center" o:hrstd="t" o:hr="t" fillcolor="#a0a0a0" stroked="f"/>
        </w:pict>
      </w:r>
    </w:p>
    <w:p w14:paraId="1948BBC4" w14:textId="1D72E295" w:rsidR="0033275E" w:rsidRDefault="003500B8" w:rsidP="00272A6B">
      <w:pPr>
        <w:jc w:val="both"/>
        <w:rPr>
          <w:sz w:val="24"/>
          <w:szCs w:val="24"/>
        </w:rPr>
      </w:pPr>
      <w:r w:rsidRPr="00F03B05">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foll. 139.</w:t>
      </w:r>
    </w:p>
    <w:p w14:paraId="2A0A1294" w14:textId="77777777" w:rsidR="00172CA0" w:rsidRDefault="00172CA0" w:rsidP="005413C0">
      <w:pPr>
        <w:rPr>
          <w:sz w:val="24"/>
          <w:szCs w:val="24"/>
        </w:rPr>
      </w:pPr>
    </w:p>
    <w:p w14:paraId="3B5BBF24" w14:textId="77777777" w:rsidR="00172CA0" w:rsidRDefault="00172CA0" w:rsidP="00172CA0">
      <w:pPr>
        <w:jc w:val="center"/>
        <w:rPr>
          <w:i/>
          <w:iCs/>
          <w:sz w:val="24"/>
          <w:szCs w:val="24"/>
        </w:rPr>
      </w:pPr>
      <w:r w:rsidRPr="0033275E">
        <w:rPr>
          <w:b/>
          <w:bCs/>
          <w:i/>
          <w:iCs/>
          <w:sz w:val="24"/>
          <w:szCs w:val="24"/>
        </w:rPr>
        <w:t xml:space="preserve">Instruzione per </w:t>
      </w:r>
      <w:r>
        <w:rPr>
          <w:b/>
          <w:bCs/>
          <w:i/>
          <w:iCs/>
          <w:sz w:val="24"/>
          <w:szCs w:val="24"/>
        </w:rPr>
        <w:t>l</w:t>
      </w:r>
      <w:r w:rsidRPr="0033275E">
        <w:rPr>
          <w:b/>
          <w:bCs/>
          <w:i/>
          <w:iCs/>
          <w:sz w:val="24"/>
          <w:szCs w:val="24"/>
        </w:rPr>
        <w:t xml:space="preserve">e finestre della </w:t>
      </w:r>
      <w:r>
        <w:rPr>
          <w:b/>
          <w:bCs/>
          <w:i/>
          <w:iCs/>
          <w:sz w:val="24"/>
          <w:szCs w:val="24"/>
        </w:rPr>
        <w:t xml:space="preserve">orangeria </w:t>
      </w:r>
      <w:r w:rsidRPr="0033275E">
        <w:rPr>
          <w:b/>
          <w:bCs/>
          <w:i/>
          <w:iCs/>
          <w:sz w:val="24"/>
          <w:szCs w:val="24"/>
        </w:rPr>
        <w:t>nella Real Venaria</w:t>
      </w:r>
      <w:r w:rsidR="00000000">
        <w:rPr>
          <w:i/>
          <w:iCs/>
          <w:sz w:val="24"/>
          <w:szCs w:val="24"/>
        </w:rPr>
        <w:pict w14:anchorId="70C1BF8A">
          <v:rect id="_x0000_i1134" style="width:0;height:1.5pt" o:hralign="center" o:hrstd="t" o:hr="t" fillcolor="#a0a0a0" stroked="f"/>
        </w:pict>
      </w:r>
    </w:p>
    <w:p w14:paraId="49C09D92" w14:textId="77777777" w:rsidR="00172CA0" w:rsidRDefault="00172CA0" w:rsidP="00172CA0">
      <w:pPr>
        <w:jc w:val="both"/>
        <w:rPr>
          <w:i/>
          <w:iCs/>
          <w:sz w:val="24"/>
          <w:szCs w:val="24"/>
        </w:rPr>
      </w:pPr>
      <w:r>
        <w:rPr>
          <w:i/>
          <w:iCs/>
          <w:sz w:val="24"/>
          <w:szCs w:val="24"/>
        </w:rPr>
        <w:t>Li detti ciasili saranno 2° il disegnio e sacoma in grande con numeri di onze segniata li montanti e cornicioni saranno di rovere secondo la sacoma del disegnio in picolo la rintaglina e voletti parte di rovere e parti di nocera ad arbitrio del operaio il tutto ben fatto con tutta sodezza e perfezione di bona e stagionata legniame saranno obligati di asistere e tirare in opera la rintaglina cornice e tutto quello che sarà necesario alla opera fatta il tutto ben lavorata a opera conlaudata e aprovata.</w:t>
      </w:r>
      <w:r w:rsidR="00000000">
        <w:rPr>
          <w:i/>
          <w:iCs/>
          <w:sz w:val="24"/>
          <w:szCs w:val="24"/>
        </w:rPr>
        <w:pict w14:anchorId="53DE0BF0">
          <v:rect id="_x0000_i1135" style="width:0;height:1.5pt" o:hralign="center" o:hrstd="t" o:hr="t" fillcolor="#a0a0a0" stroked="f"/>
        </w:pict>
      </w:r>
    </w:p>
    <w:p w14:paraId="7D69CD8A" w14:textId="77777777" w:rsidR="00172CA0" w:rsidRDefault="00172CA0" w:rsidP="00172CA0">
      <w:pPr>
        <w:jc w:val="right"/>
        <w:rPr>
          <w:i/>
          <w:iCs/>
          <w:sz w:val="24"/>
          <w:szCs w:val="24"/>
        </w:rPr>
      </w:pPr>
      <w:r w:rsidRPr="0033275E">
        <w:rPr>
          <w:i/>
          <w:iCs/>
          <w:sz w:val="24"/>
          <w:szCs w:val="24"/>
        </w:rPr>
        <w:t xml:space="preserve">giorno di 14 </w:t>
      </w:r>
      <w:r>
        <w:rPr>
          <w:i/>
          <w:iCs/>
          <w:sz w:val="24"/>
          <w:szCs w:val="24"/>
        </w:rPr>
        <w:t>Ottobre</w:t>
      </w:r>
      <w:r w:rsidRPr="0033275E">
        <w:rPr>
          <w:i/>
          <w:iCs/>
          <w:sz w:val="24"/>
          <w:szCs w:val="24"/>
        </w:rPr>
        <w:t xml:space="preserve"> 1724</w:t>
      </w:r>
    </w:p>
    <w:p w14:paraId="5EFF2FBA" w14:textId="77777777" w:rsidR="00172CA0" w:rsidRDefault="00172CA0" w:rsidP="00172CA0">
      <w:pPr>
        <w:jc w:val="right"/>
        <w:rPr>
          <w:i/>
          <w:iCs/>
          <w:sz w:val="24"/>
          <w:szCs w:val="24"/>
        </w:rPr>
      </w:pPr>
      <w:r w:rsidRPr="0033275E">
        <w:rPr>
          <w:i/>
          <w:iCs/>
          <w:sz w:val="24"/>
          <w:szCs w:val="24"/>
        </w:rPr>
        <w:t>Cavaliere Don Filippo Juvarra Architetto</w:t>
      </w:r>
      <w:r w:rsidR="00000000">
        <w:rPr>
          <w:i/>
          <w:iCs/>
          <w:sz w:val="24"/>
          <w:szCs w:val="24"/>
        </w:rPr>
        <w:pict w14:anchorId="087CEB4E">
          <v:rect id="_x0000_i1136" style="width:0;height:1.5pt" o:hralign="center" o:hrstd="t" o:hr="t" fillcolor="#a0a0a0" stroked="f"/>
        </w:pict>
      </w:r>
    </w:p>
    <w:p w14:paraId="04B00BCF" w14:textId="12302106" w:rsidR="00172CA0" w:rsidRDefault="00172CA0" w:rsidP="00172CA0">
      <w:pPr>
        <w:jc w:val="both"/>
        <w:rPr>
          <w:sz w:val="24"/>
          <w:szCs w:val="24"/>
        </w:rPr>
      </w:pPr>
      <w:r w:rsidRPr="0033275E">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3.</w:t>
      </w:r>
    </w:p>
    <w:p w14:paraId="09B74FA8" w14:textId="77777777" w:rsidR="009C0C63" w:rsidRDefault="009C0C63" w:rsidP="00172CA0">
      <w:pPr>
        <w:jc w:val="both"/>
        <w:rPr>
          <w:sz w:val="24"/>
          <w:szCs w:val="24"/>
        </w:rPr>
      </w:pPr>
    </w:p>
    <w:p w14:paraId="3D55EE0E" w14:textId="36CF4FCA" w:rsidR="009C0C63" w:rsidRPr="00A041A4" w:rsidRDefault="009C0C63" w:rsidP="009C0C63">
      <w:pPr>
        <w:jc w:val="center"/>
        <w:rPr>
          <w:sz w:val="28"/>
          <w:szCs w:val="28"/>
        </w:rPr>
      </w:pPr>
      <w:r w:rsidRPr="00A041A4">
        <w:rPr>
          <w:sz w:val="28"/>
          <w:szCs w:val="28"/>
        </w:rPr>
        <w:t>17</w:t>
      </w:r>
      <w:r>
        <w:rPr>
          <w:sz w:val="28"/>
          <w:szCs w:val="28"/>
        </w:rPr>
        <w:t>25</w:t>
      </w:r>
    </w:p>
    <w:p w14:paraId="2929F9B0" w14:textId="77777777" w:rsidR="00ED425D" w:rsidRDefault="000C49C9" w:rsidP="00ED425D">
      <w:pPr>
        <w:jc w:val="center"/>
        <w:rPr>
          <w:i/>
          <w:iCs/>
          <w:sz w:val="24"/>
          <w:szCs w:val="24"/>
        </w:rPr>
      </w:pPr>
      <w:r w:rsidRPr="00EB0687">
        <w:rPr>
          <w:b/>
          <w:bCs/>
          <w:i/>
          <w:iCs/>
          <w:sz w:val="24"/>
          <w:szCs w:val="24"/>
        </w:rPr>
        <w:t>Instruzione per le Porte della Citronera della Real Venaria</w:t>
      </w:r>
      <w:r w:rsidR="00000000">
        <w:rPr>
          <w:i/>
          <w:iCs/>
          <w:sz w:val="24"/>
          <w:szCs w:val="24"/>
        </w:rPr>
        <w:pict w14:anchorId="53AF27BB">
          <v:rect id="_x0000_i1137" style="width:0;height:1.5pt" o:hralign="center" o:hrstd="t" o:hr="t" fillcolor="#a0a0a0" stroked="f"/>
        </w:pict>
      </w:r>
    </w:p>
    <w:p w14:paraId="1E3D7899" w14:textId="544FCDC2" w:rsidR="00ED425D" w:rsidRDefault="005A299C" w:rsidP="00ED425D">
      <w:pPr>
        <w:jc w:val="both"/>
        <w:rPr>
          <w:i/>
          <w:iCs/>
          <w:sz w:val="24"/>
          <w:szCs w:val="24"/>
        </w:rPr>
      </w:pPr>
      <w:r>
        <w:rPr>
          <w:i/>
          <w:iCs/>
          <w:sz w:val="24"/>
          <w:szCs w:val="24"/>
        </w:rPr>
        <w:t>Le dette porte saranno secondo il disegnio con potersi aprire una parte delle medesime e parimente tutte asieme il legnio sarà di rovere ben stagionato o vero di noce il tutto fatto secondo le grosezze che dimostra la pianta come parimente le sacome la vintaglina di sopra sarà di rovere secondo il disegnio il tutto ben messo asieme e con diligenza lavorato nella parte di dentro ricorerà il cornicione della istessa sacoma di fuori con qualche sodo e semplice riquadro che facci un quale ornamento quando resta serata tal porta il tutto a opera conlaudata e aprovata e 2° il disegnio.</w:t>
      </w:r>
      <w:r w:rsidR="00000000">
        <w:rPr>
          <w:i/>
          <w:iCs/>
          <w:sz w:val="24"/>
          <w:szCs w:val="24"/>
        </w:rPr>
        <w:pict w14:anchorId="067670E5">
          <v:rect id="_x0000_i1138" style="width:0;height:1.5pt" o:hralign="center" o:hrstd="t" o:hr="t" fillcolor="#a0a0a0" stroked="f"/>
        </w:pict>
      </w:r>
    </w:p>
    <w:p w14:paraId="7E5FD406" w14:textId="05E6B8CE" w:rsidR="009C0C63" w:rsidRPr="00EB0687" w:rsidRDefault="00CA731B" w:rsidP="00ED425D">
      <w:pPr>
        <w:jc w:val="right"/>
        <w:rPr>
          <w:i/>
          <w:iCs/>
          <w:sz w:val="24"/>
          <w:szCs w:val="24"/>
        </w:rPr>
      </w:pPr>
      <w:r w:rsidRPr="00EB0687">
        <w:rPr>
          <w:i/>
          <w:iCs/>
          <w:sz w:val="24"/>
          <w:szCs w:val="24"/>
        </w:rPr>
        <w:t xml:space="preserve">giorno </w:t>
      </w:r>
      <w:r w:rsidR="005A299C" w:rsidRPr="00EB0687">
        <w:rPr>
          <w:i/>
          <w:iCs/>
          <w:sz w:val="24"/>
          <w:szCs w:val="24"/>
        </w:rPr>
        <w:t xml:space="preserve">di </w:t>
      </w:r>
      <w:r w:rsidRPr="00EB0687">
        <w:rPr>
          <w:i/>
          <w:iCs/>
          <w:sz w:val="24"/>
          <w:szCs w:val="24"/>
        </w:rPr>
        <w:t>8 Maggio 1725</w:t>
      </w:r>
    </w:p>
    <w:p w14:paraId="2FCB656E" w14:textId="77777777" w:rsidR="005A299C" w:rsidRDefault="00CA731B" w:rsidP="00ED425D">
      <w:pPr>
        <w:jc w:val="right"/>
        <w:rPr>
          <w:i/>
          <w:iCs/>
          <w:sz w:val="24"/>
          <w:szCs w:val="24"/>
        </w:rPr>
      </w:pPr>
      <w:r w:rsidRPr="00EB0687">
        <w:rPr>
          <w:i/>
          <w:iCs/>
          <w:sz w:val="24"/>
          <w:szCs w:val="24"/>
        </w:rPr>
        <w:t>Cavaliere Don Filippo Juvarra Primo Architetto</w:t>
      </w:r>
      <w:r w:rsidR="00000000">
        <w:rPr>
          <w:i/>
          <w:iCs/>
          <w:sz w:val="24"/>
          <w:szCs w:val="24"/>
        </w:rPr>
        <w:pict w14:anchorId="39577C0B">
          <v:rect id="_x0000_i1139" style="width:0;height:1.5pt" o:hralign="center" o:hrstd="t" o:hr="t" fillcolor="#a0a0a0" stroked="f"/>
        </w:pict>
      </w:r>
    </w:p>
    <w:p w14:paraId="0C145667" w14:textId="7F4C5E52" w:rsidR="00CA731B" w:rsidRPr="005A299C" w:rsidRDefault="00CA731B" w:rsidP="005A299C">
      <w:pPr>
        <w:jc w:val="both"/>
        <w:rPr>
          <w:sz w:val="24"/>
          <w:szCs w:val="24"/>
        </w:rPr>
      </w:pPr>
      <w:r w:rsidRPr="005A299C">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84.</w:t>
      </w:r>
    </w:p>
    <w:p w14:paraId="1103716B" w14:textId="77777777" w:rsidR="00CA731B" w:rsidRDefault="00CA731B" w:rsidP="00172CA0">
      <w:pPr>
        <w:jc w:val="both"/>
        <w:rPr>
          <w:i/>
          <w:iCs/>
          <w:sz w:val="24"/>
          <w:szCs w:val="24"/>
        </w:rPr>
      </w:pPr>
    </w:p>
    <w:p w14:paraId="22FDE087" w14:textId="6DDCB3A9" w:rsidR="00EB0687" w:rsidRDefault="00CA731B" w:rsidP="00EB0687">
      <w:pPr>
        <w:jc w:val="center"/>
        <w:rPr>
          <w:i/>
          <w:iCs/>
          <w:sz w:val="24"/>
          <w:szCs w:val="24"/>
        </w:rPr>
      </w:pPr>
      <w:r w:rsidRPr="00EB0687">
        <w:rPr>
          <w:b/>
          <w:bCs/>
          <w:i/>
          <w:iCs/>
          <w:sz w:val="24"/>
          <w:szCs w:val="24"/>
        </w:rPr>
        <w:t xml:space="preserve">Instruzione per stabilire </w:t>
      </w:r>
      <w:r w:rsidR="00EB0687">
        <w:rPr>
          <w:b/>
          <w:bCs/>
          <w:i/>
          <w:iCs/>
          <w:sz w:val="24"/>
          <w:szCs w:val="24"/>
        </w:rPr>
        <w:t>l</w:t>
      </w:r>
      <w:r w:rsidRPr="00EB0687">
        <w:rPr>
          <w:b/>
          <w:bCs/>
          <w:i/>
          <w:iCs/>
          <w:sz w:val="24"/>
          <w:szCs w:val="24"/>
        </w:rPr>
        <w:t>a citronera nella Real Venaria</w:t>
      </w:r>
      <w:r w:rsidR="00000000">
        <w:rPr>
          <w:i/>
          <w:iCs/>
          <w:sz w:val="24"/>
          <w:szCs w:val="24"/>
        </w:rPr>
        <w:pict w14:anchorId="7BF9A66D">
          <v:rect id="_x0000_i1140" style="width:0;height:1.5pt" o:hralign="center" o:hrstd="t" o:hr="t" fillcolor="#a0a0a0" stroked="f"/>
        </w:pict>
      </w:r>
    </w:p>
    <w:p w14:paraId="13DD4723" w14:textId="3549201E" w:rsidR="00EB0687" w:rsidRDefault="00EB0687" w:rsidP="00EB0687">
      <w:pPr>
        <w:jc w:val="both"/>
        <w:rPr>
          <w:i/>
          <w:iCs/>
          <w:sz w:val="24"/>
          <w:szCs w:val="24"/>
        </w:rPr>
      </w:pPr>
      <w:r>
        <w:rPr>
          <w:i/>
          <w:iCs/>
          <w:sz w:val="24"/>
          <w:szCs w:val="24"/>
        </w:rPr>
        <w:t>Saranno obligati di fare la detta volta secondo la monta fatta con operare tutto quello con diligenzza nelle sacome e spicoli tanto delli cornicioni rette che semicircolari il tutto lavorato con tutta perfetione con metere la quantità di polvere di marmo e chiodi ove anderanno il tutto fatto a tutta perfetione e secondo la mostra a opera conlaudata e aprovata.</w:t>
      </w:r>
      <w:r w:rsidR="00000000">
        <w:rPr>
          <w:i/>
          <w:iCs/>
          <w:sz w:val="24"/>
          <w:szCs w:val="24"/>
        </w:rPr>
        <w:pict w14:anchorId="39B02E0B">
          <v:rect id="_x0000_i1141" style="width:0;height:1.5pt" o:hralign="center" o:hrstd="t" o:hr="t" fillcolor="#a0a0a0" stroked="f"/>
        </w:pict>
      </w:r>
    </w:p>
    <w:p w14:paraId="6D2E9187" w14:textId="2B6319B0" w:rsidR="00CA731B" w:rsidRDefault="00CA731B" w:rsidP="00EB0687">
      <w:pPr>
        <w:jc w:val="right"/>
        <w:rPr>
          <w:i/>
          <w:iCs/>
          <w:sz w:val="24"/>
          <w:szCs w:val="24"/>
        </w:rPr>
      </w:pPr>
      <w:r w:rsidRPr="00CA731B">
        <w:rPr>
          <w:i/>
          <w:iCs/>
          <w:sz w:val="24"/>
          <w:szCs w:val="24"/>
        </w:rPr>
        <w:t>giorno di 2 Giugnio 1725</w:t>
      </w:r>
    </w:p>
    <w:p w14:paraId="0B2B2147" w14:textId="77777777" w:rsidR="00EB0687" w:rsidRDefault="00CA731B" w:rsidP="00EB0687">
      <w:pPr>
        <w:jc w:val="right"/>
        <w:rPr>
          <w:i/>
          <w:iCs/>
          <w:sz w:val="24"/>
          <w:szCs w:val="24"/>
        </w:rPr>
      </w:pPr>
      <w:r w:rsidRPr="00CA731B">
        <w:rPr>
          <w:sz w:val="24"/>
          <w:szCs w:val="24"/>
        </w:rPr>
        <w:t>Cavaliere Don Filippo Juvarra Architetto</w:t>
      </w:r>
      <w:r w:rsidR="00000000">
        <w:rPr>
          <w:i/>
          <w:iCs/>
          <w:sz w:val="24"/>
          <w:szCs w:val="24"/>
        </w:rPr>
        <w:pict w14:anchorId="1556C52C">
          <v:rect id="_x0000_i1142" style="width:0;height:1.5pt" o:hralign="center" o:hrstd="t" o:hr="t" fillcolor="#a0a0a0" stroked="f"/>
        </w:pict>
      </w:r>
    </w:p>
    <w:p w14:paraId="3F6ECD06" w14:textId="2AFEC728" w:rsidR="00CA731B" w:rsidRPr="00EB0687" w:rsidRDefault="00CA731B" w:rsidP="00EB0687">
      <w:pPr>
        <w:jc w:val="both"/>
        <w:rPr>
          <w:sz w:val="24"/>
          <w:szCs w:val="24"/>
        </w:rPr>
      </w:pPr>
      <w:r w:rsidRPr="00EB0687">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88.</w:t>
      </w:r>
    </w:p>
    <w:p w14:paraId="4F5D8802" w14:textId="77777777" w:rsidR="00CA731B" w:rsidRDefault="00CA731B" w:rsidP="00172CA0">
      <w:pPr>
        <w:jc w:val="both"/>
        <w:rPr>
          <w:i/>
          <w:iCs/>
          <w:sz w:val="24"/>
          <w:szCs w:val="24"/>
        </w:rPr>
      </w:pPr>
    </w:p>
    <w:p w14:paraId="09A5A52E" w14:textId="77777777" w:rsidR="00EB0687" w:rsidRDefault="00CA731B" w:rsidP="00EB0687">
      <w:pPr>
        <w:jc w:val="center"/>
        <w:rPr>
          <w:i/>
          <w:iCs/>
          <w:sz w:val="24"/>
          <w:szCs w:val="24"/>
        </w:rPr>
      </w:pPr>
      <w:r w:rsidRPr="00EB0687">
        <w:rPr>
          <w:b/>
          <w:bCs/>
          <w:i/>
          <w:iCs/>
          <w:sz w:val="24"/>
          <w:szCs w:val="24"/>
        </w:rPr>
        <w:t>Instruzione per stuccar</w:t>
      </w:r>
      <w:r w:rsidR="00EB0687" w:rsidRPr="00EB0687">
        <w:rPr>
          <w:b/>
          <w:bCs/>
          <w:i/>
          <w:iCs/>
          <w:sz w:val="24"/>
          <w:szCs w:val="24"/>
        </w:rPr>
        <w:t xml:space="preserve">e </w:t>
      </w:r>
      <w:r w:rsidRPr="00EB0687">
        <w:rPr>
          <w:b/>
          <w:bCs/>
          <w:i/>
          <w:iCs/>
          <w:sz w:val="24"/>
          <w:szCs w:val="24"/>
        </w:rPr>
        <w:t>e stabilire li laterali della citronera nella Real Venaria</w:t>
      </w:r>
      <w:r w:rsidR="00000000">
        <w:rPr>
          <w:i/>
          <w:iCs/>
          <w:sz w:val="24"/>
          <w:szCs w:val="24"/>
        </w:rPr>
        <w:pict w14:anchorId="114B7700">
          <v:rect id="_x0000_i1143" style="width:0;height:1.5pt" o:hralign="center" o:hrstd="t" o:hr="t" fillcolor="#a0a0a0" stroked="f"/>
        </w:pict>
      </w:r>
    </w:p>
    <w:p w14:paraId="47E42042" w14:textId="77777777" w:rsidR="00635A70" w:rsidRDefault="00EB0687" w:rsidP="00EB0687">
      <w:pPr>
        <w:jc w:val="both"/>
        <w:rPr>
          <w:i/>
          <w:iCs/>
          <w:sz w:val="24"/>
          <w:szCs w:val="24"/>
        </w:rPr>
      </w:pPr>
      <w:r>
        <w:rPr>
          <w:i/>
          <w:iCs/>
          <w:sz w:val="24"/>
          <w:szCs w:val="24"/>
        </w:rPr>
        <w:t xml:space="preserve">Saranno obligati di stuccare e stabilire dal architrave a basto sino al piano del sternito e detta fattura sarà secondo la mostra in opera con scarpare l’angoli delli richiami parimente </w:t>
      </w:r>
      <w:r>
        <w:rPr>
          <w:i/>
          <w:iCs/>
          <w:sz w:val="24"/>
          <w:szCs w:val="24"/>
        </w:rPr>
        <w:lastRenderedPageBreak/>
        <w:t>meteranno li ciasili e suoi architravi con fare le m</w:t>
      </w:r>
      <w:r w:rsidR="00635A70">
        <w:rPr>
          <w:i/>
          <w:iCs/>
          <w:sz w:val="24"/>
          <w:szCs w:val="24"/>
        </w:rPr>
        <w:t xml:space="preserve">isure necesarie per le parte e questi ingessare con tutta pulitezza saranno obligati di fare la monta di onze 6 e si conterà da meza lesena a meza lesena. </w:t>
      </w:r>
    </w:p>
    <w:p w14:paraId="511519F5" w14:textId="75CB977A" w:rsidR="00EB0687" w:rsidRDefault="00635A70" w:rsidP="00EB0687">
      <w:pPr>
        <w:jc w:val="both"/>
        <w:rPr>
          <w:i/>
          <w:iCs/>
          <w:sz w:val="24"/>
          <w:szCs w:val="24"/>
        </w:rPr>
      </w:pPr>
      <w:r>
        <w:rPr>
          <w:i/>
          <w:iCs/>
          <w:sz w:val="24"/>
          <w:szCs w:val="24"/>
        </w:rPr>
        <w:t>La testa parimente sarà come la monta compirà le 4° nichie e suo archo nel mezzo il tutto a opera conlaudata e approvata e il tutto fatto con pulitezza e 2° le sacome.</w:t>
      </w:r>
      <w:r w:rsidR="00000000">
        <w:rPr>
          <w:i/>
          <w:iCs/>
          <w:sz w:val="24"/>
          <w:szCs w:val="24"/>
        </w:rPr>
        <w:pict w14:anchorId="27041F92">
          <v:rect id="_x0000_i1144" style="width:0;height:1.5pt" o:hralign="center" o:hrstd="t" o:hr="t" fillcolor="#a0a0a0" stroked="f"/>
        </w:pict>
      </w:r>
    </w:p>
    <w:p w14:paraId="39DDB168" w14:textId="217406F5" w:rsidR="00CA731B" w:rsidRPr="00EB0687" w:rsidRDefault="00CA731B" w:rsidP="00EB0687">
      <w:pPr>
        <w:jc w:val="right"/>
        <w:rPr>
          <w:i/>
          <w:iCs/>
          <w:sz w:val="24"/>
          <w:szCs w:val="24"/>
        </w:rPr>
      </w:pPr>
      <w:r w:rsidRPr="00EB0687">
        <w:rPr>
          <w:i/>
          <w:iCs/>
          <w:sz w:val="24"/>
          <w:szCs w:val="24"/>
        </w:rPr>
        <w:t>g</w:t>
      </w:r>
      <w:r w:rsidR="00EB0687" w:rsidRPr="00EB0687">
        <w:rPr>
          <w:i/>
          <w:iCs/>
          <w:sz w:val="24"/>
          <w:szCs w:val="24"/>
        </w:rPr>
        <w:t>iorno</w:t>
      </w:r>
      <w:r w:rsidRPr="00EB0687">
        <w:rPr>
          <w:i/>
          <w:iCs/>
          <w:sz w:val="24"/>
          <w:szCs w:val="24"/>
        </w:rPr>
        <w:t xml:space="preserve"> di 25 Giugnio 1725</w:t>
      </w:r>
    </w:p>
    <w:p w14:paraId="3B2F9782" w14:textId="77777777" w:rsidR="00EB0687" w:rsidRDefault="00CA731B" w:rsidP="00EB0687">
      <w:pPr>
        <w:jc w:val="right"/>
        <w:rPr>
          <w:i/>
          <w:iCs/>
          <w:sz w:val="24"/>
          <w:szCs w:val="24"/>
        </w:rPr>
      </w:pPr>
      <w:r w:rsidRPr="00EB0687">
        <w:rPr>
          <w:i/>
          <w:iCs/>
          <w:sz w:val="24"/>
          <w:szCs w:val="24"/>
        </w:rPr>
        <w:t>Cavaliere Don Filippo Juvarra Architetto</w:t>
      </w:r>
      <w:r w:rsidR="00000000">
        <w:rPr>
          <w:i/>
          <w:iCs/>
          <w:sz w:val="24"/>
          <w:szCs w:val="24"/>
        </w:rPr>
        <w:pict w14:anchorId="32CADC7B">
          <v:rect id="_x0000_i1145" style="width:0;height:1.5pt" o:hralign="center" o:hrstd="t" o:hr="t" fillcolor="#a0a0a0" stroked="f"/>
        </w:pict>
      </w:r>
    </w:p>
    <w:p w14:paraId="7C14C0ED" w14:textId="7B3BAB82" w:rsidR="00CA731B" w:rsidRPr="00EB0687" w:rsidRDefault="00CA731B" w:rsidP="00EB0687">
      <w:pPr>
        <w:jc w:val="both"/>
        <w:rPr>
          <w:sz w:val="24"/>
          <w:szCs w:val="24"/>
        </w:rPr>
      </w:pPr>
      <w:r w:rsidRPr="00EB0687">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93.</w:t>
      </w:r>
    </w:p>
    <w:p w14:paraId="62DAA8B6" w14:textId="77777777" w:rsidR="00CA731B" w:rsidRDefault="00CA731B" w:rsidP="00172CA0">
      <w:pPr>
        <w:jc w:val="both"/>
        <w:rPr>
          <w:i/>
          <w:iCs/>
          <w:sz w:val="24"/>
          <w:szCs w:val="24"/>
        </w:rPr>
      </w:pPr>
    </w:p>
    <w:p w14:paraId="5971A3CF" w14:textId="77777777" w:rsidR="000336D3" w:rsidRDefault="00CA731B" w:rsidP="000336D3">
      <w:pPr>
        <w:jc w:val="center"/>
        <w:rPr>
          <w:i/>
          <w:iCs/>
          <w:sz w:val="24"/>
          <w:szCs w:val="24"/>
        </w:rPr>
      </w:pPr>
      <w:r w:rsidRPr="000336D3">
        <w:rPr>
          <w:b/>
          <w:bCs/>
          <w:i/>
          <w:iCs/>
          <w:sz w:val="24"/>
          <w:szCs w:val="24"/>
        </w:rPr>
        <w:t xml:space="preserve">Instruzione per </w:t>
      </w:r>
      <w:r w:rsidR="000336D3" w:rsidRPr="000336D3">
        <w:rPr>
          <w:b/>
          <w:bCs/>
          <w:i/>
          <w:iCs/>
          <w:sz w:val="24"/>
          <w:szCs w:val="24"/>
        </w:rPr>
        <w:t>l</w:t>
      </w:r>
      <w:r w:rsidRPr="000336D3">
        <w:rPr>
          <w:b/>
          <w:bCs/>
          <w:i/>
          <w:iCs/>
          <w:sz w:val="24"/>
          <w:szCs w:val="24"/>
        </w:rPr>
        <w:t xml:space="preserve">a ferramenta delli ciasili per </w:t>
      </w:r>
      <w:r w:rsidR="000336D3" w:rsidRPr="000336D3">
        <w:rPr>
          <w:b/>
          <w:bCs/>
          <w:i/>
          <w:iCs/>
          <w:sz w:val="24"/>
          <w:szCs w:val="24"/>
        </w:rPr>
        <w:t>l</w:t>
      </w:r>
      <w:r w:rsidRPr="000336D3">
        <w:rPr>
          <w:b/>
          <w:bCs/>
          <w:i/>
          <w:iCs/>
          <w:sz w:val="24"/>
          <w:szCs w:val="24"/>
        </w:rPr>
        <w:t>a Citronera della Venaria Reale</w:t>
      </w:r>
      <w:r w:rsidR="00000000">
        <w:rPr>
          <w:i/>
          <w:iCs/>
          <w:sz w:val="24"/>
          <w:szCs w:val="24"/>
        </w:rPr>
        <w:pict w14:anchorId="6F0AFCBE">
          <v:rect id="_x0000_i1146" style="width:0;height:1.5pt" o:hralign="center" o:hrstd="t" o:hr="t" fillcolor="#a0a0a0" stroked="f"/>
        </w:pict>
      </w:r>
    </w:p>
    <w:p w14:paraId="728DD399" w14:textId="77777777" w:rsidR="000336D3" w:rsidRDefault="000336D3" w:rsidP="000336D3">
      <w:pPr>
        <w:jc w:val="both"/>
        <w:rPr>
          <w:i/>
          <w:iCs/>
          <w:sz w:val="24"/>
          <w:szCs w:val="24"/>
        </w:rPr>
      </w:pPr>
      <w:r>
        <w:rPr>
          <w:i/>
          <w:iCs/>
          <w:sz w:val="24"/>
          <w:szCs w:val="24"/>
        </w:rPr>
        <w:t>I detti ciasili sarano ferrati di tutta perfetione cioè cadun ciasile sarà composto di n° 10 fiamme secondo la mostra e fatti di bon ferro e limate a tutta perfetione con i suoi chiodi avitati della quantità necesaria nelli voletti di sopra ci saranno le due tre criche 2° la mostra.</w:t>
      </w:r>
    </w:p>
    <w:p w14:paraId="4ACDA182" w14:textId="77777777" w:rsidR="000336D3" w:rsidRDefault="000336D3" w:rsidP="000336D3">
      <w:pPr>
        <w:jc w:val="both"/>
        <w:rPr>
          <w:i/>
          <w:iCs/>
          <w:sz w:val="24"/>
          <w:szCs w:val="24"/>
        </w:rPr>
      </w:pPr>
      <w:r>
        <w:rPr>
          <w:i/>
          <w:iCs/>
          <w:sz w:val="24"/>
          <w:szCs w:val="24"/>
        </w:rPr>
        <w:t>La spagnioletta sarà secondo la mostra con il suo anello a basso per serare la detta spagnioletta il tutto ben fatto e a opera conlaudata e approvata e saranno obligati di ferrare i casili di mano in mano che saranno finiti il tutto secondo la mostra.</w:t>
      </w:r>
    </w:p>
    <w:p w14:paraId="3AB68326" w14:textId="6F6502A4" w:rsidR="000336D3" w:rsidRDefault="000336D3" w:rsidP="000336D3">
      <w:pPr>
        <w:jc w:val="both"/>
        <w:rPr>
          <w:i/>
          <w:iCs/>
          <w:sz w:val="24"/>
          <w:szCs w:val="24"/>
        </w:rPr>
      </w:pPr>
      <w:r>
        <w:rPr>
          <w:i/>
          <w:iCs/>
          <w:sz w:val="24"/>
          <w:szCs w:val="24"/>
        </w:rPr>
        <w:t>La parte che anderanno nella muraglia per reggere i detti ciasili saranno di ferro bono di longezza onze 7 e nel fine saranno al quanto rivoltati per essere meglio infissi nella muraglia la grosezza di 3° in 4° di onza e della ordinaria grosezza saranno bugati con suficiente bugi per inchiodarlli nel boscho delcante saranno obligati dare li chiodi e questo fine e questo sarà a tantto il rubbio il dato alla venaria reale a opera conlaudata e approvata.</w:t>
      </w:r>
      <w:r w:rsidR="00000000">
        <w:rPr>
          <w:i/>
          <w:iCs/>
          <w:sz w:val="24"/>
          <w:szCs w:val="24"/>
        </w:rPr>
        <w:pict w14:anchorId="4538639F">
          <v:rect id="_x0000_i1147" style="width:0;height:1.5pt" o:hralign="center" o:hrstd="t" o:hr="t" fillcolor="#a0a0a0" stroked="f"/>
        </w:pict>
      </w:r>
    </w:p>
    <w:p w14:paraId="54872BF9" w14:textId="77A61D14" w:rsidR="00CA731B" w:rsidRPr="000336D3" w:rsidRDefault="00CA731B" w:rsidP="000336D3">
      <w:pPr>
        <w:jc w:val="right"/>
        <w:rPr>
          <w:i/>
          <w:iCs/>
          <w:sz w:val="24"/>
          <w:szCs w:val="24"/>
        </w:rPr>
      </w:pPr>
      <w:r w:rsidRPr="000336D3">
        <w:rPr>
          <w:i/>
          <w:iCs/>
          <w:sz w:val="24"/>
          <w:szCs w:val="24"/>
        </w:rPr>
        <w:t>giorno di 20 Luglio 1725</w:t>
      </w:r>
    </w:p>
    <w:p w14:paraId="7683FA6E" w14:textId="77777777" w:rsidR="000336D3" w:rsidRDefault="00CA731B" w:rsidP="000336D3">
      <w:pPr>
        <w:jc w:val="right"/>
        <w:rPr>
          <w:i/>
          <w:iCs/>
          <w:sz w:val="24"/>
          <w:szCs w:val="24"/>
        </w:rPr>
      </w:pPr>
      <w:r w:rsidRPr="000336D3">
        <w:rPr>
          <w:i/>
          <w:iCs/>
          <w:sz w:val="24"/>
          <w:szCs w:val="24"/>
        </w:rPr>
        <w:t xml:space="preserve">Cavaliere </w:t>
      </w:r>
      <w:r w:rsidR="000336D3" w:rsidRPr="000336D3">
        <w:rPr>
          <w:i/>
          <w:iCs/>
          <w:sz w:val="24"/>
          <w:szCs w:val="24"/>
        </w:rPr>
        <w:t xml:space="preserve">Abate </w:t>
      </w:r>
      <w:r w:rsidRPr="000336D3">
        <w:rPr>
          <w:i/>
          <w:iCs/>
          <w:sz w:val="24"/>
          <w:szCs w:val="24"/>
        </w:rPr>
        <w:t>Filippo Juvarra Architetto</w:t>
      </w:r>
      <w:r w:rsidR="00000000">
        <w:rPr>
          <w:i/>
          <w:iCs/>
          <w:sz w:val="24"/>
          <w:szCs w:val="24"/>
        </w:rPr>
        <w:pict w14:anchorId="545DC8D8">
          <v:rect id="_x0000_i1148" style="width:0;height:1.5pt" o:hralign="center" o:hrstd="t" o:hr="t" fillcolor="#a0a0a0" stroked="f"/>
        </w:pict>
      </w:r>
    </w:p>
    <w:p w14:paraId="76A123A7" w14:textId="1172A72C" w:rsidR="00CA731B" w:rsidRPr="000336D3" w:rsidRDefault="00CA731B" w:rsidP="000336D3">
      <w:pPr>
        <w:jc w:val="both"/>
        <w:rPr>
          <w:sz w:val="24"/>
          <w:szCs w:val="24"/>
        </w:rPr>
      </w:pPr>
      <w:r w:rsidRPr="000336D3">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117.</w:t>
      </w:r>
    </w:p>
    <w:p w14:paraId="4FEBFA3A" w14:textId="77777777" w:rsidR="00CA731B" w:rsidRDefault="00CA731B" w:rsidP="00172CA0">
      <w:pPr>
        <w:jc w:val="both"/>
        <w:rPr>
          <w:i/>
          <w:iCs/>
          <w:sz w:val="24"/>
          <w:szCs w:val="24"/>
        </w:rPr>
      </w:pPr>
    </w:p>
    <w:p w14:paraId="56E45BF8" w14:textId="77777777" w:rsidR="00C53E6E" w:rsidRDefault="00CA731B" w:rsidP="00BD5F13">
      <w:pPr>
        <w:jc w:val="center"/>
        <w:rPr>
          <w:i/>
          <w:iCs/>
          <w:sz w:val="24"/>
          <w:szCs w:val="24"/>
        </w:rPr>
      </w:pPr>
      <w:r w:rsidRPr="00C53E6E">
        <w:rPr>
          <w:b/>
          <w:bCs/>
          <w:i/>
          <w:iCs/>
          <w:sz w:val="24"/>
          <w:szCs w:val="24"/>
        </w:rPr>
        <w:t xml:space="preserve">Instruzione per li scalini che </w:t>
      </w:r>
      <w:r w:rsidR="000336D3" w:rsidRPr="00C53E6E">
        <w:rPr>
          <w:b/>
          <w:bCs/>
          <w:i/>
          <w:iCs/>
          <w:sz w:val="24"/>
          <w:szCs w:val="24"/>
        </w:rPr>
        <w:t>van</w:t>
      </w:r>
      <w:r w:rsidRPr="00C53E6E">
        <w:rPr>
          <w:b/>
          <w:bCs/>
          <w:i/>
          <w:iCs/>
          <w:sz w:val="24"/>
          <w:szCs w:val="24"/>
        </w:rPr>
        <w:t>no situate alli finestroni nella Citronera della Real Venaria</w:t>
      </w:r>
      <w:r w:rsidR="00000000">
        <w:rPr>
          <w:i/>
          <w:iCs/>
          <w:sz w:val="24"/>
          <w:szCs w:val="24"/>
        </w:rPr>
        <w:pict w14:anchorId="2B77CFBA">
          <v:rect id="_x0000_i1149" style="width:0;height:1.5pt" o:hralign="center" o:hrstd="t" o:hr="t" fillcolor="#a0a0a0" stroked="f"/>
        </w:pict>
      </w:r>
    </w:p>
    <w:p w14:paraId="1D8A7509" w14:textId="273308F3" w:rsidR="00C53E6E" w:rsidRDefault="00350F06" w:rsidP="00C53E6E">
      <w:pPr>
        <w:jc w:val="both"/>
        <w:rPr>
          <w:i/>
          <w:iCs/>
          <w:sz w:val="24"/>
          <w:szCs w:val="24"/>
        </w:rPr>
      </w:pPr>
      <w:r>
        <w:rPr>
          <w:i/>
          <w:iCs/>
          <w:sz w:val="24"/>
          <w:szCs w:val="24"/>
        </w:rPr>
        <w:lastRenderedPageBreak/>
        <w:t xml:space="preserve">Li detti </w:t>
      </w:r>
      <w:r w:rsidR="001546A7">
        <w:rPr>
          <w:i/>
          <w:iCs/>
          <w:sz w:val="24"/>
          <w:szCs w:val="24"/>
        </w:rPr>
        <w:t>scalini saranno di sarizzo di tutta perfetione martelinati e senza falda o segnio di rottura saranno in longezza trabucho 1.0.6 di longezza onze 10 con il suo batente dove incastra il canale d’altezza onze 3 ½ con il suo cordone e quartto il tutto ben martelinato in piano perfetto e asisteranno nella metitura in opera per quello che porta la loro arte e saranno a opera conlaudata e aprovata.</w:t>
      </w:r>
      <w:r w:rsidR="00000000">
        <w:rPr>
          <w:i/>
          <w:iCs/>
          <w:sz w:val="24"/>
          <w:szCs w:val="24"/>
        </w:rPr>
        <w:pict w14:anchorId="71BFAA39">
          <v:rect id="_x0000_i1150" style="width:0;height:1.5pt" o:hralign="center" o:hrstd="t" o:hr="t" fillcolor="#a0a0a0" stroked="f"/>
        </w:pict>
      </w:r>
    </w:p>
    <w:p w14:paraId="242F931C" w14:textId="11A90DFE" w:rsidR="00CA731B" w:rsidRPr="00C53E6E" w:rsidRDefault="00CA731B" w:rsidP="00C53E6E">
      <w:pPr>
        <w:jc w:val="right"/>
        <w:rPr>
          <w:i/>
          <w:iCs/>
          <w:sz w:val="24"/>
          <w:szCs w:val="24"/>
        </w:rPr>
      </w:pPr>
      <w:r w:rsidRPr="00C53E6E">
        <w:rPr>
          <w:i/>
          <w:iCs/>
          <w:sz w:val="24"/>
          <w:szCs w:val="24"/>
        </w:rPr>
        <w:t>giorno di 20 Luglio 1725</w:t>
      </w:r>
    </w:p>
    <w:p w14:paraId="7B52BD7C" w14:textId="77777777" w:rsidR="00EA4B9D" w:rsidRDefault="00CA731B" w:rsidP="00C53E6E">
      <w:pPr>
        <w:jc w:val="right"/>
        <w:rPr>
          <w:i/>
          <w:iCs/>
          <w:sz w:val="24"/>
          <w:szCs w:val="24"/>
        </w:rPr>
      </w:pPr>
      <w:r w:rsidRPr="00C53E6E">
        <w:rPr>
          <w:i/>
          <w:iCs/>
          <w:sz w:val="24"/>
          <w:szCs w:val="24"/>
        </w:rPr>
        <w:t>Cavaliere Don Filippo Juvarra Architetto</w:t>
      </w:r>
      <w:r w:rsidR="00000000">
        <w:rPr>
          <w:i/>
          <w:iCs/>
          <w:sz w:val="24"/>
          <w:szCs w:val="24"/>
        </w:rPr>
        <w:pict w14:anchorId="222C3689">
          <v:rect id="_x0000_i1151" style="width:0;height:1.5pt" o:hralign="center" o:hrstd="t" o:hr="t" fillcolor="#a0a0a0" stroked="f"/>
        </w:pict>
      </w:r>
    </w:p>
    <w:p w14:paraId="3A95A4E3" w14:textId="4191395F" w:rsidR="00C53E6E" w:rsidRDefault="00EA4B9D" w:rsidP="00EA4B9D">
      <w:pPr>
        <w:jc w:val="both"/>
        <w:rPr>
          <w:i/>
          <w:iCs/>
          <w:sz w:val="24"/>
          <w:szCs w:val="24"/>
        </w:rPr>
      </w:pPr>
      <w:r>
        <w:rPr>
          <w:i/>
          <w:iCs/>
          <w:sz w:val="24"/>
          <w:szCs w:val="24"/>
        </w:rPr>
        <w:t>Scalini di longezza trab. 1.0.6.</w:t>
      </w:r>
    </w:p>
    <w:p w14:paraId="70DEB83A" w14:textId="55423351" w:rsidR="00EA4B9D" w:rsidRDefault="00EA4B9D" w:rsidP="00EA4B9D">
      <w:pPr>
        <w:jc w:val="both"/>
        <w:rPr>
          <w:i/>
          <w:iCs/>
          <w:sz w:val="24"/>
          <w:szCs w:val="24"/>
        </w:rPr>
      </w:pPr>
      <w:r>
        <w:rPr>
          <w:i/>
          <w:iCs/>
          <w:sz w:val="24"/>
          <w:szCs w:val="24"/>
        </w:rPr>
        <w:t>La largezza de scalini onze 10.</w:t>
      </w:r>
    </w:p>
    <w:p w14:paraId="0908F778" w14:textId="413C4E36" w:rsidR="00EA4B9D" w:rsidRDefault="00EA4B9D" w:rsidP="00EA4B9D">
      <w:pPr>
        <w:jc w:val="both"/>
        <w:rPr>
          <w:i/>
          <w:iCs/>
          <w:sz w:val="24"/>
          <w:szCs w:val="24"/>
        </w:rPr>
      </w:pPr>
      <w:r>
        <w:rPr>
          <w:i/>
          <w:iCs/>
          <w:sz w:val="24"/>
          <w:szCs w:val="24"/>
        </w:rPr>
        <w:t>L’altezza onze 3.</w:t>
      </w:r>
      <w:r w:rsidRPr="00EA4B9D">
        <w:rPr>
          <w:i/>
          <w:iCs/>
          <w:sz w:val="24"/>
          <w:szCs w:val="24"/>
        </w:rPr>
        <w:t xml:space="preserve"> </w:t>
      </w:r>
      <w:r w:rsidR="00000000">
        <w:rPr>
          <w:i/>
          <w:iCs/>
          <w:sz w:val="24"/>
          <w:szCs w:val="24"/>
        </w:rPr>
        <w:pict w14:anchorId="422C6D68">
          <v:rect id="_x0000_i1152" style="width:0;height:1.5pt" o:hralign="center" o:hrstd="t" o:hr="t" fillcolor="#a0a0a0" stroked="f"/>
        </w:pict>
      </w:r>
    </w:p>
    <w:p w14:paraId="3C459E5F" w14:textId="63B890BE" w:rsidR="00CA731B" w:rsidRPr="00C53E6E" w:rsidRDefault="00CA731B" w:rsidP="00C53E6E">
      <w:pPr>
        <w:jc w:val="both"/>
        <w:rPr>
          <w:sz w:val="24"/>
          <w:szCs w:val="24"/>
        </w:rPr>
      </w:pPr>
      <w:r w:rsidRPr="00C53E6E">
        <w:rPr>
          <w:sz w:val="24"/>
          <w:szCs w:val="24"/>
        </w:rPr>
        <w:t>Archivio di Stato di Torino | Sezioni Riunite | Ministero della guerra | Azienda generale di fabbriche e fortificazioni (1733-1797) già Azienda generale d'artiglieria, fabbriche e fortificazioni (1717-1733) | Contratti fortificazioni | Mazzo 11 (1725) | foll. 125-126.</w:t>
      </w:r>
    </w:p>
    <w:p w14:paraId="7C18C199" w14:textId="77777777" w:rsidR="00CA731B" w:rsidRDefault="00CA731B" w:rsidP="00172CA0">
      <w:pPr>
        <w:jc w:val="both"/>
        <w:rPr>
          <w:sz w:val="24"/>
          <w:szCs w:val="24"/>
        </w:rPr>
      </w:pPr>
    </w:p>
    <w:p w14:paraId="1B765B68" w14:textId="77777777" w:rsidR="001546A7" w:rsidRDefault="00CA731B" w:rsidP="001546A7">
      <w:pPr>
        <w:jc w:val="center"/>
        <w:rPr>
          <w:i/>
          <w:iCs/>
          <w:sz w:val="24"/>
          <w:szCs w:val="24"/>
        </w:rPr>
      </w:pPr>
      <w:r w:rsidRPr="001546A7">
        <w:rPr>
          <w:b/>
          <w:bCs/>
          <w:i/>
          <w:iCs/>
          <w:sz w:val="24"/>
          <w:szCs w:val="24"/>
        </w:rPr>
        <w:t xml:space="preserve">Instruzione per </w:t>
      </w:r>
      <w:r w:rsidR="001546A7" w:rsidRPr="001546A7">
        <w:rPr>
          <w:b/>
          <w:bCs/>
          <w:i/>
          <w:iCs/>
          <w:sz w:val="24"/>
          <w:szCs w:val="24"/>
        </w:rPr>
        <w:t>d</w:t>
      </w:r>
      <w:r w:rsidRPr="001546A7">
        <w:rPr>
          <w:b/>
          <w:bCs/>
          <w:i/>
          <w:iCs/>
          <w:sz w:val="24"/>
          <w:szCs w:val="24"/>
        </w:rPr>
        <w:t xml:space="preserve">are di </w:t>
      </w:r>
      <w:r w:rsidR="001546A7" w:rsidRPr="001546A7">
        <w:rPr>
          <w:b/>
          <w:bCs/>
          <w:i/>
          <w:iCs/>
          <w:sz w:val="24"/>
          <w:szCs w:val="24"/>
        </w:rPr>
        <w:t>g</w:t>
      </w:r>
      <w:r w:rsidRPr="001546A7">
        <w:rPr>
          <w:b/>
          <w:bCs/>
          <w:i/>
          <w:iCs/>
          <w:sz w:val="24"/>
          <w:szCs w:val="24"/>
        </w:rPr>
        <w:t xml:space="preserve">riggio a oglio cotto alle </w:t>
      </w:r>
      <w:r w:rsidR="001546A7" w:rsidRPr="001546A7">
        <w:rPr>
          <w:b/>
          <w:bCs/>
          <w:i/>
          <w:iCs/>
          <w:sz w:val="24"/>
          <w:szCs w:val="24"/>
        </w:rPr>
        <w:t>l</w:t>
      </w:r>
      <w:r w:rsidRPr="001546A7">
        <w:rPr>
          <w:b/>
          <w:bCs/>
          <w:i/>
          <w:iCs/>
          <w:sz w:val="24"/>
          <w:szCs w:val="24"/>
        </w:rPr>
        <w:t xml:space="preserve">anterne per la </w:t>
      </w:r>
      <w:r w:rsidR="001546A7" w:rsidRPr="001546A7">
        <w:rPr>
          <w:b/>
          <w:bCs/>
          <w:i/>
          <w:iCs/>
          <w:sz w:val="24"/>
          <w:szCs w:val="24"/>
        </w:rPr>
        <w:t>g</w:t>
      </w:r>
      <w:r w:rsidRPr="001546A7">
        <w:rPr>
          <w:b/>
          <w:bCs/>
          <w:i/>
          <w:iCs/>
          <w:sz w:val="24"/>
          <w:szCs w:val="24"/>
        </w:rPr>
        <w:t xml:space="preserve">ran </w:t>
      </w:r>
      <w:r w:rsidR="001546A7" w:rsidRPr="001546A7">
        <w:rPr>
          <w:b/>
          <w:bCs/>
          <w:i/>
          <w:iCs/>
          <w:sz w:val="24"/>
          <w:szCs w:val="24"/>
        </w:rPr>
        <w:t>st</w:t>
      </w:r>
      <w:r w:rsidRPr="001546A7">
        <w:rPr>
          <w:b/>
          <w:bCs/>
          <w:i/>
          <w:iCs/>
          <w:sz w:val="24"/>
          <w:szCs w:val="24"/>
        </w:rPr>
        <w:t>alla della Real Venaria</w:t>
      </w:r>
      <w:r w:rsidR="00000000">
        <w:rPr>
          <w:i/>
          <w:iCs/>
          <w:sz w:val="24"/>
          <w:szCs w:val="24"/>
        </w:rPr>
        <w:pict w14:anchorId="4292EC09">
          <v:rect id="_x0000_i1153" style="width:0;height:1.5pt" o:hralign="center" o:hrstd="t" o:hr="t" fillcolor="#a0a0a0" stroked="f"/>
        </w:pict>
      </w:r>
    </w:p>
    <w:p w14:paraId="003DEBE6" w14:textId="396B8016" w:rsidR="001546A7" w:rsidRDefault="00B041D0" w:rsidP="001546A7">
      <w:pPr>
        <w:jc w:val="both"/>
        <w:rPr>
          <w:i/>
          <w:iCs/>
          <w:sz w:val="24"/>
          <w:szCs w:val="24"/>
        </w:rPr>
      </w:pPr>
      <w:r>
        <w:rPr>
          <w:i/>
          <w:iCs/>
          <w:sz w:val="24"/>
          <w:szCs w:val="24"/>
        </w:rPr>
        <w:t>Il detto griggio sarà di biacca pura senza gesso marinato a oglio cotto e sarà obligato di dare due mani e se non saranno coperti abastanza si darà la 3° mano e saranno tinti tanto di fuori che di dentro a tutta opera conlaudata e approvata.</w:t>
      </w:r>
      <w:r w:rsidR="00000000">
        <w:rPr>
          <w:i/>
          <w:iCs/>
          <w:sz w:val="24"/>
          <w:szCs w:val="24"/>
        </w:rPr>
        <w:pict w14:anchorId="2B6B7C9A">
          <v:rect id="_x0000_i1154" style="width:0;height:1.5pt" o:hralign="center" o:hrstd="t" o:hr="t" fillcolor="#a0a0a0" stroked="f"/>
        </w:pict>
      </w:r>
    </w:p>
    <w:p w14:paraId="49B220DE" w14:textId="269D6BD1" w:rsidR="00CA731B" w:rsidRPr="001546A7" w:rsidRDefault="00CA731B" w:rsidP="001546A7">
      <w:pPr>
        <w:jc w:val="right"/>
        <w:rPr>
          <w:i/>
          <w:iCs/>
          <w:sz w:val="24"/>
          <w:szCs w:val="24"/>
        </w:rPr>
      </w:pPr>
      <w:r w:rsidRPr="001546A7">
        <w:rPr>
          <w:i/>
          <w:iCs/>
          <w:sz w:val="24"/>
          <w:szCs w:val="24"/>
        </w:rPr>
        <w:t>giorno di 21 Luglio 1725</w:t>
      </w:r>
    </w:p>
    <w:p w14:paraId="376749D0" w14:textId="77777777" w:rsidR="001546A7" w:rsidRDefault="00CA731B" w:rsidP="001546A7">
      <w:pPr>
        <w:jc w:val="right"/>
        <w:rPr>
          <w:i/>
          <w:iCs/>
          <w:sz w:val="24"/>
          <w:szCs w:val="24"/>
        </w:rPr>
      </w:pPr>
      <w:r w:rsidRPr="001546A7">
        <w:rPr>
          <w:i/>
          <w:iCs/>
          <w:sz w:val="24"/>
          <w:szCs w:val="24"/>
        </w:rPr>
        <w:t>Cavaliere Don Filippo Juvarra Architetto</w:t>
      </w:r>
      <w:r w:rsidR="00000000">
        <w:rPr>
          <w:i/>
          <w:iCs/>
          <w:sz w:val="24"/>
          <w:szCs w:val="24"/>
        </w:rPr>
        <w:pict w14:anchorId="4F872A2E">
          <v:rect id="_x0000_i1155" style="width:0;height:1.5pt" o:hralign="center" o:hrstd="t" o:hr="t" fillcolor="#a0a0a0" stroked="f"/>
        </w:pict>
      </w:r>
    </w:p>
    <w:p w14:paraId="7EA07F69" w14:textId="628F8828" w:rsidR="00CA731B" w:rsidRPr="001546A7" w:rsidRDefault="00CA731B" w:rsidP="001546A7">
      <w:pPr>
        <w:jc w:val="both"/>
        <w:rPr>
          <w:sz w:val="24"/>
          <w:szCs w:val="24"/>
        </w:rPr>
      </w:pPr>
      <w:r w:rsidRPr="001546A7">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100.</w:t>
      </w:r>
    </w:p>
    <w:p w14:paraId="0666A730" w14:textId="77777777" w:rsidR="00CA731B" w:rsidRDefault="00CA731B" w:rsidP="00172CA0">
      <w:pPr>
        <w:jc w:val="both"/>
        <w:rPr>
          <w:i/>
          <w:iCs/>
          <w:sz w:val="24"/>
          <w:szCs w:val="24"/>
        </w:rPr>
      </w:pPr>
    </w:p>
    <w:p w14:paraId="1DA27019" w14:textId="77777777" w:rsidR="004C0851" w:rsidRDefault="00CA731B" w:rsidP="004C0851">
      <w:pPr>
        <w:jc w:val="center"/>
        <w:rPr>
          <w:i/>
          <w:iCs/>
          <w:sz w:val="24"/>
          <w:szCs w:val="24"/>
        </w:rPr>
      </w:pPr>
      <w:r w:rsidRPr="004C0851">
        <w:rPr>
          <w:b/>
          <w:bCs/>
          <w:i/>
          <w:iCs/>
          <w:sz w:val="24"/>
          <w:szCs w:val="24"/>
        </w:rPr>
        <w:t>Instruzione per la demoli</w:t>
      </w:r>
      <w:r w:rsidR="004C0851" w:rsidRPr="004C0851">
        <w:rPr>
          <w:b/>
          <w:bCs/>
          <w:i/>
          <w:iCs/>
          <w:sz w:val="24"/>
          <w:szCs w:val="24"/>
        </w:rPr>
        <w:t>t</w:t>
      </w:r>
      <w:r w:rsidRPr="004C0851">
        <w:rPr>
          <w:b/>
          <w:bCs/>
          <w:i/>
          <w:iCs/>
          <w:sz w:val="24"/>
          <w:szCs w:val="24"/>
        </w:rPr>
        <w:t>ione delle cave in</w:t>
      </w:r>
      <w:r w:rsidR="004C0851" w:rsidRPr="004C0851">
        <w:rPr>
          <w:b/>
          <w:bCs/>
          <w:i/>
          <w:iCs/>
          <w:sz w:val="24"/>
          <w:szCs w:val="24"/>
        </w:rPr>
        <w:t>az</w:t>
      </w:r>
      <w:r w:rsidRPr="004C0851">
        <w:rPr>
          <w:b/>
          <w:bCs/>
          <w:i/>
          <w:iCs/>
          <w:sz w:val="24"/>
          <w:szCs w:val="24"/>
        </w:rPr>
        <w:t xml:space="preserve">i </w:t>
      </w:r>
      <w:r w:rsidR="004C0851" w:rsidRPr="004C0851">
        <w:rPr>
          <w:b/>
          <w:bCs/>
          <w:i/>
          <w:iCs/>
          <w:sz w:val="24"/>
          <w:szCs w:val="24"/>
        </w:rPr>
        <w:t>l</w:t>
      </w:r>
      <w:r w:rsidRPr="004C0851">
        <w:rPr>
          <w:b/>
          <w:bCs/>
          <w:i/>
          <w:iCs/>
          <w:sz w:val="24"/>
          <w:szCs w:val="24"/>
        </w:rPr>
        <w:t>a Citronera della Real Venaria e construzione della muraglia di cinta</w:t>
      </w:r>
      <w:r w:rsidR="00000000">
        <w:rPr>
          <w:i/>
          <w:iCs/>
          <w:sz w:val="24"/>
          <w:szCs w:val="24"/>
        </w:rPr>
        <w:pict w14:anchorId="0A250688">
          <v:rect id="_x0000_i1156" style="width:0;height:1.5pt" o:hralign="center" o:hrstd="t" o:hr="t" fillcolor="#a0a0a0" stroked="f"/>
        </w:pict>
      </w:r>
    </w:p>
    <w:p w14:paraId="158E6644" w14:textId="77777777" w:rsidR="00C0727D" w:rsidRDefault="00C0727D" w:rsidP="004C0851">
      <w:pPr>
        <w:jc w:val="both"/>
        <w:rPr>
          <w:i/>
          <w:iCs/>
          <w:sz w:val="24"/>
          <w:szCs w:val="24"/>
        </w:rPr>
      </w:pPr>
      <w:r>
        <w:rPr>
          <w:i/>
          <w:iCs/>
          <w:sz w:val="24"/>
          <w:szCs w:val="24"/>
        </w:rPr>
        <w:t xml:space="preserve">Primo. Demoleranno qual si sia sorta di muraglia tanto di pietre che  di mattoni e detti materiali scalcineranno e amucheranno ove gli verrà ordinato dal sopra stante in distanza che non </w:t>
      </w:r>
      <w:r>
        <w:rPr>
          <w:i/>
          <w:iCs/>
          <w:sz w:val="24"/>
          <w:szCs w:val="24"/>
        </w:rPr>
        <w:lastRenderedPageBreak/>
        <w:t>impediscono l’aria a detta citronera e lasciare parte del materiale sul posto dove si doverà fare la muraglia di cinta.</w:t>
      </w:r>
    </w:p>
    <w:p w14:paraId="5793BB5F" w14:textId="77777777" w:rsidR="00C0727D" w:rsidRDefault="00C0727D" w:rsidP="004C0851">
      <w:pPr>
        <w:jc w:val="both"/>
        <w:rPr>
          <w:i/>
          <w:iCs/>
          <w:sz w:val="24"/>
          <w:szCs w:val="24"/>
        </w:rPr>
      </w:pPr>
      <w:r>
        <w:rPr>
          <w:i/>
          <w:iCs/>
          <w:sz w:val="24"/>
          <w:szCs w:val="24"/>
        </w:rPr>
        <w:t>2°. Li coppi e i canali de tetti saranno con tutta diligenza calati a basso e messe in luogo ove non si potranno rompere secondo si indicherà sul posto cioè al padiglione non coperto uno levante e mezo giorno.</w:t>
      </w:r>
    </w:p>
    <w:p w14:paraId="133C93EB" w14:textId="77777777" w:rsidR="00781EFB" w:rsidRDefault="00C0727D" w:rsidP="004C0851">
      <w:pPr>
        <w:jc w:val="both"/>
        <w:rPr>
          <w:i/>
          <w:iCs/>
          <w:sz w:val="24"/>
          <w:szCs w:val="24"/>
        </w:rPr>
      </w:pPr>
      <w:r>
        <w:rPr>
          <w:i/>
          <w:iCs/>
          <w:sz w:val="24"/>
          <w:szCs w:val="24"/>
        </w:rPr>
        <w:t xml:space="preserve">3°. Tutte le porte e finestre e solari saranno disfatti con diligenzza acciò non vada a male il boscame e saranno riposti in </w:t>
      </w:r>
      <w:r w:rsidR="00781EFB">
        <w:rPr>
          <w:i/>
          <w:iCs/>
          <w:sz w:val="24"/>
          <w:szCs w:val="24"/>
        </w:rPr>
        <w:t>luogi commodi per restare al coperto.</w:t>
      </w:r>
    </w:p>
    <w:p w14:paraId="30AA1EEA" w14:textId="6456149C" w:rsidR="0022152B" w:rsidRDefault="00781EFB" w:rsidP="004C0851">
      <w:pPr>
        <w:jc w:val="both"/>
        <w:rPr>
          <w:i/>
          <w:iCs/>
          <w:sz w:val="24"/>
          <w:szCs w:val="24"/>
        </w:rPr>
      </w:pPr>
      <w:r>
        <w:rPr>
          <w:i/>
          <w:iCs/>
          <w:sz w:val="24"/>
          <w:szCs w:val="24"/>
        </w:rPr>
        <w:t xml:space="preserve">4°. Tutta la </w:t>
      </w:r>
      <w:r w:rsidR="0022152B">
        <w:rPr>
          <w:i/>
          <w:iCs/>
          <w:sz w:val="24"/>
          <w:szCs w:val="24"/>
        </w:rPr>
        <w:t>ferramenta saranno obligati di fedelmente consegniati al sopra stante di qualunque maniera che sarà come parimente i chiodi.</w:t>
      </w:r>
    </w:p>
    <w:p w14:paraId="691AD178" w14:textId="5E6ED95C" w:rsidR="0022152B" w:rsidRDefault="0022152B" w:rsidP="004C0851">
      <w:pPr>
        <w:jc w:val="both"/>
        <w:rPr>
          <w:i/>
          <w:iCs/>
          <w:sz w:val="24"/>
          <w:szCs w:val="24"/>
        </w:rPr>
      </w:pPr>
      <w:r>
        <w:rPr>
          <w:i/>
          <w:iCs/>
          <w:sz w:val="24"/>
          <w:szCs w:val="24"/>
        </w:rPr>
        <w:t>5°. Doppo demoliti conduranno fuori li calcinacci e spianeranno al piano perfetto il scudo e dove ci sarà grotte disfaranno le volte a indicatione del sopra stante le fondamenta si lascerà esendo di poco profitto il materiale che ne verebbe.</w:t>
      </w:r>
    </w:p>
    <w:p w14:paraId="4F15F2C2" w14:textId="4DC78E43" w:rsidR="0022152B" w:rsidRDefault="0022152B" w:rsidP="0022152B">
      <w:pPr>
        <w:jc w:val="center"/>
        <w:rPr>
          <w:i/>
          <w:iCs/>
          <w:sz w:val="24"/>
          <w:szCs w:val="24"/>
        </w:rPr>
      </w:pPr>
      <w:r>
        <w:rPr>
          <w:i/>
          <w:iCs/>
          <w:sz w:val="24"/>
          <w:szCs w:val="24"/>
        </w:rPr>
        <w:t>Cavo di terra</w:t>
      </w:r>
    </w:p>
    <w:p w14:paraId="0CAEF527" w14:textId="4068BC18" w:rsidR="0022152B" w:rsidRDefault="0022152B" w:rsidP="004C0851">
      <w:pPr>
        <w:jc w:val="both"/>
        <w:rPr>
          <w:i/>
          <w:iCs/>
          <w:sz w:val="24"/>
          <w:szCs w:val="24"/>
        </w:rPr>
      </w:pPr>
      <w:r>
        <w:rPr>
          <w:i/>
          <w:iCs/>
          <w:sz w:val="24"/>
          <w:szCs w:val="24"/>
        </w:rPr>
        <w:t>6°. Il cavo di terra sarà fatto secondo il fondamento che richiede detta muraglia di cintta e saranno obligati di portare la terra fuori a sacoma e lasciare la quantità di ricalzare la muraglia solamente.</w:t>
      </w:r>
    </w:p>
    <w:p w14:paraId="07B96086" w14:textId="7FAB314A" w:rsidR="0022152B" w:rsidRDefault="0022152B" w:rsidP="0022152B">
      <w:pPr>
        <w:jc w:val="center"/>
        <w:rPr>
          <w:i/>
          <w:iCs/>
          <w:sz w:val="24"/>
          <w:szCs w:val="24"/>
        </w:rPr>
      </w:pPr>
      <w:r>
        <w:rPr>
          <w:i/>
          <w:iCs/>
          <w:sz w:val="24"/>
          <w:szCs w:val="24"/>
        </w:rPr>
        <w:t>Muraglia ordinaria</w:t>
      </w:r>
    </w:p>
    <w:p w14:paraId="1CA4B77B" w14:textId="77777777" w:rsidR="00C63A5B" w:rsidRDefault="0022152B" w:rsidP="004C0851">
      <w:pPr>
        <w:jc w:val="both"/>
        <w:rPr>
          <w:i/>
          <w:iCs/>
          <w:sz w:val="24"/>
          <w:szCs w:val="24"/>
        </w:rPr>
      </w:pPr>
      <w:r>
        <w:rPr>
          <w:i/>
          <w:iCs/>
          <w:sz w:val="24"/>
          <w:szCs w:val="24"/>
        </w:rPr>
        <w:t>La detta cintta sarà secondo quella del parcho con i suoi pilastrini di mattoni e sue cinte o scanzelli nella distanza conforme quelle praticate e detta muraglia e saranno obligati di mettere i coppi di sopra in calcina con il dado di mattoni solito a farsi e imbocata a pietra coperta con bona calcina e sabia di soronda perfetto senza terra il tutto a piombo e a livello senza nesuna piegatura o concavità in nesuna parte tantto di fuori che di dentro.</w:t>
      </w:r>
    </w:p>
    <w:p w14:paraId="1AD23E87" w14:textId="77777777" w:rsidR="00C63A5B" w:rsidRDefault="00C63A5B" w:rsidP="004C0851">
      <w:pPr>
        <w:jc w:val="both"/>
        <w:rPr>
          <w:i/>
          <w:iCs/>
          <w:sz w:val="24"/>
          <w:szCs w:val="24"/>
        </w:rPr>
      </w:pPr>
      <w:r>
        <w:rPr>
          <w:i/>
          <w:iCs/>
          <w:sz w:val="24"/>
          <w:szCs w:val="24"/>
        </w:rPr>
        <w:t>Le fondamenta di bona calcina si Soperga suficientemente grassa e della profondità che richiede tal lavoro.</w:t>
      </w:r>
    </w:p>
    <w:p w14:paraId="219AE120" w14:textId="296DA9F1" w:rsidR="004C0851" w:rsidRDefault="00C63A5B" w:rsidP="004C0851">
      <w:pPr>
        <w:jc w:val="both"/>
        <w:rPr>
          <w:i/>
          <w:iCs/>
          <w:sz w:val="24"/>
          <w:szCs w:val="24"/>
        </w:rPr>
      </w:pPr>
      <w:r>
        <w:rPr>
          <w:i/>
          <w:iCs/>
          <w:sz w:val="24"/>
          <w:szCs w:val="24"/>
        </w:rPr>
        <w:t>Il tutto ben fatto a opera conlaudata e approvata a sola fattura.</w:t>
      </w:r>
      <w:r w:rsidR="00000000">
        <w:rPr>
          <w:i/>
          <w:iCs/>
          <w:sz w:val="24"/>
          <w:szCs w:val="24"/>
        </w:rPr>
        <w:pict w14:anchorId="17F1BED6">
          <v:rect id="_x0000_i1157" style="width:0;height:1.5pt" o:hralign="center" o:hrstd="t" o:hr="t" fillcolor="#a0a0a0" stroked="f"/>
        </w:pict>
      </w:r>
    </w:p>
    <w:p w14:paraId="4F36E965" w14:textId="7BB31E35" w:rsidR="00CA731B" w:rsidRPr="004C0851" w:rsidRDefault="00CA731B" w:rsidP="004C0851">
      <w:pPr>
        <w:jc w:val="right"/>
        <w:rPr>
          <w:i/>
          <w:iCs/>
          <w:sz w:val="24"/>
          <w:szCs w:val="24"/>
        </w:rPr>
      </w:pPr>
      <w:r w:rsidRPr="004C0851">
        <w:rPr>
          <w:i/>
          <w:iCs/>
          <w:sz w:val="24"/>
          <w:szCs w:val="24"/>
        </w:rPr>
        <w:t>giorno di 6 Agosto 1725</w:t>
      </w:r>
    </w:p>
    <w:p w14:paraId="243F74A2" w14:textId="77777777" w:rsidR="004C0851" w:rsidRDefault="00CA731B" w:rsidP="004C0851">
      <w:pPr>
        <w:jc w:val="right"/>
        <w:rPr>
          <w:i/>
          <w:iCs/>
          <w:sz w:val="24"/>
          <w:szCs w:val="24"/>
        </w:rPr>
      </w:pPr>
      <w:r w:rsidRPr="004C0851">
        <w:rPr>
          <w:i/>
          <w:iCs/>
          <w:sz w:val="24"/>
          <w:szCs w:val="24"/>
        </w:rPr>
        <w:t>Cavaliere Don Filippo Juvarra Architetto</w:t>
      </w:r>
      <w:r w:rsidR="00000000">
        <w:rPr>
          <w:i/>
          <w:iCs/>
          <w:sz w:val="24"/>
          <w:szCs w:val="24"/>
        </w:rPr>
        <w:pict w14:anchorId="7E40D4BE">
          <v:rect id="_x0000_i1158" style="width:0;height:1.5pt" o:hralign="center" o:hrstd="t" o:hr="t" fillcolor="#a0a0a0" stroked="f"/>
        </w:pict>
      </w:r>
    </w:p>
    <w:p w14:paraId="3A9C767E" w14:textId="4DBB447E" w:rsidR="00CA731B" w:rsidRPr="004C0851" w:rsidRDefault="00CA731B" w:rsidP="004C0851">
      <w:pPr>
        <w:jc w:val="both"/>
        <w:rPr>
          <w:sz w:val="24"/>
          <w:szCs w:val="24"/>
        </w:rPr>
      </w:pPr>
      <w:r w:rsidRPr="004C0851">
        <w:rPr>
          <w:sz w:val="24"/>
          <w:szCs w:val="24"/>
        </w:rPr>
        <w:t>Archivio di Stato di Torino | Sezioni Riunite | Ministero della guerra | Azienda generale di fabbriche e fortificazioni (1733-1797) già Azienda generale d'artiglieria, fabbriche e fortificazioni (1717-1733) | Contratti fortificazioni | Mazzo 11 (1725) | foll. 167-168.</w:t>
      </w:r>
    </w:p>
    <w:p w14:paraId="06BCAE09" w14:textId="77777777" w:rsidR="00CA731B" w:rsidRDefault="00CA731B" w:rsidP="00172CA0">
      <w:pPr>
        <w:jc w:val="both"/>
        <w:rPr>
          <w:i/>
          <w:iCs/>
          <w:sz w:val="24"/>
          <w:szCs w:val="24"/>
        </w:rPr>
      </w:pPr>
    </w:p>
    <w:p w14:paraId="052DB786" w14:textId="77777777" w:rsidR="00BD20A0" w:rsidRDefault="00CA731B" w:rsidP="00BD20A0">
      <w:pPr>
        <w:jc w:val="center"/>
        <w:rPr>
          <w:i/>
          <w:iCs/>
          <w:sz w:val="24"/>
          <w:szCs w:val="24"/>
        </w:rPr>
      </w:pPr>
      <w:r w:rsidRPr="00BD20A0">
        <w:rPr>
          <w:b/>
          <w:bCs/>
          <w:i/>
          <w:iCs/>
          <w:sz w:val="24"/>
          <w:szCs w:val="24"/>
        </w:rPr>
        <w:t xml:space="preserve">Instruzione per </w:t>
      </w:r>
      <w:r w:rsidR="00BD20A0" w:rsidRPr="00BD20A0">
        <w:rPr>
          <w:b/>
          <w:bCs/>
          <w:i/>
          <w:iCs/>
          <w:sz w:val="24"/>
          <w:szCs w:val="24"/>
        </w:rPr>
        <w:t>d</w:t>
      </w:r>
      <w:r w:rsidRPr="00BD20A0">
        <w:rPr>
          <w:b/>
          <w:bCs/>
          <w:i/>
          <w:iCs/>
          <w:sz w:val="24"/>
          <w:szCs w:val="24"/>
        </w:rPr>
        <w:t xml:space="preserve">are il griggio alli </w:t>
      </w:r>
      <w:r w:rsidR="00BD20A0" w:rsidRPr="00BD20A0">
        <w:rPr>
          <w:b/>
          <w:bCs/>
          <w:i/>
          <w:iCs/>
          <w:sz w:val="24"/>
          <w:szCs w:val="24"/>
        </w:rPr>
        <w:t xml:space="preserve">telaroni </w:t>
      </w:r>
      <w:r w:rsidRPr="00BD20A0">
        <w:rPr>
          <w:b/>
          <w:bCs/>
          <w:i/>
          <w:iCs/>
          <w:sz w:val="24"/>
          <w:szCs w:val="24"/>
        </w:rPr>
        <w:t>della Citronera della Real Venaria</w:t>
      </w:r>
      <w:r w:rsidR="00000000">
        <w:rPr>
          <w:i/>
          <w:iCs/>
          <w:sz w:val="24"/>
          <w:szCs w:val="24"/>
        </w:rPr>
        <w:pict w14:anchorId="59291642">
          <v:rect id="_x0000_i1159" style="width:0;height:1.5pt" o:hralign="center" o:hrstd="t" o:hr="t" fillcolor="#a0a0a0" stroked="f"/>
        </w:pict>
      </w:r>
    </w:p>
    <w:p w14:paraId="00F6A044" w14:textId="753BCB07" w:rsidR="00BD20A0" w:rsidRDefault="00BD20A0" w:rsidP="00BD20A0">
      <w:pPr>
        <w:jc w:val="both"/>
        <w:rPr>
          <w:i/>
          <w:iCs/>
          <w:sz w:val="24"/>
          <w:szCs w:val="24"/>
        </w:rPr>
      </w:pPr>
      <w:r>
        <w:rPr>
          <w:i/>
          <w:iCs/>
          <w:sz w:val="24"/>
          <w:szCs w:val="24"/>
        </w:rPr>
        <w:t xml:space="preserve">Il detto colore griggio sarà di biacca senza gesso o altra cosa dentro che possa fare l’istesso colore e saranno primieramente ben stuccati nelle fissure o crepature che abij potuto fare il </w:t>
      </w:r>
      <w:r>
        <w:rPr>
          <w:i/>
          <w:iCs/>
          <w:sz w:val="24"/>
          <w:szCs w:val="24"/>
        </w:rPr>
        <w:lastRenderedPageBreak/>
        <w:t>legnio e poscia due boni mani di biacca a oglio cotto e se non sarà bastante a coprire saranno obligati mettere tre mani il colore non sia caricato ma un griggio dolce e bene unito tantto di dentro che di fuori di detti ciasili il tutto ben fatto e sarà a suo conto fare li pontaggi o vero con le scale a mano e se è necesario di pontaggi si darà il tutto cioè reme assi e cordaggi faranno con diligenza acciò non si guasti qualche cornice di stucco in tal cavo saranno obligati rifarlli a sue spese.</w:t>
      </w:r>
    </w:p>
    <w:p w14:paraId="2953CF62" w14:textId="108EAAFD" w:rsidR="00BD20A0" w:rsidRDefault="00BD20A0" w:rsidP="00BD20A0">
      <w:pPr>
        <w:jc w:val="both"/>
        <w:rPr>
          <w:i/>
          <w:iCs/>
          <w:sz w:val="24"/>
          <w:szCs w:val="24"/>
        </w:rPr>
      </w:pPr>
      <w:r>
        <w:rPr>
          <w:i/>
          <w:iCs/>
          <w:sz w:val="24"/>
          <w:szCs w:val="24"/>
        </w:rPr>
        <w:t>Le due porte saranno fatti nella medema maniera di sopra tutti si raccomanda l’oglio che sia ben cotto</w:t>
      </w:r>
      <w:r w:rsidR="00B4256A">
        <w:rPr>
          <w:i/>
          <w:iCs/>
          <w:sz w:val="24"/>
          <w:szCs w:val="24"/>
        </w:rPr>
        <w:t xml:space="preserve"> acciò lasci il lustro sopra </w:t>
      </w:r>
      <w:r>
        <w:rPr>
          <w:i/>
          <w:iCs/>
          <w:sz w:val="24"/>
          <w:szCs w:val="24"/>
        </w:rPr>
        <w:t>detto colore</w:t>
      </w:r>
      <w:r w:rsidR="00B4256A">
        <w:rPr>
          <w:i/>
          <w:iCs/>
          <w:sz w:val="24"/>
          <w:szCs w:val="24"/>
        </w:rPr>
        <w:t xml:space="preserve"> si proibisce di dar colla di </w:t>
      </w:r>
      <w:r>
        <w:rPr>
          <w:i/>
          <w:iCs/>
          <w:sz w:val="24"/>
          <w:szCs w:val="24"/>
        </w:rPr>
        <w:t>cervione sopra</w:t>
      </w:r>
      <w:r w:rsidR="00B4256A">
        <w:rPr>
          <w:i/>
          <w:iCs/>
          <w:sz w:val="24"/>
          <w:szCs w:val="24"/>
        </w:rPr>
        <w:t xml:space="preserve"> il legnio prima di dare</w:t>
      </w:r>
      <w:r>
        <w:rPr>
          <w:i/>
          <w:iCs/>
          <w:sz w:val="24"/>
          <w:szCs w:val="24"/>
        </w:rPr>
        <w:t xml:space="preserve"> il griggio</w:t>
      </w:r>
      <w:r w:rsidR="00B4256A">
        <w:rPr>
          <w:i/>
          <w:iCs/>
          <w:sz w:val="24"/>
          <w:szCs w:val="24"/>
        </w:rPr>
        <w:t xml:space="preserve"> il tutto finito per il mese </w:t>
      </w:r>
      <w:r>
        <w:rPr>
          <w:i/>
          <w:iCs/>
          <w:sz w:val="24"/>
          <w:szCs w:val="24"/>
        </w:rPr>
        <w:t>di ottobre</w:t>
      </w:r>
      <w:r w:rsidR="00B4256A">
        <w:rPr>
          <w:i/>
          <w:iCs/>
          <w:sz w:val="24"/>
          <w:szCs w:val="24"/>
        </w:rPr>
        <w:t xml:space="preserve"> a opera conlaudata </w:t>
      </w:r>
      <w:r>
        <w:rPr>
          <w:i/>
          <w:iCs/>
          <w:sz w:val="24"/>
          <w:szCs w:val="24"/>
        </w:rPr>
        <w:t>e approvata</w:t>
      </w:r>
      <w:r w:rsidR="00B4256A">
        <w:rPr>
          <w:i/>
          <w:iCs/>
          <w:sz w:val="24"/>
          <w:szCs w:val="24"/>
        </w:rPr>
        <w:t>.</w:t>
      </w:r>
    </w:p>
    <w:p w14:paraId="30010C4E" w14:textId="609AC254" w:rsidR="00BD20A0" w:rsidRDefault="00000000" w:rsidP="00BD20A0">
      <w:pPr>
        <w:jc w:val="both"/>
        <w:rPr>
          <w:i/>
          <w:iCs/>
          <w:sz w:val="24"/>
          <w:szCs w:val="24"/>
        </w:rPr>
      </w:pPr>
      <w:r>
        <w:rPr>
          <w:i/>
          <w:iCs/>
          <w:sz w:val="24"/>
          <w:szCs w:val="24"/>
        </w:rPr>
        <w:pict w14:anchorId="0CCA1B10">
          <v:rect id="_x0000_i1160" style="width:0;height:1.5pt" o:hralign="center" o:hrstd="t" o:hr="t" fillcolor="#a0a0a0" stroked="f"/>
        </w:pict>
      </w:r>
    </w:p>
    <w:p w14:paraId="6E7561BF" w14:textId="45E652BE" w:rsidR="00CA731B" w:rsidRPr="00BD20A0" w:rsidRDefault="00CA731B" w:rsidP="00BD20A0">
      <w:pPr>
        <w:jc w:val="right"/>
        <w:rPr>
          <w:i/>
          <w:iCs/>
          <w:sz w:val="24"/>
          <w:szCs w:val="24"/>
        </w:rPr>
      </w:pPr>
      <w:r w:rsidRPr="00BD20A0">
        <w:rPr>
          <w:i/>
          <w:iCs/>
          <w:sz w:val="24"/>
          <w:szCs w:val="24"/>
        </w:rPr>
        <w:t>Torino 6 Agosto 1725</w:t>
      </w:r>
    </w:p>
    <w:p w14:paraId="267D85F4" w14:textId="77777777" w:rsidR="00B4256A" w:rsidRDefault="00CA731B" w:rsidP="00BD20A0">
      <w:pPr>
        <w:jc w:val="right"/>
        <w:rPr>
          <w:i/>
          <w:iCs/>
          <w:sz w:val="24"/>
          <w:szCs w:val="24"/>
        </w:rPr>
      </w:pPr>
      <w:r w:rsidRPr="00BD20A0">
        <w:rPr>
          <w:i/>
          <w:iCs/>
          <w:sz w:val="24"/>
          <w:szCs w:val="24"/>
        </w:rPr>
        <w:t>Cavaliere Don Filippo Juvarra Architetto</w:t>
      </w:r>
      <w:r w:rsidR="00000000">
        <w:rPr>
          <w:i/>
          <w:iCs/>
          <w:sz w:val="24"/>
          <w:szCs w:val="24"/>
        </w:rPr>
        <w:pict w14:anchorId="4B60EC05">
          <v:rect id="_x0000_i1161" style="width:0;height:1.5pt" o:hralign="center" o:hrstd="t" o:hr="t" fillcolor="#a0a0a0" stroked="f"/>
        </w:pict>
      </w:r>
    </w:p>
    <w:p w14:paraId="669A1DC7" w14:textId="77777777" w:rsidR="00B4256A" w:rsidRDefault="00B4256A" w:rsidP="00B4256A">
      <w:pPr>
        <w:jc w:val="both"/>
        <w:rPr>
          <w:i/>
          <w:iCs/>
          <w:sz w:val="24"/>
          <w:szCs w:val="24"/>
        </w:rPr>
      </w:pPr>
      <w:r>
        <w:rPr>
          <w:i/>
          <w:iCs/>
          <w:sz w:val="24"/>
          <w:szCs w:val="24"/>
        </w:rPr>
        <w:t>Casili grandi con sue ventagline … n° 15.</w:t>
      </w:r>
    </w:p>
    <w:p w14:paraId="275EBAA5" w14:textId="77777777" w:rsidR="00B4256A" w:rsidRDefault="00B4256A" w:rsidP="00B4256A">
      <w:pPr>
        <w:jc w:val="both"/>
        <w:rPr>
          <w:i/>
          <w:iCs/>
          <w:sz w:val="24"/>
          <w:szCs w:val="24"/>
        </w:rPr>
      </w:pPr>
      <w:r>
        <w:rPr>
          <w:i/>
          <w:iCs/>
          <w:sz w:val="24"/>
          <w:szCs w:val="24"/>
        </w:rPr>
        <w:t>Due porte grande con suoi semicircoli di sopra … n° 2.</w:t>
      </w:r>
    </w:p>
    <w:p w14:paraId="3CEA6765" w14:textId="77777777" w:rsidR="00B4256A" w:rsidRDefault="00B4256A" w:rsidP="00B4256A">
      <w:pPr>
        <w:jc w:val="both"/>
        <w:rPr>
          <w:i/>
          <w:iCs/>
          <w:sz w:val="24"/>
          <w:szCs w:val="24"/>
        </w:rPr>
      </w:pPr>
      <w:r>
        <w:rPr>
          <w:i/>
          <w:iCs/>
          <w:sz w:val="24"/>
          <w:szCs w:val="24"/>
        </w:rPr>
        <w:t>Ovali sopra li gran finestre … n° 15.</w:t>
      </w:r>
    </w:p>
    <w:p w14:paraId="001CF590" w14:textId="6B5020BA" w:rsidR="00BD20A0" w:rsidRDefault="00B4256A" w:rsidP="00B4256A">
      <w:pPr>
        <w:jc w:val="both"/>
        <w:rPr>
          <w:i/>
          <w:iCs/>
          <w:sz w:val="24"/>
          <w:szCs w:val="24"/>
        </w:rPr>
      </w:pPr>
      <w:r>
        <w:rPr>
          <w:i/>
          <w:iCs/>
          <w:sz w:val="24"/>
          <w:szCs w:val="24"/>
        </w:rPr>
        <w:t>Due mezilune sopra le porte nelle teste di detta citronera … n° 2.</w:t>
      </w:r>
      <w:r w:rsidR="00000000">
        <w:rPr>
          <w:i/>
          <w:iCs/>
          <w:sz w:val="24"/>
          <w:szCs w:val="24"/>
        </w:rPr>
        <w:pict w14:anchorId="45641961">
          <v:rect id="_x0000_i1162" style="width:0;height:1.5pt" o:hralign="center" o:hrstd="t" o:hr="t" fillcolor="#a0a0a0" stroked="f"/>
        </w:pict>
      </w:r>
    </w:p>
    <w:p w14:paraId="46D42524" w14:textId="3341D88A" w:rsidR="00CA731B" w:rsidRPr="00BD20A0" w:rsidRDefault="00CA731B" w:rsidP="00BD20A0">
      <w:pPr>
        <w:jc w:val="both"/>
        <w:rPr>
          <w:sz w:val="24"/>
          <w:szCs w:val="24"/>
        </w:rPr>
      </w:pPr>
      <w:r w:rsidRPr="00BD20A0">
        <w:rPr>
          <w:sz w:val="24"/>
          <w:szCs w:val="24"/>
        </w:rPr>
        <w:t>Archivio di Stato di Torino | Sezioni Riunite | Ministero della guerra | Azienda generale di fabbriche e fortificazioni (1733-1797) già Azienda generale d'artiglieria, fabbriche e fortificazioni (1717-1733) | Contratti fortificazioni | Mazzo 11 (1725) | foll. 179-180.</w:t>
      </w:r>
    </w:p>
    <w:p w14:paraId="11223785" w14:textId="77777777" w:rsidR="00CA731B" w:rsidRDefault="00CA731B" w:rsidP="00172CA0">
      <w:pPr>
        <w:jc w:val="both"/>
        <w:rPr>
          <w:i/>
          <w:iCs/>
          <w:sz w:val="24"/>
          <w:szCs w:val="24"/>
        </w:rPr>
      </w:pPr>
    </w:p>
    <w:p w14:paraId="5BDF92C7" w14:textId="71A9E2C6" w:rsidR="00B4256A" w:rsidRDefault="00CA731B" w:rsidP="00B4256A">
      <w:pPr>
        <w:jc w:val="center"/>
        <w:rPr>
          <w:i/>
          <w:iCs/>
          <w:sz w:val="24"/>
          <w:szCs w:val="24"/>
        </w:rPr>
      </w:pPr>
      <w:r w:rsidRPr="00B4256A">
        <w:rPr>
          <w:b/>
          <w:bCs/>
          <w:i/>
          <w:iCs/>
          <w:sz w:val="24"/>
          <w:szCs w:val="24"/>
        </w:rPr>
        <w:t xml:space="preserve">Instruzione per li </w:t>
      </w:r>
      <w:r w:rsidR="00B4256A">
        <w:rPr>
          <w:b/>
          <w:bCs/>
          <w:i/>
          <w:iCs/>
          <w:sz w:val="24"/>
          <w:szCs w:val="24"/>
        </w:rPr>
        <w:t>v</w:t>
      </w:r>
      <w:r w:rsidRPr="00B4256A">
        <w:rPr>
          <w:b/>
          <w:bCs/>
          <w:i/>
          <w:iCs/>
          <w:sz w:val="24"/>
          <w:szCs w:val="24"/>
        </w:rPr>
        <w:t>etri che vanno messi alla Citronera della Real Venaria</w:t>
      </w:r>
      <w:r w:rsidR="00000000">
        <w:rPr>
          <w:i/>
          <w:iCs/>
          <w:sz w:val="24"/>
          <w:szCs w:val="24"/>
        </w:rPr>
        <w:pict w14:anchorId="6C87CC5C">
          <v:rect id="_x0000_i1163" style="width:0;height:1.5pt" o:hralign="center" o:hrstd="t" o:hr="t" fillcolor="#a0a0a0" stroked="f"/>
        </w:pict>
      </w:r>
    </w:p>
    <w:p w14:paraId="6BC25314" w14:textId="77777777" w:rsidR="00B4256A" w:rsidRDefault="00B4256A" w:rsidP="00B4256A">
      <w:pPr>
        <w:jc w:val="both"/>
        <w:rPr>
          <w:i/>
          <w:iCs/>
          <w:sz w:val="24"/>
          <w:szCs w:val="24"/>
        </w:rPr>
      </w:pPr>
      <w:r>
        <w:rPr>
          <w:i/>
          <w:iCs/>
          <w:sz w:val="24"/>
          <w:szCs w:val="24"/>
        </w:rPr>
        <w:t>Li vetri saranno di 10 di Venezia chiari e forte secondo l’ordinario li piombi saranno doppie alla genovesa con le sue bachette doppie e al suo fil di ottone suficiente in ogni angolo che tocca la bachetta.</w:t>
      </w:r>
    </w:p>
    <w:p w14:paraId="580284D7" w14:textId="77777777" w:rsidR="00B4256A" w:rsidRDefault="00B4256A" w:rsidP="00B4256A">
      <w:pPr>
        <w:jc w:val="both"/>
        <w:rPr>
          <w:i/>
          <w:iCs/>
          <w:sz w:val="24"/>
          <w:szCs w:val="24"/>
        </w:rPr>
      </w:pPr>
      <w:r>
        <w:rPr>
          <w:i/>
          <w:iCs/>
          <w:sz w:val="24"/>
          <w:szCs w:val="24"/>
        </w:rPr>
        <w:t>Nelli ovali in piano saranno tagliati che vadino al suo punto e li tagliati piccoli si conteranno per foglio intiero quando entreranno due tagliati picoli in uno intiero se ci vorrà qualche lastra nel mezzo si pagerà a parte.</w:t>
      </w:r>
    </w:p>
    <w:p w14:paraId="1A1E70D9" w14:textId="77777777" w:rsidR="00B4256A" w:rsidRDefault="00B4256A" w:rsidP="00B4256A">
      <w:pPr>
        <w:jc w:val="both"/>
        <w:rPr>
          <w:i/>
          <w:iCs/>
          <w:sz w:val="24"/>
          <w:szCs w:val="24"/>
        </w:rPr>
      </w:pPr>
      <w:r>
        <w:rPr>
          <w:i/>
          <w:iCs/>
          <w:sz w:val="24"/>
          <w:szCs w:val="24"/>
        </w:rPr>
        <w:t>Parimente saranno tagliati a vintaglina le due mezze lune sopra le porte in testa.</w:t>
      </w:r>
    </w:p>
    <w:p w14:paraId="4FDDEC55" w14:textId="198A4089" w:rsidR="00B4256A" w:rsidRDefault="00B4256A" w:rsidP="00B4256A">
      <w:pPr>
        <w:jc w:val="both"/>
        <w:rPr>
          <w:i/>
          <w:iCs/>
          <w:sz w:val="24"/>
          <w:szCs w:val="24"/>
        </w:rPr>
      </w:pPr>
      <w:r>
        <w:rPr>
          <w:i/>
          <w:iCs/>
          <w:sz w:val="24"/>
          <w:szCs w:val="24"/>
        </w:rPr>
        <w:t>Dove li ciasili averanno li listelli saranno obligati tagliare quelli che vanno nelle meze lune e l’altri in piano con il suo mezo piombo doppi e boletati con tuota sodezza nelli cantoni il tutto a opera conlaudata e aprovata.</w:t>
      </w:r>
      <w:r w:rsidR="00000000">
        <w:rPr>
          <w:i/>
          <w:iCs/>
          <w:sz w:val="24"/>
          <w:szCs w:val="24"/>
        </w:rPr>
        <w:pict w14:anchorId="32967443">
          <v:rect id="_x0000_i1164" style="width:0;height:1.5pt" o:hralign="center" o:hrstd="t" o:hr="t" fillcolor="#a0a0a0" stroked="f"/>
        </w:pict>
      </w:r>
    </w:p>
    <w:p w14:paraId="06BBCE12" w14:textId="7C046685" w:rsidR="00CA731B" w:rsidRPr="00B4256A" w:rsidRDefault="00CA731B" w:rsidP="00B4256A">
      <w:pPr>
        <w:jc w:val="right"/>
        <w:rPr>
          <w:i/>
          <w:iCs/>
          <w:sz w:val="24"/>
          <w:szCs w:val="24"/>
        </w:rPr>
      </w:pPr>
      <w:r w:rsidRPr="00B4256A">
        <w:rPr>
          <w:i/>
          <w:iCs/>
          <w:sz w:val="24"/>
          <w:szCs w:val="24"/>
        </w:rPr>
        <w:t>giorno di 25 Ottobre 1725</w:t>
      </w:r>
    </w:p>
    <w:p w14:paraId="636289C9" w14:textId="77777777" w:rsidR="00B4256A" w:rsidRDefault="00CA731B" w:rsidP="00B4256A">
      <w:pPr>
        <w:jc w:val="right"/>
        <w:rPr>
          <w:i/>
          <w:iCs/>
          <w:sz w:val="24"/>
          <w:szCs w:val="24"/>
        </w:rPr>
      </w:pPr>
      <w:r w:rsidRPr="00B4256A">
        <w:rPr>
          <w:i/>
          <w:iCs/>
          <w:sz w:val="24"/>
          <w:szCs w:val="24"/>
        </w:rPr>
        <w:lastRenderedPageBreak/>
        <w:t>Cavaliere Don Filippo Juvarra Architetto</w:t>
      </w:r>
      <w:r w:rsidR="00000000">
        <w:rPr>
          <w:i/>
          <w:iCs/>
          <w:sz w:val="24"/>
          <w:szCs w:val="24"/>
        </w:rPr>
        <w:pict w14:anchorId="5A3DDF9E">
          <v:rect id="_x0000_i1165" style="width:0;height:1.5pt" o:hralign="center" o:hrstd="t" o:hr="t" fillcolor="#a0a0a0" stroked="f"/>
        </w:pict>
      </w:r>
    </w:p>
    <w:p w14:paraId="72E5FB25" w14:textId="0FC06800" w:rsidR="00CA731B" w:rsidRDefault="00CA731B" w:rsidP="00B4256A">
      <w:pPr>
        <w:jc w:val="both"/>
        <w:rPr>
          <w:sz w:val="24"/>
          <w:szCs w:val="24"/>
        </w:rPr>
      </w:pPr>
      <w:r w:rsidRPr="00B4256A">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201.</w:t>
      </w:r>
    </w:p>
    <w:p w14:paraId="4BDA1F17" w14:textId="77777777" w:rsidR="0036738D" w:rsidRDefault="0036738D" w:rsidP="00B4256A">
      <w:pPr>
        <w:jc w:val="both"/>
        <w:rPr>
          <w:sz w:val="24"/>
          <w:szCs w:val="24"/>
        </w:rPr>
      </w:pPr>
    </w:p>
    <w:p w14:paraId="0D351609" w14:textId="493211E8" w:rsidR="0036738D" w:rsidRPr="00A041A4" w:rsidRDefault="0036738D" w:rsidP="0036738D">
      <w:pPr>
        <w:jc w:val="center"/>
        <w:rPr>
          <w:sz w:val="28"/>
          <w:szCs w:val="28"/>
        </w:rPr>
      </w:pPr>
      <w:r w:rsidRPr="00A041A4">
        <w:rPr>
          <w:sz w:val="28"/>
          <w:szCs w:val="28"/>
        </w:rPr>
        <w:t>17</w:t>
      </w:r>
      <w:r>
        <w:rPr>
          <w:sz w:val="28"/>
          <w:szCs w:val="28"/>
        </w:rPr>
        <w:t>26</w:t>
      </w:r>
    </w:p>
    <w:p w14:paraId="1C551B0A" w14:textId="77777777" w:rsidR="00CD3250" w:rsidRDefault="0036738D" w:rsidP="00CD3250">
      <w:pPr>
        <w:jc w:val="center"/>
        <w:rPr>
          <w:i/>
          <w:iCs/>
          <w:sz w:val="24"/>
          <w:szCs w:val="24"/>
        </w:rPr>
      </w:pPr>
      <w:r w:rsidRPr="00CD3250">
        <w:rPr>
          <w:b/>
          <w:bCs/>
          <w:i/>
          <w:iCs/>
          <w:sz w:val="24"/>
          <w:szCs w:val="24"/>
        </w:rPr>
        <w:t xml:space="preserve">Instruzione per li lavori di </w:t>
      </w:r>
      <w:r w:rsidR="00CD3250" w:rsidRPr="00CD3250">
        <w:rPr>
          <w:b/>
          <w:bCs/>
          <w:i/>
          <w:iCs/>
          <w:sz w:val="24"/>
          <w:szCs w:val="24"/>
        </w:rPr>
        <w:t>m</w:t>
      </w:r>
      <w:r w:rsidRPr="00CD3250">
        <w:rPr>
          <w:b/>
          <w:bCs/>
          <w:i/>
          <w:iCs/>
          <w:sz w:val="24"/>
          <w:szCs w:val="24"/>
        </w:rPr>
        <w:t xml:space="preserve">urature nel </w:t>
      </w:r>
      <w:r w:rsidR="00CD3250" w:rsidRPr="00CD3250">
        <w:rPr>
          <w:b/>
          <w:bCs/>
          <w:i/>
          <w:iCs/>
          <w:sz w:val="24"/>
          <w:szCs w:val="24"/>
        </w:rPr>
        <w:t>p</w:t>
      </w:r>
      <w:r w:rsidRPr="00CD3250">
        <w:rPr>
          <w:b/>
          <w:bCs/>
          <w:i/>
          <w:iCs/>
          <w:sz w:val="24"/>
          <w:szCs w:val="24"/>
        </w:rPr>
        <w:t>adiglione della Citronera alla Venaria Reale</w:t>
      </w:r>
      <w:r w:rsidR="00000000">
        <w:rPr>
          <w:i/>
          <w:iCs/>
          <w:sz w:val="24"/>
          <w:szCs w:val="24"/>
        </w:rPr>
        <w:pict w14:anchorId="27B86C5C">
          <v:rect id="_x0000_i1166" style="width:0;height:1.5pt" o:hralign="center" o:hrstd="t" o:hr="t" fillcolor="#a0a0a0" stroked="f"/>
        </w:pict>
      </w:r>
    </w:p>
    <w:p w14:paraId="51BAB84D" w14:textId="77777777" w:rsidR="00CD3250" w:rsidRDefault="00CD3250" w:rsidP="00CD3250">
      <w:pPr>
        <w:jc w:val="center"/>
        <w:rPr>
          <w:i/>
          <w:iCs/>
          <w:sz w:val="24"/>
          <w:szCs w:val="24"/>
        </w:rPr>
      </w:pPr>
      <w:r>
        <w:rPr>
          <w:i/>
          <w:iCs/>
          <w:sz w:val="24"/>
          <w:szCs w:val="24"/>
        </w:rPr>
        <w:t>1. Muraglia di mattoni</w:t>
      </w:r>
    </w:p>
    <w:p w14:paraId="5C77B8F0" w14:textId="77777777" w:rsidR="00BA6727" w:rsidRDefault="00CD3250" w:rsidP="00CD3250">
      <w:pPr>
        <w:jc w:val="both"/>
        <w:rPr>
          <w:i/>
          <w:iCs/>
          <w:sz w:val="24"/>
          <w:szCs w:val="24"/>
        </w:rPr>
      </w:pPr>
      <w:r>
        <w:rPr>
          <w:i/>
          <w:iCs/>
          <w:sz w:val="24"/>
          <w:szCs w:val="24"/>
        </w:rPr>
        <w:t xml:space="preserve">La detta muraglia di mattoni sarà construtta di boni e ben cotti mattoni con calcina parte di Soperga e parte di Rivara moretta. La grosezza di detta calcina tra un mattone e l’altro non deve pasare il 3° di onza. La sabia sarà di soronda della granita e sarà passata alla griglia fina acciò non ci siano delle grane che faccino più alta la calcina tra un mattone e l’altro i mattoni ben cotti saranno bagniati prima nelli cebri a matton coperto e ogni tre corsi la sua calcinata e la grosezza della calcina s’intenderà tanto esteriormente che interiormente saranno inclusi in detta muraglia tutti i spicoli di porte e finestre e qual si sia angolo che ci sarà in detta fabrica tanto interiore che esteriore saranno tenuti di lavorare dette muraglie rette che </w:t>
      </w:r>
      <w:r w:rsidR="00BA6727">
        <w:rPr>
          <w:i/>
          <w:iCs/>
          <w:sz w:val="24"/>
          <w:szCs w:val="24"/>
        </w:rPr>
        <w:t>semicircolare di ogni figura che porta il disegnio a tutta perfetione del asse dove le muraglie nove uniranno con le già fatte sono obligati di fare le rotture per unirlle a misura del bisognio per conligare meglio le calcine saranno grasse e fatte secondo richiede l’arte di ben murare ben impastate e culate e faranno tutti l’archi, arconi, volti, voltini di qual si sia figura che gli verrà ordinato e la calcina per simili lavori sarà pasiata alla griglia sottile saranno obligati mettere i pontaggi e tutti i ferri necesarij per detto lavoro e imbocare a matton scoperto.</w:t>
      </w:r>
    </w:p>
    <w:p w14:paraId="015324E6" w14:textId="77777777" w:rsidR="00BA6727" w:rsidRDefault="00BA6727" w:rsidP="00BA6727">
      <w:pPr>
        <w:jc w:val="center"/>
        <w:rPr>
          <w:i/>
          <w:iCs/>
          <w:sz w:val="24"/>
          <w:szCs w:val="24"/>
        </w:rPr>
      </w:pPr>
      <w:r>
        <w:rPr>
          <w:i/>
          <w:iCs/>
          <w:sz w:val="24"/>
          <w:szCs w:val="24"/>
        </w:rPr>
        <w:t>2. Muraglia ordinaria</w:t>
      </w:r>
    </w:p>
    <w:p w14:paraId="30F4A731" w14:textId="4E05407F" w:rsidR="00BA6727" w:rsidRDefault="00BA6727" w:rsidP="00CD3250">
      <w:pPr>
        <w:jc w:val="both"/>
        <w:rPr>
          <w:i/>
          <w:iCs/>
          <w:sz w:val="24"/>
          <w:szCs w:val="24"/>
        </w:rPr>
      </w:pPr>
      <w:r>
        <w:rPr>
          <w:i/>
          <w:iCs/>
          <w:sz w:val="24"/>
          <w:szCs w:val="24"/>
        </w:rPr>
        <w:t>La muraglia ordinaria sarà fatta di boni mattoni ben cotti e pietre la distanza tra un scanzello e l’altro sarà l’altezza di 4° mattoni messe in calcina e saranno obligati di fare tutti i spigoli o angoli di mattoni di onze 9 e onze 6 e dove si potrà fare di onze 3 e 6 saranno obligati di fare tutti i volti, voltini, archi, archoni che ci sarà ordinato nel istessa muraglia ordinaria. Le pietre saranno battute con il martello e sarano ben guarnite e imbocate a pietra coperta a linea retta e bene in piano i suoi scanzelli e saranno tenuti di rompere ove sarà necesario per unire in qualche testa di muraglia</w:t>
      </w:r>
      <w:r w:rsidR="00105CCD">
        <w:rPr>
          <w:i/>
          <w:iCs/>
          <w:sz w:val="24"/>
          <w:szCs w:val="24"/>
        </w:rPr>
        <w:t xml:space="preserve">. La calcina di soperga e parte della moretta </w:t>
      </w:r>
      <w:r>
        <w:rPr>
          <w:i/>
          <w:iCs/>
          <w:sz w:val="24"/>
          <w:szCs w:val="24"/>
        </w:rPr>
        <w:t>di Rivara</w:t>
      </w:r>
      <w:r w:rsidR="00105CCD">
        <w:rPr>
          <w:i/>
          <w:iCs/>
          <w:sz w:val="24"/>
          <w:szCs w:val="24"/>
        </w:rPr>
        <w:t xml:space="preserve"> ragionevolmente grassa secondo porta la </w:t>
      </w:r>
      <w:r>
        <w:rPr>
          <w:i/>
          <w:iCs/>
          <w:sz w:val="24"/>
          <w:szCs w:val="24"/>
        </w:rPr>
        <w:t>perfetione</w:t>
      </w:r>
      <w:r w:rsidR="00105CCD">
        <w:rPr>
          <w:i/>
          <w:iCs/>
          <w:sz w:val="24"/>
          <w:szCs w:val="24"/>
        </w:rPr>
        <w:t xml:space="preserve"> del arte la sabia di soronda della megliore </w:t>
      </w:r>
      <w:r>
        <w:rPr>
          <w:i/>
          <w:iCs/>
          <w:sz w:val="24"/>
          <w:szCs w:val="24"/>
        </w:rPr>
        <w:t>il</w:t>
      </w:r>
      <w:r w:rsidR="00105CCD">
        <w:rPr>
          <w:i/>
          <w:iCs/>
          <w:sz w:val="24"/>
          <w:szCs w:val="24"/>
        </w:rPr>
        <w:t xml:space="preserve"> tutto bene a piombo e in piano perfetto. L</w:t>
      </w:r>
      <w:r>
        <w:rPr>
          <w:i/>
          <w:iCs/>
          <w:sz w:val="24"/>
          <w:szCs w:val="24"/>
        </w:rPr>
        <w:t>i</w:t>
      </w:r>
      <w:r w:rsidR="00105CCD">
        <w:rPr>
          <w:i/>
          <w:iCs/>
          <w:sz w:val="24"/>
          <w:szCs w:val="24"/>
        </w:rPr>
        <w:t xml:space="preserve"> scanzelli di mattoni saranno tantto per la </w:t>
      </w:r>
      <w:r>
        <w:rPr>
          <w:i/>
          <w:iCs/>
          <w:sz w:val="24"/>
          <w:szCs w:val="24"/>
        </w:rPr>
        <w:t>longezza</w:t>
      </w:r>
      <w:r w:rsidR="00105CCD">
        <w:rPr>
          <w:i/>
          <w:iCs/>
          <w:sz w:val="24"/>
          <w:szCs w:val="24"/>
        </w:rPr>
        <w:t xml:space="preserve"> che largezza della muraglia con le sue </w:t>
      </w:r>
      <w:r>
        <w:rPr>
          <w:i/>
          <w:iCs/>
          <w:sz w:val="24"/>
          <w:szCs w:val="24"/>
        </w:rPr>
        <w:t>calcinat</w:t>
      </w:r>
      <w:r w:rsidR="00105CCD">
        <w:rPr>
          <w:i/>
          <w:iCs/>
          <w:sz w:val="24"/>
          <w:szCs w:val="24"/>
        </w:rPr>
        <w:t>e che passano fra i mattoni a opera conl</w:t>
      </w:r>
      <w:r>
        <w:rPr>
          <w:i/>
          <w:iCs/>
          <w:sz w:val="24"/>
          <w:szCs w:val="24"/>
        </w:rPr>
        <w:t>audata</w:t>
      </w:r>
      <w:r w:rsidR="00105CCD">
        <w:rPr>
          <w:i/>
          <w:iCs/>
          <w:sz w:val="24"/>
          <w:szCs w:val="24"/>
        </w:rPr>
        <w:t>.</w:t>
      </w:r>
    </w:p>
    <w:p w14:paraId="292BDFDC" w14:textId="11E71C74" w:rsidR="00BA6727" w:rsidRDefault="00105CCD" w:rsidP="00CD3250">
      <w:pPr>
        <w:jc w:val="both"/>
        <w:rPr>
          <w:i/>
          <w:iCs/>
          <w:sz w:val="24"/>
          <w:szCs w:val="24"/>
        </w:rPr>
      </w:pPr>
      <w:r>
        <w:rPr>
          <w:i/>
          <w:iCs/>
          <w:sz w:val="24"/>
          <w:szCs w:val="24"/>
        </w:rPr>
        <w:t xml:space="preserve">3. Volte di mattoni ben cotti e detti mezanella la calcina </w:t>
      </w:r>
      <w:r w:rsidR="00BA6727">
        <w:rPr>
          <w:i/>
          <w:iCs/>
          <w:sz w:val="24"/>
          <w:szCs w:val="24"/>
        </w:rPr>
        <w:t>sarà</w:t>
      </w:r>
      <w:r>
        <w:rPr>
          <w:i/>
          <w:iCs/>
          <w:sz w:val="24"/>
          <w:szCs w:val="24"/>
        </w:rPr>
        <w:t xml:space="preserve"> tutta di Soperga ben pasata alla griglia </w:t>
      </w:r>
      <w:r w:rsidR="00BA6727">
        <w:rPr>
          <w:i/>
          <w:iCs/>
          <w:sz w:val="24"/>
          <w:szCs w:val="24"/>
        </w:rPr>
        <w:t>fina</w:t>
      </w:r>
      <w:r>
        <w:rPr>
          <w:i/>
          <w:iCs/>
          <w:sz w:val="24"/>
          <w:szCs w:val="24"/>
        </w:rPr>
        <w:t xml:space="preserve"> acciò siano sotilmente lavorate che non </w:t>
      </w:r>
      <w:r w:rsidR="00BA6727">
        <w:rPr>
          <w:i/>
          <w:iCs/>
          <w:sz w:val="24"/>
          <w:szCs w:val="24"/>
        </w:rPr>
        <w:t>so</w:t>
      </w:r>
      <w:r>
        <w:rPr>
          <w:i/>
          <w:iCs/>
          <w:sz w:val="24"/>
          <w:szCs w:val="24"/>
        </w:rPr>
        <w:t>b</w:t>
      </w:r>
      <w:r w:rsidR="00BA6727">
        <w:rPr>
          <w:i/>
          <w:iCs/>
          <w:sz w:val="24"/>
          <w:szCs w:val="24"/>
        </w:rPr>
        <w:t>iscano</w:t>
      </w:r>
      <w:r>
        <w:rPr>
          <w:i/>
          <w:iCs/>
          <w:sz w:val="24"/>
          <w:szCs w:val="24"/>
        </w:rPr>
        <w:t xml:space="preserve"> molto calo saranno tenuti di fare tutte </w:t>
      </w:r>
      <w:r w:rsidR="00BA6727">
        <w:rPr>
          <w:i/>
          <w:iCs/>
          <w:sz w:val="24"/>
          <w:szCs w:val="24"/>
        </w:rPr>
        <w:t>le centini</w:t>
      </w:r>
      <w:r>
        <w:rPr>
          <w:i/>
          <w:iCs/>
          <w:sz w:val="24"/>
          <w:szCs w:val="24"/>
        </w:rPr>
        <w:t xml:space="preserve"> necesarie e parti per le dette volte e saranno </w:t>
      </w:r>
      <w:r w:rsidR="00BA6727">
        <w:rPr>
          <w:i/>
          <w:iCs/>
          <w:sz w:val="24"/>
          <w:szCs w:val="24"/>
        </w:rPr>
        <w:t xml:space="preserve">della </w:t>
      </w:r>
      <w:r>
        <w:rPr>
          <w:i/>
          <w:iCs/>
          <w:sz w:val="24"/>
          <w:szCs w:val="24"/>
        </w:rPr>
        <w:t xml:space="preserve">figura che conviene in detta fabrica </w:t>
      </w:r>
      <w:r w:rsidR="00BA6727">
        <w:rPr>
          <w:i/>
          <w:iCs/>
          <w:sz w:val="24"/>
          <w:szCs w:val="24"/>
        </w:rPr>
        <w:t>li speroni</w:t>
      </w:r>
      <w:r>
        <w:rPr>
          <w:i/>
          <w:iCs/>
          <w:sz w:val="24"/>
          <w:szCs w:val="24"/>
        </w:rPr>
        <w:t xml:space="preserve"> saranno fatti di muraglia ordinaria secondo </w:t>
      </w:r>
      <w:r w:rsidR="00BA6727">
        <w:rPr>
          <w:i/>
          <w:iCs/>
          <w:sz w:val="24"/>
          <w:szCs w:val="24"/>
        </w:rPr>
        <w:t>le condizione</w:t>
      </w:r>
      <w:r>
        <w:rPr>
          <w:i/>
          <w:iCs/>
          <w:sz w:val="24"/>
          <w:szCs w:val="24"/>
        </w:rPr>
        <w:t xml:space="preserve"> sopra espresse le dette volte saranno di qual si sia </w:t>
      </w:r>
      <w:r w:rsidR="00BA6727">
        <w:rPr>
          <w:i/>
          <w:iCs/>
          <w:sz w:val="24"/>
          <w:szCs w:val="24"/>
        </w:rPr>
        <w:t>grosezza</w:t>
      </w:r>
      <w:r>
        <w:rPr>
          <w:i/>
          <w:iCs/>
          <w:sz w:val="24"/>
          <w:szCs w:val="24"/>
        </w:rPr>
        <w:t>.</w:t>
      </w:r>
    </w:p>
    <w:p w14:paraId="1A286F46" w14:textId="59CA06E6" w:rsidR="00BA6727" w:rsidRDefault="00105CCD" w:rsidP="00CD3250">
      <w:pPr>
        <w:jc w:val="both"/>
        <w:rPr>
          <w:i/>
          <w:iCs/>
          <w:sz w:val="24"/>
          <w:szCs w:val="24"/>
        </w:rPr>
      </w:pPr>
      <w:r>
        <w:rPr>
          <w:i/>
          <w:iCs/>
          <w:sz w:val="24"/>
          <w:szCs w:val="24"/>
        </w:rPr>
        <w:lastRenderedPageBreak/>
        <w:t xml:space="preserve">4°. Sterniti di quadrettoni legati e rigati </w:t>
      </w:r>
      <w:r w:rsidR="00214290">
        <w:rPr>
          <w:i/>
          <w:iCs/>
          <w:sz w:val="24"/>
          <w:szCs w:val="24"/>
        </w:rPr>
        <w:t xml:space="preserve">saranno obligati </w:t>
      </w:r>
      <w:r w:rsidR="00BA6727">
        <w:rPr>
          <w:i/>
          <w:iCs/>
          <w:sz w:val="24"/>
          <w:szCs w:val="24"/>
        </w:rPr>
        <w:t>di dare</w:t>
      </w:r>
      <w:r w:rsidR="00214290">
        <w:rPr>
          <w:i/>
          <w:iCs/>
          <w:sz w:val="24"/>
          <w:szCs w:val="24"/>
        </w:rPr>
        <w:t xml:space="preserve"> di quelli delli tetti di Rivoli e saranno </w:t>
      </w:r>
      <w:r w:rsidR="00BA6727">
        <w:rPr>
          <w:i/>
          <w:iCs/>
          <w:sz w:val="24"/>
          <w:szCs w:val="24"/>
        </w:rPr>
        <w:t>ben cotti</w:t>
      </w:r>
      <w:r w:rsidR="00214290">
        <w:rPr>
          <w:i/>
          <w:iCs/>
          <w:sz w:val="24"/>
          <w:szCs w:val="24"/>
        </w:rPr>
        <w:t xml:space="preserve"> e bene uniti a sieme e lavorati di tutta </w:t>
      </w:r>
      <w:r w:rsidR="00BA6727">
        <w:rPr>
          <w:i/>
          <w:iCs/>
          <w:sz w:val="24"/>
          <w:szCs w:val="24"/>
        </w:rPr>
        <w:t>perfetione</w:t>
      </w:r>
      <w:r w:rsidR="00214290">
        <w:rPr>
          <w:i/>
          <w:iCs/>
          <w:sz w:val="24"/>
          <w:szCs w:val="24"/>
        </w:rPr>
        <w:t xml:space="preserve"> con le sue guide in torno e saranno tenuti </w:t>
      </w:r>
      <w:r w:rsidR="00BA6727">
        <w:rPr>
          <w:i/>
          <w:iCs/>
          <w:sz w:val="24"/>
          <w:szCs w:val="24"/>
        </w:rPr>
        <w:t>di mettere</w:t>
      </w:r>
      <w:r w:rsidR="00214290">
        <w:rPr>
          <w:i/>
          <w:iCs/>
          <w:sz w:val="24"/>
          <w:szCs w:val="24"/>
        </w:rPr>
        <w:t xml:space="preserve"> una ragionevole grosezza di calcinaccio acciò </w:t>
      </w:r>
      <w:r w:rsidR="00BA6727">
        <w:rPr>
          <w:i/>
          <w:iCs/>
          <w:sz w:val="24"/>
          <w:szCs w:val="24"/>
        </w:rPr>
        <w:t>i solari</w:t>
      </w:r>
      <w:r w:rsidR="00214290">
        <w:rPr>
          <w:i/>
          <w:iCs/>
          <w:sz w:val="24"/>
          <w:szCs w:val="24"/>
        </w:rPr>
        <w:t xml:space="preserve"> reggino con più sodezza e saranno mesij </w:t>
      </w:r>
      <w:r w:rsidR="00BA6727">
        <w:rPr>
          <w:i/>
          <w:iCs/>
          <w:sz w:val="24"/>
          <w:szCs w:val="24"/>
        </w:rPr>
        <w:t>in calcina</w:t>
      </w:r>
      <w:r w:rsidR="00214290">
        <w:rPr>
          <w:i/>
          <w:iCs/>
          <w:sz w:val="24"/>
          <w:szCs w:val="24"/>
        </w:rPr>
        <w:t xml:space="preserve"> forte di Soperga e sopra tutto in piano </w:t>
      </w:r>
      <w:r w:rsidR="00BA6727">
        <w:rPr>
          <w:i/>
          <w:iCs/>
          <w:sz w:val="24"/>
          <w:szCs w:val="24"/>
        </w:rPr>
        <w:t>perfetto</w:t>
      </w:r>
      <w:r w:rsidR="00214290">
        <w:rPr>
          <w:i/>
          <w:iCs/>
          <w:sz w:val="24"/>
          <w:szCs w:val="24"/>
        </w:rPr>
        <w:t xml:space="preserve"> da una camera a l’altra con lasciarlli con </w:t>
      </w:r>
      <w:r w:rsidR="00BA6727">
        <w:rPr>
          <w:i/>
          <w:iCs/>
          <w:sz w:val="24"/>
          <w:szCs w:val="24"/>
        </w:rPr>
        <w:t>tutta</w:t>
      </w:r>
      <w:r w:rsidR="00214290">
        <w:rPr>
          <w:i/>
          <w:iCs/>
          <w:sz w:val="24"/>
          <w:szCs w:val="24"/>
        </w:rPr>
        <w:t xml:space="preserve"> esatezza e dove ci saranno volte spianeranno </w:t>
      </w:r>
      <w:r w:rsidR="00BA6727">
        <w:rPr>
          <w:i/>
          <w:iCs/>
          <w:sz w:val="24"/>
          <w:szCs w:val="24"/>
        </w:rPr>
        <w:t>di</w:t>
      </w:r>
      <w:r w:rsidR="00214290">
        <w:rPr>
          <w:i/>
          <w:iCs/>
          <w:sz w:val="24"/>
          <w:szCs w:val="24"/>
        </w:rPr>
        <w:t xml:space="preserve"> calcinaccio i terra che facci il piano perfetto.</w:t>
      </w:r>
    </w:p>
    <w:p w14:paraId="3D056209" w14:textId="214C2F2C" w:rsidR="00105CCD" w:rsidRDefault="00214290" w:rsidP="00CD3250">
      <w:pPr>
        <w:jc w:val="both"/>
        <w:rPr>
          <w:i/>
          <w:iCs/>
          <w:sz w:val="24"/>
          <w:szCs w:val="24"/>
        </w:rPr>
      </w:pPr>
      <w:r>
        <w:rPr>
          <w:i/>
          <w:iCs/>
          <w:sz w:val="24"/>
          <w:szCs w:val="24"/>
        </w:rPr>
        <w:t xml:space="preserve">5. Sterniti di quadretti rustici saranno ben cotti e messe </w:t>
      </w:r>
      <w:r w:rsidR="00105CCD">
        <w:rPr>
          <w:i/>
          <w:iCs/>
          <w:sz w:val="24"/>
          <w:szCs w:val="24"/>
        </w:rPr>
        <w:t>bene</w:t>
      </w:r>
      <w:r>
        <w:rPr>
          <w:i/>
          <w:iCs/>
          <w:sz w:val="24"/>
          <w:szCs w:val="24"/>
        </w:rPr>
        <w:t xml:space="preserve"> uniti a sieme in calcina forte di soperga con sabia pasata di soronda il tutto secondo </w:t>
      </w:r>
      <w:r w:rsidR="00105CCD">
        <w:rPr>
          <w:i/>
          <w:iCs/>
          <w:sz w:val="24"/>
          <w:szCs w:val="24"/>
        </w:rPr>
        <w:t>richiede</w:t>
      </w:r>
      <w:r>
        <w:rPr>
          <w:i/>
          <w:iCs/>
          <w:sz w:val="24"/>
          <w:szCs w:val="24"/>
        </w:rPr>
        <w:t xml:space="preserve"> l’arte nella sua bontà.</w:t>
      </w:r>
    </w:p>
    <w:p w14:paraId="14EAF5C3" w14:textId="77777777" w:rsidR="00253873" w:rsidRDefault="00214290" w:rsidP="00CD3250">
      <w:pPr>
        <w:jc w:val="both"/>
        <w:rPr>
          <w:i/>
          <w:iCs/>
          <w:sz w:val="24"/>
          <w:szCs w:val="24"/>
        </w:rPr>
      </w:pPr>
      <w:r>
        <w:rPr>
          <w:i/>
          <w:iCs/>
          <w:sz w:val="24"/>
          <w:szCs w:val="24"/>
        </w:rPr>
        <w:t xml:space="preserve">6. Stabilitura sarà di calcina dolce a l’italiana con il </w:t>
      </w:r>
      <w:r w:rsidR="00105CCD">
        <w:rPr>
          <w:i/>
          <w:iCs/>
          <w:sz w:val="24"/>
          <w:szCs w:val="24"/>
        </w:rPr>
        <w:t>suo riposto</w:t>
      </w:r>
      <w:r>
        <w:rPr>
          <w:i/>
          <w:iCs/>
          <w:sz w:val="24"/>
          <w:szCs w:val="24"/>
        </w:rPr>
        <w:t xml:space="preserve"> in qualche distanza e nell’angoli o </w:t>
      </w:r>
      <w:r w:rsidR="00105CCD">
        <w:rPr>
          <w:i/>
          <w:iCs/>
          <w:sz w:val="24"/>
          <w:szCs w:val="24"/>
        </w:rPr>
        <w:t>sping</w:t>
      </w:r>
      <w:r>
        <w:rPr>
          <w:i/>
          <w:iCs/>
          <w:sz w:val="24"/>
          <w:szCs w:val="24"/>
        </w:rPr>
        <w:t>o</w:t>
      </w:r>
      <w:r w:rsidR="00105CCD">
        <w:rPr>
          <w:i/>
          <w:iCs/>
          <w:sz w:val="24"/>
          <w:szCs w:val="24"/>
        </w:rPr>
        <w:t>lli</w:t>
      </w:r>
      <w:r>
        <w:rPr>
          <w:i/>
          <w:iCs/>
          <w:sz w:val="24"/>
          <w:szCs w:val="24"/>
        </w:rPr>
        <w:t xml:space="preserve"> di qual si sia parte di detta fabricha </w:t>
      </w:r>
      <w:r w:rsidR="00105CCD">
        <w:rPr>
          <w:i/>
          <w:iCs/>
          <w:sz w:val="24"/>
          <w:szCs w:val="24"/>
        </w:rPr>
        <w:t>ci sarà</w:t>
      </w:r>
      <w:r>
        <w:rPr>
          <w:i/>
          <w:iCs/>
          <w:sz w:val="24"/>
          <w:szCs w:val="24"/>
        </w:rPr>
        <w:t xml:space="preserve"> il 3° di gesso come parimente sopra </w:t>
      </w:r>
      <w:r w:rsidR="00105CCD">
        <w:rPr>
          <w:i/>
          <w:iCs/>
          <w:sz w:val="24"/>
          <w:szCs w:val="24"/>
        </w:rPr>
        <w:t>li voltini</w:t>
      </w:r>
      <w:r>
        <w:rPr>
          <w:i/>
          <w:iCs/>
          <w:sz w:val="24"/>
          <w:szCs w:val="24"/>
        </w:rPr>
        <w:t xml:space="preserve"> di porte e finestre e per meglio regere si </w:t>
      </w:r>
      <w:r w:rsidR="00105CCD">
        <w:rPr>
          <w:i/>
          <w:iCs/>
          <w:sz w:val="24"/>
          <w:szCs w:val="24"/>
        </w:rPr>
        <w:t>metter</w:t>
      </w:r>
      <w:r>
        <w:rPr>
          <w:i/>
          <w:iCs/>
          <w:sz w:val="24"/>
          <w:szCs w:val="24"/>
        </w:rPr>
        <w:t xml:space="preserve">anno delli chiodi detta stabilitura sarà liscia </w:t>
      </w:r>
      <w:r w:rsidR="00105CCD">
        <w:rPr>
          <w:i/>
          <w:iCs/>
          <w:sz w:val="24"/>
          <w:szCs w:val="24"/>
        </w:rPr>
        <w:t>in</w:t>
      </w:r>
      <w:r>
        <w:rPr>
          <w:i/>
          <w:iCs/>
          <w:sz w:val="24"/>
          <w:szCs w:val="24"/>
        </w:rPr>
        <w:t xml:space="preserve"> piano perfetto e di tutta perfetione e nelle </w:t>
      </w:r>
      <w:r w:rsidR="00105CCD">
        <w:rPr>
          <w:i/>
          <w:iCs/>
          <w:sz w:val="24"/>
          <w:szCs w:val="24"/>
        </w:rPr>
        <w:t>voltte</w:t>
      </w:r>
      <w:r>
        <w:rPr>
          <w:i/>
          <w:iCs/>
          <w:sz w:val="24"/>
          <w:szCs w:val="24"/>
        </w:rPr>
        <w:t xml:space="preserve"> sarà fatta con tutta diligenza che non </w:t>
      </w:r>
      <w:r w:rsidR="00105CCD">
        <w:rPr>
          <w:i/>
          <w:iCs/>
          <w:sz w:val="24"/>
          <w:szCs w:val="24"/>
        </w:rPr>
        <w:t>si vedino</w:t>
      </w:r>
      <w:r w:rsidR="00CD3250">
        <w:rPr>
          <w:i/>
          <w:iCs/>
          <w:sz w:val="24"/>
          <w:szCs w:val="24"/>
        </w:rPr>
        <w:t xml:space="preserve"> </w:t>
      </w:r>
      <w:r w:rsidR="00253873">
        <w:rPr>
          <w:i/>
          <w:iCs/>
          <w:sz w:val="24"/>
          <w:szCs w:val="24"/>
        </w:rPr>
        <w:t>i colpi della casola e saranno tenuti di stabilire tutte le fascie che si saranno in dette voltte e serveranno tutti i buchi che ci saranno nella muraglia con teste di mattoni in piano e non di quarto il tutto a opera conlaudata.</w:t>
      </w:r>
    </w:p>
    <w:p w14:paraId="449C2857" w14:textId="77777777" w:rsidR="00253873" w:rsidRDefault="00253873" w:rsidP="00CD3250">
      <w:pPr>
        <w:jc w:val="both"/>
        <w:rPr>
          <w:i/>
          <w:iCs/>
          <w:sz w:val="24"/>
          <w:szCs w:val="24"/>
        </w:rPr>
      </w:pPr>
      <w:r>
        <w:rPr>
          <w:i/>
          <w:iCs/>
          <w:sz w:val="24"/>
          <w:szCs w:val="24"/>
        </w:rPr>
        <w:t>7. Metitura in opera delle porte finestre a tutta bontà con gesare i polici e parte che reggino il telarone e tiramento in opera a tutta perfetione.</w:t>
      </w:r>
    </w:p>
    <w:p w14:paraId="54FAD410" w14:textId="77777777" w:rsidR="00253873" w:rsidRDefault="00253873" w:rsidP="00CD3250">
      <w:pPr>
        <w:jc w:val="both"/>
        <w:rPr>
          <w:i/>
          <w:iCs/>
          <w:sz w:val="24"/>
          <w:szCs w:val="24"/>
        </w:rPr>
      </w:pPr>
      <w:r>
        <w:rPr>
          <w:i/>
          <w:iCs/>
          <w:sz w:val="24"/>
          <w:szCs w:val="24"/>
        </w:rPr>
        <w:t>8. Teste di fornelli tantto a gallina che a capanna o d’altra manera più comodo a tutta robba e fattura e saranno stabiliti all’altezza di onze 30 di canna o più o meno secondo paserà il comodo per non fumare.</w:t>
      </w:r>
    </w:p>
    <w:p w14:paraId="1865DFE3" w14:textId="77777777" w:rsidR="00253873" w:rsidRDefault="00253873" w:rsidP="00CD3250">
      <w:pPr>
        <w:jc w:val="both"/>
        <w:rPr>
          <w:i/>
          <w:iCs/>
          <w:sz w:val="24"/>
          <w:szCs w:val="24"/>
        </w:rPr>
      </w:pPr>
      <w:r>
        <w:rPr>
          <w:i/>
          <w:iCs/>
          <w:sz w:val="24"/>
          <w:szCs w:val="24"/>
        </w:rPr>
        <w:t>9. Cornice con due menzole per cadun fornello fatte di tutta pulitezza e secondo s’ordinerà sul posto.</w:t>
      </w:r>
    </w:p>
    <w:p w14:paraId="1C5D2781" w14:textId="77777777" w:rsidR="00253873" w:rsidRDefault="00253873" w:rsidP="00CD3250">
      <w:pPr>
        <w:jc w:val="both"/>
        <w:rPr>
          <w:i/>
          <w:iCs/>
          <w:sz w:val="24"/>
          <w:szCs w:val="24"/>
        </w:rPr>
      </w:pPr>
      <w:r>
        <w:rPr>
          <w:i/>
          <w:iCs/>
          <w:sz w:val="24"/>
          <w:szCs w:val="24"/>
        </w:rPr>
        <w:t>10. Metitura cricatura in opera di cadun scalino per la scala con essere obligati di rompere la muraglia ove sarà necesario e in altra parte murata in contro e si pagerà a misura tutti pezzi di muraglia fatte nel vechio muro 2° il capo di sopra.</w:t>
      </w:r>
    </w:p>
    <w:p w14:paraId="58CC8131" w14:textId="77777777" w:rsidR="00253873" w:rsidRDefault="00253873" w:rsidP="00CD3250">
      <w:pPr>
        <w:jc w:val="both"/>
        <w:rPr>
          <w:i/>
          <w:iCs/>
          <w:sz w:val="24"/>
          <w:szCs w:val="24"/>
        </w:rPr>
      </w:pPr>
      <w:r>
        <w:rPr>
          <w:i/>
          <w:iCs/>
          <w:sz w:val="24"/>
          <w:szCs w:val="24"/>
        </w:rPr>
        <w:t>Si misurerà secondo le reggie constituzione di difalcare qual si sia ramo e di onze 10.</w:t>
      </w:r>
    </w:p>
    <w:p w14:paraId="743E1C85" w14:textId="77777777" w:rsidR="00253873" w:rsidRDefault="00253873" w:rsidP="00CD3250">
      <w:pPr>
        <w:jc w:val="both"/>
        <w:rPr>
          <w:i/>
          <w:iCs/>
          <w:sz w:val="24"/>
          <w:szCs w:val="24"/>
        </w:rPr>
      </w:pPr>
      <w:r>
        <w:rPr>
          <w:i/>
          <w:iCs/>
          <w:sz w:val="24"/>
          <w:szCs w:val="24"/>
        </w:rPr>
        <w:t>Ove vi sarà canne di fornelli saranno imbocate a tutta perfetione come tutte le muraglie di mattoni e pietre e metiranno in opera a loro conto tutte le chiavi, bolzoni, radici e grappe ove saranno necesarie per sodezza di detta fabricha.</w:t>
      </w:r>
    </w:p>
    <w:p w14:paraId="47B72DDD" w14:textId="022A6799" w:rsidR="00CD3250" w:rsidRDefault="00253873" w:rsidP="00CD3250">
      <w:pPr>
        <w:jc w:val="both"/>
        <w:rPr>
          <w:i/>
          <w:iCs/>
          <w:sz w:val="24"/>
          <w:szCs w:val="24"/>
        </w:rPr>
      </w:pPr>
      <w:r>
        <w:rPr>
          <w:i/>
          <w:iCs/>
          <w:sz w:val="24"/>
          <w:szCs w:val="24"/>
        </w:rPr>
        <w:t>Tutti i detti lavori saranno terminati per tutto agosto e di tutta bontà e perfetione a opera conlaudata e approvata e se detti lavori non saranno fatti e terminati subiranno la penale che l’Emo. consiglio determinerà nel dare il partito.</w:t>
      </w:r>
      <w:r w:rsidR="00000000">
        <w:rPr>
          <w:i/>
          <w:iCs/>
          <w:sz w:val="24"/>
          <w:szCs w:val="24"/>
        </w:rPr>
        <w:pict w14:anchorId="509841BF">
          <v:rect id="_x0000_i1167" style="width:0;height:1.5pt" o:hralign="center" o:hrstd="t" o:hr="t" fillcolor="#a0a0a0" stroked="f"/>
        </w:pict>
      </w:r>
    </w:p>
    <w:p w14:paraId="121A1219" w14:textId="07FB1DE9" w:rsidR="0036738D" w:rsidRPr="00CD3250" w:rsidRDefault="0036738D" w:rsidP="00CD3250">
      <w:pPr>
        <w:jc w:val="right"/>
        <w:rPr>
          <w:i/>
          <w:iCs/>
          <w:sz w:val="24"/>
          <w:szCs w:val="24"/>
        </w:rPr>
      </w:pPr>
      <w:r w:rsidRPr="00CD3250">
        <w:rPr>
          <w:i/>
          <w:iCs/>
          <w:sz w:val="24"/>
          <w:szCs w:val="24"/>
        </w:rPr>
        <w:t>giorno di 11 Febraro 1726</w:t>
      </w:r>
    </w:p>
    <w:p w14:paraId="6C66615F" w14:textId="77777777" w:rsidR="00CD3250" w:rsidRDefault="0036738D" w:rsidP="00CD3250">
      <w:pPr>
        <w:jc w:val="right"/>
        <w:rPr>
          <w:i/>
          <w:iCs/>
          <w:sz w:val="24"/>
          <w:szCs w:val="24"/>
        </w:rPr>
      </w:pPr>
      <w:r w:rsidRPr="00CD3250">
        <w:rPr>
          <w:i/>
          <w:iCs/>
          <w:sz w:val="24"/>
          <w:szCs w:val="24"/>
        </w:rPr>
        <w:t>Cavaliere Don Filippo Juvarra Primo Architetto</w:t>
      </w:r>
      <w:r w:rsidR="00000000">
        <w:rPr>
          <w:i/>
          <w:iCs/>
          <w:sz w:val="24"/>
          <w:szCs w:val="24"/>
        </w:rPr>
        <w:pict w14:anchorId="342BC25E">
          <v:rect id="_x0000_i1168" style="width:0;height:1.5pt" o:hralign="center" o:hrstd="t" o:hr="t" fillcolor="#a0a0a0" stroked="f"/>
        </w:pict>
      </w:r>
    </w:p>
    <w:p w14:paraId="36055EDB" w14:textId="5967564B" w:rsidR="0036738D" w:rsidRDefault="0036738D" w:rsidP="00CD3250">
      <w:pPr>
        <w:jc w:val="both"/>
        <w:rPr>
          <w:i/>
          <w:iCs/>
          <w:sz w:val="24"/>
          <w:szCs w:val="24"/>
        </w:rPr>
      </w:pPr>
      <w:r w:rsidRPr="00CD3250">
        <w:rPr>
          <w:sz w:val="24"/>
          <w:szCs w:val="24"/>
        </w:rPr>
        <w:t>Archivio di Stato di Torino | Sezioni Riunite | Ministero della guerra | Azienda generale di fabbriche e fortificazioni (1733-1797) già Azienda generale d'artiglieria, fabbriche e fortificazioni (1717-1733) | Contratti fortificazioni | Mazzo 14 (1726) | foll. 63-64.</w:t>
      </w:r>
    </w:p>
    <w:p w14:paraId="2B4E92B9" w14:textId="77777777" w:rsidR="0036738D" w:rsidRDefault="0036738D" w:rsidP="00B4256A">
      <w:pPr>
        <w:jc w:val="both"/>
        <w:rPr>
          <w:i/>
          <w:iCs/>
          <w:sz w:val="24"/>
          <w:szCs w:val="24"/>
        </w:rPr>
      </w:pPr>
    </w:p>
    <w:p w14:paraId="02626914" w14:textId="77777777" w:rsidR="00660B03" w:rsidRDefault="00CD3250" w:rsidP="00660B03">
      <w:pPr>
        <w:jc w:val="center"/>
        <w:rPr>
          <w:i/>
          <w:iCs/>
          <w:sz w:val="24"/>
          <w:szCs w:val="24"/>
        </w:rPr>
      </w:pPr>
      <w:r w:rsidRPr="00660B03">
        <w:rPr>
          <w:b/>
          <w:bCs/>
          <w:i/>
          <w:iCs/>
          <w:sz w:val="24"/>
          <w:szCs w:val="24"/>
        </w:rPr>
        <w:t xml:space="preserve">Instruzione per il </w:t>
      </w:r>
      <w:r w:rsidR="00660B03" w:rsidRPr="00660B03">
        <w:rPr>
          <w:b/>
          <w:bCs/>
          <w:i/>
          <w:iCs/>
          <w:sz w:val="24"/>
          <w:szCs w:val="24"/>
        </w:rPr>
        <w:t>c</w:t>
      </w:r>
      <w:r w:rsidRPr="00660B03">
        <w:rPr>
          <w:b/>
          <w:bCs/>
          <w:i/>
          <w:iCs/>
          <w:sz w:val="24"/>
          <w:szCs w:val="24"/>
        </w:rPr>
        <w:t xml:space="preserve">operto </w:t>
      </w:r>
      <w:r w:rsidR="00660B03" w:rsidRPr="00660B03">
        <w:rPr>
          <w:b/>
          <w:bCs/>
          <w:i/>
          <w:iCs/>
          <w:sz w:val="24"/>
          <w:szCs w:val="24"/>
        </w:rPr>
        <w:t>e solari</w:t>
      </w:r>
      <w:r w:rsidRPr="00660B03">
        <w:rPr>
          <w:b/>
          <w:bCs/>
          <w:i/>
          <w:iCs/>
          <w:sz w:val="24"/>
          <w:szCs w:val="24"/>
        </w:rPr>
        <w:t xml:space="preserve"> </w:t>
      </w:r>
      <w:r w:rsidR="00660B03" w:rsidRPr="00660B03">
        <w:rPr>
          <w:b/>
          <w:bCs/>
          <w:i/>
          <w:iCs/>
          <w:sz w:val="24"/>
          <w:szCs w:val="24"/>
        </w:rPr>
        <w:t>d</w:t>
      </w:r>
      <w:r w:rsidRPr="00660B03">
        <w:rPr>
          <w:b/>
          <w:bCs/>
          <w:i/>
          <w:iCs/>
          <w:sz w:val="24"/>
          <w:szCs w:val="24"/>
        </w:rPr>
        <w:t xml:space="preserve">elli </w:t>
      </w:r>
      <w:r w:rsidR="00660B03" w:rsidRPr="00660B03">
        <w:rPr>
          <w:b/>
          <w:bCs/>
          <w:i/>
          <w:iCs/>
          <w:sz w:val="24"/>
          <w:szCs w:val="24"/>
        </w:rPr>
        <w:t>p</w:t>
      </w:r>
      <w:r w:rsidRPr="00660B03">
        <w:rPr>
          <w:b/>
          <w:bCs/>
          <w:i/>
          <w:iCs/>
          <w:sz w:val="24"/>
          <w:szCs w:val="24"/>
        </w:rPr>
        <w:t xml:space="preserve">adiglione in testa </w:t>
      </w:r>
      <w:r w:rsidR="00660B03" w:rsidRPr="00660B03">
        <w:rPr>
          <w:b/>
          <w:bCs/>
          <w:i/>
          <w:iCs/>
          <w:sz w:val="24"/>
          <w:szCs w:val="24"/>
        </w:rPr>
        <w:t>l</w:t>
      </w:r>
      <w:r w:rsidRPr="00660B03">
        <w:rPr>
          <w:b/>
          <w:bCs/>
          <w:i/>
          <w:iCs/>
          <w:sz w:val="24"/>
          <w:szCs w:val="24"/>
        </w:rPr>
        <w:t>a citronera della Venaria Reale</w:t>
      </w:r>
      <w:r w:rsidR="00000000">
        <w:rPr>
          <w:i/>
          <w:iCs/>
          <w:sz w:val="24"/>
          <w:szCs w:val="24"/>
        </w:rPr>
        <w:pict w14:anchorId="43863674">
          <v:rect id="_x0000_i1169" style="width:0;height:1.5pt" o:hralign="center" o:hrstd="t" o:hr="t" fillcolor="#a0a0a0" stroked="f"/>
        </w:pict>
      </w:r>
    </w:p>
    <w:p w14:paraId="0C30EB78" w14:textId="77777777" w:rsidR="00835EF6" w:rsidRDefault="005C799C" w:rsidP="00660B03">
      <w:pPr>
        <w:jc w:val="both"/>
        <w:rPr>
          <w:i/>
          <w:iCs/>
          <w:sz w:val="24"/>
          <w:szCs w:val="24"/>
        </w:rPr>
      </w:pPr>
      <w:r>
        <w:rPr>
          <w:i/>
          <w:iCs/>
          <w:sz w:val="24"/>
          <w:szCs w:val="24"/>
        </w:rPr>
        <w:t xml:space="preserve">Il detto coperto sarà secondo quello che vi è fatto sopra la citronera cioè le cavriate non saranno tantte lunge per causa che vi sono delle muraglie che vanno sino in cima e sarà fatto che fra una cavriata e l’altra non ci sarà meno che piedi cinque e nelli cantonali saranno obligati di fare la sua banchetta armata con suoi paradossi e aguccia e saette di quella megior forma che si potrà e fare che sia a l’ultima bontà e sodezza e stabilita la misura delli legni che compongono le dette cavriate o coperto sarano di onze 8 in 7 li bracci di 6 in 5 le reme in punta di onze 2 ½ e che la sua longezza piglino al meno 3 campate la distanza di dette reme di mezzo a mezzo onze 9 li listelli di oncia francha in quadro i coppi delli megliori della Venaria che cavalchino onze 3 che siano bene incastrate con chiodi di suficiente longezza e qual si sia parte che tochino le reme. Le dette reme inchiodati sopra li bracci con chiodi lungi e saranno obligati di fare detto coperto rinforzato di saette gatelli tutti inchiodati di chiodi di bon ferro e di suficiente longezza e grosezza il tutto a opera conlaudata di legniame di rovere o malezzo </w:t>
      </w:r>
      <w:r w:rsidR="00835EF6">
        <w:rPr>
          <w:i/>
          <w:iCs/>
          <w:sz w:val="24"/>
          <w:szCs w:val="24"/>
        </w:rPr>
        <w:t xml:space="preserve">ben </w:t>
      </w:r>
      <w:r>
        <w:rPr>
          <w:i/>
          <w:iCs/>
          <w:sz w:val="24"/>
          <w:szCs w:val="24"/>
        </w:rPr>
        <w:t>stagionato</w:t>
      </w:r>
      <w:r w:rsidR="00835EF6">
        <w:rPr>
          <w:i/>
          <w:iCs/>
          <w:sz w:val="24"/>
          <w:szCs w:val="24"/>
        </w:rPr>
        <w:t>.</w:t>
      </w:r>
    </w:p>
    <w:p w14:paraId="2BF85C2B" w14:textId="77777777" w:rsidR="00835EF6" w:rsidRDefault="00835EF6" w:rsidP="00835EF6">
      <w:pPr>
        <w:jc w:val="center"/>
        <w:rPr>
          <w:i/>
          <w:iCs/>
          <w:sz w:val="24"/>
          <w:szCs w:val="24"/>
        </w:rPr>
      </w:pPr>
      <w:r>
        <w:rPr>
          <w:i/>
          <w:iCs/>
          <w:sz w:val="24"/>
          <w:szCs w:val="24"/>
        </w:rPr>
        <w:t>Solari a profilo</w:t>
      </w:r>
    </w:p>
    <w:p w14:paraId="206B8EAA" w14:textId="77777777" w:rsidR="009F50E3" w:rsidRDefault="00835EF6" w:rsidP="00660B03">
      <w:pPr>
        <w:jc w:val="both"/>
        <w:rPr>
          <w:i/>
          <w:iCs/>
          <w:sz w:val="24"/>
          <w:szCs w:val="24"/>
        </w:rPr>
      </w:pPr>
      <w:r>
        <w:rPr>
          <w:i/>
          <w:iCs/>
          <w:sz w:val="24"/>
          <w:szCs w:val="24"/>
        </w:rPr>
        <w:t xml:space="preserve">I detti solari saranno fatti in piano </w:t>
      </w:r>
      <w:r w:rsidR="005C799C">
        <w:rPr>
          <w:i/>
          <w:iCs/>
          <w:sz w:val="24"/>
          <w:szCs w:val="24"/>
        </w:rPr>
        <w:t>perfetto</w:t>
      </w:r>
      <w:r>
        <w:rPr>
          <w:i/>
          <w:iCs/>
          <w:sz w:val="24"/>
          <w:szCs w:val="24"/>
        </w:rPr>
        <w:t xml:space="preserve"> i sommari della longezza che saranno le </w:t>
      </w:r>
      <w:r w:rsidR="005C799C">
        <w:rPr>
          <w:i/>
          <w:iCs/>
          <w:sz w:val="24"/>
          <w:szCs w:val="24"/>
        </w:rPr>
        <w:t>stanze</w:t>
      </w:r>
      <w:r>
        <w:rPr>
          <w:i/>
          <w:iCs/>
          <w:sz w:val="24"/>
          <w:szCs w:val="24"/>
        </w:rPr>
        <w:t xml:space="preserve"> ordinarie per giardinieri cioè di 7 e </w:t>
      </w:r>
      <w:r w:rsidR="005C799C">
        <w:rPr>
          <w:i/>
          <w:iCs/>
          <w:sz w:val="24"/>
          <w:szCs w:val="24"/>
        </w:rPr>
        <w:t xml:space="preserve">9 e </w:t>
      </w:r>
      <w:r>
        <w:rPr>
          <w:i/>
          <w:iCs/>
          <w:sz w:val="24"/>
          <w:szCs w:val="24"/>
        </w:rPr>
        <w:t>altri di onze 8 e 6 la distanza tra un trave e l’altro non sarà più di piedi cinque e ove portasse il compimento più stretto siano obligati farllo i detti sommeri saranno uguali di tutta grosezza e longezza di rovere o melezzo tagliati in bona lama e senza nesun difettodi sfalde o grapponi pergiudiziali alla sodezza e bontà di detti legni i travetti ben cordonati di onze 2 e onze 2 ½ e tra un travetto e l’altro non ci sia che onze 7 e secondo porterà il scopparto senza alterare la sopra detta misura di moltto si tocheranno sopra il trave un con l’altro e</w:t>
      </w:r>
      <w:r w:rsidR="009F50E3">
        <w:rPr>
          <w:i/>
          <w:iCs/>
          <w:sz w:val="24"/>
          <w:szCs w:val="24"/>
        </w:rPr>
        <w:t xml:space="preserve"> anderanno nella muraglia al meno onze 3 e dove vi sarà canne di fornelli si faranno di modo che li vicini travetti le reggino come parimente ove sotto vi sarà fornelli saranno di rovere ben staggionati senza gruppi o falde e di tutta sodezza e bontà e inchiodati sopra li sommari.</w:t>
      </w:r>
    </w:p>
    <w:p w14:paraId="022A5FAE" w14:textId="77777777" w:rsidR="009F50E3" w:rsidRDefault="009F50E3" w:rsidP="00660B03">
      <w:pPr>
        <w:jc w:val="both"/>
        <w:rPr>
          <w:i/>
          <w:iCs/>
          <w:sz w:val="24"/>
          <w:szCs w:val="24"/>
        </w:rPr>
      </w:pPr>
      <w:r>
        <w:rPr>
          <w:i/>
          <w:iCs/>
          <w:sz w:val="24"/>
          <w:szCs w:val="24"/>
        </w:rPr>
        <w:t>L’assi saranno di ¾ onza una di grosezza e saranno investiti e incanaliti che cavalchino al meno meza oncia un 1/3 e bene uniti e copreranno il trave di sopra e tutte le cambinature.</w:t>
      </w:r>
    </w:p>
    <w:p w14:paraId="722AE2F3" w14:textId="77777777" w:rsidR="009F50E3" w:rsidRDefault="009F50E3" w:rsidP="00660B03">
      <w:pPr>
        <w:jc w:val="both"/>
        <w:rPr>
          <w:i/>
          <w:iCs/>
          <w:sz w:val="24"/>
          <w:szCs w:val="24"/>
        </w:rPr>
      </w:pPr>
      <w:r>
        <w:rPr>
          <w:i/>
          <w:iCs/>
          <w:sz w:val="24"/>
          <w:szCs w:val="24"/>
        </w:rPr>
        <w:t>Li listelli scorniciati come anche infine delli cambinature la sua cornice che corre per tutto inchiodata sopra ogni listello l’assi saranno inchiodati sopra ogni travetto con due chiodi di suficiente grosezza e longezza il tutto ben fatto secondo richiede l’arte e a opera conlaudata e aprovata.</w:t>
      </w:r>
    </w:p>
    <w:p w14:paraId="1FD93F4E" w14:textId="4530F9B3" w:rsidR="00660B03" w:rsidRDefault="009F50E3" w:rsidP="00660B03">
      <w:pPr>
        <w:jc w:val="both"/>
        <w:rPr>
          <w:i/>
          <w:iCs/>
          <w:sz w:val="24"/>
          <w:szCs w:val="24"/>
        </w:rPr>
      </w:pPr>
      <w:r>
        <w:rPr>
          <w:i/>
          <w:iCs/>
          <w:sz w:val="24"/>
          <w:szCs w:val="24"/>
        </w:rPr>
        <w:t>Tempo che possino fare le stabiliture pur il e sterniti cioè per tutto novembre al più che ogni cosa sia fatta e perfezionata tantto di lavoro di boscame che di muraglia.</w:t>
      </w:r>
      <w:r w:rsidR="00000000">
        <w:rPr>
          <w:i/>
          <w:iCs/>
          <w:sz w:val="24"/>
          <w:szCs w:val="24"/>
        </w:rPr>
        <w:pict w14:anchorId="1D811889">
          <v:rect id="_x0000_i1170" style="width:0;height:1.5pt" o:hralign="center" o:hrstd="t" o:hr="t" fillcolor="#a0a0a0" stroked="f"/>
        </w:pict>
      </w:r>
    </w:p>
    <w:p w14:paraId="6C69A5F0" w14:textId="1465C8E9" w:rsidR="0036738D" w:rsidRPr="00660B03" w:rsidRDefault="00CD3250" w:rsidP="00660B03">
      <w:pPr>
        <w:jc w:val="right"/>
        <w:rPr>
          <w:i/>
          <w:iCs/>
          <w:sz w:val="24"/>
          <w:szCs w:val="24"/>
        </w:rPr>
      </w:pPr>
      <w:r w:rsidRPr="00660B03">
        <w:rPr>
          <w:i/>
          <w:iCs/>
          <w:sz w:val="24"/>
          <w:szCs w:val="24"/>
        </w:rPr>
        <w:t>giorno di 11 Febraro 1726</w:t>
      </w:r>
    </w:p>
    <w:p w14:paraId="7CBD5275" w14:textId="77777777" w:rsidR="00660B03" w:rsidRDefault="00CD3250" w:rsidP="00660B03">
      <w:pPr>
        <w:jc w:val="right"/>
        <w:rPr>
          <w:i/>
          <w:iCs/>
          <w:sz w:val="24"/>
          <w:szCs w:val="24"/>
        </w:rPr>
      </w:pPr>
      <w:r w:rsidRPr="00660B03">
        <w:rPr>
          <w:i/>
          <w:iCs/>
          <w:sz w:val="24"/>
          <w:szCs w:val="24"/>
        </w:rPr>
        <w:t>Cavaliere Don Filippo Juvarra Architetto</w:t>
      </w:r>
      <w:r w:rsidR="00000000">
        <w:rPr>
          <w:i/>
          <w:iCs/>
          <w:sz w:val="24"/>
          <w:szCs w:val="24"/>
        </w:rPr>
        <w:pict w14:anchorId="2C46CB40">
          <v:rect id="_x0000_i1171" style="width:0;height:1.5pt" o:hralign="center" o:hrstd="t" o:hr="t" fillcolor="#a0a0a0" stroked="f"/>
        </w:pict>
      </w:r>
    </w:p>
    <w:p w14:paraId="67C2EE5B" w14:textId="6C5E67B4" w:rsidR="00CD3250" w:rsidRDefault="00CD3250" w:rsidP="00660B03">
      <w:pPr>
        <w:jc w:val="both"/>
        <w:rPr>
          <w:i/>
          <w:iCs/>
          <w:sz w:val="24"/>
          <w:szCs w:val="24"/>
        </w:rPr>
      </w:pPr>
      <w:r w:rsidRPr="00CD3250">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14 (1726) | foll. 138-139.</w:t>
      </w:r>
    </w:p>
    <w:p w14:paraId="3F846224" w14:textId="77777777" w:rsidR="00CD3250" w:rsidRDefault="00CD3250" w:rsidP="00B4256A">
      <w:pPr>
        <w:jc w:val="both"/>
        <w:rPr>
          <w:i/>
          <w:iCs/>
          <w:sz w:val="24"/>
          <w:szCs w:val="24"/>
        </w:rPr>
      </w:pPr>
    </w:p>
    <w:p w14:paraId="24EF4D28" w14:textId="77777777" w:rsidR="009F50E3" w:rsidRDefault="00CD3250" w:rsidP="009F50E3">
      <w:pPr>
        <w:jc w:val="center"/>
        <w:rPr>
          <w:i/>
          <w:iCs/>
          <w:sz w:val="24"/>
          <w:szCs w:val="24"/>
        </w:rPr>
      </w:pPr>
      <w:r w:rsidRPr="009F50E3">
        <w:rPr>
          <w:b/>
          <w:bCs/>
          <w:i/>
          <w:iCs/>
          <w:sz w:val="24"/>
          <w:szCs w:val="24"/>
        </w:rPr>
        <w:t xml:space="preserve">Instruzione per la ferramenta del </w:t>
      </w:r>
      <w:r w:rsidR="009F50E3" w:rsidRPr="009F50E3">
        <w:rPr>
          <w:b/>
          <w:bCs/>
          <w:i/>
          <w:iCs/>
          <w:sz w:val="24"/>
          <w:szCs w:val="24"/>
        </w:rPr>
        <w:t>p</w:t>
      </w:r>
      <w:r w:rsidRPr="009F50E3">
        <w:rPr>
          <w:b/>
          <w:bCs/>
          <w:i/>
          <w:iCs/>
          <w:sz w:val="24"/>
          <w:szCs w:val="24"/>
        </w:rPr>
        <w:t>adiglione in testa alla Citronera nella Venaria Reale</w:t>
      </w:r>
      <w:r w:rsidR="00000000">
        <w:rPr>
          <w:i/>
          <w:iCs/>
          <w:sz w:val="24"/>
          <w:szCs w:val="24"/>
        </w:rPr>
        <w:pict w14:anchorId="00ACC80C">
          <v:rect id="_x0000_i1172" style="width:0;height:1.5pt" o:hralign="center" o:hrstd="t" o:hr="t" fillcolor="#a0a0a0" stroked="f"/>
        </w:pict>
      </w:r>
    </w:p>
    <w:p w14:paraId="5ADCE566" w14:textId="0A9BA6B2" w:rsidR="009F50E3" w:rsidRDefault="009F50E3" w:rsidP="009F50E3">
      <w:pPr>
        <w:jc w:val="both"/>
        <w:rPr>
          <w:i/>
          <w:iCs/>
          <w:sz w:val="24"/>
          <w:szCs w:val="24"/>
        </w:rPr>
      </w:pPr>
      <w:r>
        <w:rPr>
          <w:i/>
          <w:iCs/>
          <w:sz w:val="24"/>
          <w:szCs w:val="24"/>
        </w:rPr>
        <w:t xml:space="preserve">La chiave di ferro di lama rinforzata che saranno necesarie a detto padiglione saranno di ferro d’Agusta o d’altro di ugual bontà che sia di bon nervo e che non patisca il colore saranno della misura che si darà sul posto con essere obligati a prendere le misure i detti partetanti con fare i suoi ochi con li bolzoni di ferro di brozolo della longezza ordinaria cioè di onze 15 o più o meno faranno tutte le grappe con suo ochio per mettere in testa delli radici del ferro come sopra espresso di tutte grandezze e di suficiente grosezza con dare i chiodi per inchiodarlli con la sua punta le grappe ringiera o pogiolo di ferro per la scaletta. Le colonne saranno di grosezza meza oncia li bachetti di un </w:t>
      </w:r>
      <w:r w:rsidR="00C059BD">
        <w:rPr>
          <w:i/>
          <w:iCs/>
          <w:sz w:val="24"/>
          <w:szCs w:val="24"/>
        </w:rPr>
        <w:t>di oncia le lame di sopra grossi e large a proporzione di ferro d’Agusta il tutto lavorato a perfetione e opera liscia senza nesun ornamento faranno i bugi per mettere il legnio sopra la detta ringiera il tutto a opera conlaudata e approvata e saranno tutto il lavoro sul posto dalla Venaria.</w:t>
      </w:r>
      <w:r w:rsidR="00000000">
        <w:rPr>
          <w:i/>
          <w:iCs/>
          <w:sz w:val="24"/>
          <w:szCs w:val="24"/>
        </w:rPr>
        <w:pict w14:anchorId="2C8D74EB">
          <v:rect id="_x0000_i1173" style="width:0;height:1.5pt" o:hralign="center" o:hrstd="t" o:hr="t" fillcolor="#a0a0a0" stroked="f"/>
        </w:pict>
      </w:r>
    </w:p>
    <w:p w14:paraId="61748857" w14:textId="0B6FCB74" w:rsidR="00CD3250" w:rsidRPr="009F50E3" w:rsidRDefault="00CD3250" w:rsidP="009F50E3">
      <w:pPr>
        <w:jc w:val="right"/>
        <w:rPr>
          <w:i/>
          <w:iCs/>
          <w:sz w:val="24"/>
          <w:szCs w:val="24"/>
        </w:rPr>
      </w:pPr>
      <w:r w:rsidRPr="009F50E3">
        <w:rPr>
          <w:i/>
          <w:iCs/>
          <w:sz w:val="24"/>
          <w:szCs w:val="24"/>
        </w:rPr>
        <w:t>giorno di 11 Febraro 1726</w:t>
      </w:r>
    </w:p>
    <w:p w14:paraId="6BAECA6F" w14:textId="77777777" w:rsidR="009F50E3" w:rsidRDefault="00CD3250" w:rsidP="009F50E3">
      <w:pPr>
        <w:jc w:val="right"/>
        <w:rPr>
          <w:i/>
          <w:iCs/>
          <w:sz w:val="24"/>
          <w:szCs w:val="24"/>
        </w:rPr>
      </w:pPr>
      <w:r w:rsidRPr="009F50E3">
        <w:rPr>
          <w:i/>
          <w:iCs/>
          <w:sz w:val="24"/>
          <w:szCs w:val="24"/>
        </w:rPr>
        <w:t>Cavaliere Don Filippo Juvarra Architetto</w:t>
      </w:r>
      <w:r w:rsidR="00000000">
        <w:rPr>
          <w:i/>
          <w:iCs/>
          <w:sz w:val="24"/>
          <w:szCs w:val="24"/>
        </w:rPr>
        <w:pict w14:anchorId="09AE7428">
          <v:rect id="_x0000_i1174" style="width:0;height:1.5pt" o:hralign="center" o:hrstd="t" o:hr="t" fillcolor="#a0a0a0" stroked="f"/>
        </w:pict>
      </w:r>
    </w:p>
    <w:p w14:paraId="2601B258" w14:textId="67596619" w:rsidR="00CD3250" w:rsidRDefault="00CD3250" w:rsidP="009F50E3">
      <w:pPr>
        <w:jc w:val="both"/>
        <w:rPr>
          <w:i/>
          <w:iCs/>
          <w:sz w:val="24"/>
          <w:szCs w:val="24"/>
        </w:rPr>
      </w:pPr>
      <w:r w:rsidRPr="00CD3250">
        <w:rPr>
          <w:sz w:val="24"/>
          <w:szCs w:val="24"/>
        </w:rPr>
        <w:t>Archivio di Stato di Torino | Sezioni Riunite | Ministero della guerra | Azienda generale di fabbriche e fortificazioni (1733-1797) già Azienda generale d'artiglieria, fabbriche e fortificazioni (1717-1733) | Contratti fortificazioni | Mazzo 14 (1726) | fol. 146.</w:t>
      </w:r>
    </w:p>
    <w:p w14:paraId="44461AB8" w14:textId="77777777" w:rsidR="00CD3250" w:rsidRDefault="00CD3250" w:rsidP="00B4256A">
      <w:pPr>
        <w:jc w:val="both"/>
        <w:rPr>
          <w:i/>
          <w:iCs/>
          <w:sz w:val="24"/>
          <w:szCs w:val="24"/>
        </w:rPr>
      </w:pPr>
    </w:p>
    <w:p w14:paraId="3801D3B1" w14:textId="77777777" w:rsidR="00C059BD" w:rsidRDefault="00CD3250" w:rsidP="00C059BD">
      <w:pPr>
        <w:jc w:val="center"/>
        <w:rPr>
          <w:i/>
          <w:iCs/>
          <w:sz w:val="24"/>
          <w:szCs w:val="24"/>
        </w:rPr>
      </w:pPr>
      <w:r w:rsidRPr="00C059BD">
        <w:rPr>
          <w:b/>
          <w:bCs/>
          <w:i/>
          <w:iCs/>
          <w:sz w:val="24"/>
          <w:szCs w:val="24"/>
        </w:rPr>
        <w:t>Instruzione per fare il sternito di pietra riccia nella orangeria della Venaria Reale</w:t>
      </w:r>
      <w:r w:rsidR="00000000">
        <w:rPr>
          <w:i/>
          <w:iCs/>
          <w:sz w:val="24"/>
          <w:szCs w:val="24"/>
        </w:rPr>
        <w:pict w14:anchorId="392FE80E">
          <v:rect id="_x0000_i1175" style="width:0;height:1.5pt" o:hralign="center" o:hrstd="t" o:hr="t" fillcolor="#a0a0a0" stroked="f"/>
        </w:pict>
      </w:r>
    </w:p>
    <w:p w14:paraId="7BB23144" w14:textId="77777777" w:rsidR="007E5428" w:rsidRDefault="00A61AA8" w:rsidP="00C059BD">
      <w:pPr>
        <w:jc w:val="both"/>
        <w:rPr>
          <w:i/>
          <w:iCs/>
          <w:sz w:val="24"/>
          <w:szCs w:val="24"/>
        </w:rPr>
      </w:pPr>
      <w:r>
        <w:rPr>
          <w:i/>
          <w:iCs/>
          <w:sz w:val="24"/>
          <w:szCs w:val="24"/>
        </w:rPr>
        <w:t>Saranno obligati di levare la terra superficiale e condurlla fuori di detta citronera vicino al muro per poi condurlla fuori di quel ricinto</w:t>
      </w:r>
      <w:r w:rsidR="007E5428">
        <w:rPr>
          <w:i/>
          <w:iCs/>
          <w:sz w:val="24"/>
          <w:szCs w:val="24"/>
        </w:rPr>
        <w:t xml:space="preserve"> con più comodo l’inverno a spese del uficio. Prenderanno le pietre in quella parte che al presente si ritrovano cioè dalla capella sino alle vicinanze di detta citronera.</w:t>
      </w:r>
    </w:p>
    <w:p w14:paraId="0EC1CE2B" w14:textId="53FCC92B" w:rsidR="00C059BD" w:rsidRDefault="007E5428" w:rsidP="00C059BD">
      <w:pPr>
        <w:jc w:val="both"/>
        <w:rPr>
          <w:i/>
          <w:iCs/>
          <w:sz w:val="24"/>
          <w:szCs w:val="24"/>
        </w:rPr>
      </w:pPr>
      <w:r>
        <w:rPr>
          <w:i/>
          <w:iCs/>
          <w:sz w:val="24"/>
          <w:szCs w:val="24"/>
        </w:rPr>
        <w:t>Sarà il detto sternito bene unito di pietre mezane e piccole e ben battuto e poscia con sabia di soronda ben unitp e in piano perfetto a tutto suo costo la sabia e condotta di pietre e trasporto della terra fuori il tutto a opera conlaudata e approvata.</w:t>
      </w:r>
      <w:r w:rsidR="00000000">
        <w:rPr>
          <w:i/>
          <w:iCs/>
          <w:sz w:val="24"/>
          <w:szCs w:val="24"/>
        </w:rPr>
        <w:pict w14:anchorId="666F1165">
          <v:rect id="_x0000_i1176" style="width:0;height:1.5pt" o:hralign="center" o:hrstd="t" o:hr="t" fillcolor="#a0a0a0" stroked="f"/>
        </w:pict>
      </w:r>
    </w:p>
    <w:p w14:paraId="39AAC1CD" w14:textId="3922FFF3" w:rsidR="00CD3250" w:rsidRPr="00C059BD" w:rsidRDefault="00CD3250" w:rsidP="00C059BD">
      <w:pPr>
        <w:jc w:val="right"/>
        <w:rPr>
          <w:i/>
          <w:iCs/>
          <w:sz w:val="24"/>
          <w:szCs w:val="24"/>
        </w:rPr>
      </w:pPr>
      <w:r w:rsidRPr="00C059BD">
        <w:rPr>
          <w:i/>
          <w:iCs/>
          <w:sz w:val="24"/>
          <w:szCs w:val="24"/>
        </w:rPr>
        <w:t>giorno di 15 Febbraio 1726</w:t>
      </w:r>
    </w:p>
    <w:p w14:paraId="277E6BD7" w14:textId="77777777" w:rsidR="00C059BD" w:rsidRDefault="00CD3250" w:rsidP="00C059BD">
      <w:pPr>
        <w:jc w:val="right"/>
        <w:rPr>
          <w:i/>
          <w:iCs/>
          <w:sz w:val="24"/>
          <w:szCs w:val="24"/>
        </w:rPr>
      </w:pPr>
      <w:r w:rsidRPr="00C059BD">
        <w:rPr>
          <w:i/>
          <w:iCs/>
          <w:sz w:val="24"/>
          <w:szCs w:val="24"/>
        </w:rPr>
        <w:t>Cavaliere Don Filippo Juvarra Architetto</w:t>
      </w:r>
      <w:r w:rsidR="00000000">
        <w:rPr>
          <w:i/>
          <w:iCs/>
          <w:sz w:val="24"/>
          <w:szCs w:val="24"/>
        </w:rPr>
        <w:pict w14:anchorId="547B2DA5">
          <v:rect id="_x0000_i1177" style="width:0;height:1.5pt" o:hralign="center" o:hrstd="t" o:hr="t" fillcolor="#a0a0a0" stroked="f"/>
        </w:pict>
      </w:r>
    </w:p>
    <w:p w14:paraId="738F7F6E" w14:textId="3C0F06A3" w:rsidR="00CD3250" w:rsidRDefault="00CD3250" w:rsidP="00B4256A">
      <w:pPr>
        <w:jc w:val="both"/>
        <w:rPr>
          <w:i/>
          <w:iCs/>
          <w:sz w:val="24"/>
          <w:szCs w:val="24"/>
        </w:rPr>
      </w:pPr>
      <w:r w:rsidRPr="00CD3250">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13 (1726) | fol. 143.</w:t>
      </w:r>
    </w:p>
    <w:p w14:paraId="166A8D2E" w14:textId="77777777" w:rsidR="00CD3250" w:rsidRDefault="00CD3250" w:rsidP="00B4256A">
      <w:pPr>
        <w:jc w:val="both"/>
        <w:rPr>
          <w:i/>
          <w:iCs/>
          <w:sz w:val="24"/>
          <w:szCs w:val="24"/>
        </w:rPr>
      </w:pPr>
    </w:p>
    <w:p w14:paraId="18B8E245" w14:textId="77777777" w:rsidR="00102C75" w:rsidRDefault="00CD3250" w:rsidP="00102C75">
      <w:pPr>
        <w:jc w:val="center"/>
        <w:rPr>
          <w:i/>
          <w:iCs/>
          <w:sz w:val="24"/>
          <w:szCs w:val="24"/>
        </w:rPr>
      </w:pPr>
      <w:r w:rsidRPr="00102C75">
        <w:rPr>
          <w:b/>
          <w:bCs/>
          <w:i/>
          <w:iCs/>
          <w:sz w:val="24"/>
          <w:szCs w:val="24"/>
        </w:rPr>
        <w:t>Instruzione per le lose per il sternito della Citronera della Real Venaria</w:t>
      </w:r>
      <w:r w:rsidR="00000000">
        <w:rPr>
          <w:i/>
          <w:iCs/>
          <w:sz w:val="24"/>
          <w:szCs w:val="24"/>
        </w:rPr>
        <w:pict w14:anchorId="75F98817">
          <v:rect id="_x0000_i1178" style="width:0;height:1.5pt" o:hralign="center" o:hrstd="t" o:hr="t" fillcolor="#a0a0a0" stroked="f"/>
        </w:pict>
      </w:r>
    </w:p>
    <w:p w14:paraId="756BF751" w14:textId="77777777" w:rsidR="00A047E9" w:rsidRDefault="00A047E9" w:rsidP="00102C75">
      <w:pPr>
        <w:jc w:val="both"/>
        <w:rPr>
          <w:i/>
          <w:iCs/>
          <w:sz w:val="24"/>
          <w:szCs w:val="24"/>
        </w:rPr>
      </w:pPr>
      <w:r>
        <w:rPr>
          <w:i/>
          <w:iCs/>
          <w:sz w:val="24"/>
          <w:szCs w:val="24"/>
        </w:rPr>
        <w:t>Le dette lose saranno di un piede ligando il quadro e se vi fossero pezzi più grandi per non tagiarlli non possano essere più di due piedi e quando sarà messo in opera facci una linea con il scanzello acciò pariano tutti quadrati di un piede come sopra. La sua grosezza di once due franche e saranno ben spianate sopra e ben uniti che non ci sia che una sola ligiola di calcina e l’angoli che siano bene a squadra perfetta e che si tocchino a tutta bontà e perfetione che siano di bona qualità senza nesun pelo o falda che si possa rompere nel passare i pesi sopra asisteranno alla metitura in opera a profilarlli unirlli e spianarlli e quanto porta la sua arte di picca pietre.</w:t>
      </w:r>
    </w:p>
    <w:p w14:paraId="66A33BC6" w14:textId="5153C82E" w:rsidR="00102C75" w:rsidRDefault="00A047E9" w:rsidP="00102C75">
      <w:pPr>
        <w:jc w:val="both"/>
        <w:rPr>
          <w:i/>
          <w:iCs/>
          <w:sz w:val="24"/>
          <w:szCs w:val="24"/>
        </w:rPr>
      </w:pPr>
      <w:r>
        <w:rPr>
          <w:i/>
          <w:iCs/>
          <w:sz w:val="24"/>
          <w:szCs w:val="24"/>
        </w:rPr>
        <w:t>Si cercherà di unire il colore e saranno o tutti di cumiana o uno di viana dato finito tal lavoro alla citronera della real venaria per la metà di ottobre dell 1726 il tutto a opera conlaudata.</w:t>
      </w:r>
      <w:r w:rsidR="00000000">
        <w:rPr>
          <w:i/>
          <w:iCs/>
          <w:sz w:val="24"/>
          <w:szCs w:val="24"/>
        </w:rPr>
        <w:pict w14:anchorId="681D46B9">
          <v:rect id="_x0000_i1179" style="width:0;height:1.5pt" o:hralign="center" o:hrstd="t" o:hr="t" fillcolor="#a0a0a0" stroked="f"/>
        </w:pict>
      </w:r>
    </w:p>
    <w:p w14:paraId="538C0D31" w14:textId="07CD3627" w:rsidR="00CD3250" w:rsidRPr="00102C75" w:rsidRDefault="00CD3250" w:rsidP="00102C75">
      <w:pPr>
        <w:jc w:val="right"/>
        <w:rPr>
          <w:i/>
          <w:iCs/>
          <w:sz w:val="24"/>
          <w:szCs w:val="24"/>
        </w:rPr>
      </w:pPr>
      <w:r w:rsidRPr="00102C75">
        <w:rPr>
          <w:i/>
          <w:iCs/>
          <w:sz w:val="24"/>
          <w:szCs w:val="24"/>
        </w:rPr>
        <w:t>giorno di 20 Giugno 1726</w:t>
      </w:r>
    </w:p>
    <w:p w14:paraId="6B5A29F6" w14:textId="77777777" w:rsidR="00102C75" w:rsidRDefault="00CD3250" w:rsidP="00102C75">
      <w:pPr>
        <w:jc w:val="right"/>
        <w:rPr>
          <w:i/>
          <w:iCs/>
          <w:sz w:val="24"/>
          <w:szCs w:val="24"/>
        </w:rPr>
      </w:pPr>
      <w:r w:rsidRPr="00102C75">
        <w:rPr>
          <w:i/>
          <w:iCs/>
          <w:sz w:val="24"/>
          <w:szCs w:val="24"/>
        </w:rPr>
        <w:t>Cavaliere Don Filippo Juvarra Architetto</w:t>
      </w:r>
      <w:r w:rsidR="00000000">
        <w:rPr>
          <w:i/>
          <w:iCs/>
          <w:sz w:val="24"/>
          <w:szCs w:val="24"/>
        </w:rPr>
        <w:pict w14:anchorId="5745E1D7">
          <v:rect id="_x0000_i1180" style="width:0;height:1.5pt" o:hralign="center" o:hrstd="t" o:hr="t" fillcolor="#a0a0a0" stroked="f"/>
        </w:pict>
      </w:r>
    </w:p>
    <w:p w14:paraId="670D392C" w14:textId="1F391152" w:rsidR="00CD3250" w:rsidRPr="00B4256A" w:rsidRDefault="00CD3250" w:rsidP="00B4256A">
      <w:pPr>
        <w:jc w:val="both"/>
        <w:rPr>
          <w:sz w:val="24"/>
          <w:szCs w:val="24"/>
        </w:rPr>
      </w:pPr>
      <w:r w:rsidRPr="00CD3250">
        <w:rPr>
          <w:sz w:val="24"/>
          <w:szCs w:val="24"/>
        </w:rPr>
        <w:t>Archivio di Stato di Torino | Sezioni Riunite | Ministero della guerra | Azienda generale di fabbriche e fortificazioni (1733-1797) già Azienda generale d'artiglieria, fabbriche e fortificazioni (1717-1733) | Contratti fortificazioni | Mazzo 13 (1726) | fol. 50.</w:t>
      </w:r>
    </w:p>
    <w:p w14:paraId="483CCDC8" w14:textId="77777777" w:rsidR="0033275E" w:rsidRDefault="0033275E" w:rsidP="005413C0">
      <w:pPr>
        <w:rPr>
          <w:i/>
          <w:iCs/>
          <w:sz w:val="24"/>
          <w:szCs w:val="24"/>
        </w:rPr>
      </w:pPr>
    </w:p>
    <w:p w14:paraId="164BD281" w14:textId="77777777" w:rsidR="003F3E0C" w:rsidRPr="003B01E4" w:rsidRDefault="003F3E0C" w:rsidP="003F3E0C">
      <w:pPr>
        <w:rPr>
          <w:b/>
          <w:bCs/>
          <w:sz w:val="28"/>
          <w:szCs w:val="28"/>
        </w:rPr>
      </w:pPr>
      <w:r w:rsidRPr="003B01E4">
        <w:rPr>
          <w:b/>
          <w:bCs/>
          <w:sz w:val="28"/>
          <w:szCs w:val="28"/>
        </w:rPr>
        <w:t>ISTRUZIONI | I Quartieri Militari e Porta Susina</w:t>
      </w:r>
    </w:p>
    <w:p w14:paraId="75D76F42" w14:textId="77777777" w:rsidR="003F3E0C" w:rsidRDefault="003F3E0C" w:rsidP="003F3E0C">
      <w:pPr>
        <w:jc w:val="center"/>
        <w:rPr>
          <w:sz w:val="28"/>
          <w:szCs w:val="28"/>
        </w:rPr>
      </w:pPr>
      <w:r>
        <w:rPr>
          <w:sz w:val="28"/>
          <w:szCs w:val="28"/>
        </w:rPr>
        <w:t>1716</w:t>
      </w:r>
    </w:p>
    <w:p w14:paraId="64D4335B" w14:textId="77777777" w:rsidR="003F3E0C" w:rsidRDefault="003F3E0C" w:rsidP="003F3E0C">
      <w:pPr>
        <w:jc w:val="center"/>
        <w:rPr>
          <w:i/>
          <w:iCs/>
          <w:sz w:val="24"/>
          <w:szCs w:val="24"/>
        </w:rPr>
      </w:pPr>
      <w:r w:rsidRPr="008306BB">
        <w:rPr>
          <w:b/>
          <w:bCs/>
          <w:i/>
          <w:iCs/>
          <w:sz w:val="24"/>
          <w:szCs w:val="24"/>
        </w:rPr>
        <w:t xml:space="preserve">Instruzione delle nove </w:t>
      </w:r>
      <w:r>
        <w:rPr>
          <w:b/>
          <w:bCs/>
          <w:i/>
          <w:iCs/>
          <w:sz w:val="24"/>
          <w:szCs w:val="24"/>
        </w:rPr>
        <w:t>C</w:t>
      </w:r>
      <w:r w:rsidRPr="008306BB">
        <w:rPr>
          <w:b/>
          <w:bCs/>
          <w:i/>
          <w:iCs/>
          <w:sz w:val="24"/>
          <w:szCs w:val="24"/>
        </w:rPr>
        <w:t>aserme da farsi nella piazza d'armi della nuova Porta Susina</w:t>
      </w:r>
      <w:r>
        <w:rPr>
          <w:rStyle w:val="Rimandonotaapidipagina"/>
          <w:b/>
          <w:bCs/>
          <w:i/>
          <w:iCs/>
          <w:sz w:val="24"/>
          <w:szCs w:val="24"/>
        </w:rPr>
        <w:footnoteReference w:id="4"/>
      </w:r>
      <w:r w:rsidR="00000000">
        <w:rPr>
          <w:i/>
          <w:iCs/>
          <w:sz w:val="24"/>
          <w:szCs w:val="24"/>
        </w:rPr>
        <w:pict w14:anchorId="31C5075C">
          <v:rect id="_x0000_i1181" style="width:0;height:1.5pt" o:hralign="center" o:hrstd="t" o:hr="t" fillcolor="#a0a0a0" stroked="f"/>
        </w:pict>
      </w:r>
    </w:p>
    <w:p w14:paraId="3BC317FB" w14:textId="77777777" w:rsidR="003F3E0C" w:rsidRDefault="003F3E0C" w:rsidP="003F3E0C">
      <w:pPr>
        <w:jc w:val="center"/>
        <w:rPr>
          <w:i/>
          <w:iCs/>
          <w:sz w:val="24"/>
          <w:szCs w:val="24"/>
        </w:rPr>
      </w:pPr>
      <w:r>
        <w:rPr>
          <w:i/>
          <w:iCs/>
          <w:sz w:val="24"/>
          <w:szCs w:val="24"/>
        </w:rPr>
        <w:t>Cavo di terra</w:t>
      </w:r>
    </w:p>
    <w:p w14:paraId="467BBD91" w14:textId="77777777" w:rsidR="003F3E0C" w:rsidRDefault="003F3E0C" w:rsidP="003F3E0C">
      <w:pPr>
        <w:jc w:val="both"/>
        <w:rPr>
          <w:i/>
          <w:iCs/>
          <w:sz w:val="24"/>
          <w:szCs w:val="24"/>
        </w:rPr>
      </w:pPr>
      <w:r>
        <w:rPr>
          <w:i/>
          <w:iCs/>
          <w:sz w:val="24"/>
          <w:szCs w:val="24"/>
        </w:rPr>
        <w:t xml:space="preserve">Si farà il cavo di terra della profondità che gli sarà ordinato e 2° il disegnio e trovato il bon fondo si spianerà a piano perfetto livellato e mettere suficiente sabia acciò non diano luogo alle valance e che si possa con comando lavare nel fondamento. Le pietre sabie o marmi o memorie antiche che si troveranno siano in benefizio della fabricha e utile delle Reggie finanze non </w:t>
      </w:r>
      <w:r>
        <w:rPr>
          <w:i/>
          <w:iCs/>
          <w:sz w:val="24"/>
          <w:szCs w:val="24"/>
        </w:rPr>
        <w:lastRenderedPageBreak/>
        <w:t>s’accentua altro fondazione che masicci di pietra i quali saranno detriti per il solito estimo saranno obligati di riempire e bater bene la terra in torno alle muraglie le fondamenti pur non essere dannegate dalle piogge.</w:t>
      </w:r>
    </w:p>
    <w:p w14:paraId="14244529" w14:textId="77777777" w:rsidR="003F3E0C" w:rsidRDefault="003F3E0C" w:rsidP="003F3E0C">
      <w:pPr>
        <w:jc w:val="center"/>
        <w:rPr>
          <w:i/>
          <w:iCs/>
          <w:sz w:val="24"/>
          <w:szCs w:val="24"/>
        </w:rPr>
      </w:pPr>
      <w:r>
        <w:rPr>
          <w:i/>
          <w:iCs/>
          <w:sz w:val="24"/>
          <w:szCs w:val="24"/>
        </w:rPr>
        <w:t>Muraglie ordinarie di pietra di fondamenti e sopra terra</w:t>
      </w:r>
    </w:p>
    <w:p w14:paraId="4E7DF56F" w14:textId="77777777" w:rsidR="003F3E0C" w:rsidRDefault="003F3E0C" w:rsidP="003F3E0C">
      <w:pPr>
        <w:jc w:val="both"/>
        <w:rPr>
          <w:i/>
          <w:iCs/>
          <w:sz w:val="24"/>
          <w:szCs w:val="24"/>
        </w:rPr>
      </w:pPr>
      <w:r>
        <w:rPr>
          <w:i/>
          <w:iCs/>
          <w:sz w:val="24"/>
          <w:szCs w:val="24"/>
        </w:rPr>
        <w:t>Le muraglie ordinarie di pietra averanno le sue cinte di onze 8 di distanza da una a l’altra e dette cintte saranno di mattoni ben cotti e stagionati e approvati e che legino tutta la largezza della muraglia e siano bene incastrati e battute e che notino in bona calcina e la distanza tra un mattone e l’altro non sia più d’un quarto d’onza li scanzelli di pietre siano ben battute e guarniti e bene scagliate e guarnite e che dette pietre notino bene in calcina e con il martello battute interiormente et esteriormente e che nella muraglia non ci sia nesun avanzamento ne vacuo alcuno ma siano sempre bene a piombo come parimente le cinte sempre in piano a in ogni cinta di mattone ci sia la sua calcinata con calcina passata e i mattoni di prima bontà e inazi di metterlli in opera siano abagiate a maton coperto e detta muraglia sia bene imbocata a pietra coperta e con qualche testa di mattone nelli scanzelli.</w:t>
      </w:r>
    </w:p>
    <w:p w14:paraId="513D7E5D" w14:textId="77777777" w:rsidR="003F3E0C" w:rsidRDefault="003F3E0C" w:rsidP="003F3E0C">
      <w:pPr>
        <w:jc w:val="both"/>
        <w:rPr>
          <w:i/>
          <w:iCs/>
          <w:sz w:val="24"/>
          <w:szCs w:val="24"/>
        </w:rPr>
      </w:pPr>
      <w:r>
        <w:rPr>
          <w:i/>
          <w:iCs/>
          <w:sz w:val="24"/>
          <w:szCs w:val="24"/>
        </w:rPr>
        <w:t>Nelle dette muraglie ordinarie di pietra tantto sotto terra come sopra tutte le spalle sguanciati, volti, voltini e sopra volte di finestre porte usci e altre aperture saranno di mattoni di largezza e grosezza oncie dieci cioè d’un mattone a testa e li volti e sordini d’un mattone di punta che abbraciano tutta la grosezza del muro quali spalle sguarciati volti voltini sordini e simili fatti e construtti nelle muraglie di pietre ordinarie si misura tutto per muraglia ordinaria quantunque fatti di mattoni come sopra di daranno a l’archi volti voltini e robbe le centinature che gli saranno prescritti 2° la largezza loro.</w:t>
      </w:r>
    </w:p>
    <w:p w14:paraId="3F2583DC" w14:textId="77777777" w:rsidR="003F3E0C" w:rsidRDefault="003F3E0C" w:rsidP="003F3E0C">
      <w:pPr>
        <w:jc w:val="center"/>
        <w:rPr>
          <w:i/>
          <w:iCs/>
          <w:sz w:val="24"/>
          <w:szCs w:val="24"/>
        </w:rPr>
      </w:pPr>
      <w:r>
        <w:rPr>
          <w:i/>
          <w:iCs/>
          <w:sz w:val="24"/>
          <w:szCs w:val="24"/>
        </w:rPr>
        <w:t>Muraglia di mattone</w:t>
      </w:r>
    </w:p>
    <w:p w14:paraId="1D40731A" w14:textId="77777777" w:rsidR="003F3E0C" w:rsidRDefault="003F3E0C" w:rsidP="003F3E0C">
      <w:pPr>
        <w:jc w:val="both"/>
        <w:rPr>
          <w:i/>
          <w:iCs/>
          <w:sz w:val="24"/>
          <w:szCs w:val="24"/>
        </w:rPr>
      </w:pPr>
      <w:r>
        <w:rPr>
          <w:i/>
          <w:iCs/>
          <w:sz w:val="24"/>
          <w:szCs w:val="24"/>
        </w:rPr>
        <w:t xml:space="preserve">Tutte le muraglie di mattoni saranno di grosezza 2° gli sarà ordinato di bontà come siegue che tutti li mattoni siano bene incastrati a squadra e batute con farli notare in bona calcina e sabia da nominarsi e che sia ben pasata e sotile acciò si possa eseguire che fra un mattone e l’altro non ci sia che una quarta parte d’onza di calcina e i corsi di mattoni siano sempre in piano perfetto e parimente le due faccie a piombo e anche non si possa mettere delle teste di mattoni veeli altro che quelli che si daranno della dimolizione delle vecchio muro della cinta e detti mattoni iniziali di meterlli in opera siano bagniate a maton coperto e in ogni 3e corsi di mattoni ci sia la sua calcinata per tutta la grosezza del muro e che sia ben pasata e perfetta. </w:t>
      </w:r>
    </w:p>
    <w:p w14:paraId="4C8C80AA" w14:textId="77777777" w:rsidR="003F3E0C" w:rsidRDefault="003F3E0C" w:rsidP="003F3E0C">
      <w:pPr>
        <w:jc w:val="both"/>
        <w:rPr>
          <w:i/>
          <w:iCs/>
          <w:sz w:val="24"/>
          <w:szCs w:val="24"/>
        </w:rPr>
      </w:pPr>
      <w:r>
        <w:rPr>
          <w:i/>
          <w:iCs/>
          <w:sz w:val="24"/>
          <w:szCs w:val="24"/>
        </w:rPr>
        <w:t>Dove saranno pilastri o altri lavori i spicoli siano ben lavorati a piombo come anche s’intende che ne fondamenti sotto i pilastri siano incamisati d’onze 4 ½ sin tanto che serve sotto il pilastro e l’altro muro ordinario il tutto sia ben lineato e dritto et a piombo si deve avertire di lasciare i buchi o cavi da metersi i travi delli solari.</w:t>
      </w:r>
    </w:p>
    <w:p w14:paraId="4530D9E4" w14:textId="77777777" w:rsidR="003F3E0C" w:rsidRDefault="003F3E0C" w:rsidP="003F3E0C">
      <w:pPr>
        <w:jc w:val="both"/>
        <w:rPr>
          <w:i/>
          <w:iCs/>
          <w:sz w:val="24"/>
          <w:szCs w:val="24"/>
        </w:rPr>
      </w:pPr>
      <w:r>
        <w:rPr>
          <w:i/>
          <w:iCs/>
          <w:sz w:val="24"/>
          <w:szCs w:val="24"/>
        </w:rPr>
        <w:t>Faranno parimente tutte li spalle de camini d’un mattone di punta e altro di testa come s’è cennato nelle porte e finestre e si farà pure nel fondo di detti camini dove a contro il fuoco di mattoni da misurarsi per muro ordinario sopra detto.</w:t>
      </w:r>
    </w:p>
    <w:p w14:paraId="7E23DB63" w14:textId="77777777" w:rsidR="003F3E0C" w:rsidRDefault="003F3E0C" w:rsidP="003F3E0C">
      <w:pPr>
        <w:jc w:val="both"/>
        <w:rPr>
          <w:i/>
          <w:iCs/>
          <w:sz w:val="24"/>
          <w:szCs w:val="24"/>
        </w:rPr>
      </w:pPr>
      <w:r>
        <w:rPr>
          <w:i/>
          <w:iCs/>
          <w:sz w:val="24"/>
          <w:szCs w:val="24"/>
        </w:rPr>
        <w:t>E ogni canna di ciascun camino doverà essere infasciata di basco in altro e le teste di detti camini saranno tantto alti da i copponi della fabricha che le prime loro aperture per il fumo restino alte piedi 2 dalla parte ove il coperto resta più alto et in torno alle dette teste di camini si farà sporgere li collarini sopra le teste acciò d’impedire l’aque portate da venti.</w:t>
      </w:r>
    </w:p>
    <w:p w14:paraId="40A463D2" w14:textId="77777777" w:rsidR="003F3E0C" w:rsidRDefault="003F3E0C" w:rsidP="003F3E0C">
      <w:pPr>
        <w:jc w:val="center"/>
        <w:rPr>
          <w:i/>
          <w:iCs/>
          <w:sz w:val="24"/>
          <w:szCs w:val="24"/>
        </w:rPr>
      </w:pPr>
      <w:r>
        <w:rPr>
          <w:i/>
          <w:iCs/>
          <w:sz w:val="24"/>
          <w:szCs w:val="24"/>
        </w:rPr>
        <w:lastRenderedPageBreak/>
        <w:t>Volte e fascie</w:t>
      </w:r>
    </w:p>
    <w:p w14:paraId="7D9636B1" w14:textId="77777777" w:rsidR="003F3E0C" w:rsidRDefault="003F3E0C" w:rsidP="003F3E0C">
      <w:pPr>
        <w:jc w:val="both"/>
        <w:rPr>
          <w:i/>
          <w:iCs/>
          <w:sz w:val="24"/>
          <w:szCs w:val="24"/>
        </w:rPr>
      </w:pPr>
      <w:r>
        <w:rPr>
          <w:i/>
          <w:iCs/>
          <w:sz w:val="24"/>
          <w:szCs w:val="24"/>
        </w:rPr>
        <w:t>Le voltte del porticho che guarda verso la porta e le voltte che saranno al primo piano mezzo sotto terra saranno grosse onze diece cioè un mattone di punta e l’altro di testa e dove saranno i muri tramezzi che devono andare sino alla cima di detto edificio si faranno l’archi d’un piede liprando e avanzeranno dette voltte onze 3e come le spalle parimente per magia sodezza al peso che devono reggire tutti li mattoni che si devono rimpiegare a dette muraglie e voltte e archi siano di bona qualità approvati e stagionati e novi e ben lavorati con ottima calcina e con l’istessa bontà e diligenzza saranno construtti gli archi e volte de portici e cose simile.</w:t>
      </w:r>
    </w:p>
    <w:p w14:paraId="06BD287A" w14:textId="77777777" w:rsidR="003F3E0C" w:rsidRDefault="003F3E0C" w:rsidP="003F3E0C">
      <w:pPr>
        <w:jc w:val="both"/>
        <w:rPr>
          <w:i/>
          <w:iCs/>
          <w:sz w:val="24"/>
          <w:szCs w:val="24"/>
        </w:rPr>
      </w:pPr>
      <w:r>
        <w:rPr>
          <w:i/>
          <w:iCs/>
          <w:sz w:val="24"/>
          <w:szCs w:val="24"/>
        </w:rPr>
        <w:t>Sterniti di quadretti quadrettoni pianelle e mattoni rustici</w:t>
      </w:r>
    </w:p>
    <w:p w14:paraId="21C693AF" w14:textId="77777777" w:rsidR="003F3E0C" w:rsidRDefault="003F3E0C" w:rsidP="003F3E0C">
      <w:pPr>
        <w:jc w:val="both"/>
        <w:rPr>
          <w:i/>
          <w:iCs/>
          <w:sz w:val="24"/>
          <w:szCs w:val="24"/>
        </w:rPr>
      </w:pPr>
      <w:r>
        <w:rPr>
          <w:i/>
          <w:iCs/>
          <w:sz w:val="24"/>
          <w:szCs w:val="24"/>
        </w:rPr>
        <w:t>Li sterniti di quadrettoni e quadretti saranno fatti di materiali bon cotti et approvati fegati allineati livellati non siano più distanti d’uno a l’altro che un decimo d’onza e la calcina sia ben passata e sotile e grassa del istessa maniera che si devono fare sterniti di pianelle i mattoni rustici.</w:t>
      </w:r>
    </w:p>
    <w:p w14:paraId="5A1C5F5D" w14:textId="77777777" w:rsidR="003F3E0C" w:rsidRDefault="003F3E0C" w:rsidP="003F3E0C">
      <w:pPr>
        <w:jc w:val="both"/>
        <w:rPr>
          <w:i/>
          <w:iCs/>
          <w:sz w:val="24"/>
          <w:szCs w:val="24"/>
        </w:rPr>
      </w:pPr>
      <w:r>
        <w:rPr>
          <w:i/>
          <w:iCs/>
          <w:sz w:val="24"/>
          <w:szCs w:val="24"/>
        </w:rPr>
        <w:t>Si faranno ancora tutti i sterniti dalli fornelli e siano di mattoni scelti con il suo scalino inanzi di tutta perfezione a opera conlaudata.</w:t>
      </w:r>
    </w:p>
    <w:p w14:paraId="0D8354DF" w14:textId="77777777" w:rsidR="003F3E0C" w:rsidRDefault="003F3E0C" w:rsidP="003F3E0C">
      <w:pPr>
        <w:jc w:val="center"/>
        <w:rPr>
          <w:i/>
          <w:iCs/>
          <w:sz w:val="24"/>
          <w:szCs w:val="24"/>
        </w:rPr>
      </w:pPr>
      <w:r>
        <w:rPr>
          <w:i/>
          <w:iCs/>
          <w:sz w:val="24"/>
          <w:szCs w:val="24"/>
        </w:rPr>
        <w:t>Stabiliture</w:t>
      </w:r>
    </w:p>
    <w:p w14:paraId="025B9993" w14:textId="77777777" w:rsidR="003F3E0C" w:rsidRDefault="003F3E0C" w:rsidP="003F3E0C">
      <w:pPr>
        <w:jc w:val="both"/>
        <w:rPr>
          <w:i/>
          <w:iCs/>
          <w:sz w:val="24"/>
          <w:szCs w:val="24"/>
        </w:rPr>
      </w:pPr>
      <w:r>
        <w:rPr>
          <w:i/>
          <w:iCs/>
          <w:sz w:val="24"/>
          <w:szCs w:val="24"/>
        </w:rPr>
        <w:t>Le stabiliture saranno fatti con tutta quantta diligenza che porta l’arte bene a piombo e a livello con le infrascature fatte con calcina forte e sabia griggia e stabilita con calcina dolce e sabia griggia dette calcine siano ben purgate colate e stagionate e tutte le sudette stabiliture saranno operate in modo che restino uniti e lisce ad opera conlaudata come simile doveranno esser fatti tutti li riquadramenti d’ogni sorta d’apertura con li loro batenti.</w:t>
      </w:r>
    </w:p>
    <w:p w14:paraId="0F1F567A" w14:textId="77777777" w:rsidR="003F3E0C" w:rsidRDefault="003F3E0C" w:rsidP="003F3E0C">
      <w:pPr>
        <w:jc w:val="both"/>
        <w:rPr>
          <w:i/>
          <w:iCs/>
          <w:sz w:val="24"/>
          <w:szCs w:val="24"/>
        </w:rPr>
      </w:pPr>
      <w:r>
        <w:rPr>
          <w:i/>
          <w:iCs/>
          <w:sz w:val="24"/>
          <w:szCs w:val="24"/>
        </w:rPr>
        <w:t>Le calcine siano della megior qualità di Superga e si devono ricevere in pietra e non in polvere e inanzi di metterli in opera siano pronte et approvate ben bagniate colate impastate senza terra giave nitta o altro che si conoscerà pregiudiziale alla sudetta perfezione.</w:t>
      </w:r>
    </w:p>
    <w:p w14:paraId="40453108" w14:textId="77777777" w:rsidR="003F3E0C" w:rsidRDefault="003F3E0C" w:rsidP="003F3E0C">
      <w:pPr>
        <w:jc w:val="both"/>
        <w:rPr>
          <w:i/>
          <w:iCs/>
          <w:sz w:val="24"/>
          <w:szCs w:val="24"/>
        </w:rPr>
      </w:pPr>
      <w:r>
        <w:rPr>
          <w:i/>
          <w:iCs/>
          <w:sz w:val="24"/>
          <w:szCs w:val="24"/>
        </w:rPr>
        <w:t>Le dette calcine saranno impastate con sabie metta griggia di Dora e ineta di cava ben passate alla griglia sottile senza giore grosse giovani e piccole pietre granite doverà l’impresario far provvisione di sabie inanzi delle crescenze del fiume Dora per evitare il pericolo delle sabie fungere non dovendovi in nessuna maniera permettere che sorte di sabie di qual si sia maniera.</w:t>
      </w:r>
    </w:p>
    <w:p w14:paraId="3976DEEB" w14:textId="77777777" w:rsidR="003F3E0C" w:rsidRDefault="003F3E0C" w:rsidP="003F3E0C">
      <w:pPr>
        <w:jc w:val="both"/>
        <w:rPr>
          <w:i/>
          <w:iCs/>
          <w:sz w:val="24"/>
          <w:szCs w:val="24"/>
        </w:rPr>
      </w:pPr>
      <w:r>
        <w:rPr>
          <w:i/>
          <w:iCs/>
          <w:sz w:val="24"/>
          <w:szCs w:val="24"/>
        </w:rPr>
        <w:t>Siano obligati di mettere in opera e serve tutto la radice chiavi bolzoni tutto di legnio quanto di ferro che saranno provisti dalla Reggia finanze.</w:t>
      </w:r>
    </w:p>
    <w:p w14:paraId="20529D23" w14:textId="77777777" w:rsidR="003F3E0C" w:rsidRDefault="003F3E0C" w:rsidP="003F3E0C">
      <w:pPr>
        <w:jc w:val="both"/>
        <w:rPr>
          <w:i/>
          <w:iCs/>
          <w:sz w:val="24"/>
          <w:szCs w:val="24"/>
        </w:rPr>
      </w:pPr>
      <w:r>
        <w:rPr>
          <w:i/>
          <w:iCs/>
          <w:sz w:val="24"/>
          <w:szCs w:val="24"/>
        </w:rPr>
        <w:t>L’ornamenti esteriori di porte finestre facciate lesene bugnie e altri ornamenti simili si faranno secondo il disegnio e le si darà e si devono eseguire con tutta politezza e perfezione altrimente saranno tenuti di rifarlli a loro spese e danno.</w:t>
      </w:r>
    </w:p>
    <w:p w14:paraId="1C63114C" w14:textId="77777777" w:rsidR="003F3E0C" w:rsidRDefault="003F3E0C" w:rsidP="003F3E0C">
      <w:pPr>
        <w:jc w:val="both"/>
        <w:rPr>
          <w:i/>
          <w:iCs/>
          <w:sz w:val="24"/>
          <w:szCs w:val="24"/>
        </w:rPr>
      </w:pPr>
      <w:r>
        <w:rPr>
          <w:i/>
          <w:iCs/>
          <w:sz w:val="24"/>
          <w:szCs w:val="24"/>
        </w:rPr>
        <w:t>Nella construzione di tutte l’opera di detta fabricha s’impiegeranno maestri et operaij puntiosi e esperti nell’arte e trovandovi qualche operazioni non perfetto siano tenuti mandarllo via e questo sarà a bene placito di chi dirigerà l’opera.</w:t>
      </w:r>
    </w:p>
    <w:p w14:paraId="1F9B5253" w14:textId="77777777" w:rsidR="003F3E0C" w:rsidRDefault="003F3E0C" w:rsidP="003F3E0C">
      <w:pPr>
        <w:jc w:val="both"/>
        <w:rPr>
          <w:i/>
          <w:iCs/>
          <w:sz w:val="24"/>
          <w:szCs w:val="24"/>
        </w:rPr>
      </w:pPr>
      <w:r>
        <w:rPr>
          <w:i/>
          <w:iCs/>
          <w:sz w:val="24"/>
          <w:szCs w:val="24"/>
        </w:rPr>
        <w:t xml:space="preserve">Scoprendovi nel tempo della construzione della fabricha e doppo d’anni 3e qualche crepatura o qualunque altro difetto causato o di materiali non perfetti o per mancanza di bon construzione siano tenuti i detti impresarij di rifare quella parte che sarà conosciuta non sostenere a difettosa </w:t>
      </w:r>
      <w:r>
        <w:rPr>
          <w:i/>
          <w:iCs/>
          <w:sz w:val="24"/>
          <w:szCs w:val="24"/>
        </w:rPr>
        <w:lastRenderedPageBreak/>
        <w:t>in qualunque qualità di rifarlla a loro spese con l’indigazione del architetto. Parimente doveranno oservare di non lavorare in tempo che la staggione sia avanzata acciò li giaci non danegiano la muraglia e siano obligati di coprire le muraglie acciò il rigore del inverno non li faccia patire altrimente saranno tenuti alla prima quando si principia di lavorare di rifare tutto quello che non sarà perfetto venuto per loro negligenza.</w:t>
      </w:r>
    </w:p>
    <w:p w14:paraId="24B1F918" w14:textId="77777777" w:rsidR="003F3E0C" w:rsidRDefault="003F3E0C" w:rsidP="003F3E0C">
      <w:pPr>
        <w:jc w:val="both"/>
        <w:rPr>
          <w:i/>
          <w:iCs/>
          <w:sz w:val="24"/>
          <w:szCs w:val="24"/>
        </w:rPr>
      </w:pPr>
      <w:r>
        <w:rPr>
          <w:i/>
          <w:iCs/>
          <w:sz w:val="24"/>
          <w:szCs w:val="24"/>
        </w:rPr>
        <w:t>Le misure si faranno alla mente delle Reggie Constituzionr et avendo l’impresario qualche dificoltà circa il senzo e inteligenza della presente istruzione la doverà proporre per essere schiarito inanzi la stipolazione del contratto altrimenti doppo sarà in virtù dell’Emo conseglio e 2° la spiegazione del Architetto.</w:t>
      </w:r>
      <w:r w:rsidR="00000000">
        <w:rPr>
          <w:i/>
          <w:iCs/>
          <w:sz w:val="24"/>
          <w:szCs w:val="24"/>
        </w:rPr>
        <w:pict w14:anchorId="6EB82771">
          <v:rect id="_x0000_i1182" style="width:0;height:1.5pt" o:hralign="center" o:hrstd="t" o:hr="t" fillcolor="#a0a0a0" stroked="f"/>
        </w:pict>
      </w:r>
    </w:p>
    <w:p w14:paraId="5AADD75F" w14:textId="77777777" w:rsidR="003F3E0C" w:rsidRDefault="003F3E0C" w:rsidP="003F3E0C">
      <w:pPr>
        <w:jc w:val="right"/>
        <w:rPr>
          <w:i/>
          <w:iCs/>
          <w:sz w:val="24"/>
          <w:szCs w:val="24"/>
        </w:rPr>
      </w:pPr>
      <w:r w:rsidRPr="008306BB">
        <w:rPr>
          <w:i/>
          <w:iCs/>
          <w:sz w:val="24"/>
          <w:szCs w:val="24"/>
        </w:rPr>
        <w:t>Torino a 22 Luglio 1716</w:t>
      </w:r>
    </w:p>
    <w:p w14:paraId="5A2C468E"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29CDFDC8">
          <v:rect id="_x0000_i1183" style="width:0;height:1.5pt" o:hralign="center" o:hrstd="t" o:hr="t" fillcolor="#a0a0a0" stroked="f"/>
        </w:pict>
      </w:r>
    </w:p>
    <w:p w14:paraId="6F9B96C4" w14:textId="77777777" w:rsidR="003F3E0C" w:rsidRDefault="003F3E0C" w:rsidP="003F3E0C">
      <w:pPr>
        <w:jc w:val="both"/>
        <w:rPr>
          <w:sz w:val="24"/>
          <w:szCs w:val="24"/>
        </w:rPr>
      </w:pPr>
      <w:r w:rsidRPr="008306BB">
        <w:rPr>
          <w:sz w:val="24"/>
          <w:szCs w:val="24"/>
        </w:rPr>
        <w:t>Archivio di Stato di Torino | Sezioni Riunite | Ministero della guerra | Azienda generale di fabbriche e fortificazioni (1733-1797) già Azienda generale d'artiglieria, fabbriche e fortificazioni (1717-1733) | Contratti fortificazioni | Mazzo 3 (1715-1716) | foll. 139-140-141-142.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