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2ADB0C" w14:textId="77777777" w:rsidR="00CE1BD9" w:rsidRDefault="00CE1BD9" w:rsidP="00CE1BD9">
      <w:pPr>
        <w:jc w:val="center"/>
        <w:rPr>
          <w:sz w:val="28"/>
          <w:szCs w:val="28"/>
        </w:rPr>
      </w:pPr>
      <w:r>
        <w:rPr>
          <w:sz w:val="28"/>
          <w:szCs w:val="28"/>
        </w:rPr>
        <w:t>1729</w:t>
      </w:r>
    </w:p>
    <w:p w14:paraId="0A89C2D0" w14:textId="4FEBB05B" w:rsidR="00CC7A33" w:rsidRDefault="00CE1BD9" w:rsidP="00CE1BD9">
      <w:pPr>
        <w:jc w:val="center"/>
        <w:rPr>
          <w:i/>
          <w:iCs/>
          <w:sz w:val="24"/>
          <w:szCs w:val="24"/>
        </w:rPr>
      </w:pPr>
      <w:r w:rsidRPr="00CE1BD9">
        <w:rPr>
          <w:b/>
          <w:bCs/>
          <w:i/>
          <w:iCs/>
          <w:sz w:val="24"/>
          <w:szCs w:val="24"/>
        </w:rPr>
        <w:t xml:space="preserve">Instruzione per la </w:t>
      </w:r>
      <w:r w:rsidR="00DB010D">
        <w:rPr>
          <w:b/>
          <w:bCs/>
          <w:i/>
          <w:iCs/>
          <w:sz w:val="24"/>
          <w:szCs w:val="24"/>
        </w:rPr>
        <w:t>P</w:t>
      </w:r>
      <w:r w:rsidRPr="00CE1BD9">
        <w:rPr>
          <w:b/>
          <w:bCs/>
          <w:i/>
          <w:iCs/>
          <w:sz w:val="24"/>
          <w:szCs w:val="24"/>
        </w:rPr>
        <w:t xml:space="preserve">alazzina di </w:t>
      </w:r>
      <w:r w:rsidR="00DB010D">
        <w:rPr>
          <w:b/>
          <w:bCs/>
          <w:i/>
          <w:iCs/>
          <w:sz w:val="24"/>
          <w:szCs w:val="24"/>
        </w:rPr>
        <w:t>C</w:t>
      </w:r>
      <w:r w:rsidRPr="00CE1BD9">
        <w:rPr>
          <w:b/>
          <w:bCs/>
          <w:i/>
          <w:iCs/>
          <w:sz w:val="24"/>
          <w:szCs w:val="24"/>
        </w:rPr>
        <w:t>accia da farsi novamente nelle vicinanze di Stupiniggi</w:t>
      </w:r>
      <w:r w:rsidR="00000000">
        <w:rPr>
          <w:i/>
          <w:iCs/>
          <w:sz w:val="24"/>
          <w:szCs w:val="24"/>
        </w:rPr>
        <w:pict w14:anchorId="4377387F">
          <v:rect id="_x0000_i1504" style="width:0;height:1.5pt" o:hralign="center" o:hrstd="t" o:hr="t" fillcolor="#a0a0a0" stroked="f"/>
        </w:pict>
      </w:r>
    </w:p>
    <w:p w14:paraId="5C0C0A42" w14:textId="77777777" w:rsidR="00466D09" w:rsidRDefault="00DB010D" w:rsidP="00CC7A33">
      <w:pPr>
        <w:jc w:val="both"/>
        <w:rPr>
          <w:i/>
          <w:iCs/>
          <w:sz w:val="24"/>
          <w:szCs w:val="24"/>
        </w:rPr>
      </w:pPr>
      <w:r>
        <w:rPr>
          <w:i/>
          <w:iCs/>
          <w:sz w:val="24"/>
          <w:szCs w:val="24"/>
        </w:rPr>
        <w:t>Cavo di terra.</w:t>
      </w:r>
    </w:p>
    <w:p w14:paraId="3283516C" w14:textId="54F27877" w:rsidR="00DB010D" w:rsidRDefault="00DB010D" w:rsidP="00CC7A33">
      <w:pPr>
        <w:jc w:val="both"/>
        <w:rPr>
          <w:i/>
          <w:iCs/>
          <w:sz w:val="24"/>
          <w:szCs w:val="24"/>
        </w:rPr>
      </w:pPr>
      <w:r>
        <w:rPr>
          <w:i/>
          <w:iCs/>
          <w:sz w:val="24"/>
          <w:szCs w:val="24"/>
        </w:rPr>
        <w:t>Il cavo di terra sarà fatto secondo il disegnio, e la profondità secondo si darà sul posto e questo sarà generale per tutta la fabric</w:t>
      </w:r>
      <w:r w:rsidR="00154C12">
        <w:rPr>
          <w:i/>
          <w:iCs/>
          <w:sz w:val="24"/>
          <w:szCs w:val="24"/>
        </w:rPr>
        <w:t>h</w:t>
      </w:r>
      <w:r>
        <w:rPr>
          <w:i/>
          <w:iCs/>
          <w:sz w:val="24"/>
          <w:szCs w:val="24"/>
        </w:rPr>
        <w:t>a ove si sarà sotterraneo e ove non vi sarà sotterraneo sarà solamente per le muraglie con lascia</w:t>
      </w:r>
      <w:r w:rsidR="00154C12">
        <w:rPr>
          <w:i/>
          <w:iCs/>
          <w:sz w:val="24"/>
          <w:szCs w:val="24"/>
        </w:rPr>
        <w:t>v</w:t>
      </w:r>
      <w:r>
        <w:rPr>
          <w:i/>
          <w:iCs/>
          <w:sz w:val="24"/>
          <w:szCs w:val="24"/>
        </w:rPr>
        <w:t>i la sola e suficiente scarpa e saranno obligati di cavare qual si sia sorte di terra g</w:t>
      </w:r>
      <w:r w:rsidR="008437E7">
        <w:rPr>
          <w:i/>
          <w:iCs/>
          <w:sz w:val="24"/>
          <w:szCs w:val="24"/>
        </w:rPr>
        <w:t>i</w:t>
      </w:r>
      <w:r>
        <w:rPr>
          <w:i/>
          <w:iCs/>
          <w:sz w:val="24"/>
          <w:szCs w:val="24"/>
        </w:rPr>
        <w:t>ara g</w:t>
      </w:r>
      <w:r w:rsidR="008437E7">
        <w:rPr>
          <w:i/>
          <w:iCs/>
          <w:sz w:val="24"/>
          <w:szCs w:val="24"/>
        </w:rPr>
        <w:t>i</w:t>
      </w:r>
      <w:r>
        <w:rPr>
          <w:i/>
          <w:iCs/>
          <w:sz w:val="24"/>
          <w:szCs w:val="24"/>
        </w:rPr>
        <w:t>arone impetrito e questo trasportarl</w:t>
      </w:r>
      <w:r w:rsidR="00154C12">
        <w:rPr>
          <w:i/>
          <w:iCs/>
          <w:sz w:val="24"/>
          <w:szCs w:val="24"/>
        </w:rPr>
        <w:t>l</w:t>
      </w:r>
      <w:r>
        <w:rPr>
          <w:i/>
          <w:iCs/>
          <w:sz w:val="24"/>
          <w:szCs w:val="24"/>
        </w:rPr>
        <w:t>o ove gli sarà indicato dal soprastante per la lontananza di trabuchi 30 e quello di più si deve convenire a tan</w:t>
      </w:r>
      <w:r w:rsidR="00154C12">
        <w:rPr>
          <w:i/>
          <w:iCs/>
          <w:sz w:val="24"/>
          <w:szCs w:val="24"/>
        </w:rPr>
        <w:t>t</w:t>
      </w:r>
      <w:r>
        <w:rPr>
          <w:i/>
          <w:iCs/>
          <w:sz w:val="24"/>
          <w:szCs w:val="24"/>
        </w:rPr>
        <w:t>to la ca</w:t>
      </w:r>
      <w:r w:rsidR="008437E7">
        <w:rPr>
          <w:i/>
          <w:iCs/>
          <w:sz w:val="24"/>
          <w:szCs w:val="24"/>
        </w:rPr>
        <w:t>rr</w:t>
      </w:r>
      <w:r>
        <w:rPr>
          <w:i/>
          <w:iCs/>
          <w:sz w:val="24"/>
          <w:szCs w:val="24"/>
        </w:rPr>
        <w:t>etata doppia per cadun trabuc</w:t>
      </w:r>
      <w:r w:rsidR="00154C12">
        <w:rPr>
          <w:i/>
          <w:iCs/>
          <w:sz w:val="24"/>
          <w:szCs w:val="24"/>
        </w:rPr>
        <w:t>h</w:t>
      </w:r>
      <w:r>
        <w:rPr>
          <w:i/>
          <w:iCs/>
          <w:sz w:val="24"/>
          <w:szCs w:val="24"/>
        </w:rPr>
        <w:t xml:space="preserve">o </w:t>
      </w:r>
      <w:r w:rsidR="00154C12">
        <w:rPr>
          <w:i/>
          <w:iCs/>
          <w:sz w:val="24"/>
          <w:szCs w:val="24"/>
        </w:rPr>
        <w:t>2°</w:t>
      </w:r>
      <w:r>
        <w:rPr>
          <w:i/>
          <w:iCs/>
          <w:sz w:val="24"/>
          <w:szCs w:val="24"/>
        </w:rPr>
        <w:t xml:space="preserve"> il prezzo convenuto nel deliberamento.</w:t>
      </w:r>
    </w:p>
    <w:p w14:paraId="434C2B00" w14:textId="77777777" w:rsidR="00466D09" w:rsidRDefault="00DB010D" w:rsidP="00CC7A33">
      <w:pPr>
        <w:jc w:val="both"/>
        <w:rPr>
          <w:i/>
          <w:iCs/>
          <w:sz w:val="24"/>
          <w:szCs w:val="24"/>
        </w:rPr>
      </w:pPr>
      <w:r>
        <w:rPr>
          <w:i/>
          <w:iCs/>
          <w:sz w:val="24"/>
          <w:szCs w:val="24"/>
        </w:rPr>
        <w:t xml:space="preserve">Pilotaggio. </w:t>
      </w:r>
    </w:p>
    <w:p w14:paraId="402070F7" w14:textId="75045C0C" w:rsidR="008E4429" w:rsidRDefault="00DB010D" w:rsidP="00CC7A33">
      <w:pPr>
        <w:jc w:val="both"/>
        <w:rPr>
          <w:i/>
          <w:iCs/>
          <w:sz w:val="24"/>
          <w:szCs w:val="24"/>
        </w:rPr>
      </w:pPr>
      <w:r>
        <w:rPr>
          <w:i/>
          <w:iCs/>
          <w:sz w:val="24"/>
          <w:szCs w:val="24"/>
        </w:rPr>
        <w:lastRenderedPageBreak/>
        <w:t>Se vi fosse necessario di pilotare sotto le muraglie di detta fabric</w:t>
      </w:r>
      <w:r w:rsidR="006411CF">
        <w:rPr>
          <w:i/>
          <w:iCs/>
          <w:sz w:val="24"/>
          <w:szCs w:val="24"/>
        </w:rPr>
        <w:t>h</w:t>
      </w:r>
      <w:r>
        <w:rPr>
          <w:i/>
          <w:iCs/>
          <w:sz w:val="24"/>
          <w:szCs w:val="24"/>
        </w:rPr>
        <w:t>a per mancanza di bon terreno o ritrovandosi palude li pilotti saranno di rovere di grossezza in testa di oncie 3 in rotondità al</w:t>
      </w:r>
      <w:r w:rsidR="008437E7">
        <w:rPr>
          <w:i/>
          <w:iCs/>
          <w:sz w:val="24"/>
          <w:szCs w:val="24"/>
        </w:rPr>
        <w:t xml:space="preserve"> </w:t>
      </w:r>
      <w:r>
        <w:rPr>
          <w:i/>
          <w:iCs/>
          <w:sz w:val="24"/>
          <w:szCs w:val="24"/>
        </w:rPr>
        <w:t xml:space="preserve">meno e longezza </w:t>
      </w:r>
      <w:r w:rsidR="008E4429">
        <w:rPr>
          <w:i/>
          <w:iCs/>
          <w:sz w:val="24"/>
          <w:szCs w:val="24"/>
        </w:rPr>
        <w:t>d</w:t>
      </w:r>
      <w:r w:rsidR="006411CF">
        <w:rPr>
          <w:i/>
          <w:iCs/>
          <w:sz w:val="24"/>
          <w:szCs w:val="24"/>
        </w:rPr>
        <w:t>i onze</w:t>
      </w:r>
      <w:r w:rsidR="008E4429">
        <w:rPr>
          <w:i/>
          <w:iCs/>
          <w:sz w:val="24"/>
          <w:szCs w:val="24"/>
        </w:rPr>
        <w:t xml:space="preserve"> 40 al</w:t>
      </w:r>
      <w:r w:rsidR="008437E7">
        <w:rPr>
          <w:i/>
          <w:iCs/>
          <w:sz w:val="24"/>
          <w:szCs w:val="24"/>
        </w:rPr>
        <w:t xml:space="preserve"> </w:t>
      </w:r>
      <w:r w:rsidR="008E4429">
        <w:rPr>
          <w:i/>
          <w:iCs/>
          <w:sz w:val="24"/>
          <w:szCs w:val="24"/>
        </w:rPr>
        <w:t xml:space="preserve">meno e </w:t>
      </w:r>
      <w:r w:rsidR="006411CF">
        <w:rPr>
          <w:i/>
          <w:iCs/>
          <w:sz w:val="24"/>
          <w:szCs w:val="24"/>
        </w:rPr>
        <w:t>p</w:t>
      </w:r>
      <w:r w:rsidR="008E4429">
        <w:rPr>
          <w:i/>
          <w:iCs/>
          <w:sz w:val="24"/>
          <w:szCs w:val="24"/>
        </w:rPr>
        <w:t>iù o meno ove esigerà maggior profondità questi saranno battuti a piombo e la distanza tr</w:t>
      </w:r>
      <w:r w:rsidR="006411CF">
        <w:rPr>
          <w:i/>
          <w:iCs/>
          <w:sz w:val="24"/>
          <w:szCs w:val="24"/>
        </w:rPr>
        <w:t>a</w:t>
      </w:r>
      <w:r w:rsidR="008E4429">
        <w:rPr>
          <w:i/>
          <w:iCs/>
          <w:sz w:val="24"/>
          <w:szCs w:val="24"/>
        </w:rPr>
        <w:t xml:space="preserve"> un pilo</w:t>
      </w:r>
      <w:r w:rsidR="006411CF">
        <w:rPr>
          <w:i/>
          <w:iCs/>
          <w:sz w:val="24"/>
          <w:szCs w:val="24"/>
        </w:rPr>
        <w:t>t</w:t>
      </w:r>
      <w:r w:rsidR="008E4429">
        <w:rPr>
          <w:i/>
          <w:iCs/>
          <w:sz w:val="24"/>
          <w:szCs w:val="24"/>
        </w:rPr>
        <w:t>to e l’altro non più d</w:t>
      </w:r>
      <w:r w:rsidR="006411CF">
        <w:rPr>
          <w:i/>
          <w:iCs/>
          <w:sz w:val="24"/>
          <w:szCs w:val="24"/>
        </w:rPr>
        <w:t xml:space="preserve">i </w:t>
      </w:r>
      <w:r w:rsidR="008E4429">
        <w:rPr>
          <w:i/>
          <w:iCs/>
          <w:sz w:val="24"/>
          <w:szCs w:val="24"/>
        </w:rPr>
        <w:t xml:space="preserve">oncie </w:t>
      </w:r>
      <w:r w:rsidR="006411CF">
        <w:rPr>
          <w:i/>
          <w:iCs/>
          <w:sz w:val="24"/>
          <w:szCs w:val="24"/>
        </w:rPr>
        <w:t>4</w:t>
      </w:r>
      <w:r w:rsidR="008E4429">
        <w:rPr>
          <w:i/>
          <w:iCs/>
          <w:sz w:val="24"/>
          <w:szCs w:val="24"/>
        </w:rPr>
        <w:t xml:space="preserve"> e questa misura s’intenderà non solo per la fuga ma interiormente e esteriormente detti pilo</w:t>
      </w:r>
      <w:r w:rsidR="006411CF">
        <w:rPr>
          <w:i/>
          <w:iCs/>
          <w:sz w:val="24"/>
          <w:szCs w:val="24"/>
        </w:rPr>
        <w:t>t</w:t>
      </w:r>
      <w:r w:rsidR="008E4429">
        <w:rPr>
          <w:i/>
          <w:iCs/>
          <w:sz w:val="24"/>
          <w:szCs w:val="24"/>
        </w:rPr>
        <w:t>ti saranno legati con radici di rovere e inchiodati con lungi e grossi chiodi a propor</w:t>
      </w:r>
      <w:r w:rsidR="006411CF">
        <w:rPr>
          <w:i/>
          <w:iCs/>
          <w:sz w:val="24"/>
          <w:szCs w:val="24"/>
        </w:rPr>
        <w:t>t</w:t>
      </w:r>
      <w:r w:rsidR="008E4429">
        <w:rPr>
          <w:i/>
          <w:iCs/>
          <w:sz w:val="24"/>
          <w:szCs w:val="24"/>
        </w:rPr>
        <w:t>ione e a sufciente longezza e grossezza alla stabilità del</w:t>
      </w:r>
      <w:r w:rsidR="006411CF">
        <w:rPr>
          <w:i/>
          <w:iCs/>
          <w:sz w:val="24"/>
          <w:szCs w:val="24"/>
        </w:rPr>
        <w:t xml:space="preserve"> </w:t>
      </w:r>
      <w:r w:rsidR="008E4429">
        <w:rPr>
          <w:i/>
          <w:iCs/>
          <w:sz w:val="24"/>
          <w:szCs w:val="24"/>
        </w:rPr>
        <w:t xml:space="preserve">opera </w:t>
      </w:r>
      <w:r w:rsidR="006411CF">
        <w:rPr>
          <w:i/>
          <w:iCs/>
          <w:sz w:val="24"/>
          <w:szCs w:val="24"/>
        </w:rPr>
        <w:t xml:space="preserve">i pilotti si daranno </w:t>
      </w:r>
      <w:r w:rsidR="008E4429">
        <w:rPr>
          <w:i/>
          <w:iCs/>
          <w:sz w:val="24"/>
          <w:szCs w:val="24"/>
        </w:rPr>
        <w:t>dal bosc</w:t>
      </w:r>
      <w:r w:rsidR="006411CF">
        <w:rPr>
          <w:i/>
          <w:iCs/>
          <w:sz w:val="24"/>
          <w:szCs w:val="24"/>
        </w:rPr>
        <w:t>h</w:t>
      </w:r>
      <w:r w:rsidR="008E4429">
        <w:rPr>
          <w:i/>
          <w:iCs/>
          <w:sz w:val="24"/>
          <w:szCs w:val="24"/>
        </w:rPr>
        <w:t>o di Stupinigi e saranno pagati dal</w:t>
      </w:r>
      <w:r w:rsidR="006411CF">
        <w:rPr>
          <w:i/>
          <w:iCs/>
          <w:sz w:val="24"/>
          <w:szCs w:val="24"/>
        </w:rPr>
        <w:t xml:space="preserve"> </w:t>
      </w:r>
      <w:r w:rsidR="008E4429">
        <w:rPr>
          <w:i/>
          <w:iCs/>
          <w:sz w:val="24"/>
          <w:szCs w:val="24"/>
        </w:rPr>
        <w:t xml:space="preserve">impresario al parere degli esperti </w:t>
      </w:r>
      <w:r w:rsidR="006411CF">
        <w:rPr>
          <w:i/>
          <w:iCs/>
          <w:sz w:val="24"/>
          <w:szCs w:val="24"/>
        </w:rPr>
        <w:t xml:space="preserve">come parimente le radici facendosi </w:t>
      </w:r>
      <w:r w:rsidR="008E4429">
        <w:rPr>
          <w:i/>
          <w:iCs/>
          <w:sz w:val="24"/>
          <w:szCs w:val="24"/>
        </w:rPr>
        <w:t xml:space="preserve">il numero </w:t>
      </w:r>
      <w:r w:rsidR="006411CF">
        <w:rPr>
          <w:i/>
          <w:iCs/>
          <w:sz w:val="24"/>
          <w:szCs w:val="24"/>
        </w:rPr>
        <w:t xml:space="preserve">solamente del bisognio per </w:t>
      </w:r>
      <w:r w:rsidR="008E4429">
        <w:rPr>
          <w:i/>
          <w:iCs/>
          <w:sz w:val="24"/>
          <w:szCs w:val="24"/>
        </w:rPr>
        <w:t>detta fabrica.</w:t>
      </w:r>
    </w:p>
    <w:p w14:paraId="7E1C2777" w14:textId="77777777" w:rsidR="00466D09" w:rsidRDefault="008E4429" w:rsidP="00CC7A33">
      <w:pPr>
        <w:jc w:val="both"/>
        <w:rPr>
          <w:i/>
          <w:iCs/>
          <w:sz w:val="24"/>
          <w:szCs w:val="24"/>
        </w:rPr>
      </w:pPr>
      <w:r>
        <w:rPr>
          <w:i/>
          <w:iCs/>
          <w:sz w:val="24"/>
          <w:szCs w:val="24"/>
        </w:rPr>
        <w:t xml:space="preserve">Muraglia ordinaria. </w:t>
      </w:r>
    </w:p>
    <w:p w14:paraId="4164236D" w14:textId="5C1A758A" w:rsidR="009C087A" w:rsidRDefault="008E4429" w:rsidP="00CC7A33">
      <w:pPr>
        <w:jc w:val="both"/>
        <w:rPr>
          <w:i/>
          <w:iCs/>
          <w:sz w:val="24"/>
          <w:szCs w:val="24"/>
        </w:rPr>
      </w:pPr>
      <w:r>
        <w:rPr>
          <w:i/>
          <w:iCs/>
          <w:sz w:val="24"/>
          <w:szCs w:val="24"/>
        </w:rPr>
        <w:t xml:space="preserve">Se vi fosse da farsi muraglie ordinarie li scanzelli di pietre non saranno più alte che </w:t>
      </w:r>
      <w:r w:rsidR="006411CF">
        <w:rPr>
          <w:i/>
          <w:iCs/>
          <w:sz w:val="24"/>
          <w:szCs w:val="24"/>
        </w:rPr>
        <w:t>4° corsi</w:t>
      </w:r>
      <w:r>
        <w:rPr>
          <w:i/>
          <w:iCs/>
          <w:sz w:val="24"/>
          <w:szCs w:val="24"/>
        </w:rPr>
        <w:t xml:space="preserve"> di mattoni messe in calcina e le pietre saranno ben scagliate e noteranno in calcina e le pietre saranno ben battute co</w:t>
      </w:r>
      <w:r w:rsidR="006411CF">
        <w:rPr>
          <w:i/>
          <w:iCs/>
          <w:sz w:val="24"/>
          <w:szCs w:val="24"/>
        </w:rPr>
        <w:t>l</w:t>
      </w:r>
      <w:r>
        <w:rPr>
          <w:i/>
          <w:iCs/>
          <w:sz w:val="24"/>
          <w:szCs w:val="24"/>
        </w:rPr>
        <w:t xml:space="preserve"> martello e nelli scanzelli vi sarà qualche meza testa di mattoni e altre scaglie di mattoni e le cor</w:t>
      </w:r>
      <w:r w:rsidR="008437E7">
        <w:rPr>
          <w:i/>
          <w:iCs/>
          <w:sz w:val="24"/>
          <w:szCs w:val="24"/>
        </w:rPr>
        <w:t>s</w:t>
      </w:r>
      <w:r>
        <w:rPr>
          <w:i/>
          <w:iCs/>
          <w:sz w:val="24"/>
          <w:szCs w:val="24"/>
        </w:rPr>
        <w:t>ie o cinte saranno di mattoni ben cotti e tanto esteriormente che interiormente e per tutta la grosezza della muraglia con la sua calcinata che corra per tutto saranno tenuti di fare tutti li spigoli angoli salienti che entrante e questi di on</w:t>
      </w:r>
      <w:r w:rsidR="006411CF">
        <w:rPr>
          <w:i/>
          <w:iCs/>
          <w:sz w:val="24"/>
          <w:szCs w:val="24"/>
        </w:rPr>
        <w:t>z</w:t>
      </w:r>
      <w:r>
        <w:rPr>
          <w:i/>
          <w:iCs/>
          <w:sz w:val="24"/>
          <w:szCs w:val="24"/>
        </w:rPr>
        <w:t xml:space="preserve">e 6 </w:t>
      </w:r>
      <w:r w:rsidR="006411CF">
        <w:rPr>
          <w:i/>
          <w:iCs/>
          <w:sz w:val="24"/>
          <w:szCs w:val="24"/>
        </w:rPr>
        <w:t>e</w:t>
      </w:r>
      <w:r>
        <w:rPr>
          <w:i/>
          <w:iCs/>
          <w:sz w:val="24"/>
          <w:szCs w:val="24"/>
        </w:rPr>
        <w:t xml:space="preserve"> 9 come pariment</w:t>
      </w:r>
      <w:r w:rsidR="006411CF">
        <w:rPr>
          <w:i/>
          <w:iCs/>
          <w:sz w:val="24"/>
          <w:szCs w:val="24"/>
        </w:rPr>
        <w:t>e</w:t>
      </w:r>
      <w:r>
        <w:rPr>
          <w:i/>
          <w:iCs/>
          <w:sz w:val="24"/>
          <w:szCs w:val="24"/>
        </w:rPr>
        <w:t xml:space="preserve"> tutti i volti, voltini, archi, archoni e sordini di mattoni ben cotti con la distanza tra un mattone e l’altro non più che un 3° di oncia. Li mattoni saranno ben cotti e bene abagniate inazi di meterli in opera e nelli volti e voltini e archi la calcina sarà pasata alla griglia sotile acciò possa fare il 4° d’oncia di distanza fra un mattone e l’altro e le muraglie imbocat</w:t>
      </w:r>
      <w:r w:rsidR="006411CF">
        <w:rPr>
          <w:i/>
          <w:iCs/>
          <w:sz w:val="24"/>
          <w:szCs w:val="24"/>
        </w:rPr>
        <w:t>e</w:t>
      </w:r>
      <w:r>
        <w:rPr>
          <w:i/>
          <w:iCs/>
          <w:sz w:val="24"/>
          <w:szCs w:val="24"/>
        </w:rPr>
        <w:t xml:space="preserve"> a pietra coperta. </w:t>
      </w:r>
    </w:p>
    <w:p w14:paraId="6D30C6F3" w14:textId="77777777" w:rsidR="00466D09" w:rsidRDefault="009C087A" w:rsidP="00CC7A33">
      <w:pPr>
        <w:jc w:val="both"/>
        <w:rPr>
          <w:i/>
          <w:iCs/>
          <w:sz w:val="24"/>
          <w:szCs w:val="24"/>
        </w:rPr>
      </w:pPr>
      <w:r>
        <w:rPr>
          <w:i/>
          <w:iCs/>
          <w:sz w:val="24"/>
          <w:szCs w:val="24"/>
        </w:rPr>
        <w:t xml:space="preserve">Muraglia di mattoni. </w:t>
      </w:r>
    </w:p>
    <w:p w14:paraId="42F27390" w14:textId="1922F57F" w:rsidR="003C4F55" w:rsidRDefault="009C087A" w:rsidP="00CC7A33">
      <w:pPr>
        <w:jc w:val="both"/>
        <w:rPr>
          <w:i/>
          <w:iCs/>
          <w:sz w:val="24"/>
          <w:szCs w:val="24"/>
        </w:rPr>
      </w:pPr>
      <w:r>
        <w:rPr>
          <w:i/>
          <w:iCs/>
          <w:sz w:val="24"/>
          <w:szCs w:val="24"/>
        </w:rPr>
        <w:t>La muraglia di mattoni sarà co</w:t>
      </w:r>
      <w:r w:rsidR="003C4F55">
        <w:rPr>
          <w:i/>
          <w:iCs/>
          <w:sz w:val="24"/>
          <w:szCs w:val="24"/>
        </w:rPr>
        <w:t>n</w:t>
      </w:r>
      <w:r>
        <w:rPr>
          <w:i/>
          <w:iCs/>
          <w:sz w:val="24"/>
          <w:szCs w:val="24"/>
        </w:rPr>
        <w:t>strutta con tutta diligenza e sarà composta di boni e cotti mattoni e prima di meterli in opera sarano bagniate a matton coperto nei cebri e la grosezza della calcina tra un mattone e l’altro un 4 al più un 3° di oncia e questa distanza si oserverà tan</w:t>
      </w:r>
      <w:r w:rsidR="003C4F55">
        <w:rPr>
          <w:i/>
          <w:iCs/>
          <w:sz w:val="24"/>
          <w:szCs w:val="24"/>
        </w:rPr>
        <w:t>t</w:t>
      </w:r>
      <w:r>
        <w:rPr>
          <w:i/>
          <w:iCs/>
          <w:sz w:val="24"/>
          <w:szCs w:val="24"/>
        </w:rPr>
        <w:t>to interiormente che esteriormente e per tutte le grosezze delle muraglie ogni 3e cor</w:t>
      </w:r>
      <w:r w:rsidR="003C4F55">
        <w:rPr>
          <w:i/>
          <w:iCs/>
          <w:sz w:val="24"/>
          <w:szCs w:val="24"/>
        </w:rPr>
        <w:t>s</w:t>
      </w:r>
      <w:r>
        <w:rPr>
          <w:i/>
          <w:iCs/>
          <w:sz w:val="24"/>
          <w:szCs w:val="24"/>
        </w:rPr>
        <w:t>i si farà la sua calcinata per tutta la muraglia e sarà compreso in detta muraglia tutte le apiombature di tutti l</w:t>
      </w:r>
      <w:r w:rsidR="003C4F55">
        <w:rPr>
          <w:i/>
          <w:iCs/>
          <w:sz w:val="24"/>
          <w:szCs w:val="24"/>
        </w:rPr>
        <w:t>’</w:t>
      </w:r>
      <w:r>
        <w:rPr>
          <w:i/>
          <w:iCs/>
          <w:sz w:val="24"/>
          <w:szCs w:val="24"/>
        </w:rPr>
        <w:t xml:space="preserve">angoli o spigoli </w:t>
      </w:r>
      <w:r w:rsidR="003C4F55">
        <w:rPr>
          <w:i/>
          <w:iCs/>
          <w:sz w:val="24"/>
          <w:szCs w:val="24"/>
        </w:rPr>
        <w:t xml:space="preserve">di tutte le porte, finestre, pilastroni, lesene, zoccoli riquadri, pilastrini e saranno tenuti di fare qual si sia sorte di muraglia che retta o semicircolare o convessa e della figura che dimostra la pianta e il disegnio con fare tutti i corsi in piano perfetto e le apiombature a linea retta perpendicolare perfetta con provedere tutti li pontaggi corde e qual si sia strumento per comodo e strotura di detta fabricha e queste muraglie saranno per tutta l’altezza della fabricha. </w:t>
      </w:r>
    </w:p>
    <w:p w14:paraId="4870A20E" w14:textId="77777777" w:rsidR="00466D09" w:rsidRDefault="003C4F55" w:rsidP="00CC7A33">
      <w:pPr>
        <w:jc w:val="both"/>
        <w:rPr>
          <w:i/>
          <w:iCs/>
          <w:sz w:val="24"/>
          <w:szCs w:val="24"/>
        </w:rPr>
      </w:pPr>
      <w:r>
        <w:rPr>
          <w:i/>
          <w:iCs/>
          <w:sz w:val="24"/>
          <w:szCs w:val="24"/>
        </w:rPr>
        <w:t xml:space="preserve">Calcine. </w:t>
      </w:r>
    </w:p>
    <w:p w14:paraId="1BE6B36D" w14:textId="034D52DD" w:rsidR="003F0497" w:rsidRDefault="003C4F55" w:rsidP="00CC7A33">
      <w:pPr>
        <w:jc w:val="both"/>
        <w:rPr>
          <w:i/>
          <w:iCs/>
          <w:sz w:val="24"/>
          <w:szCs w:val="24"/>
        </w:rPr>
      </w:pPr>
      <w:r>
        <w:rPr>
          <w:i/>
          <w:iCs/>
          <w:sz w:val="24"/>
          <w:szCs w:val="24"/>
        </w:rPr>
        <w:t xml:space="preserve">Le calcine che si devono adoprare per le dette muraglie sino a un trabucho fuor di terra sarà la calcina </w:t>
      </w:r>
      <w:r w:rsidR="003F0497">
        <w:rPr>
          <w:i/>
          <w:iCs/>
          <w:sz w:val="24"/>
          <w:szCs w:val="24"/>
        </w:rPr>
        <w:t xml:space="preserve">di Soperga forte ben bagniata e purgata e colata di tutte le giare e pietre non cotte e questa sarà in pietra e non in polvere. Doppo del altezza del trabucho in circha sarà calcina di Giavenno però quella della cava di Tortorello che havendosi esperimentato nella fabricha di Rivoli si ritrova di ottimo servizio al piano ultimo si pol mescolare con quella calcina moretta di Rivara se gli mette conto la lontaneza o vero di calcina dolce di Giaveno questi bene impasttate e grosse 2° ricercha l’arte con sabia dell torente Sangone ben purgata di qual si sia terra o </w:t>
      </w:r>
      <w:r w:rsidR="00217914">
        <w:rPr>
          <w:i/>
          <w:iCs/>
          <w:sz w:val="24"/>
          <w:szCs w:val="24"/>
        </w:rPr>
        <w:t>n</w:t>
      </w:r>
      <w:r w:rsidR="003F0497">
        <w:rPr>
          <w:i/>
          <w:iCs/>
          <w:sz w:val="24"/>
          <w:szCs w:val="24"/>
        </w:rPr>
        <w:t>ita e pasate alla griglia fina acciò impastate con le calcine permettino il 3° di oncia di distanza se in caso vi fosse qualche vena di sabia di cava griggia ben purgata di qual si sia terra e fo</w:t>
      </w:r>
      <w:r w:rsidR="00217914">
        <w:rPr>
          <w:i/>
          <w:iCs/>
          <w:sz w:val="24"/>
          <w:szCs w:val="24"/>
        </w:rPr>
        <w:t>s</w:t>
      </w:r>
      <w:r w:rsidR="003F0497">
        <w:rPr>
          <w:i/>
          <w:iCs/>
          <w:sz w:val="24"/>
          <w:szCs w:val="24"/>
        </w:rPr>
        <w:t xml:space="preserve">se </w:t>
      </w:r>
      <w:r w:rsidR="003F0497">
        <w:rPr>
          <w:i/>
          <w:iCs/>
          <w:sz w:val="24"/>
          <w:szCs w:val="24"/>
        </w:rPr>
        <w:lastRenderedPageBreak/>
        <w:t>granita e giudicata di servizio si permette il po</w:t>
      </w:r>
      <w:r w:rsidR="00217914">
        <w:rPr>
          <w:i/>
          <w:iCs/>
          <w:sz w:val="24"/>
          <w:szCs w:val="24"/>
        </w:rPr>
        <w:t>te</w:t>
      </w:r>
      <w:r w:rsidR="003F0497">
        <w:rPr>
          <w:i/>
          <w:iCs/>
          <w:sz w:val="24"/>
          <w:szCs w:val="24"/>
        </w:rPr>
        <w:t xml:space="preserve">rne mescolare per la 3a parte e questa sarà prima </w:t>
      </w:r>
      <w:r w:rsidR="00B43C77">
        <w:rPr>
          <w:i/>
          <w:iCs/>
          <w:sz w:val="24"/>
          <w:szCs w:val="24"/>
        </w:rPr>
        <w:t xml:space="preserve">visitata se si ritrova bona. Saranno obligati fare le sue tampe e bagnoli per uso di ben curare la calcina e le forti dalle dolci saranno separate. Le muraglie di mattoni saranno imbocate di calcina forte a matton scoperto. Nelle muraglie saranno tenuti a suo conto mettere in opera tutte le chiave e farlle tirare con bolzoni e parimente le radice di rovere con le grappe e </w:t>
      </w:r>
      <w:r w:rsidR="00217914">
        <w:rPr>
          <w:i/>
          <w:iCs/>
          <w:sz w:val="24"/>
          <w:szCs w:val="24"/>
        </w:rPr>
        <w:t>o</w:t>
      </w:r>
      <w:r w:rsidR="00B43C77">
        <w:rPr>
          <w:i/>
          <w:iCs/>
          <w:sz w:val="24"/>
          <w:szCs w:val="24"/>
        </w:rPr>
        <w:t>chi e su</w:t>
      </w:r>
      <w:r w:rsidR="00217914">
        <w:rPr>
          <w:i/>
          <w:iCs/>
          <w:sz w:val="24"/>
          <w:szCs w:val="24"/>
        </w:rPr>
        <w:t>oi</w:t>
      </w:r>
      <w:r w:rsidR="00B43C77">
        <w:rPr>
          <w:i/>
          <w:iCs/>
          <w:sz w:val="24"/>
          <w:szCs w:val="24"/>
        </w:rPr>
        <w:t xml:space="preserve"> bolzoni e lasciare l</w:t>
      </w:r>
      <w:r w:rsidR="00217914">
        <w:rPr>
          <w:i/>
          <w:iCs/>
          <w:sz w:val="24"/>
          <w:szCs w:val="24"/>
        </w:rPr>
        <w:t>i</w:t>
      </w:r>
      <w:r w:rsidR="00B43C77">
        <w:rPr>
          <w:i/>
          <w:iCs/>
          <w:sz w:val="24"/>
          <w:szCs w:val="24"/>
        </w:rPr>
        <w:t xml:space="preserve"> squarci per mettere i travi delli solari nel medemo tempo che s’inalzano le muraglie. Saranno obligati di marcare e trassare il lavoro secondo il disegnio e se vi coresse </w:t>
      </w:r>
      <w:r w:rsidR="00217914">
        <w:rPr>
          <w:i/>
          <w:iCs/>
          <w:sz w:val="24"/>
          <w:szCs w:val="24"/>
        </w:rPr>
        <w:t>error</w:t>
      </w:r>
      <w:r w:rsidR="00B43C77">
        <w:rPr>
          <w:i/>
          <w:iCs/>
          <w:sz w:val="24"/>
          <w:szCs w:val="24"/>
        </w:rPr>
        <w:t xml:space="preserve">i tra l’opera e il disegnio saranno tenuti di disfare quella parte di muraglia e rifarlla secondo il disegnio e profilo del architetto senza nesuna bonificatione. </w:t>
      </w:r>
    </w:p>
    <w:p w14:paraId="0DD5A5CD" w14:textId="77777777" w:rsidR="00466D09" w:rsidRDefault="00B43C77" w:rsidP="00CC7A33">
      <w:pPr>
        <w:jc w:val="both"/>
        <w:rPr>
          <w:i/>
          <w:iCs/>
          <w:sz w:val="24"/>
          <w:szCs w:val="24"/>
        </w:rPr>
      </w:pPr>
      <w:r>
        <w:rPr>
          <w:i/>
          <w:iCs/>
          <w:sz w:val="24"/>
          <w:szCs w:val="24"/>
        </w:rPr>
        <w:t xml:space="preserve">Voltte. </w:t>
      </w:r>
    </w:p>
    <w:p w14:paraId="7B368171" w14:textId="2405CEA7" w:rsidR="00B43C77" w:rsidRDefault="00B43C77" w:rsidP="00CC7A33">
      <w:pPr>
        <w:jc w:val="both"/>
        <w:rPr>
          <w:i/>
          <w:iCs/>
          <w:sz w:val="24"/>
          <w:szCs w:val="24"/>
        </w:rPr>
      </w:pPr>
      <w:r>
        <w:rPr>
          <w:i/>
          <w:iCs/>
          <w:sz w:val="24"/>
          <w:szCs w:val="24"/>
        </w:rPr>
        <w:t>Le voltte saranno di mattoni sotilmente lavorati in calcina e la calcina sarà della forte di Soperga passata alla griglia fina e saranno obligati di farlli di qual si sia figura cioè a botte a crocera a vela a botte con lonette e tonde e a</w:t>
      </w:r>
      <w:r w:rsidR="00217914">
        <w:rPr>
          <w:i/>
          <w:iCs/>
          <w:sz w:val="24"/>
          <w:szCs w:val="24"/>
        </w:rPr>
        <w:t>ngol</w:t>
      </w:r>
      <w:r>
        <w:rPr>
          <w:i/>
          <w:iCs/>
          <w:sz w:val="24"/>
          <w:szCs w:val="24"/>
        </w:rPr>
        <w:t>ate con le sue fascie e queste saranno della grosezza che determinerà l’architetto sull’opera saranno obligati di fare i ponti e le centine a proportione la grandezza delle volte. Li sproni saranno 2° sopra si è detto delle muraglie di mattoni lasceranno nelle mura l’imposti e dove non le lasceranno saranno tenuti a loro conto farlle con il sca</w:t>
      </w:r>
      <w:r w:rsidR="00217914">
        <w:rPr>
          <w:i/>
          <w:iCs/>
          <w:sz w:val="24"/>
          <w:szCs w:val="24"/>
        </w:rPr>
        <w:t>r</w:t>
      </w:r>
      <w:r>
        <w:rPr>
          <w:i/>
          <w:iCs/>
          <w:sz w:val="24"/>
          <w:szCs w:val="24"/>
        </w:rPr>
        <w:t>pello e le sopra dette voltte saranno impostate della sua grosezza quelli di onze 3 le imposta di oncie 3 e quelli 6 di onze 6 per non incominciare alle voltte di qua</w:t>
      </w:r>
      <w:r w:rsidR="00217914">
        <w:rPr>
          <w:i/>
          <w:iCs/>
          <w:sz w:val="24"/>
          <w:szCs w:val="24"/>
        </w:rPr>
        <w:t>r</w:t>
      </w:r>
      <w:r>
        <w:rPr>
          <w:i/>
          <w:iCs/>
          <w:sz w:val="24"/>
          <w:szCs w:val="24"/>
        </w:rPr>
        <w:t xml:space="preserve">to come senza sodezza e </w:t>
      </w:r>
      <w:r w:rsidR="00217914">
        <w:rPr>
          <w:i/>
          <w:iCs/>
          <w:sz w:val="24"/>
          <w:szCs w:val="24"/>
        </w:rPr>
        <w:t>uso</w:t>
      </w:r>
      <w:r>
        <w:rPr>
          <w:i/>
          <w:iCs/>
          <w:sz w:val="24"/>
          <w:szCs w:val="24"/>
        </w:rPr>
        <w:t xml:space="preserve"> e cost</w:t>
      </w:r>
      <w:r w:rsidR="00217914">
        <w:rPr>
          <w:i/>
          <w:iCs/>
          <w:sz w:val="24"/>
          <w:szCs w:val="24"/>
        </w:rPr>
        <w:t>ume</w:t>
      </w:r>
      <w:r>
        <w:rPr>
          <w:i/>
          <w:iCs/>
          <w:sz w:val="24"/>
          <w:szCs w:val="24"/>
        </w:rPr>
        <w:t xml:space="preserve"> e dette voltte si intendono tantto nel sotterraneo che stanza scale gabinetti e ove veranno ordinati dall architetto</w:t>
      </w:r>
      <w:r w:rsidR="006649A0">
        <w:rPr>
          <w:i/>
          <w:iCs/>
          <w:sz w:val="24"/>
          <w:szCs w:val="24"/>
        </w:rPr>
        <w:t xml:space="preserve"> e saranno obligati di mettere in opera e far tirare le chiave tantto interne che in vista con suoi bolzoni e brache e s’intende a loro costo le misure saranno di onze 10 secondo li constituzione dell’Reggio Ufizio delle fabriche di Sa. Ma. </w:t>
      </w:r>
    </w:p>
    <w:p w14:paraId="797AEEFF" w14:textId="1CC95E48" w:rsidR="006649A0" w:rsidRDefault="006649A0" w:rsidP="00CC7A33">
      <w:pPr>
        <w:jc w:val="both"/>
        <w:rPr>
          <w:i/>
          <w:iCs/>
          <w:sz w:val="24"/>
          <w:szCs w:val="24"/>
        </w:rPr>
      </w:pPr>
      <w:r>
        <w:rPr>
          <w:i/>
          <w:iCs/>
          <w:sz w:val="24"/>
          <w:szCs w:val="24"/>
        </w:rPr>
        <w:t>Saranno tenuti di mettere boni e perfetti maestri a l’opera e sarà in arbitrio dell sopra stante levare dal opera i maestri che non saranno boni e perfetti a l’arte di murare e l’impresarij sor</w:t>
      </w:r>
      <w:r w:rsidR="0052126D">
        <w:rPr>
          <w:i/>
          <w:iCs/>
          <w:sz w:val="24"/>
          <w:szCs w:val="24"/>
        </w:rPr>
        <w:t>o</w:t>
      </w:r>
      <w:r>
        <w:rPr>
          <w:i/>
          <w:iCs/>
          <w:sz w:val="24"/>
          <w:szCs w:val="24"/>
        </w:rPr>
        <w:t xml:space="preserve">geranno altri maestri boni. </w:t>
      </w:r>
    </w:p>
    <w:p w14:paraId="20069554" w14:textId="77777777" w:rsidR="00466D09" w:rsidRDefault="006649A0" w:rsidP="00CC7A33">
      <w:pPr>
        <w:jc w:val="both"/>
        <w:rPr>
          <w:i/>
          <w:iCs/>
          <w:sz w:val="24"/>
          <w:szCs w:val="24"/>
        </w:rPr>
      </w:pPr>
      <w:r>
        <w:rPr>
          <w:i/>
          <w:iCs/>
          <w:sz w:val="24"/>
          <w:szCs w:val="24"/>
        </w:rPr>
        <w:t xml:space="preserve">Stabiliture. </w:t>
      </w:r>
    </w:p>
    <w:p w14:paraId="4DE90859" w14:textId="584667BD" w:rsidR="006649A0" w:rsidRDefault="006649A0" w:rsidP="00CC7A33">
      <w:pPr>
        <w:jc w:val="both"/>
        <w:rPr>
          <w:i/>
          <w:iCs/>
          <w:sz w:val="24"/>
          <w:szCs w:val="24"/>
        </w:rPr>
      </w:pPr>
      <w:r>
        <w:rPr>
          <w:i/>
          <w:iCs/>
          <w:sz w:val="24"/>
          <w:szCs w:val="24"/>
        </w:rPr>
        <w:t>Le stabiliture saranno all’Italiana con mettere ogni 3 piedi in circha i suoi rigoni e l’angoli o spigoli a piombo perfetto e che siano lisce senza vedere i tagli della cazola quelli esteriori saranno di calcina forte di Soperga quelli interni di calcina dolce di Giaveno nelli angoli o spigoli o di lesene zocoli riquadri intavellature meteranno il 3° di gesso. Li spigoli o angoli di pilastri lesene zocoli riquadri e qual si sia spigolo saranno di sola calcina forte di Soperga nella parte esteriore di detta fabricha e questi spigoli si intendono tantto a piombo che in piano o semicircolari. Le stabiliture delle voltte saranno di calcina dolce di Giaveno e saranno fatte lisce e senza nesun difetto e secondo il centine che le formano con fare l’angoli alle lunette e ove a quelli a padiglione riempire l’angoli e farlli semicircolare dove e nel quadr</w:t>
      </w:r>
      <w:r w:rsidR="00904C16">
        <w:rPr>
          <w:i/>
          <w:iCs/>
          <w:sz w:val="24"/>
          <w:szCs w:val="24"/>
        </w:rPr>
        <w:t>ar</w:t>
      </w:r>
      <w:r>
        <w:rPr>
          <w:i/>
          <w:iCs/>
          <w:sz w:val="24"/>
          <w:szCs w:val="24"/>
        </w:rPr>
        <w:t xml:space="preserve">e i </w:t>
      </w:r>
      <w:r w:rsidR="00904C16">
        <w:rPr>
          <w:i/>
          <w:iCs/>
          <w:sz w:val="24"/>
          <w:szCs w:val="24"/>
        </w:rPr>
        <w:t>van</w:t>
      </w:r>
      <w:r>
        <w:rPr>
          <w:i/>
          <w:iCs/>
          <w:sz w:val="24"/>
          <w:szCs w:val="24"/>
        </w:rPr>
        <w:t>i sopra le finestre metteranno di chiodi acciò tenga nella centina che si deve delli voltini con lasciare i suoi giu</w:t>
      </w:r>
      <w:r w:rsidR="00904C16">
        <w:rPr>
          <w:i/>
          <w:iCs/>
          <w:sz w:val="24"/>
          <w:szCs w:val="24"/>
        </w:rPr>
        <w:t>st</w:t>
      </w:r>
      <w:r>
        <w:rPr>
          <w:i/>
          <w:iCs/>
          <w:sz w:val="24"/>
          <w:szCs w:val="24"/>
        </w:rPr>
        <w:t>i batentti alli ciasili delle finestre il tutto fatto con diligenza e 2° richiede l’arte.</w:t>
      </w:r>
    </w:p>
    <w:p w14:paraId="6361018B" w14:textId="77777777" w:rsidR="00466D09" w:rsidRDefault="00FD1BCB" w:rsidP="00CC7A33">
      <w:pPr>
        <w:jc w:val="both"/>
        <w:rPr>
          <w:i/>
          <w:iCs/>
          <w:sz w:val="24"/>
          <w:szCs w:val="24"/>
        </w:rPr>
      </w:pPr>
      <w:r>
        <w:rPr>
          <w:i/>
          <w:iCs/>
          <w:sz w:val="24"/>
          <w:szCs w:val="24"/>
        </w:rPr>
        <w:t xml:space="preserve">Sterniti stilati. </w:t>
      </w:r>
    </w:p>
    <w:p w14:paraId="29DC35C6" w14:textId="379B7EEC" w:rsidR="00FD1BCB" w:rsidRDefault="00FD1BCB" w:rsidP="00CC7A33">
      <w:pPr>
        <w:jc w:val="both"/>
        <w:rPr>
          <w:i/>
          <w:iCs/>
          <w:sz w:val="24"/>
          <w:szCs w:val="24"/>
        </w:rPr>
      </w:pPr>
      <w:r>
        <w:rPr>
          <w:i/>
          <w:iCs/>
          <w:sz w:val="24"/>
          <w:szCs w:val="24"/>
        </w:rPr>
        <w:t>Li sterniti stilati saranno di quadrettoni ben cotti di onze 6 in quadratura e saranno di Monchalieri o della Loggia se saranno di ugual bontà saranno ben f</w:t>
      </w:r>
      <w:r w:rsidR="00904C16">
        <w:rPr>
          <w:i/>
          <w:iCs/>
          <w:sz w:val="24"/>
          <w:szCs w:val="24"/>
        </w:rPr>
        <w:t>re</w:t>
      </w:r>
      <w:r>
        <w:rPr>
          <w:i/>
          <w:iCs/>
          <w:sz w:val="24"/>
          <w:szCs w:val="24"/>
        </w:rPr>
        <w:t xml:space="preserve">gati e squadrati e nelle </w:t>
      </w:r>
      <w:r w:rsidR="00904C16">
        <w:rPr>
          <w:i/>
          <w:iCs/>
          <w:sz w:val="24"/>
          <w:szCs w:val="24"/>
        </w:rPr>
        <w:t>unioni</w:t>
      </w:r>
      <w:r>
        <w:rPr>
          <w:i/>
          <w:iCs/>
          <w:sz w:val="24"/>
          <w:szCs w:val="24"/>
        </w:rPr>
        <w:t xml:space="preserve"> non vi sarà più che una picolissima e sottile ligniola noteranno bone in calcina forte di </w:t>
      </w:r>
      <w:r>
        <w:rPr>
          <w:i/>
          <w:iCs/>
          <w:sz w:val="24"/>
          <w:szCs w:val="24"/>
        </w:rPr>
        <w:lastRenderedPageBreak/>
        <w:t xml:space="preserve">Soperga e saranno con tutta diligenza imbocate faranno intorno le sue guide e saranno messe in angolo con fare i pezzi vicino alle guide sottilmente in calcina come sopra. Spianeranno a suo conto le voltte o solari di calcinacci </w:t>
      </w:r>
      <w:r w:rsidR="00904C16">
        <w:rPr>
          <w:i/>
          <w:iCs/>
          <w:sz w:val="24"/>
          <w:szCs w:val="24"/>
        </w:rPr>
        <w:t>e ove</w:t>
      </w:r>
      <w:r>
        <w:rPr>
          <w:i/>
          <w:iCs/>
          <w:sz w:val="24"/>
          <w:szCs w:val="24"/>
        </w:rPr>
        <w:t xml:space="preserve"> non ve ne fossero di giara e terra asciutta acciò si possa dare il livello perfetto a tutte le camere scaloni gabinetti ripiani di scale corridori e questi saranno in piano perfetto e se nelli livelli vi fosse errore saranno tenuti di disfarlli a loro spese e farlli in piano perfetto. </w:t>
      </w:r>
    </w:p>
    <w:p w14:paraId="5C72187F" w14:textId="77777777" w:rsidR="00466D09" w:rsidRDefault="00FD1BCB" w:rsidP="00CC7A33">
      <w:pPr>
        <w:jc w:val="both"/>
        <w:rPr>
          <w:i/>
          <w:iCs/>
          <w:sz w:val="24"/>
          <w:szCs w:val="24"/>
        </w:rPr>
      </w:pPr>
      <w:r>
        <w:rPr>
          <w:i/>
          <w:iCs/>
          <w:sz w:val="24"/>
          <w:szCs w:val="24"/>
        </w:rPr>
        <w:t xml:space="preserve">Sterniti rigati e fregati. </w:t>
      </w:r>
    </w:p>
    <w:p w14:paraId="476CA154" w14:textId="1B851B39" w:rsidR="00FD1BCB" w:rsidRDefault="00FD1BCB" w:rsidP="00CC7A33">
      <w:pPr>
        <w:jc w:val="both"/>
        <w:rPr>
          <w:i/>
          <w:iCs/>
          <w:sz w:val="24"/>
          <w:szCs w:val="24"/>
        </w:rPr>
      </w:pPr>
      <w:r>
        <w:rPr>
          <w:i/>
          <w:iCs/>
          <w:sz w:val="24"/>
          <w:szCs w:val="24"/>
        </w:rPr>
        <w:t xml:space="preserve">I sterniti rigati e fregati saranno del istessi quadrettoni o della loggia o vero di Moncaglieri di onze 6 in quadro e la distanza tra un quadrettone e l’altro non sia più che la 10 parte del oncia e saranno messi in opera in calcina forte di soperga con suoi guide in torno alle stanze e saranno obligatii di spianare di giara i piani come sopra e imbocarlle a tutta perfetione e ben fregate al di sopra che fa faccia al sternito. </w:t>
      </w:r>
    </w:p>
    <w:p w14:paraId="6BB60F44" w14:textId="77777777" w:rsidR="00466D09" w:rsidRDefault="00FD1BCB" w:rsidP="00CC7A33">
      <w:pPr>
        <w:jc w:val="both"/>
        <w:rPr>
          <w:i/>
          <w:iCs/>
          <w:sz w:val="24"/>
          <w:szCs w:val="24"/>
        </w:rPr>
      </w:pPr>
      <w:r>
        <w:rPr>
          <w:i/>
          <w:iCs/>
          <w:sz w:val="24"/>
          <w:szCs w:val="24"/>
        </w:rPr>
        <w:t>Sterniti rustici.</w:t>
      </w:r>
    </w:p>
    <w:p w14:paraId="23E1F75C" w14:textId="42748423" w:rsidR="001D3719" w:rsidRDefault="00FD1BCB" w:rsidP="00CC7A33">
      <w:pPr>
        <w:jc w:val="both"/>
        <w:rPr>
          <w:i/>
          <w:iCs/>
          <w:sz w:val="24"/>
          <w:szCs w:val="24"/>
        </w:rPr>
      </w:pPr>
      <w:r>
        <w:rPr>
          <w:i/>
          <w:iCs/>
          <w:sz w:val="24"/>
          <w:szCs w:val="24"/>
        </w:rPr>
        <w:t>I sterniti rustici saranno di quadretti del ordinaria l</w:t>
      </w:r>
      <w:r w:rsidR="001D3719">
        <w:rPr>
          <w:i/>
          <w:iCs/>
          <w:sz w:val="24"/>
          <w:szCs w:val="24"/>
        </w:rPr>
        <w:t>ongezza e largezza e questi saranno ben notant</w:t>
      </w:r>
      <w:r w:rsidR="00904C16">
        <w:rPr>
          <w:i/>
          <w:iCs/>
          <w:sz w:val="24"/>
          <w:szCs w:val="24"/>
        </w:rPr>
        <w:t>i</w:t>
      </w:r>
      <w:r w:rsidR="001D3719">
        <w:rPr>
          <w:i/>
          <w:iCs/>
          <w:sz w:val="24"/>
          <w:szCs w:val="24"/>
        </w:rPr>
        <w:t xml:space="preserve"> in calcina forte di Soperga e saranno in piano perfetto e bene uniti asieme e saranno o di Moncalieri o della Loggia e se di ritroveranno della medema terra delli mattoni ben cotti e atti al servizio si permetterà farlli sul posto e in questo si farà la visita inazi di meterlli in opera.</w:t>
      </w:r>
    </w:p>
    <w:p w14:paraId="4DE70442" w14:textId="77777777" w:rsidR="00466D09" w:rsidRDefault="001D3719" w:rsidP="00CC7A33">
      <w:pPr>
        <w:jc w:val="both"/>
        <w:rPr>
          <w:i/>
          <w:iCs/>
          <w:sz w:val="24"/>
          <w:szCs w:val="24"/>
        </w:rPr>
      </w:pPr>
      <w:r>
        <w:rPr>
          <w:i/>
          <w:iCs/>
          <w:sz w:val="24"/>
          <w:szCs w:val="24"/>
        </w:rPr>
        <w:t xml:space="preserve">Cornici rustici. </w:t>
      </w:r>
    </w:p>
    <w:p w14:paraId="41B1745F" w14:textId="0AFE03DE" w:rsidR="001D3719" w:rsidRDefault="001D3719" w:rsidP="00CC7A33">
      <w:pPr>
        <w:jc w:val="both"/>
        <w:rPr>
          <w:i/>
          <w:iCs/>
          <w:sz w:val="24"/>
          <w:szCs w:val="24"/>
        </w:rPr>
      </w:pPr>
      <w:r>
        <w:rPr>
          <w:i/>
          <w:iCs/>
          <w:sz w:val="24"/>
          <w:szCs w:val="24"/>
        </w:rPr>
        <w:t xml:space="preserve">Cornice saranno fatti secondo la sacoma che darà l’architetto sul posto e saranno di mattoni tagliati e con quadretti acciò la stabilitura vada bene senza dovere rompere doppo quando si doverà pasare la sacoma con questo che se si doverà rompere la cornice di rustico non si bonificherà niente e saranno scarse acciò la calcina vada sopra del ordinaria grosezza saranno in piano perfetto semicircolari e di qual si sia figura e saranno misurate nella mettà del suo sporto e nel incociolatoio a trabucho lineale. </w:t>
      </w:r>
    </w:p>
    <w:p w14:paraId="1AADEF1A" w14:textId="77777777" w:rsidR="001D3719" w:rsidRDefault="001D3719" w:rsidP="00CC7A33">
      <w:pPr>
        <w:jc w:val="both"/>
        <w:rPr>
          <w:i/>
          <w:iCs/>
          <w:sz w:val="24"/>
          <w:szCs w:val="24"/>
        </w:rPr>
      </w:pPr>
      <w:r>
        <w:rPr>
          <w:i/>
          <w:iCs/>
          <w:sz w:val="24"/>
          <w:szCs w:val="24"/>
        </w:rPr>
        <w:t>Cornice di onze 1 sino a onze 3</w:t>
      </w:r>
    </w:p>
    <w:p w14:paraId="41E05BF0" w14:textId="66A5425E" w:rsidR="001D3719" w:rsidRDefault="001D3719" w:rsidP="001D3719">
      <w:pPr>
        <w:jc w:val="both"/>
        <w:rPr>
          <w:i/>
          <w:iCs/>
          <w:sz w:val="24"/>
          <w:szCs w:val="24"/>
        </w:rPr>
      </w:pPr>
      <w:r>
        <w:rPr>
          <w:i/>
          <w:iCs/>
          <w:sz w:val="24"/>
          <w:szCs w:val="24"/>
        </w:rPr>
        <w:t>Cornice di onze 4 sino a onze 6</w:t>
      </w:r>
    </w:p>
    <w:p w14:paraId="5733D037" w14:textId="48FE668A" w:rsidR="001D3719" w:rsidRDefault="001D3719" w:rsidP="001D3719">
      <w:pPr>
        <w:jc w:val="both"/>
        <w:rPr>
          <w:i/>
          <w:iCs/>
          <w:sz w:val="24"/>
          <w:szCs w:val="24"/>
        </w:rPr>
      </w:pPr>
      <w:r>
        <w:rPr>
          <w:i/>
          <w:iCs/>
          <w:sz w:val="24"/>
          <w:szCs w:val="24"/>
        </w:rPr>
        <w:t>Cornice di onze 7 sino a onze 9</w:t>
      </w:r>
    </w:p>
    <w:p w14:paraId="187E07DA" w14:textId="77777777" w:rsidR="001D3719" w:rsidRDefault="001D3719" w:rsidP="00CC7A33">
      <w:pPr>
        <w:jc w:val="both"/>
        <w:rPr>
          <w:i/>
          <w:iCs/>
          <w:sz w:val="24"/>
          <w:szCs w:val="24"/>
        </w:rPr>
      </w:pPr>
      <w:r>
        <w:rPr>
          <w:i/>
          <w:iCs/>
          <w:sz w:val="24"/>
          <w:szCs w:val="24"/>
        </w:rPr>
        <w:t>Cornice di onze 10 sino a onze 15</w:t>
      </w:r>
    </w:p>
    <w:p w14:paraId="2353F9B7" w14:textId="7EE3AC1C" w:rsidR="001D3719" w:rsidRDefault="00904C16" w:rsidP="00CC7A33">
      <w:pPr>
        <w:jc w:val="both"/>
        <w:rPr>
          <w:i/>
          <w:iCs/>
          <w:sz w:val="24"/>
          <w:szCs w:val="24"/>
        </w:rPr>
      </w:pPr>
      <w:r>
        <w:rPr>
          <w:i/>
          <w:iCs/>
          <w:sz w:val="24"/>
          <w:szCs w:val="24"/>
        </w:rPr>
        <w:t>e</w:t>
      </w:r>
      <w:r w:rsidR="001D3719">
        <w:rPr>
          <w:i/>
          <w:iCs/>
          <w:sz w:val="24"/>
          <w:szCs w:val="24"/>
        </w:rPr>
        <w:t xml:space="preserve"> questi saranno obligati di mettere in opera le lose che gli saranno provisti sul posto. Cornice di onze 16 sino a 18 e metteranno parimente in opera le lose che gli saranno provisti sul posto a conto de</w:t>
      </w:r>
      <w:r>
        <w:rPr>
          <w:i/>
          <w:iCs/>
          <w:sz w:val="24"/>
          <w:szCs w:val="24"/>
        </w:rPr>
        <w:t>l</w:t>
      </w:r>
      <w:r w:rsidR="001D3719">
        <w:rPr>
          <w:i/>
          <w:iCs/>
          <w:sz w:val="24"/>
          <w:szCs w:val="24"/>
        </w:rPr>
        <w:t xml:space="preserve"> della fabricha. </w:t>
      </w:r>
    </w:p>
    <w:p w14:paraId="096812DB" w14:textId="77777777" w:rsidR="00466D09" w:rsidRDefault="001D3719" w:rsidP="00CC7A33">
      <w:pPr>
        <w:jc w:val="both"/>
        <w:rPr>
          <w:i/>
          <w:iCs/>
          <w:sz w:val="24"/>
          <w:szCs w:val="24"/>
        </w:rPr>
      </w:pPr>
      <w:r>
        <w:rPr>
          <w:i/>
          <w:iCs/>
          <w:sz w:val="24"/>
          <w:szCs w:val="24"/>
        </w:rPr>
        <w:t xml:space="preserve">Cornice stabiliti. </w:t>
      </w:r>
    </w:p>
    <w:p w14:paraId="3C8E6090" w14:textId="329B430D" w:rsidR="001D3719" w:rsidRDefault="001D3719" w:rsidP="00CC7A33">
      <w:pPr>
        <w:jc w:val="both"/>
        <w:rPr>
          <w:i/>
          <w:iCs/>
          <w:sz w:val="24"/>
          <w:szCs w:val="24"/>
        </w:rPr>
      </w:pPr>
      <w:r>
        <w:rPr>
          <w:i/>
          <w:iCs/>
          <w:sz w:val="24"/>
          <w:szCs w:val="24"/>
        </w:rPr>
        <w:t>Cornice saranno fatti 2° la sacoma e saranno quelli interiori con gesso e calcina dolce di Giaveno e li esteriori di calcina forte di Soperga senza gesso e ove vi saranno cornice senza rusticho saranno obligati di mettere chiodi di suficiente longezza e grosezza e saranno tantto in piano che semicircolari e di qual si sia figura tantto nelle muraglie che nelle voltte a tutta opera perfetta.</w:t>
      </w:r>
    </w:p>
    <w:p w14:paraId="785F195E" w14:textId="77777777" w:rsidR="001D3719" w:rsidRDefault="001D3719" w:rsidP="00CC7A33">
      <w:pPr>
        <w:jc w:val="both"/>
        <w:rPr>
          <w:i/>
          <w:iCs/>
          <w:sz w:val="24"/>
          <w:szCs w:val="24"/>
        </w:rPr>
      </w:pPr>
      <w:r>
        <w:rPr>
          <w:i/>
          <w:iCs/>
          <w:sz w:val="24"/>
          <w:szCs w:val="24"/>
        </w:rPr>
        <w:t xml:space="preserve">Cornice di onze 1 sino a onze 3 </w:t>
      </w:r>
    </w:p>
    <w:p w14:paraId="1FAF45A1" w14:textId="77777777" w:rsidR="00456669" w:rsidRDefault="00456669" w:rsidP="00456669">
      <w:pPr>
        <w:jc w:val="both"/>
        <w:rPr>
          <w:i/>
          <w:iCs/>
          <w:sz w:val="24"/>
          <w:szCs w:val="24"/>
        </w:rPr>
      </w:pPr>
      <w:r>
        <w:rPr>
          <w:i/>
          <w:iCs/>
          <w:sz w:val="24"/>
          <w:szCs w:val="24"/>
        </w:rPr>
        <w:lastRenderedPageBreak/>
        <w:t>Cornice di onze 4 sino a onze 6</w:t>
      </w:r>
    </w:p>
    <w:p w14:paraId="220EEDCF" w14:textId="77777777" w:rsidR="00456669" w:rsidRDefault="00456669" w:rsidP="00456669">
      <w:pPr>
        <w:jc w:val="both"/>
        <w:rPr>
          <w:i/>
          <w:iCs/>
          <w:sz w:val="24"/>
          <w:szCs w:val="24"/>
        </w:rPr>
      </w:pPr>
      <w:r>
        <w:rPr>
          <w:i/>
          <w:iCs/>
          <w:sz w:val="24"/>
          <w:szCs w:val="24"/>
        </w:rPr>
        <w:t>Cornice di onze 7 sino a onze 9</w:t>
      </w:r>
    </w:p>
    <w:p w14:paraId="3D1FE2E4" w14:textId="77777777" w:rsidR="00456669" w:rsidRDefault="00456669" w:rsidP="00CC7A33">
      <w:pPr>
        <w:jc w:val="both"/>
        <w:rPr>
          <w:i/>
          <w:iCs/>
          <w:sz w:val="24"/>
          <w:szCs w:val="24"/>
        </w:rPr>
      </w:pPr>
      <w:r>
        <w:rPr>
          <w:i/>
          <w:iCs/>
          <w:sz w:val="24"/>
          <w:szCs w:val="24"/>
        </w:rPr>
        <w:t>Cornice di onze 10 sino a onze 15</w:t>
      </w:r>
    </w:p>
    <w:p w14:paraId="06725536" w14:textId="77777777" w:rsidR="00456669" w:rsidRDefault="00456669" w:rsidP="00CC7A33">
      <w:pPr>
        <w:jc w:val="both"/>
        <w:rPr>
          <w:i/>
          <w:iCs/>
          <w:sz w:val="24"/>
          <w:szCs w:val="24"/>
        </w:rPr>
      </w:pPr>
      <w:r>
        <w:rPr>
          <w:i/>
          <w:iCs/>
          <w:sz w:val="24"/>
          <w:szCs w:val="24"/>
        </w:rPr>
        <w:t>Cornice di onze 16 sino a onze 18</w:t>
      </w:r>
    </w:p>
    <w:p w14:paraId="76557FE5" w14:textId="77777777" w:rsidR="007C2987" w:rsidRDefault="00456669" w:rsidP="00CC7A33">
      <w:pPr>
        <w:jc w:val="both"/>
        <w:rPr>
          <w:i/>
          <w:iCs/>
          <w:sz w:val="24"/>
          <w:szCs w:val="24"/>
        </w:rPr>
      </w:pPr>
      <w:r>
        <w:rPr>
          <w:i/>
          <w:iCs/>
          <w:sz w:val="24"/>
          <w:szCs w:val="24"/>
        </w:rPr>
        <w:t xml:space="preserve">e se ve ne saranno più grande che non </w:t>
      </w:r>
      <w:r w:rsidR="00904C16">
        <w:rPr>
          <w:i/>
          <w:iCs/>
          <w:sz w:val="24"/>
          <w:szCs w:val="24"/>
        </w:rPr>
        <w:t>cre</w:t>
      </w:r>
      <w:r>
        <w:rPr>
          <w:i/>
          <w:iCs/>
          <w:sz w:val="24"/>
          <w:szCs w:val="24"/>
        </w:rPr>
        <w:t xml:space="preserve">do saranno a data proportione di questi come parimente s’intende per le rustiche. </w:t>
      </w:r>
    </w:p>
    <w:p w14:paraId="6DE52644" w14:textId="094CF90E" w:rsidR="00456669" w:rsidRDefault="00456669" w:rsidP="00CC7A33">
      <w:pPr>
        <w:jc w:val="both"/>
        <w:rPr>
          <w:i/>
          <w:iCs/>
          <w:sz w:val="24"/>
          <w:szCs w:val="24"/>
        </w:rPr>
      </w:pPr>
      <w:r>
        <w:rPr>
          <w:i/>
          <w:iCs/>
          <w:sz w:val="24"/>
          <w:szCs w:val="24"/>
        </w:rPr>
        <w:t>Tutti li c</w:t>
      </w:r>
      <w:r w:rsidR="007C2987">
        <w:rPr>
          <w:i/>
          <w:iCs/>
          <w:sz w:val="24"/>
          <w:szCs w:val="24"/>
        </w:rPr>
        <w:t>a</w:t>
      </w:r>
      <w:r>
        <w:rPr>
          <w:i/>
          <w:iCs/>
          <w:sz w:val="24"/>
          <w:szCs w:val="24"/>
        </w:rPr>
        <w:t xml:space="preserve">pi di questa fabricha saranno operate con tutta perfetione e secondo ricercha l’arte di ben murare e </w:t>
      </w:r>
      <w:r w:rsidR="007C2987">
        <w:rPr>
          <w:i/>
          <w:iCs/>
          <w:sz w:val="24"/>
          <w:szCs w:val="24"/>
        </w:rPr>
        <w:t xml:space="preserve">sarà tutto a opera conlaudata e </w:t>
      </w:r>
      <w:r>
        <w:rPr>
          <w:i/>
          <w:iCs/>
          <w:sz w:val="24"/>
          <w:szCs w:val="24"/>
        </w:rPr>
        <w:t>approvata.</w:t>
      </w:r>
    </w:p>
    <w:p w14:paraId="3B969D0A" w14:textId="77777777" w:rsidR="00456669" w:rsidRDefault="00456669" w:rsidP="00CC7A33">
      <w:pPr>
        <w:jc w:val="both"/>
        <w:rPr>
          <w:i/>
          <w:iCs/>
          <w:sz w:val="24"/>
          <w:szCs w:val="24"/>
        </w:rPr>
      </w:pPr>
      <w:r>
        <w:rPr>
          <w:i/>
          <w:iCs/>
          <w:sz w:val="24"/>
          <w:szCs w:val="24"/>
        </w:rPr>
        <w:t>Se voranno maggior dichiarazione di detta istruzione o disegnio saranno obligati inazi di spiegare i suoi motivi altrimente doppo comunicata e letta saranno tenuti ad adempiere capo per capo la detta istruzione.</w:t>
      </w:r>
    </w:p>
    <w:p w14:paraId="33735DB7" w14:textId="4E002BE6" w:rsidR="00CC7A33" w:rsidRDefault="00456669" w:rsidP="00CC7A33">
      <w:pPr>
        <w:jc w:val="both"/>
        <w:rPr>
          <w:i/>
          <w:iCs/>
          <w:sz w:val="24"/>
          <w:szCs w:val="24"/>
        </w:rPr>
      </w:pPr>
      <w:r>
        <w:rPr>
          <w:i/>
          <w:iCs/>
          <w:sz w:val="24"/>
          <w:szCs w:val="24"/>
        </w:rPr>
        <w:t xml:space="preserve">La detta fabricha sarà in stato di meterlla in coperto quest anno e daranno le muraglie anticipatamente </w:t>
      </w:r>
      <w:r w:rsidR="007C2987">
        <w:rPr>
          <w:i/>
          <w:iCs/>
          <w:sz w:val="24"/>
          <w:szCs w:val="24"/>
        </w:rPr>
        <w:t>essendo</w:t>
      </w:r>
      <w:r>
        <w:rPr>
          <w:i/>
          <w:iCs/>
          <w:sz w:val="24"/>
          <w:szCs w:val="24"/>
        </w:rPr>
        <w:t xml:space="preserve"> la sua altezza 2° dimostra il disegnio e pianta non di troppo conseguenza e se non daranno in tempo le dette fabriche per poterlli coprire prima della staggione saranno tenuti a tutti i d</w:t>
      </w:r>
      <w:r w:rsidR="007C2987">
        <w:rPr>
          <w:i/>
          <w:iCs/>
          <w:sz w:val="24"/>
          <w:szCs w:val="24"/>
        </w:rPr>
        <w:t>ann</w:t>
      </w:r>
      <w:r>
        <w:rPr>
          <w:i/>
          <w:iCs/>
          <w:sz w:val="24"/>
          <w:szCs w:val="24"/>
        </w:rPr>
        <w:t>i che potra s</w:t>
      </w:r>
      <w:r w:rsidR="007C2987">
        <w:rPr>
          <w:i/>
          <w:iCs/>
          <w:sz w:val="24"/>
          <w:szCs w:val="24"/>
        </w:rPr>
        <w:t>ofrir</w:t>
      </w:r>
      <w:r>
        <w:rPr>
          <w:i/>
          <w:iCs/>
          <w:sz w:val="24"/>
          <w:szCs w:val="24"/>
        </w:rPr>
        <w:t xml:space="preserve">e o vero si metterà </w:t>
      </w:r>
      <w:r w:rsidR="007C2987">
        <w:rPr>
          <w:i/>
          <w:iCs/>
          <w:sz w:val="24"/>
          <w:szCs w:val="24"/>
        </w:rPr>
        <w:t>t</w:t>
      </w:r>
      <w:r>
        <w:rPr>
          <w:i/>
          <w:iCs/>
          <w:sz w:val="24"/>
          <w:szCs w:val="24"/>
        </w:rPr>
        <w:t>anti maestri che si farà finire a loro conto il tutto fatto da bon padre di famiglia tantto nelli materiali che fattura.</w:t>
      </w:r>
      <w:r w:rsidR="00000000">
        <w:rPr>
          <w:i/>
          <w:iCs/>
          <w:sz w:val="24"/>
          <w:szCs w:val="24"/>
        </w:rPr>
        <w:pict w14:anchorId="4CD63504">
          <v:rect id="_x0000_i1505" style="width:0;height:1.5pt" o:hralign="center" o:hrstd="t" o:hr="t" fillcolor="#a0a0a0" stroked="f"/>
        </w:pict>
      </w:r>
    </w:p>
    <w:p w14:paraId="6DA64046" w14:textId="62034B79" w:rsidR="00CE1BD9" w:rsidRPr="00CE1BD9" w:rsidRDefault="00CE1BD9" w:rsidP="00CC7A33">
      <w:pPr>
        <w:jc w:val="right"/>
        <w:rPr>
          <w:i/>
          <w:iCs/>
          <w:sz w:val="24"/>
          <w:szCs w:val="24"/>
        </w:rPr>
      </w:pPr>
      <w:r w:rsidRPr="00CE1BD9">
        <w:rPr>
          <w:i/>
          <w:iCs/>
          <w:sz w:val="24"/>
          <w:szCs w:val="24"/>
        </w:rPr>
        <w:t>giorno di 5 Aprile 1729</w:t>
      </w:r>
    </w:p>
    <w:p w14:paraId="64171418" w14:textId="77777777" w:rsidR="00CC7A33" w:rsidRDefault="00CE1BD9" w:rsidP="00CC7A33">
      <w:pPr>
        <w:jc w:val="right"/>
        <w:rPr>
          <w:i/>
          <w:iCs/>
          <w:sz w:val="24"/>
          <w:szCs w:val="24"/>
        </w:rPr>
      </w:pPr>
      <w:r w:rsidRPr="00CE1BD9">
        <w:rPr>
          <w:i/>
          <w:iCs/>
          <w:sz w:val="24"/>
          <w:szCs w:val="24"/>
        </w:rPr>
        <w:t>Cavaliere Don Filippo Juvarra Primo Architetto</w:t>
      </w:r>
      <w:r w:rsidR="00000000">
        <w:rPr>
          <w:i/>
          <w:iCs/>
          <w:sz w:val="24"/>
          <w:szCs w:val="24"/>
        </w:rPr>
        <w:pict w14:anchorId="0C259B4D">
          <v:rect id="_x0000_i1506" style="width:0;height:1.5pt" o:hralign="center" o:hrstd="t" o:hr="t" fillcolor="#a0a0a0" stroked="f"/>
        </w:pict>
      </w:r>
    </w:p>
    <w:p w14:paraId="049243F2" w14:textId="6BDEF983" w:rsidR="00CE1BD9" w:rsidRDefault="00CE1BD9" w:rsidP="00CC7A33">
      <w:pPr>
        <w:jc w:val="both"/>
        <w:rPr>
          <w:sz w:val="24"/>
          <w:szCs w:val="24"/>
        </w:rPr>
      </w:pPr>
      <w:r w:rsidRPr="00CE1BD9">
        <w:rPr>
          <w:sz w:val="24"/>
          <w:szCs w:val="24"/>
        </w:rPr>
        <w:t>Archivio Storico dell'Ordine Mauriziano | Stupinigi, Vinovo e dipendenze | Mazzo 14 (1715-1731)</w:t>
      </w:r>
      <w:r>
        <w:rPr>
          <w:sz w:val="24"/>
          <w:szCs w:val="24"/>
        </w:rPr>
        <w:t xml:space="preserve"> | fasc. 452.</w:t>
      </w:r>
    </w:p>
    <w:p w14:paraId="3A4A468A" w14:textId="77777777" w:rsidR="00CE1BD9" w:rsidRDefault="00CE1BD9" w:rsidP="00CE1BD9">
      <w:pPr>
        <w:jc w:val="center"/>
        <w:rPr>
          <w:sz w:val="24"/>
          <w:szCs w:val="24"/>
        </w:rPr>
      </w:pPr>
    </w:p>
    <w:p w14:paraId="6E5A4D11" w14:textId="64D9EC6E" w:rsidR="00CC7A33" w:rsidRDefault="00CE1BD9" w:rsidP="00CE1BD9">
      <w:pPr>
        <w:jc w:val="center"/>
        <w:rPr>
          <w:i/>
          <w:iCs/>
          <w:sz w:val="24"/>
          <w:szCs w:val="24"/>
        </w:rPr>
      </w:pPr>
      <w:r w:rsidRPr="00CE1BD9">
        <w:rPr>
          <w:b/>
          <w:bCs/>
          <w:i/>
          <w:iCs/>
          <w:sz w:val="24"/>
          <w:szCs w:val="24"/>
        </w:rPr>
        <w:t xml:space="preserve">Istruzione per li coperti e solari della </w:t>
      </w:r>
      <w:r w:rsidR="00456669">
        <w:rPr>
          <w:b/>
          <w:bCs/>
          <w:i/>
          <w:iCs/>
          <w:sz w:val="24"/>
          <w:szCs w:val="24"/>
        </w:rPr>
        <w:t>P</w:t>
      </w:r>
      <w:r w:rsidRPr="00CE1BD9">
        <w:rPr>
          <w:b/>
          <w:bCs/>
          <w:i/>
          <w:iCs/>
          <w:sz w:val="24"/>
          <w:szCs w:val="24"/>
        </w:rPr>
        <w:t xml:space="preserve">alazzina di </w:t>
      </w:r>
      <w:r w:rsidR="00456669">
        <w:rPr>
          <w:b/>
          <w:bCs/>
          <w:i/>
          <w:iCs/>
          <w:sz w:val="24"/>
          <w:szCs w:val="24"/>
        </w:rPr>
        <w:t>C</w:t>
      </w:r>
      <w:r w:rsidRPr="00CE1BD9">
        <w:rPr>
          <w:b/>
          <w:bCs/>
          <w:i/>
          <w:iCs/>
          <w:sz w:val="24"/>
          <w:szCs w:val="24"/>
        </w:rPr>
        <w:t xml:space="preserve">accia da farsi a </w:t>
      </w:r>
      <w:r w:rsidR="00456669">
        <w:rPr>
          <w:b/>
          <w:bCs/>
          <w:i/>
          <w:iCs/>
          <w:sz w:val="24"/>
          <w:szCs w:val="24"/>
        </w:rPr>
        <w:t>S</w:t>
      </w:r>
      <w:r w:rsidRPr="00CE1BD9">
        <w:rPr>
          <w:b/>
          <w:bCs/>
          <w:i/>
          <w:iCs/>
          <w:sz w:val="24"/>
          <w:szCs w:val="24"/>
        </w:rPr>
        <w:t>tupiniggi per S A R</w:t>
      </w:r>
      <w:r w:rsidR="00000000">
        <w:rPr>
          <w:i/>
          <w:iCs/>
          <w:sz w:val="24"/>
          <w:szCs w:val="24"/>
        </w:rPr>
        <w:pict w14:anchorId="555D8376">
          <v:rect id="_x0000_i1507" style="width:0;height:1.5pt" o:hralign="center" o:hrstd="t" o:hr="t" fillcolor="#a0a0a0" stroked="f"/>
        </w:pict>
      </w:r>
    </w:p>
    <w:p w14:paraId="705144E0" w14:textId="77777777" w:rsidR="004C5FF7" w:rsidRDefault="004C5FF7" w:rsidP="00CC7A33">
      <w:pPr>
        <w:jc w:val="both"/>
        <w:rPr>
          <w:i/>
          <w:iCs/>
          <w:sz w:val="24"/>
          <w:szCs w:val="24"/>
        </w:rPr>
      </w:pPr>
      <w:r>
        <w:rPr>
          <w:i/>
          <w:iCs/>
          <w:sz w:val="24"/>
          <w:szCs w:val="24"/>
        </w:rPr>
        <w:t>Coperto.</w:t>
      </w:r>
    </w:p>
    <w:p w14:paraId="18E2DF6D" w14:textId="77777777" w:rsidR="008B59FF" w:rsidRDefault="004C5FF7" w:rsidP="00CC7A33">
      <w:pPr>
        <w:jc w:val="both"/>
        <w:rPr>
          <w:i/>
          <w:iCs/>
          <w:sz w:val="24"/>
          <w:szCs w:val="24"/>
        </w:rPr>
      </w:pPr>
      <w:r>
        <w:rPr>
          <w:i/>
          <w:iCs/>
          <w:sz w:val="24"/>
          <w:szCs w:val="24"/>
        </w:rPr>
        <w:t xml:space="preserve">Il detto coperto sarà fatto con craviate secondo porta il disegno la distanza delle craviate non saranno più che 4 piedi d’una all’altra la grosezza delli legni che le compongono saranno a misura delle longhezze saranno composte di bracci bolzoni saetti e ove fosse necessario di banchetti e saettoni saranno tenuti di mettere saranno bene armate e bene intavate nelle comisure secondo ricerca l’arte di fare boni coperti inchiodati con chiodi caviglie di proporzionata longhezza e grossezza le reme saranno di longhezza che servino due campate o tre e qualunque rema sarà di once 2 ½ nella testa più sottile e dette reme saranno inchiodate sopra li bracci con chiodi di longhezza e grossezza che passino dentro il braccio quanto e grossa la rema e in ogni parte che tocca la rema il braccio e ove saranno due reme che passino saranno inchiodate tutte due la distanza d’una rema e l’altra non sarà più che once 9 li listelli che andaranno sopra saranno di oncie una e oncie una e meza per l’altro verso e saranno d’albera ben dritti e inchiodati sopra le reme in ogni parte che tocchino dette reme con chiodi di </w:t>
      </w:r>
      <w:r>
        <w:rPr>
          <w:i/>
          <w:iCs/>
          <w:sz w:val="24"/>
          <w:szCs w:val="24"/>
        </w:rPr>
        <w:lastRenderedPageBreak/>
        <w:t xml:space="preserve">longhezza e grosezza sufficiente a detto lavoro con essere prima approvate dal soprastante e saranno in distanza che il coppo o coppone sy </w:t>
      </w:r>
      <w:r w:rsidR="008B59FF">
        <w:rPr>
          <w:i/>
          <w:iCs/>
          <w:sz w:val="24"/>
          <w:szCs w:val="24"/>
        </w:rPr>
        <w:t>bene incastrato ove poseranno le cavriate metteranno assi di rovere sopra la muraglia e ove vi vorrà sotto le craviate modiglioni di legno saranno e di 4 e 3 piedi di longhezza e della grossezza della cavriata con smusciare la testa e gola rovescia s’intende di rustico con inchiodarli con caviglie di proporzionata longhezza saranno obligati tenere i colmi dritti a tutta perfezione e ove vi saranno converse saranno obligati di mettere sotto un legno e sua casetta d’assi di rovere per incastrare il canale di tola che si farà della larghezza necessaria a detti coperti e carico d’aqua che possa venire e detti coperti saranno di qual si sia figura e tondi e retti e composte e secondo puol portare il coperto ordinario che si usa al paese. I coppi o copponi che si vorranno impiegare saranno di Moncaglieri o della Loggia se vi ritrovassero terra atta a simile lavoro con prima fare l’esperimento si potranno impiegare e ciò lo farebbe a copponi sotto e le sue trobette sopra acciò sia permanente e più atto a reggere e le nevi e le pioggie saranno obligati di coprire detta fabrica per tutto il mese di novembre al più longo.</w:t>
      </w:r>
    </w:p>
    <w:p w14:paraId="4E60F329" w14:textId="77777777" w:rsidR="005A4C34" w:rsidRDefault="005A4C34" w:rsidP="00CC7A33">
      <w:pPr>
        <w:jc w:val="both"/>
        <w:rPr>
          <w:i/>
          <w:iCs/>
          <w:sz w:val="24"/>
          <w:szCs w:val="24"/>
        </w:rPr>
      </w:pPr>
      <w:r>
        <w:rPr>
          <w:i/>
          <w:iCs/>
          <w:sz w:val="24"/>
          <w:szCs w:val="24"/>
        </w:rPr>
        <w:t>Solari per le stanze nobili.</w:t>
      </w:r>
    </w:p>
    <w:p w14:paraId="71D5C906" w14:textId="77777777" w:rsidR="00B77153" w:rsidRDefault="005A4C34" w:rsidP="00CC7A33">
      <w:pPr>
        <w:jc w:val="both"/>
        <w:rPr>
          <w:i/>
          <w:iCs/>
          <w:sz w:val="24"/>
          <w:szCs w:val="24"/>
        </w:rPr>
      </w:pPr>
      <w:r>
        <w:rPr>
          <w:i/>
          <w:iCs/>
          <w:sz w:val="24"/>
          <w:szCs w:val="24"/>
        </w:rPr>
        <w:t>I solari saranno fatti coi suoi somari di distanza di piedi 3 tra uno e l’altro e sotto ogni testa gli sarà un modiglione di longhezza once 30 in circa smusciato saranno messe in piano perfetto e saranno rustici solo sarà lavorato il filo di sopra ove dovranno posare i travetti la grossezza delli quali sarà secondo o la larghezza delle stanze che quando sarebbono di once 8 sarebbono sufficienti li travetti rustici saranno di once 3 ½ per un lato e di 2 ½ per l’altro e saranno in distanza once 8 tra uno e l’altro e saranno inchiodati ove toccano il trave di sufficiente longhezza e grossezza i chiodi e alcuni inchiodarli di fianco l’assi sopra saranno incaneliti per mezza oncia e investiti e copriranno il trave di sopra e la grossezza d’oncia una grossa rustici e inchiodati con due chiodi per ogni parte che toccano il travetto con sufficienti chiodi da approvarsi dal soprastante e saranno obligati di metterli a livello perfetto e metteranno i travi nel tempo istesso che muratori alzino le muraglie e nelle teste di travi e a fianco di detti metteranno assi di rovere acciò il trave non resti danneggiato dall’umido della muraglia.</w:t>
      </w:r>
    </w:p>
    <w:p w14:paraId="060DDE17" w14:textId="77777777" w:rsidR="00D07A37" w:rsidRDefault="00B77153" w:rsidP="00CC7A33">
      <w:pPr>
        <w:jc w:val="both"/>
        <w:rPr>
          <w:i/>
          <w:iCs/>
          <w:sz w:val="24"/>
          <w:szCs w:val="24"/>
        </w:rPr>
      </w:pPr>
      <w:r>
        <w:rPr>
          <w:i/>
          <w:iCs/>
          <w:sz w:val="24"/>
          <w:szCs w:val="24"/>
        </w:rPr>
        <w:t xml:space="preserve">Solari a profilo. </w:t>
      </w:r>
    </w:p>
    <w:p w14:paraId="0599CAB8" w14:textId="57B2EBD3" w:rsidR="00B77153" w:rsidRDefault="00B77153" w:rsidP="00CC7A33">
      <w:pPr>
        <w:jc w:val="both"/>
        <w:rPr>
          <w:i/>
          <w:iCs/>
          <w:sz w:val="24"/>
          <w:szCs w:val="24"/>
        </w:rPr>
      </w:pPr>
      <w:r>
        <w:rPr>
          <w:i/>
          <w:iCs/>
          <w:sz w:val="24"/>
          <w:szCs w:val="24"/>
        </w:rPr>
        <w:t xml:space="preserve">Li solari a profilo saranno con il suo trave in mezzo le stanze overo due che non passino però le campate piedi cinque. I travi o sommari saranno lavorati con il suo cordone e non saranno meno nelle teste che once 6 e 7 franchi piutosto crescenti che calanti saranno dritti di ottima qualità senza gruppi o falde di pregiudizio. I travetti saranno di once 3 ½ e once 2 ½ lavorati con i suoi cordonetti la distanza d’un travetto all’altro cioè di mezzo a mezzo once 9 nell’unione delli travetti sovra il trave principale si tocheranno e saranno inchiodati con chiodi di sufficiente longhezza e grossezza e il scomparto di detti travetti sempre nella parte del muro incomincierà con il travetto. Li assi saranno investiti e che incastrano almeno mezza oncia di grossezza lavorati al quanto meno dell’oncia e saranno inchiodati con due chiodi per parte ove tocca qual si sia travetto e saranno chiodi di sufficiente longhezza e grossezza gli saranno li listelli a modo rigati di cornicette e saranno regolate che faccino li quadretti perfetti in quadro le cambinature saranno verso il trave e muraglia bene incastrati nelli </w:t>
      </w:r>
      <w:r w:rsidR="009E170D">
        <w:rPr>
          <w:i/>
          <w:iCs/>
          <w:sz w:val="24"/>
          <w:szCs w:val="24"/>
        </w:rPr>
        <w:t xml:space="preserve">travetti e inchiodati come parimente la sua cornice che copre la solita commisura e sarà parimente verso la muraglia inchiodata a ogni testa di travetto. Li travi o sommari saranno di malegnie o rovere li travetti di rovere li listelli d’albera e parimenti li assi d’oncia una crescente. </w:t>
      </w:r>
    </w:p>
    <w:p w14:paraId="713EE68A" w14:textId="2EA9C819" w:rsidR="009E170D" w:rsidRDefault="009E170D" w:rsidP="00CC7A33">
      <w:pPr>
        <w:jc w:val="both"/>
        <w:rPr>
          <w:i/>
          <w:iCs/>
          <w:sz w:val="24"/>
          <w:szCs w:val="24"/>
        </w:rPr>
      </w:pPr>
      <w:r>
        <w:rPr>
          <w:i/>
          <w:iCs/>
          <w:sz w:val="24"/>
          <w:szCs w:val="24"/>
        </w:rPr>
        <w:lastRenderedPageBreak/>
        <w:t xml:space="preserve">Soffitti e stibby. </w:t>
      </w:r>
    </w:p>
    <w:p w14:paraId="19F71855" w14:textId="7B0F5245" w:rsidR="009E170D" w:rsidRDefault="009E170D" w:rsidP="00CC7A33">
      <w:pPr>
        <w:jc w:val="both"/>
        <w:rPr>
          <w:i/>
          <w:iCs/>
          <w:sz w:val="24"/>
          <w:szCs w:val="24"/>
        </w:rPr>
      </w:pPr>
      <w:r>
        <w:rPr>
          <w:i/>
          <w:iCs/>
          <w:sz w:val="24"/>
          <w:szCs w:val="24"/>
        </w:rPr>
        <w:t>Li soffitti saranno d’assi ordinary d’albera e saranno armati di reme non meno di once 3 in punta e saranno squadrate e messe in piano perfetto e inchiodati alle cavriate o altri legni e saranno distanti once 18 d’una all’altra e ove le cavriate o legni saranno molto distanti ne metteranno altri legni più sottili acciò sia con sodezza assicurato. Li assi saranno spianati e investiti che incastrano oncia mezza e faranno inchiodati per di sotto in ogni parte che tocchi le sopra dette reme o legni con 3 chiodi per parte di sufficiente longhezza e grossezza il tutto in piano perfetto e saranno obligati di fare i bucchi alle muraglie ove si infisserà qual si sia forte di legno o travetto o rema il tutto ben fatto ad opera collaudata e approvata.</w:t>
      </w:r>
    </w:p>
    <w:p w14:paraId="5661A08B" w14:textId="77777777" w:rsidR="007571E0" w:rsidRDefault="008A4E16" w:rsidP="00CC7A33">
      <w:pPr>
        <w:jc w:val="both"/>
        <w:rPr>
          <w:i/>
          <w:iCs/>
          <w:sz w:val="24"/>
          <w:szCs w:val="24"/>
        </w:rPr>
      </w:pPr>
      <w:r>
        <w:rPr>
          <w:i/>
          <w:iCs/>
          <w:sz w:val="24"/>
          <w:szCs w:val="24"/>
        </w:rPr>
        <w:t xml:space="preserve">Li stibby saranno della medesima </w:t>
      </w:r>
      <w:r w:rsidR="007571E0">
        <w:rPr>
          <w:i/>
          <w:iCs/>
          <w:sz w:val="24"/>
          <w:szCs w:val="24"/>
        </w:rPr>
        <w:t xml:space="preserve">maniera fatti con la differenza che li assi saranno spianati a tutte le due faccie con parimente le reme ofilagnie per traverso e dove seguita la longhezza dell’asso ci sarà una lista larga once 3 per compire e fare divisione. </w:t>
      </w:r>
    </w:p>
    <w:p w14:paraId="75C98CB4" w14:textId="77777777" w:rsidR="007571E0" w:rsidRDefault="007571E0" w:rsidP="00CC7A33">
      <w:pPr>
        <w:jc w:val="both"/>
        <w:rPr>
          <w:i/>
          <w:iCs/>
          <w:sz w:val="24"/>
          <w:szCs w:val="24"/>
        </w:rPr>
      </w:pPr>
      <w:r>
        <w:rPr>
          <w:i/>
          <w:iCs/>
          <w:sz w:val="24"/>
          <w:szCs w:val="24"/>
        </w:rPr>
        <w:t>Volte di listelli.</w:t>
      </w:r>
    </w:p>
    <w:p w14:paraId="55A28D53" w14:textId="77777777" w:rsidR="00585FB1" w:rsidRDefault="007571E0" w:rsidP="00CC7A33">
      <w:pPr>
        <w:jc w:val="both"/>
        <w:rPr>
          <w:i/>
          <w:iCs/>
          <w:sz w:val="24"/>
          <w:szCs w:val="24"/>
        </w:rPr>
      </w:pPr>
      <w:r>
        <w:rPr>
          <w:i/>
          <w:iCs/>
          <w:sz w:val="24"/>
          <w:szCs w:val="24"/>
        </w:rPr>
        <w:t xml:space="preserve">Le volte di listelli saranno con sue centine di due assi d’albera ben piantati con chiodi che passino le </w:t>
      </w:r>
      <w:r w:rsidR="00585FB1">
        <w:rPr>
          <w:i/>
          <w:iCs/>
          <w:sz w:val="24"/>
          <w:szCs w:val="24"/>
        </w:rPr>
        <w:t>due grossezze e ribattuti dalla parte opposta e nelle volte piane saranno messe attacate alli travi e nel finaco semicircolari a modo di gusciassa e la distanza d’un centino all’altro non piu d’once 15 e questi messi in ugual distanza e ben fortificati e l’altre volte saranno o semicircolari o a vela o a crocera o a botte e ove le centine principali non sono sufficienti di due grossezze d’assi si faranno di tre grossezze e li bastardi saranno delle due assi sopra detti sopra le centine ci sarà la sua armatura di reme ove sarà necessaria con sbacci ben messi e inchiodati acciò le centine non faccino nessun movimento per il suo peso.</w:t>
      </w:r>
    </w:p>
    <w:p w14:paraId="60DF21E2" w14:textId="77777777" w:rsidR="00585FB1" w:rsidRDefault="00585FB1" w:rsidP="00CC7A33">
      <w:pPr>
        <w:jc w:val="both"/>
        <w:rPr>
          <w:i/>
          <w:iCs/>
          <w:sz w:val="24"/>
          <w:szCs w:val="24"/>
        </w:rPr>
      </w:pPr>
      <w:r>
        <w:rPr>
          <w:i/>
          <w:iCs/>
          <w:sz w:val="24"/>
          <w:szCs w:val="24"/>
        </w:rPr>
        <w:t>Doppo messo a misura le centine si illestellerà di listelli d’albera di oncia una in quadro e la distanza d’un listello all’altro sarà una sola oncia e saranno inchiodati con chiodi di sufficiente longhezza e grosezza in ogni parte della centina che tochino li listelli innanzi di metterli in opera saranno messi per alcuni giorni nell’aqua acciò il gesso e calcina possi attaccare.</w:t>
      </w:r>
    </w:p>
    <w:p w14:paraId="62B4950B" w14:textId="77777777" w:rsidR="00585FB1" w:rsidRDefault="00585FB1" w:rsidP="00CC7A33">
      <w:pPr>
        <w:jc w:val="both"/>
        <w:rPr>
          <w:i/>
          <w:iCs/>
          <w:sz w:val="24"/>
          <w:szCs w:val="24"/>
        </w:rPr>
      </w:pPr>
      <w:r>
        <w:rPr>
          <w:i/>
          <w:iCs/>
          <w:sz w:val="24"/>
          <w:szCs w:val="24"/>
        </w:rPr>
        <w:t>Stibby di listelli.</w:t>
      </w:r>
    </w:p>
    <w:p w14:paraId="447532F8" w14:textId="77777777" w:rsidR="00621CFC" w:rsidRDefault="00585FB1" w:rsidP="00CC7A33">
      <w:pPr>
        <w:jc w:val="both"/>
        <w:rPr>
          <w:i/>
          <w:iCs/>
          <w:sz w:val="24"/>
          <w:szCs w:val="24"/>
        </w:rPr>
      </w:pPr>
      <w:r>
        <w:rPr>
          <w:i/>
          <w:iCs/>
          <w:sz w:val="24"/>
          <w:szCs w:val="24"/>
        </w:rPr>
        <w:t xml:space="preserve">Li stibby di listelli saranno fatti e armati di reme di grossezza oncie 2 ½ il meno </w:t>
      </w:r>
      <w:r w:rsidR="00B4404E">
        <w:rPr>
          <w:i/>
          <w:iCs/>
          <w:sz w:val="24"/>
          <w:szCs w:val="24"/>
        </w:rPr>
        <w:t xml:space="preserve">spianati e saranno messi in piedi e atraverso e ove vi sarà porte e finestre saranno obligati fare il suo incastro che </w:t>
      </w:r>
      <w:r w:rsidR="009641F2">
        <w:rPr>
          <w:i/>
          <w:iCs/>
          <w:sz w:val="24"/>
          <w:szCs w:val="24"/>
        </w:rPr>
        <w:t xml:space="preserve">serve di battente a dette porte e finestre e la distanza d’una rema all’altra sarà solamente di once 12 e quelli per piano della grossezza simile ma la distanza once 24 più o meno secondo sarà e potrà entrare il scomparto delle porte e altezza saranno armate a mezzo a mezzo e ove sarà necessario si metteranno per diagonale e a crocera sempre intendendo </w:t>
      </w:r>
      <w:r w:rsidR="00621CFC">
        <w:rPr>
          <w:i/>
          <w:iCs/>
          <w:sz w:val="24"/>
          <w:szCs w:val="24"/>
        </w:rPr>
        <w:t>le sopra dette grossezze queste reme saranno infisse nella muraglia almeno once 2 e saranno perpendicolarmente e a piombo perfetto e le in piano a livello e paralelli al piano del sternito e saranno inchiodati con sufficienti chiodi. Li listelli saranno d’albera d’once 1 in quadro e saranno inchiodati con approvata chiodaria sopra le reme tutti li listelli quelli in piede e che qulli opposti in piano si lasceranno qualche giorni nell’aqua acciò possi bene attaccare la calcina e gesso.</w:t>
      </w:r>
    </w:p>
    <w:p w14:paraId="5D13B338" w14:textId="77777777" w:rsidR="00621CFC" w:rsidRDefault="00621CFC" w:rsidP="00CC7A33">
      <w:pPr>
        <w:jc w:val="both"/>
        <w:rPr>
          <w:i/>
          <w:iCs/>
          <w:sz w:val="24"/>
          <w:szCs w:val="24"/>
        </w:rPr>
      </w:pPr>
      <w:r>
        <w:rPr>
          <w:i/>
          <w:iCs/>
          <w:sz w:val="24"/>
          <w:szCs w:val="24"/>
        </w:rPr>
        <w:t xml:space="preserve">In alcuni luoghi li listelli saranno sopra l’armatura delle reme per tutta la sua altezza e larghezza. In altri si farà l’incastro nelle reme per la grossezza del listello cioè in una sol parte e questo sarà ordinato sul posto dall’architetto a causa della minor grossezza e peso. </w:t>
      </w:r>
    </w:p>
    <w:p w14:paraId="4CBA6CF5" w14:textId="77777777" w:rsidR="00621CFC" w:rsidRDefault="00621CFC" w:rsidP="00CC7A33">
      <w:pPr>
        <w:jc w:val="both"/>
        <w:rPr>
          <w:i/>
          <w:iCs/>
          <w:sz w:val="24"/>
          <w:szCs w:val="24"/>
        </w:rPr>
      </w:pPr>
      <w:r>
        <w:rPr>
          <w:i/>
          <w:iCs/>
          <w:sz w:val="24"/>
          <w:szCs w:val="24"/>
        </w:rPr>
        <w:lastRenderedPageBreak/>
        <w:t xml:space="preserve">Si ingesseranno le volte di calcina dolce di Giaveno con mettere il 3° di gesso ed una parte e l’altra e fra un vano e l’altro delli listelli riempire con qualche scaglia di mattone. </w:t>
      </w:r>
    </w:p>
    <w:p w14:paraId="17B5929B" w14:textId="77777777" w:rsidR="00621CFC" w:rsidRDefault="00621CFC" w:rsidP="00CC7A33">
      <w:pPr>
        <w:jc w:val="both"/>
        <w:rPr>
          <w:i/>
          <w:iCs/>
          <w:sz w:val="24"/>
          <w:szCs w:val="24"/>
        </w:rPr>
      </w:pPr>
      <w:r>
        <w:rPr>
          <w:i/>
          <w:iCs/>
          <w:sz w:val="24"/>
          <w:szCs w:val="24"/>
        </w:rPr>
        <w:t xml:space="preserve">Parimente s’ingesseranno li stibby di calcina dolce di Giaveno con metter il 3° di gesso e sopra le reme si metterà spesse volette acciò possi tenere la stabilitura e fra un listello e l’altro rottami di mattoni acciò possa riempire detto stibbio e renderlo più stabile e fermo. </w:t>
      </w:r>
    </w:p>
    <w:p w14:paraId="2B828C4C" w14:textId="77777777" w:rsidR="005C7C94" w:rsidRDefault="00621CFC" w:rsidP="00CC7A33">
      <w:pPr>
        <w:jc w:val="both"/>
        <w:rPr>
          <w:i/>
          <w:iCs/>
          <w:sz w:val="24"/>
          <w:szCs w:val="24"/>
        </w:rPr>
      </w:pPr>
      <w:r>
        <w:rPr>
          <w:i/>
          <w:iCs/>
          <w:sz w:val="24"/>
          <w:szCs w:val="24"/>
        </w:rPr>
        <w:t xml:space="preserve">Prima di gessarli s’averte si pianteranno </w:t>
      </w:r>
      <w:r w:rsidR="005C7C94">
        <w:rPr>
          <w:i/>
          <w:iCs/>
          <w:sz w:val="24"/>
          <w:szCs w:val="24"/>
        </w:rPr>
        <w:t>i poligi delle porte acciò nel piantarli non venghi a crepare detto stibbio e doppo fatti se non saranno a piombo e faranno qualche onda o infossamento non saranno collaudati e saranno obligati di rifarli senza nessuna bonificazione.</w:t>
      </w:r>
    </w:p>
    <w:p w14:paraId="06557650" w14:textId="7A0E9700" w:rsidR="005C7C94" w:rsidRDefault="005C7C94" w:rsidP="00CC7A33">
      <w:pPr>
        <w:jc w:val="both"/>
        <w:rPr>
          <w:i/>
          <w:iCs/>
          <w:sz w:val="24"/>
          <w:szCs w:val="24"/>
        </w:rPr>
      </w:pPr>
      <w:r>
        <w:rPr>
          <w:i/>
          <w:iCs/>
          <w:sz w:val="24"/>
          <w:szCs w:val="24"/>
        </w:rPr>
        <w:t>Se in questi lavori di coperti solari rustici solari a profilo soffietti stibby d’assi volte di listelli stibby di listelli tanto doppi che semplici sarà necessario qualche stoffa di ferro o qualche lama per infasciare qualche trave o altro sarà provista dalla fabrica solamente saranno tenuti d’inchiodare e mettere a loro conto in opera ove si stimerà necesario per la maggior sodezza.</w:t>
      </w:r>
    </w:p>
    <w:p w14:paraId="21022889" w14:textId="45F3BDB3" w:rsidR="005C7C94" w:rsidRDefault="005C7C94" w:rsidP="00CC7A33">
      <w:pPr>
        <w:jc w:val="both"/>
        <w:rPr>
          <w:i/>
          <w:iCs/>
          <w:sz w:val="24"/>
          <w:szCs w:val="24"/>
        </w:rPr>
      </w:pPr>
      <w:r>
        <w:rPr>
          <w:i/>
          <w:iCs/>
          <w:sz w:val="24"/>
          <w:szCs w:val="24"/>
        </w:rPr>
        <w:t>Se vi sarà da fare qualche scaletta di legno si darà il legno necessario e chiodaria e il soprastante prenderà uno de detti maestri che più gli parrà e gli saranno pagate le giornate accordate inanzi.</w:t>
      </w:r>
    </w:p>
    <w:p w14:paraId="408BDA5A" w14:textId="673A8148" w:rsidR="005C7C94" w:rsidRDefault="005C7C94" w:rsidP="00CC7A33">
      <w:pPr>
        <w:jc w:val="both"/>
        <w:rPr>
          <w:i/>
          <w:iCs/>
          <w:sz w:val="24"/>
          <w:szCs w:val="24"/>
        </w:rPr>
      </w:pPr>
      <w:r>
        <w:rPr>
          <w:i/>
          <w:iCs/>
          <w:sz w:val="24"/>
          <w:szCs w:val="24"/>
        </w:rPr>
        <w:t>Il tutto da misurarsi a opera collaudata e approvata ci saranno le misure a calcolo per il sova</w:t>
      </w:r>
      <w:r w:rsidR="005B4B21">
        <w:rPr>
          <w:i/>
          <w:iCs/>
          <w:sz w:val="24"/>
          <w:szCs w:val="24"/>
        </w:rPr>
        <w:t>ss</w:t>
      </w:r>
      <w:r>
        <w:rPr>
          <w:i/>
          <w:iCs/>
          <w:sz w:val="24"/>
          <w:szCs w:val="24"/>
        </w:rPr>
        <w:t>o el denaro. Saranno obligati di ben lavorare e secondo ricerca l’arte e con tutta pulitezza e sodezza a opera collaudata e aprovata.</w:t>
      </w:r>
    </w:p>
    <w:p w14:paraId="7CE79E6B" w14:textId="07B0FA64" w:rsidR="00CC7A33" w:rsidRDefault="00000000" w:rsidP="00CC7A33">
      <w:pPr>
        <w:jc w:val="both"/>
        <w:rPr>
          <w:i/>
          <w:iCs/>
          <w:sz w:val="24"/>
          <w:szCs w:val="24"/>
        </w:rPr>
      </w:pPr>
      <w:r>
        <w:rPr>
          <w:i/>
          <w:iCs/>
          <w:sz w:val="24"/>
          <w:szCs w:val="24"/>
        </w:rPr>
        <w:pict w14:anchorId="71B4E799">
          <v:rect id="_x0000_i1508" style="width:0;height:1.5pt" o:hralign="center" o:hrstd="t" o:hr="t" fillcolor="#a0a0a0" stroked="f"/>
        </w:pict>
      </w:r>
    </w:p>
    <w:p w14:paraId="41F0BF95" w14:textId="194B6829" w:rsidR="00CE1BD9" w:rsidRDefault="00CE1BD9" w:rsidP="00CC7A33">
      <w:pPr>
        <w:jc w:val="right"/>
        <w:rPr>
          <w:i/>
          <w:iCs/>
          <w:sz w:val="24"/>
          <w:szCs w:val="24"/>
        </w:rPr>
      </w:pPr>
      <w:r w:rsidRPr="00CE1BD9">
        <w:rPr>
          <w:i/>
          <w:iCs/>
          <w:sz w:val="24"/>
          <w:szCs w:val="24"/>
        </w:rPr>
        <w:t>di 5 aprile 1729</w:t>
      </w:r>
    </w:p>
    <w:p w14:paraId="37D1D94F" w14:textId="5564AF15" w:rsidR="00CC7A33" w:rsidRDefault="00D21104" w:rsidP="00CC7A33">
      <w:pPr>
        <w:jc w:val="right"/>
        <w:rPr>
          <w:i/>
          <w:iCs/>
          <w:sz w:val="24"/>
          <w:szCs w:val="24"/>
        </w:rPr>
      </w:pPr>
      <w:r>
        <w:rPr>
          <w:i/>
          <w:iCs/>
          <w:sz w:val="24"/>
          <w:szCs w:val="24"/>
        </w:rPr>
        <w:t xml:space="preserve">Signato </w:t>
      </w:r>
      <w:r w:rsidR="00CE1BD9" w:rsidRPr="00CE1BD9">
        <w:rPr>
          <w:i/>
          <w:iCs/>
          <w:sz w:val="24"/>
          <w:szCs w:val="24"/>
        </w:rPr>
        <w:t>Filippo Juvarra Primo Architetto</w:t>
      </w:r>
      <w:r w:rsidR="00000000">
        <w:rPr>
          <w:i/>
          <w:iCs/>
          <w:sz w:val="24"/>
          <w:szCs w:val="24"/>
        </w:rPr>
        <w:pict w14:anchorId="40A80EEA">
          <v:rect id="_x0000_i1509" style="width:0;height:1.5pt" o:hralign="center" o:hrstd="t" o:hr="t" fillcolor="#a0a0a0" stroked="f"/>
        </w:pict>
      </w:r>
    </w:p>
    <w:p w14:paraId="7689BC20" w14:textId="5CB5718B" w:rsidR="00CE1BD9" w:rsidRPr="00CC7A33" w:rsidRDefault="00CE1BD9" w:rsidP="00CC7A33">
      <w:pPr>
        <w:jc w:val="both"/>
        <w:rPr>
          <w:sz w:val="24"/>
          <w:szCs w:val="24"/>
        </w:rPr>
      </w:pPr>
      <w:r w:rsidRPr="00CC7A33">
        <w:rPr>
          <w:sz w:val="24"/>
          <w:szCs w:val="24"/>
        </w:rPr>
        <w:t>Archivio Storico dell'Ordine Mauriziano | Minutaro De Bernardis, Sappa e Gariglio (1727-1731) | Mazzo 9 | foll. 34-35-36-37.</w:t>
      </w:r>
    </w:p>
    <w:p w14:paraId="3B16D54A" w14:textId="77777777" w:rsidR="00D9204B" w:rsidRDefault="00D9204B" w:rsidP="00CE1BD9">
      <w:pPr>
        <w:jc w:val="center"/>
        <w:rPr>
          <w:i/>
          <w:iCs/>
          <w:sz w:val="24"/>
          <w:szCs w:val="24"/>
        </w:rPr>
      </w:pPr>
    </w:p>
    <w:p w14:paraId="41FE95AA" w14:textId="6287A18B" w:rsidR="00CC7A33" w:rsidRDefault="00D9204B" w:rsidP="00CE1BD9">
      <w:pPr>
        <w:jc w:val="center"/>
        <w:rPr>
          <w:i/>
          <w:iCs/>
          <w:sz w:val="24"/>
          <w:szCs w:val="24"/>
        </w:rPr>
      </w:pPr>
      <w:r w:rsidRPr="00D9204B">
        <w:rPr>
          <w:b/>
          <w:bCs/>
          <w:i/>
          <w:iCs/>
          <w:sz w:val="24"/>
          <w:szCs w:val="24"/>
        </w:rPr>
        <w:t xml:space="preserve">Instruzione per la ferramenta da farsi al </w:t>
      </w:r>
      <w:r w:rsidR="005C7C94">
        <w:rPr>
          <w:b/>
          <w:bCs/>
          <w:i/>
          <w:iCs/>
          <w:sz w:val="24"/>
          <w:szCs w:val="24"/>
        </w:rPr>
        <w:t>P</w:t>
      </w:r>
      <w:r w:rsidRPr="00D9204B">
        <w:rPr>
          <w:b/>
          <w:bCs/>
          <w:i/>
          <w:iCs/>
          <w:sz w:val="24"/>
          <w:szCs w:val="24"/>
        </w:rPr>
        <w:t xml:space="preserve">alazzo di </w:t>
      </w:r>
      <w:r w:rsidR="005C7C94">
        <w:rPr>
          <w:b/>
          <w:bCs/>
          <w:i/>
          <w:iCs/>
          <w:sz w:val="24"/>
          <w:szCs w:val="24"/>
        </w:rPr>
        <w:t>C</w:t>
      </w:r>
      <w:r w:rsidRPr="00D9204B">
        <w:rPr>
          <w:b/>
          <w:bCs/>
          <w:i/>
          <w:iCs/>
          <w:sz w:val="24"/>
          <w:szCs w:val="24"/>
        </w:rPr>
        <w:t xml:space="preserve">accia di </w:t>
      </w:r>
      <w:r w:rsidR="005C7C94">
        <w:rPr>
          <w:b/>
          <w:bCs/>
          <w:i/>
          <w:iCs/>
          <w:sz w:val="24"/>
          <w:szCs w:val="24"/>
        </w:rPr>
        <w:t>S</w:t>
      </w:r>
      <w:r w:rsidRPr="00D9204B">
        <w:rPr>
          <w:b/>
          <w:bCs/>
          <w:i/>
          <w:iCs/>
          <w:sz w:val="24"/>
          <w:szCs w:val="24"/>
        </w:rPr>
        <w:t>tupinigij in questo anno 1729</w:t>
      </w:r>
      <w:r w:rsidR="00000000">
        <w:rPr>
          <w:i/>
          <w:iCs/>
          <w:sz w:val="24"/>
          <w:szCs w:val="24"/>
        </w:rPr>
        <w:pict w14:anchorId="7BF34E21">
          <v:rect id="_x0000_i1510" style="width:0;height:1.5pt" o:hralign="center" o:hrstd="t" o:hr="t" fillcolor="#a0a0a0" stroked="f"/>
        </w:pict>
      </w:r>
    </w:p>
    <w:p w14:paraId="1E41EDB2" w14:textId="617C6ACB" w:rsidR="00700461" w:rsidRDefault="00700461" w:rsidP="00CC7A33">
      <w:pPr>
        <w:jc w:val="both"/>
        <w:rPr>
          <w:i/>
          <w:iCs/>
          <w:sz w:val="24"/>
          <w:szCs w:val="24"/>
        </w:rPr>
      </w:pPr>
      <w:r>
        <w:rPr>
          <w:i/>
          <w:iCs/>
          <w:sz w:val="24"/>
          <w:szCs w:val="24"/>
        </w:rPr>
        <w:t>Le ferrate saranno a mando</w:t>
      </w:r>
      <w:r w:rsidR="00C24459">
        <w:rPr>
          <w:i/>
          <w:iCs/>
          <w:sz w:val="24"/>
          <w:szCs w:val="24"/>
        </w:rPr>
        <w:t>r</w:t>
      </w:r>
      <w:r>
        <w:rPr>
          <w:i/>
          <w:iCs/>
          <w:sz w:val="24"/>
          <w:szCs w:val="24"/>
        </w:rPr>
        <w:t>la secondo dimostra il disegnio con le sue misure e l’ochi saranno fatti in ugual distanza e della grandezza che il bastone vada giusto e non troppo largo che siano ben fatti di ferro ordinario d’Agusta o d’altro d’ugual bontà.</w:t>
      </w:r>
    </w:p>
    <w:p w14:paraId="3DFE4EC2" w14:textId="5A0FBA0D" w:rsidR="00C24459" w:rsidRDefault="00700461" w:rsidP="00CC7A33">
      <w:pPr>
        <w:jc w:val="both"/>
        <w:rPr>
          <w:i/>
          <w:iCs/>
          <w:sz w:val="24"/>
          <w:szCs w:val="24"/>
        </w:rPr>
      </w:pPr>
      <w:r>
        <w:rPr>
          <w:i/>
          <w:iCs/>
          <w:sz w:val="24"/>
          <w:szCs w:val="24"/>
        </w:rPr>
        <w:t>Chiave per le voltte delle scudarie saranno quelli a detti vi</w:t>
      </w:r>
      <w:r w:rsidR="00C24459">
        <w:rPr>
          <w:i/>
          <w:iCs/>
          <w:sz w:val="24"/>
          <w:szCs w:val="24"/>
        </w:rPr>
        <w:t>vi</w:t>
      </w:r>
      <w:r>
        <w:rPr>
          <w:i/>
          <w:iCs/>
          <w:sz w:val="24"/>
          <w:szCs w:val="24"/>
        </w:rPr>
        <w:t xml:space="preserve"> di ferro d’Agusta o d’altro d’ugual bontà con sue mascherature semplici e doppij conforme sarà la necesità e sodezza del opera e alcuni con l’ochio solamente quelli vi</w:t>
      </w:r>
      <w:r w:rsidR="00C24459">
        <w:rPr>
          <w:i/>
          <w:iCs/>
          <w:sz w:val="24"/>
          <w:szCs w:val="24"/>
        </w:rPr>
        <w:t>v</w:t>
      </w:r>
      <w:r>
        <w:rPr>
          <w:i/>
          <w:iCs/>
          <w:sz w:val="24"/>
          <w:szCs w:val="24"/>
        </w:rPr>
        <w:t xml:space="preserve">i saranno rotondi e il diametro di ¾ di oncia ben tirati e quelle morti saranno di lama ordinaria con suo ochio o mascheratura. </w:t>
      </w:r>
      <w:r w:rsidR="00C24459">
        <w:rPr>
          <w:i/>
          <w:iCs/>
          <w:sz w:val="24"/>
          <w:szCs w:val="24"/>
        </w:rPr>
        <w:t>Se occoresse</w:t>
      </w:r>
      <w:r>
        <w:rPr>
          <w:i/>
          <w:iCs/>
          <w:sz w:val="24"/>
          <w:szCs w:val="24"/>
        </w:rPr>
        <w:t xml:space="preserve"> di farlle a b</w:t>
      </w:r>
      <w:r w:rsidR="00C24459">
        <w:rPr>
          <w:i/>
          <w:iCs/>
          <w:sz w:val="24"/>
          <w:szCs w:val="24"/>
        </w:rPr>
        <w:t>r</w:t>
      </w:r>
      <w:r>
        <w:rPr>
          <w:i/>
          <w:iCs/>
          <w:sz w:val="24"/>
          <w:szCs w:val="24"/>
        </w:rPr>
        <w:t xml:space="preserve">acha saranno tenuti di farlli con bolirlli e inchiodarlli nell’unione dalla bracha con due o 3e chiodi grossi. Saranno </w:t>
      </w:r>
      <w:r w:rsidR="00C24459">
        <w:rPr>
          <w:i/>
          <w:iCs/>
          <w:sz w:val="24"/>
          <w:szCs w:val="24"/>
        </w:rPr>
        <w:t xml:space="preserve">obligati prendere i medemi le misure sul posto delle lungezze acciò non </w:t>
      </w:r>
      <w:r w:rsidR="00C24459">
        <w:rPr>
          <w:i/>
          <w:iCs/>
          <w:sz w:val="24"/>
          <w:szCs w:val="24"/>
        </w:rPr>
        <w:lastRenderedPageBreak/>
        <w:t xml:space="preserve">coresse svario nel meterlle in opera nel acurearlli o allungarlli e asisteranno nel meterlli in opera per quello che porta la sua arte. </w:t>
      </w:r>
    </w:p>
    <w:p w14:paraId="5C162A95" w14:textId="77777777" w:rsidR="00C24459" w:rsidRDefault="00C24459" w:rsidP="00CC7A33">
      <w:pPr>
        <w:jc w:val="both"/>
        <w:rPr>
          <w:i/>
          <w:iCs/>
          <w:sz w:val="24"/>
          <w:szCs w:val="24"/>
        </w:rPr>
      </w:pPr>
      <w:r>
        <w:rPr>
          <w:i/>
          <w:iCs/>
          <w:sz w:val="24"/>
          <w:szCs w:val="24"/>
        </w:rPr>
        <w:t>Bolzoni i detti saranno di ferro di Brozolo ben uniti e della longezza necesaria al reggere le due chiave saranno fatti che siano diminuiti nelle punti e in mezzo siano d’onza una e un quarto grossi e di questi si darà la misura e il numero.</w:t>
      </w:r>
    </w:p>
    <w:p w14:paraId="75EA7CFB" w14:textId="161C23B2" w:rsidR="005B4B21" w:rsidRDefault="005B4B21" w:rsidP="00CC7A33">
      <w:pPr>
        <w:jc w:val="both"/>
        <w:rPr>
          <w:i/>
          <w:iCs/>
          <w:sz w:val="24"/>
          <w:szCs w:val="24"/>
        </w:rPr>
      </w:pPr>
      <w:r>
        <w:rPr>
          <w:i/>
          <w:iCs/>
          <w:sz w:val="24"/>
          <w:szCs w:val="24"/>
        </w:rPr>
        <w:t>Grappe e ochi di radici saranno di grossezza ordinaria con suoi punti e bugi da piantare con sue lune con due punti ove saranno fornelli e questi s’intende che saranno ordinarij e se si ritroveranno di maggior grosezza delli detti ordinarij non si riceveranno di ferro di bona qualità li bolzoni saranno di onze 15 18 20 in circha di ordinaria grosezza di bon ferro di Brozolo.</w:t>
      </w:r>
    </w:p>
    <w:p w14:paraId="13D000BD" w14:textId="3B6E1491" w:rsidR="005B4B21" w:rsidRDefault="005B4B21" w:rsidP="00CC7A33">
      <w:pPr>
        <w:jc w:val="both"/>
        <w:rPr>
          <w:i/>
          <w:iCs/>
          <w:sz w:val="24"/>
          <w:szCs w:val="24"/>
        </w:rPr>
      </w:pPr>
      <w:r>
        <w:rPr>
          <w:i/>
          <w:iCs/>
          <w:sz w:val="24"/>
          <w:szCs w:val="24"/>
        </w:rPr>
        <w:t>Il ferro tantto delle ferrate che chiavi sarà rivista prima di meterllo in opera da espressi se sarà di bontà di bon nervo dolce e che non patisca colore.</w:t>
      </w:r>
    </w:p>
    <w:p w14:paraId="7405042C" w14:textId="22F16294" w:rsidR="005B4B21" w:rsidRDefault="005B4B21" w:rsidP="00CC7A33">
      <w:pPr>
        <w:jc w:val="both"/>
        <w:rPr>
          <w:i/>
          <w:iCs/>
          <w:sz w:val="24"/>
          <w:szCs w:val="24"/>
        </w:rPr>
      </w:pPr>
      <w:r>
        <w:rPr>
          <w:i/>
          <w:iCs/>
          <w:sz w:val="24"/>
          <w:szCs w:val="24"/>
        </w:rPr>
        <w:t>Saranno obligati condurlli sul posto che gli verrà pesato dalli asistenti della fabricha.</w:t>
      </w:r>
    </w:p>
    <w:p w14:paraId="448D3512" w14:textId="5ED0588F" w:rsidR="00D07A37" w:rsidRDefault="005B4B21" w:rsidP="00D07A37">
      <w:pPr>
        <w:jc w:val="both"/>
        <w:rPr>
          <w:i/>
          <w:iCs/>
          <w:sz w:val="24"/>
          <w:szCs w:val="24"/>
        </w:rPr>
      </w:pPr>
      <w:r>
        <w:rPr>
          <w:i/>
          <w:iCs/>
          <w:sz w:val="24"/>
          <w:szCs w:val="24"/>
        </w:rPr>
        <w:t>Sopra tutto è necessario le ferrate a mandola acciò si possano murare nel medemo tempo che s’inalza la muraglia il tutto a opera conlaudata e approvata.</w:t>
      </w:r>
      <w:r w:rsidR="00D07A37">
        <w:rPr>
          <w:i/>
          <w:iCs/>
          <w:sz w:val="24"/>
          <w:szCs w:val="24"/>
        </w:rPr>
        <w:pict w14:anchorId="1105814F">
          <v:rect id="_x0000_i1635" style="width:0;height:1.5pt" o:hralign="center" o:hrstd="t" o:hr="t" fillcolor="#a0a0a0" stroked="f"/>
        </w:pict>
      </w:r>
    </w:p>
    <w:p w14:paraId="7839CF2C" w14:textId="77777777" w:rsidR="00D07A37" w:rsidRDefault="00D07A37" w:rsidP="00D07A37">
      <w:pPr>
        <w:jc w:val="right"/>
        <w:rPr>
          <w:i/>
          <w:iCs/>
          <w:sz w:val="24"/>
          <w:szCs w:val="24"/>
        </w:rPr>
      </w:pPr>
      <w:r w:rsidRPr="00D9204B">
        <w:rPr>
          <w:i/>
          <w:iCs/>
          <w:sz w:val="24"/>
          <w:szCs w:val="24"/>
        </w:rPr>
        <w:t>giorno di 26 Giugnio 1729</w:t>
      </w:r>
    </w:p>
    <w:p w14:paraId="5CCDD0CE" w14:textId="77777777" w:rsidR="00D07A37" w:rsidRDefault="00D07A37" w:rsidP="00D07A37">
      <w:pPr>
        <w:jc w:val="right"/>
        <w:rPr>
          <w:i/>
          <w:iCs/>
          <w:sz w:val="24"/>
          <w:szCs w:val="24"/>
        </w:rPr>
      </w:pPr>
      <w:r w:rsidRPr="00D9204B">
        <w:rPr>
          <w:i/>
          <w:iCs/>
          <w:sz w:val="24"/>
          <w:szCs w:val="24"/>
        </w:rPr>
        <w:t>Cavaliere Don Filippo Juvarra Primo Architetto</w:t>
      </w:r>
      <w:r>
        <w:rPr>
          <w:i/>
          <w:iCs/>
          <w:sz w:val="24"/>
          <w:szCs w:val="24"/>
        </w:rPr>
        <w:pict w14:anchorId="1B3E6AA0">
          <v:rect id="_x0000_i1634" style="width:0;height:1.5pt" o:hralign="center" o:hrstd="t" o:hr="t" fillcolor="#a0a0a0" stroked="f"/>
        </w:pict>
      </w:r>
    </w:p>
    <w:p w14:paraId="6A49A11A" w14:textId="77777777" w:rsidR="00C24459" w:rsidRDefault="00C24459" w:rsidP="00CC7A33">
      <w:pPr>
        <w:jc w:val="both"/>
        <w:rPr>
          <w:i/>
          <w:iCs/>
          <w:sz w:val="24"/>
          <w:szCs w:val="24"/>
        </w:rPr>
      </w:pPr>
      <w:r>
        <w:rPr>
          <w:i/>
          <w:iCs/>
          <w:sz w:val="24"/>
          <w:szCs w:val="24"/>
        </w:rPr>
        <w:t>Capi per il partito.</w:t>
      </w:r>
    </w:p>
    <w:p w14:paraId="70488DB1" w14:textId="77777777" w:rsidR="00C24459" w:rsidRDefault="00C24459" w:rsidP="00CC7A33">
      <w:pPr>
        <w:jc w:val="both"/>
        <w:rPr>
          <w:i/>
          <w:iCs/>
          <w:sz w:val="24"/>
          <w:szCs w:val="24"/>
        </w:rPr>
      </w:pPr>
      <w:r>
        <w:rPr>
          <w:i/>
          <w:iCs/>
          <w:sz w:val="24"/>
          <w:szCs w:val="24"/>
        </w:rPr>
        <w:t>1. Tantto il Rf. le ferrate</w:t>
      </w:r>
    </w:p>
    <w:p w14:paraId="166118E5" w14:textId="77777777" w:rsidR="00C24459" w:rsidRDefault="00C24459" w:rsidP="00CC7A33">
      <w:pPr>
        <w:jc w:val="both"/>
        <w:rPr>
          <w:i/>
          <w:iCs/>
          <w:sz w:val="24"/>
          <w:szCs w:val="24"/>
        </w:rPr>
      </w:pPr>
      <w:r>
        <w:rPr>
          <w:i/>
          <w:iCs/>
          <w:sz w:val="24"/>
          <w:szCs w:val="24"/>
        </w:rPr>
        <w:t>2. Tanto il R. le chiave 2° l’istruzione</w:t>
      </w:r>
    </w:p>
    <w:p w14:paraId="369610F1" w14:textId="77777777" w:rsidR="00C24459" w:rsidRDefault="00C24459" w:rsidP="00CC7A33">
      <w:pPr>
        <w:jc w:val="both"/>
        <w:rPr>
          <w:i/>
          <w:iCs/>
          <w:sz w:val="24"/>
          <w:szCs w:val="24"/>
        </w:rPr>
      </w:pPr>
      <w:r>
        <w:rPr>
          <w:i/>
          <w:iCs/>
          <w:sz w:val="24"/>
          <w:szCs w:val="24"/>
        </w:rPr>
        <w:t>3. Tanto il Rf. li bolzoni</w:t>
      </w:r>
    </w:p>
    <w:p w14:paraId="49F821AF" w14:textId="77777777" w:rsidR="005B4B21" w:rsidRDefault="00C24459" w:rsidP="00CC7A33">
      <w:pPr>
        <w:jc w:val="both"/>
        <w:rPr>
          <w:i/>
          <w:iCs/>
          <w:sz w:val="24"/>
          <w:szCs w:val="24"/>
        </w:rPr>
      </w:pPr>
      <w:r>
        <w:rPr>
          <w:i/>
          <w:iCs/>
          <w:sz w:val="24"/>
          <w:szCs w:val="24"/>
        </w:rPr>
        <w:t>4. Tanto il Rf. li grappi e ochi di radici</w:t>
      </w:r>
    </w:p>
    <w:p w14:paraId="137E7F7A" w14:textId="77777777" w:rsidR="005B4B21" w:rsidRDefault="005B4B21" w:rsidP="00CC7A33">
      <w:pPr>
        <w:jc w:val="both"/>
        <w:rPr>
          <w:i/>
          <w:iCs/>
          <w:sz w:val="24"/>
          <w:szCs w:val="24"/>
        </w:rPr>
      </w:pPr>
      <w:r>
        <w:rPr>
          <w:i/>
          <w:iCs/>
          <w:sz w:val="24"/>
          <w:szCs w:val="24"/>
        </w:rPr>
        <w:t>Ferrate a mandola li bastoni grossi meza oncia crescente di bon ferro e ben divisti uguale n° 40.</w:t>
      </w:r>
    </w:p>
    <w:p w14:paraId="15FE5D83" w14:textId="79E4DF30" w:rsidR="00CC7A33" w:rsidRDefault="005B4B21" w:rsidP="00CC7A33">
      <w:pPr>
        <w:jc w:val="both"/>
        <w:rPr>
          <w:i/>
          <w:iCs/>
          <w:sz w:val="24"/>
          <w:szCs w:val="24"/>
        </w:rPr>
      </w:pPr>
      <w:r>
        <w:rPr>
          <w:i/>
          <w:iCs/>
          <w:sz w:val="24"/>
          <w:szCs w:val="24"/>
        </w:rPr>
        <w:t>La detta misur di chiave e necesaria al fine della campagnia cioè verso la metà di settembre le ferrate quanto più presso sia possibile al meno la metà. Il numero delle sopra dette chiave sarà 16 in circha e altri 12 più piccoli 2° prenderanno la misura sul posto.</w:t>
      </w:r>
      <w:r w:rsidR="00000000">
        <w:rPr>
          <w:i/>
          <w:iCs/>
          <w:sz w:val="24"/>
          <w:szCs w:val="24"/>
        </w:rPr>
        <w:pict w14:anchorId="74EF8307">
          <v:rect id="_x0000_i1633" style="width:0;height:1.5pt" o:hralign="center" o:hrstd="t" o:hr="t" fillcolor="#a0a0a0" stroked="f"/>
        </w:pict>
      </w:r>
    </w:p>
    <w:p w14:paraId="2B165E7A" w14:textId="5EC06563" w:rsidR="00D9204B" w:rsidRDefault="00D9204B" w:rsidP="00CC7A33">
      <w:pPr>
        <w:jc w:val="right"/>
        <w:rPr>
          <w:i/>
          <w:iCs/>
          <w:sz w:val="24"/>
          <w:szCs w:val="24"/>
        </w:rPr>
      </w:pPr>
      <w:r w:rsidRPr="00D9204B">
        <w:rPr>
          <w:i/>
          <w:iCs/>
          <w:sz w:val="24"/>
          <w:szCs w:val="24"/>
        </w:rPr>
        <w:t>giorno di 26 Giugnio 1729</w:t>
      </w:r>
    </w:p>
    <w:p w14:paraId="339E716E" w14:textId="77777777" w:rsidR="00CC7A33" w:rsidRDefault="00D9204B" w:rsidP="00CC7A33">
      <w:pPr>
        <w:jc w:val="right"/>
        <w:rPr>
          <w:i/>
          <w:iCs/>
          <w:sz w:val="24"/>
          <w:szCs w:val="24"/>
        </w:rPr>
      </w:pPr>
      <w:r w:rsidRPr="00D9204B">
        <w:rPr>
          <w:i/>
          <w:iCs/>
          <w:sz w:val="24"/>
          <w:szCs w:val="24"/>
        </w:rPr>
        <w:t>Cavaliere Don Filippo Juvarra Primo Architetto</w:t>
      </w:r>
      <w:r w:rsidR="00000000">
        <w:rPr>
          <w:i/>
          <w:iCs/>
          <w:sz w:val="24"/>
          <w:szCs w:val="24"/>
        </w:rPr>
        <w:pict w14:anchorId="4BD43478">
          <v:rect id="_x0000_i1632" style="width:0;height:1.5pt" o:hralign="center" o:hrstd="t" o:hr="t" fillcolor="#a0a0a0" stroked="f"/>
        </w:pict>
      </w:r>
    </w:p>
    <w:p w14:paraId="10DF5903" w14:textId="5A561632" w:rsidR="00D9204B" w:rsidRPr="00CC7A33" w:rsidRDefault="00D9204B" w:rsidP="00CC7A33">
      <w:pPr>
        <w:jc w:val="both"/>
        <w:rPr>
          <w:sz w:val="24"/>
          <w:szCs w:val="24"/>
        </w:rPr>
      </w:pPr>
      <w:r w:rsidRPr="00CC7A33">
        <w:rPr>
          <w:sz w:val="24"/>
          <w:szCs w:val="24"/>
        </w:rPr>
        <w:t>Archivio Storico dell'Ordine Mauriziano | Minutaro De Bernardis, Sappa e Gariglio (1727-1731) | Mazzo 9 | foll. 29-30.</w:t>
      </w:r>
    </w:p>
    <w:p w14:paraId="5325B07F" w14:textId="77777777" w:rsidR="00D9204B" w:rsidRDefault="00D9204B" w:rsidP="00CE1BD9">
      <w:pPr>
        <w:jc w:val="center"/>
        <w:rPr>
          <w:i/>
          <w:iCs/>
          <w:sz w:val="24"/>
          <w:szCs w:val="24"/>
        </w:rPr>
      </w:pPr>
    </w:p>
    <w:p w14:paraId="16F86CD0" w14:textId="55AC64B2" w:rsidR="00D9204B" w:rsidRDefault="00D9204B" w:rsidP="00D9204B">
      <w:pPr>
        <w:jc w:val="center"/>
        <w:rPr>
          <w:sz w:val="28"/>
          <w:szCs w:val="28"/>
        </w:rPr>
      </w:pPr>
      <w:r>
        <w:rPr>
          <w:sz w:val="28"/>
          <w:szCs w:val="28"/>
        </w:rPr>
        <w:t>1730</w:t>
      </w:r>
    </w:p>
    <w:p w14:paraId="1B0F34A5" w14:textId="50A25BA2" w:rsidR="00CC7A33" w:rsidRDefault="00D9204B" w:rsidP="00CE1BD9">
      <w:pPr>
        <w:jc w:val="center"/>
        <w:rPr>
          <w:i/>
          <w:iCs/>
          <w:sz w:val="24"/>
          <w:szCs w:val="24"/>
        </w:rPr>
      </w:pPr>
      <w:r w:rsidRPr="00D9204B">
        <w:rPr>
          <w:b/>
          <w:bCs/>
          <w:i/>
          <w:iCs/>
          <w:sz w:val="24"/>
          <w:szCs w:val="24"/>
        </w:rPr>
        <w:lastRenderedPageBreak/>
        <w:t xml:space="preserve">Instruzione per li scalini e lose che vanno messi in opera in questo anno 1730 nella fabricha del </w:t>
      </w:r>
      <w:r w:rsidR="00364B9D">
        <w:rPr>
          <w:b/>
          <w:bCs/>
          <w:i/>
          <w:iCs/>
          <w:sz w:val="24"/>
          <w:szCs w:val="24"/>
        </w:rPr>
        <w:t>P</w:t>
      </w:r>
      <w:r w:rsidRPr="00D9204B">
        <w:rPr>
          <w:b/>
          <w:bCs/>
          <w:i/>
          <w:iCs/>
          <w:sz w:val="24"/>
          <w:szCs w:val="24"/>
        </w:rPr>
        <w:t xml:space="preserve">alazzo di </w:t>
      </w:r>
      <w:r w:rsidR="00364B9D">
        <w:rPr>
          <w:b/>
          <w:bCs/>
          <w:i/>
          <w:iCs/>
          <w:sz w:val="24"/>
          <w:szCs w:val="24"/>
        </w:rPr>
        <w:t>C</w:t>
      </w:r>
      <w:r w:rsidRPr="00D9204B">
        <w:rPr>
          <w:b/>
          <w:bCs/>
          <w:i/>
          <w:iCs/>
          <w:sz w:val="24"/>
          <w:szCs w:val="24"/>
        </w:rPr>
        <w:t xml:space="preserve">accia a </w:t>
      </w:r>
      <w:r w:rsidR="00364B9D">
        <w:rPr>
          <w:b/>
          <w:bCs/>
          <w:i/>
          <w:iCs/>
          <w:sz w:val="24"/>
          <w:szCs w:val="24"/>
        </w:rPr>
        <w:t>S</w:t>
      </w:r>
      <w:r w:rsidRPr="00D9204B">
        <w:rPr>
          <w:b/>
          <w:bCs/>
          <w:i/>
          <w:iCs/>
          <w:sz w:val="24"/>
          <w:szCs w:val="24"/>
        </w:rPr>
        <w:t>tupinigij</w:t>
      </w:r>
      <w:r w:rsidR="00000000">
        <w:rPr>
          <w:i/>
          <w:iCs/>
          <w:sz w:val="24"/>
          <w:szCs w:val="24"/>
        </w:rPr>
        <w:pict w14:anchorId="5FDD219B">
          <v:rect id="_x0000_i1513" style="width:0;height:1.5pt" o:hralign="center" o:hrstd="t" o:hr="t" fillcolor="#a0a0a0" stroked="f"/>
        </w:pict>
      </w:r>
    </w:p>
    <w:p w14:paraId="29964AFA" w14:textId="77777777" w:rsidR="00F820B5" w:rsidRDefault="00F820B5" w:rsidP="00CC7A33">
      <w:pPr>
        <w:jc w:val="both"/>
        <w:rPr>
          <w:i/>
          <w:iCs/>
          <w:sz w:val="24"/>
          <w:szCs w:val="24"/>
        </w:rPr>
      </w:pPr>
      <w:r>
        <w:rPr>
          <w:i/>
          <w:iCs/>
          <w:sz w:val="24"/>
          <w:szCs w:val="24"/>
        </w:rPr>
        <w:t>Scalini di tutta alzata con suo cordone e quadretto di sarizzo senza falde e che sia sodo ben martilinato uguale.</w:t>
      </w:r>
    </w:p>
    <w:p w14:paraId="1367D0B9" w14:textId="77777777" w:rsidR="00F820B5" w:rsidRDefault="00F820B5" w:rsidP="00CC7A33">
      <w:pPr>
        <w:jc w:val="both"/>
        <w:rPr>
          <w:i/>
          <w:iCs/>
          <w:sz w:val="24"/>
          <w:szCs w:val="24"/>
        </w:rPr>
      </w:pPr>
      <w:r>
        <w:rPr>
          <w:i/>
          <w:iCs/>
          <w:sz w:val="24"/>
          <w:szCs w:val="24"/>
        </w:rPr>
        <w:t xml:space="preserve">N° 16 longezza piedi 4 e onze 4 largezza inchito il cordone onze 10 altezza onze 3 ½. </w:t>
      </w:r>
    </w:p>
    <w:p w14:paraId="1A90B017" w14:textId="77777777" w:rsidR="00F820B5" w:rsidRDefault="00F820B5" w:rsidP="00CC7A33">
      <w:pPr>
        <w:jc w:val="both"/>
        <w:rPr>
          <w:i/>
          <w:iCs/>
          <w:sz w:val="24"/>
          <w:szCs w:val="24"/>
        </w:rPr>
      </w:pPr>
      <w:r>
        <w:rPr>
          <w:i/>
          <w:iCs/>
          <w:sz w:val="24"/>
          <w:szCs w:val="24"/>
        </w:rPr>
        <w:t>Scalini con le teste semicircolare a tutta alzata n° 16 dalla figura qui espressa.</w:t>
      </w:r>
    </w:p>
    <w:p w14:paraId="533BB898" w14:textId="77777777" w:rsidR="00F820B5" w:rsidRDefault="00F820B5" w:rsidP="00CC7A33">
      <w:pPr>
        <w:jc w:val="both"/>
        <w:rPr>
          <w:i/>
          <w:iCs/>
          <w:sz w:val="24"/>
          <w:szCs w:val="24"/>
        </w:rPr>
      </w:pPr>
      <w:r>
        <w:rPr>
          <w:i/>
          <w:iCs/>
          <w:sz w:val="24"/>
          <w:szCs w:val="24"/>
        </w:rPr>
        <w:t>Scalini con il cordone e quadretto con la sola testa di tutta alzata con suo cordone che girà in torno e parte saranno con la testa alla sinistra e parte con la testa alla dritta.</w:t>
      </w:r>
    </w:p>
    <w:p w14:paraId="45B5518D" w14:textId="77777777" w:rsidR="00F820B5" w:rsidRDefault="00F820B5" w:rsidP="00CC7A33">
      <w:pPr>
        <w:jc w:val="both"/>
        <w:rPr>
          <w:i/>
          <w:iCs/>
          <w:sz w:val="24"/>
          <w:szCs w:val="24"/>
        </w:rPr>
      </w:pPr>
      <w:r>
        <w:rPr>
          <w:i/>
          <w:iCs/>
          <w:sz w:val="24"/>
          <w:szCs w:val="24"/>
        </w:rPr>
        <w:t>N° 52 la metà con la testa lavorata cioè 26 alla dritta e 26 alla sinistra.</w:t>
      </w:r>
    </w:p>
    <w:p w14:paraId="47456AB5" w14:textId="77777777" w:rsidR="00F820B5" w:rsidRDefault="00F820B5" w:rsidP="00CC7A33">
      <w:pPr>
        <w:jc w:val="both"/>
        <w:rPr>
          <w:i/>
          <w:iCs/>
          <w:sz w:val="24"/>
          <w:szCs w:val="24"/>
        </w:rPr>
      </w:pPr>
      <w:r>
        <w:rPr>
          <w:i/>
          <w:iCs/>
          <w:sz w:val="24"/>
          <w:szCs w:val="24"/>
        </w:rPr>
        <w:t>Longezza oncie 32 franche largezza onze 10 altezza onze 3 ½.</w:t>
      </w:r>
    </w:p>
    <w:p w14:paraId="70F79992" w14:textId="77777777" w:rsidR="00F820B5" w:rsidRDefault="00F820B5" w:rsidP="00CC7A33">
      <w:pPr>
        <w:jc w:val="both"/>
        <w:rPr>
          <w:i/>
          <w:iCs/>
          <w:sz w:val="24"/>
          <w:szCs w:val="24"/>
        </w:rPr>
      </w:pPr>
      <w:r>
        <w:rPr>
          <w:i/>
          <w:iCs/>
          <w:sz w:val="24"/>
          <w:szCs w:val="24"/>
        </w:rPr>
        <w:t>Scalini di detto sarizzo senza mancanza nesuna e in piano perfetto di sodo cordone n° 210 largezza oncie 10 franca longezza 32.</w:t>
      </w:r>
    </w:p>
    <w:p w14:paraId="392CB5AA" w14:textId="77777777" w:rsidR="00F820B5" w:rsidRDefault="00F820B5" w:rsidP="00CC7A33">
      <w:pPr>
        <w:jc w:val="both"/>
        <w:rPr>
          <w:i/>
          <w:iCs/>
          <w:sz w:val="24"/>
          <w:szCs w:val="24"/>
        </w:rPr>
      </w:pPr>
      <w:r>
        <w:rPr>
          <w:i/>
          <w:iCs/>
          <w:sz w:val="24"/>
          <w:szCs w:val="24"/>
        </w:rPr>
        <w:t>Lose per il cornicione della Plazzina di longezza oncie 24 trabuchi lineali 60. Cantonali di oncie 24 in quadro n° 16. Lose di longezza onze 18 trabuchi lineali 224. Cantonali di onze 18 in quadro n° 16.</w:t>
      </w:r>
    </w:p>
    <w:p w14:paraId="4BC6D591" w14:textId="5E0E234C" w:rsidR="00CC7A33" w:rsidRDefault="00F820B5" w:rsidP="00CC7A33">
      <w:pPr>
        <w:jc w:val="both"/>
        <w:rPr>
          <w:i/>
          <w:iCs/>
          <w:sz w:val="24"/>
          <w:szCs w:val="24"/>
        </w:rPr>
      </w:pPr>
      <w:r>
        <w:rPr>
          <w:i/>
          <w:iCs/>
          <w:sz w:val="24"/>
          <w:szCs w:val="24"/>
        </w:rPr>
        <w:t xml:space="preserve">Tutte queste cantonali e lose saranno di grosezza d’oncia e menza in circha e che le corde siano in quadro saranno obligati di profilare la fascia e onde </w:t>
      </w:r>
      <w:r w:rsidR="00A52B53">
        <w:rPr>
          <w:i/>
          <w:iCs/>
          <w:sz w:val="24"/>
          <w:szCs w:val="24"/>
        </w:rPr>
        <w:t>uniscono asieme il tutto di bona pietra senza nesun difetto per la sodezza e stabilità il tutto a opera conlaudata e approvata.</w:t>
      </w:r>
      <w:r w:rsidR="00000000">
        <w:rPr>
          <w:i/>
          <w:iCs/>
          <w:sz w:val="24"/>
          <w:szCs w:val="24"/>
        </w:rPr>
        <w:pict w14:anchorId="32588BDA">
          <v:rect id="_x0000_i1514" style="width:0;height:1.5pt" o:hralign="center" o:hrstd="t" o:hr="t" fillcolor="#a0a0a0" stroked="f"/>
        </w:pict>
      </w:r>
    </w:p>
    <w:p w14:paraId="1CD0F434" w14:textId="31635BD5" w:rsidR="00D9204B" w:rsidRDefault="00D9204B" w:rsidP="00CC7A33">
      <w:pPr>
        <w:jc w:val="right"/>
        <w:rPr>
          <w:i/>
          <w:iCs/>
          <w:sz w:val="24"/>
          <w:szCs w:val="24"/>
        </w:rPr>
      </w:pPr>
      <w:r w:rsidRPr="00D9204B">
        <w:rPr>
          <w:i/>
          <w:iCs/>
          <w:sz w:val="24"/>
          <w:szCs w:val="24"/>
        </w:rPr>
        <w:t>giorno di 6 Febbraio 1730</w:t>
      </w:r>
    </w:p>
    <w:p w14:paraId="4E59F6E0" w14:textId="77777777" w:rsidR="00CC7A33" w:rsidRDefault="00D9204B" w:rsidP="00CC7A33">
      <w:pPr>
        <w:jc w:val="right"/>
        <w:rPr>
          <w:i/>
          <w:iCs/>
          <w:sz w:val="24"/>
          <w:szCs w:val="24"/>
        </w:rPr>
      </w:pPr>
      <w:r w:rsidRPr="00D9204B">
        <w:rPr>
          <w:i/>
          <w:iCs/>
          <w:sz w:val="24"/>
          <w:szCs w:val="24"/>
        </w:rPr>
        <w:t>Cavaliere Don Filippo Juvarra Primo Architetto</w:t>
      </w:r>
      <w:r w:rsidR="00000000">
        <w:rPr>
          <w:i/>
          <w:iCs/>
          <w:sz w:val="24"/>
          <w:szCs w:val="24"/>
        </w:rPr>
        <w:pict w14:anchorId="77C9D327">
          <v:rect id="_x0000_i1515" style="width:0;height:1.5pt" o:hralign="center" o:hrstd="t" o:hr="t" fillcolor="#a0a0a0" stroked="f"/>
        </w:pict>
      </w:r>
    </w:p>
    <w:p w14:paraId="47B8FC07" w14:textId="25FBF7B1" w:rsidR="00D9204B" w:rsidRPr="00CC7A33" w:rsidRDefault="00D9204B" w:rsidP="00CC7A33">
      <w:pPr>
        <w:jc w:val="both"/>
        <w:rPr>
          <w:sz w:val="24"/>
          <w:szCs w:val="24"/>
        </w:rPr>
      </w:pPr>
      <w:r w:rsidRPr="00CC7A33">
        <w:rPr>
          <w:sz w:val="24"/>
          <w:szCs w:val="24"/>
        </w:rPr>
        <w:t>Archivio Storico dell'Ordine Mauriziano | Minutaro De Bernardis, Sappa e Gariglio (1727-1731) | Mazzo 9 | fol. 52.</w:t>
      </w:r>
    </w:p>
    <w:p w14:paraId="6CF1D83B" w14:textId="77777777" w:rsidR="00D9204B" w:rsidRDefault="00D9204B" w:rsidP="00CE1BD9">
      <w:pPr>
        <w:jc w:val="center"/>
        <w:rPr>
          <w:i/>
          <w:iCs/>
          <w:sz w:val="24"/>
          <w:szCs w:val="24"/>
        </w:rPr>
      </w:pPr>
    </w:p>
    <w:p w14:paraId="57593D0F" w14:textId="2BB8A955" w:rsidR="00CC7A33" w:rsidRDefault="00D9204B" w:rsidP="00CE1BD9">
      <w:pPr>
        <w:jc w:val="center"/>
        <w:rPr>
          <w:i/>
          <w:iCs/>
          <w:sz w:val="24"/>
          <w:szCs w:val="24"/>
        </w:rPr>
      </w:pPr>
      <w:r w:rsidRPr="00D9204B">
        <w:rPr>
          <w:b/>
          <w:bCs/>
          <w:i/>
          <w:iCs/>
          <w:sz w:val="24"/>
          <w:szCs w:val="24"/>
        </w:rPr>
        <w:t xml:space="preserve">Instruzione per li canali e cannoni di tolla che devono essere fatti nella </w:t>
      </w:r>
      <w:r w:rsidR="00A52B53">
        <w:rPr>
          <w:b/>
          <w:bCs/>
          <w:i/>
          <w:iCs/>
          <w:sz w:val="24"/>
          <w:szCs w:val="24"/>
        </w:rPr>
        <w:t>P</w:t>
      </w:r>
      <w:r w:rsidRPr="00D9204B">
        <w:rPr>
          <w:b/>
          <w:bCs/>
          <w:i/>
          <w:iCs/>
          <w:sz w:val="24"/>
          <w:szCs w:val="24"/>
        </w:rPr>
        <w:t xml:space="preserve">alazzina di </w:t>
      </w:r>
      <w:r w:rsidR="00A52B53">
        <w:rPr>
          <w:b/>
          <w:bCs/>
          <w:i/>
          <w:iCs/>
          <w:sz w:val="24"/>
          <w:szCs w:val="24"/>
        </w:rPr>
        <w:t>S</w:t>
      </w:r>
      <w:r w:rsidRPr="00D9204B">
        <w:rPr>
          <w:b/>
          <w:bCs/>
          <w:i/>
          <w:iCs/>
          <w:sz w:val="24"/>
          <w:szCs w:val="24"/>
        </w:rPr>
        <w:t>tupinigi in questo anno 1730</w:t>
      </w:r>
      <w:r w:rsidR="00000000">
        <w:rPr>
          <w:i/>
          <w:iCs/>
          <w:sz w:val="24"/>
          <w:szCs w:val="24"/>
        </w:rPr>
        <w:pict w14:anchorId="5B75F6B7">
          <v:rect id="_x0000_i1516" style="width:0;height:1.5pt" o:hralign="center" o:hrstd="t" o:hr="t" fillcolor="#a0a0a0" stroked="f"/>
        </w:pict>
      </w:r>
    </w:p>
    <w:p w14:paraId="35C93890" w14:textId="77777777" w:rsidR="00A52B53" w:rsidRDefault="00A52B53" w:rsidP="00CC7A33">
      <w:pPr>
        <w:jc w:val="both"/>
        <w:rPr>
          <w:i/>
          <w:iCs/>
          <w:sz w:val="24"/>
          <w:szCs w:val="24"/>
        </w:rPr>
      </w:pPr>
      <w:r>
        <w:rPr>
          <w:i/>
          <w:iCs/>
          <w:sz w:val="24"/>
          <w:szCs w:val="24"/>
        </w:rPr>
        <w:t>Li canali doppij di tolla saranno ben stagionati a sieme e cavalcheranno al meno oncia meza in circha e saranno messe in opera con la solita pendenza. Le cicognie saranno di ferro ordinarie doppie e saranno messe nella distanza in ogni 3 listelli come inchiodati e retti con dil d’ottone suficiente grasso e ove sarà necesario doppio.</w:t>
      </w:r>
    </w:p>
    <w:p w14:paraId="6CF3F21F" w14:textId="77777777" w:rsidR="00A52B53" w:rsidRDefault="00A52B53" w:rsidP="00CC7A33">
      <w:pPr>
        <w:jc w:val="both"/>
        <w:rPr>
          <w:i/>
          <w:iCs/>
          <w:sz w:val="24"/>
          <w:szCs w:val="24"/>
        </w:rPr>
      </w:pPr>
      <w:r>
        <w:rPr>
          <w:i/>
          <w:iCs/>
          <w:sz w:val="24"/>
          <w:szCs w:val="24"/>
        </w:rPr>
        <w:t>Ove vi saranno risudette saranno obligati a farlli 2° gira il cornicione e saranno tantti retti che semicircolare con sue risudette e secondo sarà il disegnio in qual si sia altezza della fabricha e saranno obligati di mettere i bracci guarniti nelli intervalli delle finestre e in quella quantità che richiede la longezza dell coperto e compiosità dell opera.</w:t>
      </w:r>
    </w:p>
    <w:p w14:paraId="28B8FAC1" w14:textId="77777777" w:rsidR="00A52B53" w:rsidRDefault="00A52B53" w:rsidP="00CC7A33">
      <w:pPr>
        <w:jc w:val="both"/>
        <w:rPr>
          <w:i/>
          <w:iCs/>
          <w:sz w:val="24"/>
          <w:szCs w:val="24"/>
        </w:rPr>
      </w:pPr>
      <w:r>
        <w:rPr>
          <w:i/>
          <w:iCs/>
          <w:sz w:val="24"/>
          <w:szCs w:val="24"/>
        </w:rPr>
        <w:lastRenderedPageBreak/>
        <w:t>Li pontaggi saranno a loro conto in ogni parte di detta fabricha.</w:t>
      </w:r>
    </w:p>
    <w:p w14:paraId="30CB8D3E" w14:textId="77777777" w:rsidR="00577EBD" w:rsidRDefault="00A52B53" w:rsidP="00CC7A33">
      <w:pPr>
        <w:jc w:val="both"/>
        <w:rPr>
          <w:i/>
          <w:iCs/>
          <w:sz w:val="24"/>
          <w:szCs w:val="24"/>
        </w:rPr>
      </w:pPr>
      <w:r>
        <w:rPr>
          <w:i/>
          <w:iCs/>
          <w:sz w:val="24"/>
          <w:szCs w:val="24"/>
        </w:rPr>
        <w:t>I cavroni saranno e doppie e semplici ove saranno ordinate questi saranno messe e fortificate con ochio di risvoltati e legati con fil d’ottone di suficiente grosezza ove sarà necesario per la più sodezza dell’opera.</w:t>
      </w:r>
    </w:p>
    <w:p w14:paraId="273BA45E" w14:textId="2379EE6D" w:rsidR="00CC7A33" w:rsidRDefault="00577EBD" w:rsidP="00CC7A33">
      <w:pPr>
        <w:jc w:val="both"/>
        <w:rPr>
          <w:i/>
          <w:iCs/>
          <w:sz w:val="24"/>
          <w:szCs w:val="24"/>
        </w:rPr>
      </w:pPr>
      <w:r>
        <w:rPr>
          <w:i/>
          <w:iCs/>
          <w:sz w:val="24"/>
          <w:szCs w:val="24"/>
        </w:rPr>
        <w:t xml:space="preserve">Il tutto ben </w:t>
      </w:r>
      <w:r w:rsidR="004E2947">
        <w:rPr>
          <w:i/>
          <w:iCs/>
          <w:sz w:val="24"/>
          <w:szCs w:val="24"/>
        </w:rPr>
        <w:t>saliato con stagnio fino e messi a tutta perfetione e 2° richiede da sua arte a opera conlaudata e approvara. Saranno obligati condurre detta sua robba alla fabricha di Stupiniggij a tutto suo costo e pericolo e saranno obligati di meterlli in opera 2° la sarà fatto il detto coperto il tutto conlaudabile a tantto il trabucho lineale. Cioè cantoni di tolla grande per traverso doppij. Canoni di tolla piccola per traverso. Canoni di tolla grande per traverso canoni di tolla piccola per traverso bracci guarniti grandi di longezza 20, bracci guarniti piccoli di longezza 24. Li conversi saranno pagati per causale di quella qualità che si ordinerà.</w:t>
      </w:r>
      <w:r w:rsidR="00000000">
        <w:rPr>
          <w:i/>
          <w:iCs/>
          <w:sz w:val="24"/>
          <w:szCs w:val="24"/>
        </w:rPr>
        <w:pict w14:anchorId="4F7D0074">
          <v:rect id="_x0000_i1517" style="width:0;height:1.5pt" o:hralign="center" o:hrstd="t" o:hr="t" fillcolor="#a0a0a0" stroked="f"/>
        </w:pict>
      </w:r>
    </w:p>
    <w:p w14:paraId="6B62141A" w14:textId="1588413E" w:rsidR="00D9204B" w:rsidRDefault="00D9204B" w:rsidP="00CC7A33">
      <w:pPr>
        <w:jc w:val="right"/>
        <w:rPr>
          <w:i/>
          <w:iCs/>
          <w:sz w:val="24"/>
          <w:szCs w:val="24"/>
        </w:rPr>
      </w:pPr>
      <w:r w:rsidRPr="00D9204B">
        <w:rPr>
          <w:i/>
          <w:iCs/>
          <w:sz w:val="24"/>
          <w:szCs w:val="24"/>
        </w:rPr>
        <w:t>giorno di 18 Marzo 1730</w:t>
      </w:r>
    </w:p>
    <w:p w14:paraId="2271F435" w14:textId="77777777" w:rsidR="00CC7A33" w:rsidRDefault="00D9204B" w:rsidP="00CC7A33">
      <w:pPr>
        <w:jc w:val="right"/>
        <w:rPr>
          <w:i/>
          <w:iCs/>
          <w:sz w:val="24"/>
          <w:szCs w:val="24"/>
        </w:rPr>
      </w:pPr>
      <w:r w:rsidRPr="00D9204B">
        <w:rPr>
          <w:i/>
          <w:iCs/>
          <w:sz w:val="24"/>
          <w:szCs w:val="24"/>
        </w:rPr>
        <w:t>Cavaliere Don Filippo Juvarra Primo Architetto</w:t>
      </w:r>
      <w:r w:rsidR="00000000">
        <w:rPr>
          <w:i/>
          <w:iCs/>
          <w:sz w:val="24"/>
          <w:szCs w:val="24"/>
        </w:rPr>
        <w:pict w14:anchorId="26FC7749">
          <v:rect id="_x0000_i1518" style="width:0;height:1.5pt" o:hralign="center" o:hrstd="t" o:hr="t" fillcolor="#a0a0a0" stroked="f"/>
        </w:pict>
      </w:r>
    </w:p>
    <w:p w14:paraId="56D93BAD" w14:textId="79680686" w:rsidR="00D9204B" w:rsidRPr="00CC7A33" w:rsidRDefault="00D9204B" w:rsidP="00CC7A33">
      <w:pPr>
        <w:jc w:val="both"/>
        <w:rPr>
          <w:sz w:val="24"/>
          <w:szCs w:val="24"/>
        </w:rPr>
      </w:pPr>
      <w:r w:rsidRPr="00CC7A33">
        <w:rPr>
          <w:sz w:val="24"/>
          <w:szCs w:val="24"/>
        </w:rPr>
        <w:t xml:space="preserve">Archivio Storico dell'Ordine Mauriziano | Minutaro Gariglio (1709-1732) | Mazzo 10 | fol. </w:t>
      </w:r>
      <w:r w:rsidR="00D07A37">
        <w:rPr>
          <w:sz w:val="24"/>
          <w:szCs w:val="24"/>
        </w:rPr>
        <w:t>2</w:t>
      </w:r>
      <w:r w:rsidRPr="00CC7A33">
        <w:rPr>
          <w:sz w:val="24"/>
          <w:szCs w:val="24"/>
        </w:rPr>
        <w:t>64.</w:t>
      </w:r>
    </w:p>
    <w:p w14:paraId="7B6645DA" w14:textId="77777777" w:rsidR="00D9204B" w:rsidRDefault="00D9204B" w:rsidP="00CE1BD9">
      <w:pPr>
        <w:jc w:val="center"/>
        <w:rPr>
          <w:i/>
          <w:iCs/>
          <w:sz w:val="24"/>
          <w:szCs w:val="24"/>
        </w:rPr>
      </w:pPr>
    </w:p>
    <w:p w14:paraId="3FE402D3" w14:textId="013383A8" w:rsidR="00CC7A33" w:rsidRDefault="00D9204B" w:rsidP="00CE1BD9">
      <w:pPr>
        <w:jc w:val="center"/>
        <w:rPr>
          <w:i/>
          <w:iCs/>
          <w:sz w:val="24"/>
          <w:szCs w:val="24"/>
        </w:rPr>
      </w:pPr>
      <w:r w:rsidRPr="00CC7A33">
        <w:rPr>
          <w:b/>
          <w:bCs/>
          <w:i/>
          <w:iCs/>
          <w:sz w:val="24"/>
          <w:szCs w:val="24"/>
        </w:rPr>
        <w:t xml:space="preserve">Calcolo delli travaglij da farsi per terminar a construer la </w:t>
      </w:r>
      <w:r w:rsidR="004E2947">
        <w:rPr>
          <w:b/>
          <w:bCs/>
          <w:i/>
          <w:iCs/>
          <w:sz w:val="24"/>
          <w:szCs w:val="24"/>
        </w:rPr>
        <w:t>P</w:t>
      </w:r>
      <w:r w:rsidRPr="00CC7A33">
        <w:rPr>
          <w:b/>
          <w:bCs/>
          <w:i/>
          <w:iCs/>
          <w:sz w:val="24"/>
          <w:szCs w:val="24"/>
        </w:rPr>
        <w:t xml:space="preserve">alazzina di </w:t>
      </w:r>
      <w:r w:rsidR="004E2947">
        <w:rPr>
          <w:b/>
          <w:bCs/>
          <w:i/>
          <w:iCs/>
          <w:sz w:val="24"/>
          <w:szCs w:val="24"/>
        </w:rPr>
        <w:t>C</w:t>
      </w:r>
      <w:r w:rsidRPr="00CC7A33">
        <w:rPr>
          <w:b/>
          <w:bCs/>
          <w:i/>
          <w:iCs/>
          <w:sz w:val="24"/>
          <w:szCs w:val="24"/>
        </w:rPr>
        <w:t>accia a Stupiniggi e render a coperto le scuderie civili e guard'arnesi</w:t>
      </w:r>
      <w:r w:rsidR="00000000">
        <w:rPr>
          <w:i/>
          <w:iCs/>
          <w:sz w:val="24"/>
          <w:szCs w:val="24"/>
        </w:rPr>
        <w:pict w14:anchorId="6E20913F">
          <v:rect id="_x0000_i1519" style="width:0;height:1.5pt" o:hralign="center" o:hrstd="t" o:hr="t" fillcolor="#a0a0a0" stroked="f"/>
        </w:pict>
      </w:r>
    </w:p>
    <w:p w14:paraId="5124598B" w14:textId="77777777" w:rsidR="00523DEA" w:rsidRDefault="00523DEA" w:rsidP="00523DEA">
      <w:pPr>
        <w:jc w:val="center"/>
        <w:rPr>
          <w:i/>
          <w:iCs/>
          <w:sz w:val="24"/>
          <w:szCs w:val="24"/>
        </w:rPr>
      </w:pPr>
      <w:r>
        <w:rPr>
          <w:i/>
          <w:iCs/>
          <w:sz w:val="24"/>
          <w:szCs w:val="24"/>
        </w:rPr>
        <w:t>Primo per terminare la Palazzina.</w:t>
      </w:r>
    </w:p>
    <w:p w14:paraId="5E23FB30" w14:textId="6C847B0F" w:rsidR="00523DEA" w:rsidRDefault="00523DEA" w:rsidP="00CC7A33">
      <w:pPr>
        <w:jc w:val="both"/>
        <w:rPr>
          <w:i/>
          <w:iCs/>
          <w:sz w:val="24"/>
          <w:szCs w:val="24"/>
        </w:rPr>
      </w:pPr>
      <w:r>
        <w:rPr>
          <w:i/>
          <w:iCs/>
          <w:sz w:val="24"/>
          <w:szCs w:val="24"/>
        </w:rPr>
        <w:t>Sterniti stilati per il piano nobile … trabuc. 110 af 11 f 1110</w:t>
      </w:r>
    </w:p>
    <w:p w14:paraId="6E3F87EE" w14:textId="7E2D3321" w:rsidR="00523DEA" w:rsidRDefault="00523DEA" w:rsidP="00CC7A33">
      <w:pPr>
        <w:jc w:val="both"/>
        <w:rPr>
          <w:i/>
          <w:iCs/>
          <w:sz w:val="24"/>
          <w:szCs w:val="24"/>
        </w:rPr>
      </w:pPr>
      <w:r>
        <w:rPr>
          <w:i/>
          <w:iCs/>
          <w:sz w:val="24"/>
          <w:szCs w:val="24"/>
        </w:rPr>
        <w:t>Sterniti fregati e rigati per li mezanelli … 79 6 10 474 10</w:t>
      </w:r>
    </w:p>
    <w:p w14:paraId="6F8D8642" w14:textId="658089D3" w:rsidR="00523DEA" w:rsidRDefault="00523DEA" w:rsidP="00CC7A33">
      <w:pPr>
        <w:jc w:val="both"/>
        <w:rPr>
          <w:i/>
          <w:iCs/>
          <w:sz w:val="24"/>
          <w:szCs w:val="24"/>
        </w:rPr>
      </w:pPr>
      <w:r>
        <w:rPr>
          <w:i/>
          <w:iCs/>
          <w:sz w:val="24"/>
          <w:szCs w:val="24"/>
        </w:rPr>
        <w:t>Stabilitura interiormente … 750 3 10 2625</w:t>
      </w:r>
    </w:p>
    <w:p w14:paraId="2050E244" w14:textId="77777777" w:rsidR="00523DEA" w:rsidRDefault="00523DEA" w:rsidP="00CC7A33">
      <w:pPr>
        <w:jc w:val="both"/>
        <w:rPr>
          <w:i/>
          <w:iCs/>
          <w:sz w:val="24"/>
          <w:szCs w:val="24"/>
        </w:rPr>
      </w:pPr>
      <w:r>
        <w:rPr>
          <w:i/>
          <w:iCs/>
          <w:sz w:val="24"/>
          <w:szCs w:val="24"/>
        </w:rPr>
        <w:t>Stabilitura esteriormente … 410 3 10 1435</w:t>
      </w:r>
    </w:p>
    <w:p w14:paraId="0269D287" w14:textId="77777777" w:rsidR="00523DEA" w:rsidRDefault="00523DEA" w:rsidP="00CC7A33">
      <w:pPr>
        <w:jc w:val="both"/>
        <w:rPr>
          <w:i/>
          <w:iCs/>
          <w:sz w:val="24"/>
          <w:szCs w:val="24"/>
        </w:rPr>
      </w:pPr>
      <w:r>
        <w:rPr>
          <w:i/>
          <w:iCs/>
          <w:sz w:val="24"/>
          <w:szCs w:val="24"/>
        </w:rPr>
        <w:t>Stabilitura d’una piccola cornice tanto interiormente ch esteriormente … 150 5 750</w:t>
      </w:r>
    </w:p>
    <w:p w14:paraId="1928C524" w14:textId="5180C7DD" w:rsidR="00523DEA" w:rsidRDefault="00523DEA" w:rsidP="00CC7A33">
      <w:pPr>
        <w:jc w:val="both"/>
        <w:rPr>
          <w:i/>
          <w:iCs/>
          <w:sz w:val="24"/>
          <w:szCs w:val="24"/>
        </w:rPr>
      </w:pPr>
      <w:r>
        <w:rPr>
          <w:i/>
          <w:iCs/>
          <w:sz w:val="24"/>
          <w:szCs w:val="24"/>
        </w:rPr>
        <w:t>Stabilitura cornicione ivi …170 10 1700</w:t>
      </w:r>
    </w:p>
    <w:p w14:paraId="2394A03C" w14:textId="396EEA88" w:rsidR="00523DEA" w:rsidRDefault="00523DEA" w:rsidP="00CC7A33">
      <w:pPr>
        <w:jc w:val="both"/>
        <w:rPr>
          <w:i/>
          <w:iCs/>
          <w:sz w:val="24"/>
          <w:szCs w:val="24"/>
        </w:rPr>
      </w:pPr>
      <w:r>
        <w:rPr>
          <w:i/>
          <w:iCs/>
          <w:sz w:val="24"/>
          <w:szCs w:val="24"/>
        </w:rPr>
        <w:t>Stibij di listelli … 40 20 800</w:t>
      </w:r>
    </w:p>
    <w:p w14:paraId="5414F91D" w14:textId="7B24D715" w:rsidR="00523DEA" w:rsidRDefault="00523DEA" w:rsidP="00CC7A33">
      <w:pPr>
        <w:jc w:val="both"/>
        <w:rPr>
          <w:i/>
          <w:iCs/>
          <w:sz w:val="24"/>
          <w:szCs w:val="24"/>
        </w:rPr>
      </w:pPr>
      <w:r>
        <w:rPr>
          <w:i/>
          <w:iCs/>
          <w:sz w:val="24"/>
          <w:szCs w:val="24"/>
        </w:rPr>
        <w:t>Fornelli di pietra per il sallone … n° 8 60 480</w:t>
      </w:r>
    </w:p>
    <w:p w14:paraId="5D619DD3" w14:textId="2E56AAC4" w:rsidR="00523DEA" w:rsidRDefault="00523DEA" w:rsidP="00CC7A33">
      <w:pPr>
        <w:jc w:val="both"/>
        <w:rPr>
          <w:i/>
          <w:iCs/>
          <w:sz w:val="24"/>
          <w:szCs w:val="24"/>
        </w:rPr>
      </w:pPr>
      <w:r>
        <w:rPr>
          <w:i/>
          <w:iCs/>
          <w:sz w:val="24"/>
          <w:szCs w:val="24"/>
        </w:rPr>
        <w:t>Fornelli di pietra per le camere … n° 8 65 520</w:t>
      </w:r>
    </w:p>
    <w:p w14:paraId="627A61ED" w14:textId="77777777" w:rsidR="00523DEA" w:rsidRDefault="00523DEA" w:rsidP="00CC7A33">
      <w:pPr>
        <w:jc w:val="both"/>
        <w:rPr>
          <w:i/>
          <w:iCs/>
          <w:sz w:val="24"/>
          <w:szCs w:val="24"/>
        </w:rPr>
      </w:pPr>
      <w:r>
        <w:rPr>
          <w:i/>
          <w:iCs/>
          <w:sz w:val="24"/>
          <w:szCs w:val="24"/>
        </w:rPr>
        <w:t>Per terminare la loggia di bosco interiormente attorno il sallone a calcolo …  2500</w:t>
      </w:r>
    </w:p>
    <w:p w14:paraId="46CB7087" w14:textId="77777777" w:rsidR="00523DEA" w:rsidRDefault="00523DEA" w:rsidP="00CC7A33">
      <w:pPr>
        <w:jc w:val="both"/>
        <w:rPr>
          <w:i/>
          <w:iCs/>
          <w:sz w:val="24"/>
          <w:szCs w:val="24"/>
        </w:rPr>
      </w:pPr>
      <w:r>
        <w:rPr>
          <w:i/>
          <w:iCs/>
          <w:sz w:val="24"/>
          <w:szCs w:val="24"/>
        </w:rPr>
        <w:t>Muraglia della terrazza verso il giardino trabuc … 36 22 10 734</w:t>
      </w:r>
    </w:p>
    <w:p w14:paraId="4BE7A5FF" w14:textId="77777777" w:rsidR="00523DEA" w:rsidRDefault="00523DEA" w:rsidP="00CC7A33">
      <w:pPr>
        <w:jc w:val="both"/>
        <w:rPr>
          <w:i/>
          <w:iCs/>
          <w:sz w:val="24"/>
          <w:szCs w:val="24"/>
        </w:rPr>
      </w:pPr>
      <w:r>
        <w:rPr>
          <w:i/>
          <w:iCs/>
          <w:sz w:val="24"/>
          <w:szCs w:val="24"/>
        </w:rPr>
        <w:t>Per raccomodare li gradini ed i medemi metterli in opera per construer la scala nell’ingresso del sallone verso il giardino a calcolo … 500</w:t>
      </w:r>
    </w:p>
    <w:p w14:paraId="51848B09" w14:textId="77777777" w:rsidR="00523DEA" w:rsidRDefault="00523DEA" w:rsidP="00CC7A33">
      <w:pPr>
        <w:jc w:val="both"/>
        <w:rPr>
          <w:i/>
          <w:iCs/>
          <w:sz w:val="24"/>
          <w:szCs w:val="24"/>
        </w:rPr>
      </w:pPr>
      <w:r>
        <w:rPr>
          <w:i/>
          <w:iCs/>
          <w:sz w:val="24"/>
          <w:szCs w:val="24"/>
        </w:rPr>
        <w:lastRenderedPageBreak/>
        <w:t>Serraglie delle guardarobbe latterali alle passate di mezzo … n° 8 30 312</w:t>
      </w:r>
    </w:p>
    <w:p w14:paraId="6C923A0F" w14:textId="77777777" w:rsidR="00523DEA" w:rsidRDefault="00523DEA" w:rsidP="00CC7A33">
      <w:pPr>
        <w:jc w:val="both"/>
        <w:rPr>
          <w:i/>
          <w:iCs/>
          <w:sz w:val="24"/>
          <w:szCs w:val="24"/>
        </w:rPr>
      </w:pPr>
      <w:r>
        <w:rPr>
          <w:i/>
          <w:iCs/>
          <w:sz w:val="24"/>
          <w:szCs w:val="24"/>
        </w:rPr>
        <w:t>Serraglie porte delli sotteraneij … 16 30 480</w:t>
      </w:r>
    </w:p>
    <w:p w14:paraId="3C71469B" w14:textId="77777777" w:rsidR="00523DEA" w:rsidRDefault="00523DEA" w:rsidP="00CC7A33">
      <w:pPr>
        <w:jc w:val="both"/>
        <w:rPr>
          <w:i/>
          <w:iCs/>
          <w:sz w:val="24"/>
          <w:szCs w:val="24"/>
        </w:rPr>
      </w:pPr>
      <w:r>
        <w:rPr>
          <w:i/>
          <w:iCs/>
          <w:sz w:val="24"/>
          <w:szCs w:val="24"/>
        </w:rPr>
        <w:t>Serraglie uscij al piano nobile … 30 40 1200</w:t>
      </w:r>
    </w:p>
    <w:p w14:paraId="10AA18F4" w14:textId="77777777" w:rsidR="00523DEA" w:rsidRDefault="00523DEA" w:rsidP="00CC7A33">
      <w:pPr>
        <w:jc w:val="both"/>
        <w:rPr>
          <w:i/>
          <w:iCs/>
          <w:sz w:val="24"/>
          <w:szCs w:val="24"/>
        </w:rPr>
      </w:pPr>
      <w:r>
        <w:rPr>
          <w:i/>
          <w:iCs/>
          <w:sz w:val="24"/>
          <w:szCs w:val="24"/>
        </w:rPr>
        <w:t>Serraglie di fenestre al suddetto piano con suoi chiasili vetri griggio e le medeme di largezza onze 33 altezza trab 1 2 … n° 18 92 10 1665</w:t>
      </w:r>
    </w:p>
    <w:p w14:paraId="085869A6" w14:textId="77777777" w:rsidR="00A44944" w:rsidRDefault="00523DEA" w:rsidP="00CC7A33">
      <w:pPr>
        <w:jc w:val="both"/>
        <w:rPr>
          <w:i/>
          <w:iCs/>
          <w:sz w:val="24"/>
          <w:szCs w:val="24"/>
        </w:rPr>
      </w:pPr>
      <w:r>
        <w:rPr>
          <w:i/>
          <w:iCs/>
          <w:sz w:val="24"/>
          <w:szCs w:val="24"/>
        </w:rPr>
        <w:t xml:space="preserve">Serraglie fenestre al medemo piano con suoi </w:t>
      </w:r>
      <w:r w:rsidR="00A44944">
        <w:rPr>
          <w:i/>
          <w:iCs/>
          <w:sz w:val="24"/>
          <w:szCs w:val="24"/>
        </w:rPr>
        <w:t>chiasili vetri e griggio di largezza onze 33 altezza trab 1 0 4 … 14 65 952</w:t>
      </w:r>
    </w:p>
    <w:p w14:paraId="09B4F233" w14:textId="77777777" w:rsidR="00A44944" w:rsidRDefault="00A44944" w:rsidP="00CC7A33">
      <w:pPr>
        <w:jc w:val="both"/>
        <w:rPr>
          <w:i/>
          <w:iCs/>
          <w:sz w:val="24"/>
          <w:szCs w:val="24"/>
        </w:rPr>
      </w:pPr>
      <w:r>
        <w:rPr>
          <w:i/>
          <w:iCs/>
          <w:sz w:val="24"/>
          <w:szCs w:val="24"/>
        </w:rPr>
        <w:t>Altre serraglie di fenestre ivi di largezza onze 29 altezza trab 1 2 … 4 107 428</w:t>
      </w:r>
    </w:p>
    <w:p w14:paraId="6C9D2013" w14:textId="769B902D" w:rsidR="00A44944" w:rsidRDefault="00A44944" w:rsidP="00CC7A33">
      <w:pPr>
        <w:jc w:val="both"/>
        <w:rPr>
          <w:i/>
          <w:iCs/>
          <w:sz w:val="24"/>
          <w:szCs w:val="24"/>
        </w:rPr>
      </w:pPr>
      <w:r>
        <w:rPr>
          <w:i/>
          <w:iCs/>
          <w:sz w:val="24"/>
          <w:szCs w:val="24"/>
        </w:rPr>
        <w:t>Poggioli di ferro ivi … tra 18 80 1440</w:t>
      </w:r>
    </w:p>
    <w:p w14:paraId="3C29DDAC" w14:textId="3DB37016" w:rsidR="00A44944" w:rsidRDefault="00A44944" w:rsidP="00CC7A33">
      <w:pPr>
        <w:jc w:val="both"/>
        <w:rPr>
          <w:i/>
          <w:iCs/>
          <w:sz w:val="24"/>
          <w:szCs w:val="24"/>
        </w:rPr>
      </w:pPr>
      <w:r>
        <w:rPr>
          <w:i/>
          <w:iCs/>
          <w:sz w:val="24"/>
          <w:szCs w:val="24"/>
        </w:rPr>
        <w:t>Più aggoli … trab 18 16 288</w:t>
      </w:r>
    </w:p>
    <w:p w14:paraId="319C3327" w14:textId="6C1B9627" w:rsidR="00A44944" w:rsidRDefault="00A44944" w:rsidP="00CC7A33">
      <w:pPr>
        <w:jc w:val="both"/>
        <w:rPr>
          <w:i/>
          <w:iCs/>
          <w:sz w:val="24"/>
          <w:szCs w:val="24"/>
        </w:rPr>
      </w:pPr>
      <w:r>
        <w:rPr>
          <w:i/>
          <w:iCs/>
          <w:sz w:val="24"/>
          <w:szCs w:val="24"/>
        </w:rPr>
        <w:t>Scolpi di pietra per le fenestre … 14 8 112</w:t>
      </w:r>
    </w:p>
    <w:p w14:paraId="65A6D50D" w14:textId="77777777" w:rsidR="00A44944" w:rsidRDefault="00A44944" w:rsidP="00CC7A33">
      <w:pPr>
        <w:jc w:val="both"/>
        <w:rPr>
          <w:i/>
          <w:iCs/>
          <w:sz w:val="24"/>
          <w:szCs w:val="24"/>
        </w:rPr>
      </w:pPr>
      <w:r>
        <w:rPr>
          <w:i/>
          <w:iCs/>
          <w:sz w:val="24"/>
          <w:szCs w:val="24"/>
        </w:rPr>
        <w:t>Serraglie e chiasili con suoi vetri e griggio per li fenestroni del sallone di largezza onze 63 altezza trab 2 2 … 10 250 2500</w:t>
      </w:r>
    </w:p>
    <w:p w14:paraId="26E5AB03" w14:textId="683C935A" w:rsidR="00A44944" w:rsidRDefault="00A44944" w:rsidP="00CC7A33">
      <w:pPr>
        <w:jc w:val="both"/>
        <w:rPr>
          <w:i/>
          <w:iCs/>
          <w:sz w:val="24"/>
          <w:szCs w:val="24"/>
        </w:rPr>
      </w:pPr>
      <w:r>
        <w:rPr>
          <w:i/>
          <w:iCs/>
          <w:sz w:val="24"/>
          <w:szCs w:val="24"/>
        </w:rPr>
        <w:t xml:space="preserve">Serraglie di finestre al piano della loggia con suoi chiasili vetri e griggio … 6 55 330 </w:t>
      </w:r>
    </w:p>
    <w:p w14:paraId="393588D2" w14:textId="0E6C848A" w:rsidR="00A44944" w:rsidRDefault="00A44944" w:rsidP="00CC7A33">
      <w:pPr>
        <w:jc w:val="both"/>
        <w:rPr>
          <w:i/>
          <w:iCs/>
          <w:sz w:val="24"/>
          <w:szCs w:val="24"/>
        </w:rPr>
      </w:pPr>
      <w:r>
        <w:rPr>
          <w:i/>
          <w:iCs/>
          <w:sz w:val="24"/>
          <w:szCs w:val="24"/>
        </w:rPr>
        <w:t>Serraglie con suoi chiasili vetri e griggio delle fenestre ovaline … 4 50 200</w:t>
      </w:r>
    </w:p>
    <w:p w14:paraId="1D30588B" w14:textId="77777777" w:rsidR="00A44944" w:rsidRDefault="00A44944" w:rsidP="00CC7A33">
      <w:pPr>
        <w:jc w:val="both"/>
        <w:rPr>
          <w:i/>
          <w:iCs/>
          <w:sz w:val="24"/>
          <w:szCs w:val="24"/>
        </w:rPr>
      </w:pPr>
      <w:r>
        <w:rPr>
          <w:i/>
          <w:iCs/>
          <w:sz w:val="24"/>
          <w:szCs w:val="24"/>
        </w:rPr>
        <w:t>Serraglie fenestre de mezanelli di largezza onze 33 altezza onze 42 con suoi chiasili vetri e griggio 34 35 1190</w:t>
      </w:r>
    </w:p>
    <w:p w14:paraId="4F2009C2" w14:textId="77777777" w:rsidR="00A44944" w:rsidRDefault="00A44944" w:rsidP="00CC7A33">
      <w:pPr>
        <w:jc w:val="both"/>
        <w:rPr>
          <w:i/>
          <w:iCs/>
          <w:sz w:val="24"/>
          <w:szCs w:val="24"/>
        </w:rPr>
      </w:pPr>
      <w:r>
        <w:rPr>
          <w:i/>
          <w:iCs/>
          <w:sz w:val="24"/>
          <w:szCs w:val="24"/>
        </w:rPr>
        <w:t>Serraglie di fenestre ovali alle stanze per il buffetto e scalle ivi con suoi chiasili vetri e griggio di largezza onze 30 e altezza onze 52 … 4 36 144</w:t>
      </w:r>
    </w:p>
    <w:p w14:paraId="6DE7AE8A" w14:textId="746F7048" w:rsidR="00A44944" w:rsidRDefault="00A44944" w:rsidP="00CC7A33">
      <w:pPr>
        <w:jc w:val="both"/>
        <w:rPr>
          <w:i/>
          <w:iCs/>
          <w:sz w:val="24"/>
          <w:szCs w:val="24"/>
        </w:rPr>
      </w:pPr>
      <w:r>
        <w:rPr>
          <w:i/>
          <w:iCs/>
          <w:sz w:val="24"/>
          <w:szCs w:val="24"/>
        </w:rPr>
        <w:t>Serraglie uscij de mezanelli … 24 31 744</w:t>
      </w:r>
    </w:p>
    <w:p w14:paraId="55DD3B39" w14:textId="287EBD0B" w:rsidR="00A44944" w:rsidRDefault="00A44944" w:rsidP="00CC7A33">
      <w:pPr>
        <w:jc w:val="both"/>
        <w:rPr>
          <w:i/>
          <w:iCs/>
          <w:sz w:val="24"/>
          <w:szCs w:val="24"/>
        </w:rPr>
      </w:pPr>
      <w:r>
        <w:rPr>
          <w:i/>
          <w:iCs/>
          <w:sz w:val="24"/>
          <w:szCs w:val="24"/>
        </w:rPr>
        <w:t>Serraglie alle guardarobbe ivi … 8 25 200</w:t>
      </w:r>
    </w:p>
    <w:p w14:paraId="0EEA79BC" w14:textId="6670B47D" w:rsidR="00A44944" w:rsidRDefault="00A44944" w:rsidP="00CC7A33">
      <w:pPr>
        <w:jc w:val="both"/>
        <w:rPr>
          <w:i/>
          <w:iCs/>
          <w:sz w:val="24"/>
          <w:szCs w:val="24"/>
        </w:rPr>
      </w:pPr>
      <w:r>
        <w:rPr>
          <w:i/>
          <w:iCs/>
          <w:sz w:val="24"/>
          <w:szCs w:val="24"/>
        </w:rPr>
        <w:t xml:space="preserve">Per construer un pozzo d’acqua vivo a calcolo … 80 </w:t>
      </w:r>
    </w:p>
    <w:p w14:paraId="0E088EBE" w14:textId="1016B8C0" w:rsidR="00A44944" w:rsidRDefault="00A44944" w:rsidP="00CC7A33">
      <w:pPr>
        <w:jc w:val="both"/>
        <w:rPr>
          <w:i/>
          <w:iCs/>
          <w:sz w:val="24"/>
          <w:szCs w:val="24"/>
        </w:rPr>
      </w:pPr>
      <w:r>
        <w:rPr>
          <w:i/>
          <w:iCs/>
          <w:sz w:val="24"/>
          <w:szCs w:val="24"/>
        </w:rPr>
        <w:t>Per quatro porzi marti … 500</w:t>
      </w:r>
    </w:p>
    <w:p w14:paraId="29E60D5C" w14:textId="57E5BFF3" w:rsidR="00A44944" w:rsidRDefault="00A44944" w:rsidP="00CC7A33">
      <w:pPr>
        <w:jc w:val="both"/>
        <w:rPr>
          <w:i/>
          <w:iCs/>
          <w:sz w:val="24"/>
          <w:szCs w:val="24"/>
        </w:rPr>
      </w:pPr>
      <w:r>
        <w:rPr>
          <w:i/>
          <w:iCs/>
          <w:sz w:val="24"/>
          <w:szCs w:val="24"/>
        </w:rPr>
        <w:t>Sollari a profillo per i mezanelli … tra 73 13 949</w:t>
      </w:r>
    </w:p>
    <w:p w14:paraId="05599357" w14:textId="77777777" w:rsidR="00466D09" w:rsidRDefault="00A44944" w:rsidP="00CC7A33">
      <w:pPr>
        <w:jc w:val="both"/>
        <w:rPr>
          <w:i/>
          <w:iCs/>
          <w:sz w:val="24"/>
          <w:szCs w:val="24"/>
        </w:rPr>
      </w:pPr>
      <w:r>
        <w:rPr>
          <w:i/>
          <w:iCs/>
          <w:sz w:val="24"/>
          <w:szCs w:val="24"/>
        </w:rPr>
        <w:t>Sterniti rustici sovra i sudetti sollari … 73 4 292</w:t>
      </w:r>
    </w:p>
    <w:p w14:paraId="085F0F66" w14:textId="77777777" w:rsidR="00466D09" w:rsidRDefault="00466D09" w:rsidP="00CC7A33">
      <w:pPr>
        <w:jc w:val="both"/>
        <w:rPr>
          <w:i/>
          <w:iCs/>
          <w:sz w:val="24"/>
          <w:szCs w:val="24"/>
        </w:rPr>
      </w:pPr>
      <w:r>
        <w:rPr>
          <w:i/>
          <w:iCs/>
          <w:sz w:val="24"/>
          <w:szCs w:val="24"/>
        </w:rPr>
        <w:t>Per fattura fornelli per i mezanelli … n° 16 10 160</w:t>
      </w:r>
    </w:p>
    <w:p w14:paraId="7267EB19" w14:textId="77777777" w:rsidR="00466D09" w:rsidRDefault="00466D09" w:rsidP="00CC7A33">
      <w:pPr>
        <w:jc w:val="both"/>
        <w:rPr>
          <w:i/>
          <w:iCs/>
          <w:sz w:val="24"/>
          <w:szCs w:val="24"/>
        </w:rPr>
      </w:pPr>
      <w:r>
        <w:rPr>
          <w:i/>
          <w:iCs/>
          <w:sz w:val="24"/>
          <w:szCs w:val="24"/>
        </w:rPr>
        <w:t>Ringhiera di ferro per le due scalle … rub 112 7 784</w:t>
      </w:r>
    </w:p>
    <w:p w14:paraId="36F5FC00" w14:textId="77777777" w:rsidR="00466D09" w:rsidRDefault="00466D09" w:rsidP="00CC7A33">
      <w:pPr>
        <w:jc w:val="both"/>
        <w:rPr>
          <w:i/>
          <w:iCs/>
          <w:sz w:val="24"/>
          <w:szCs w:val="24"/>
        </w:rPr>
      </w:pPr>
      <w:r>
        <w:rPr>
          <w:i/>
          <w:iCs/>
          <w:sz w:val="24"/>
          <w:szCs w:val="24"/>
        </w:rPr>
        <w:t>Sterniti di pietra ripa per i sotteraneij … trab 105 310 367 10</w:t>
      </w:r>
    </w:p>
    <w:p w14:paraId="00C9A6F0" w14:textId="6C9558BD" w:rsidR="00466D09" w:rsidRDefault="00466D09" w:rsidP="00CC7A33">
      <w:pPr>
        <w:jc w:val="both"/>
        <w:rPr>
          <w:i/>
          <w:iCs/>
          <w:sz w:val="24"/>
          <w:szCs w:val="24"/>
        </w:rPr>
      </w:pPr>
      <w:r>
        <w:rPr>
          <w:i/>
          <w:iCs/>
          <w:sz w:val="24"/>
          <w:szCs w:val="24"/>
        </w:rPr>
        <w:t>Risattura fretenata per i sotteraneij … 300 3 900</w:t>
      </w:r>
    </w:p>
    <w:p w14:paraId="610AD423" w14:textId="7311C6C8" w:rsidR="00466D09" w:rsidRDefault="00466D09" w:rsidP="00CC7A33">
      <w:pPr>
        <w:jc w:val="both"/>
        <w:rPr>
          <w:i/>
          <w:iCs/>
          <w:sz w:val="24"/>
          <w:szCs w:val="24"/>
        </w:rPr>
      </w:pPr>
      <w:r>
        <w:rPr>
          <w:i/>
          <w:iCs/>
          <w:sz w:val="24"/>
          <w:szCs w:val="24"/>
        </w:rPr>
        <w:t>Per i fornelli delle cuccine a calcolo … 100</w:t>
      </w:r>
    </w:p>
    <w:p w14:paraId="6360061C" w14:textId="77777777" w:rsidR="00466D09" w:rsidRDefault="00466D09" w:rsidP="00CC7A33">
      <w:pPr>
        <w:jc w:val="both"/>
        <w:rPr>
          <w:i/>
          <w:iCs/>
          <w:sz w:val="24"/>
          <w:szCs w:val="24"/>
        </w:rPr>
      </w:pPr>
      <w:r>
        <w:rPr>
          <w:i/>
          <w:iCs/>
          <w:sz w:val="24"/>
          <w:szCs w:val="24"/>
        </w:rPr>
        <w:t>Segue per render a coperto le scuderie guardarnesi … f 29946</w:t>
      </w:r>
    </w:p>
    <w:p w14:paraId="232F16C2" w14:textId="77777777" w:rsidR="00466D09" w:rsidRDefault="00466D09" w:rsidP="00CC7A33">
      <w:pPr>
        <w:jc w:val="both"/>
        <w:rPr>
          <w:i/>
          <w:iCs/>
          <w:sz w:val="24"/>
          <w:szCs w:val="24"/>
        </w:rPr>
      </w:pPr>
      <w:r>
        <w:rPr>
          <w:i/>
          <w:iCs/>
          <w:sz w:val="24"/>
          <w:szCs w:val="24"/>
        </w:rPr>
        <w:t>Muraglie e cinilli … trab 1060 af 22 10 f 22790</w:t>
      </w:r>
    </w:p>
    <w:p w14:paraId="05CBC10F" w14:textId="77777777" w:rsidR="00466D09" w:rsidRDefault="00466D09" w:rsidP="00CC7A33">
      <w:pPr>
        <w:jc w:val="both"/>
        <w:rPr>
          <w:i/>
          <w:iCs/>
          <w:sz w:val="24"/>
          <w:szCs w:val="24"/>
        </w:rPr>
      </w:pPr>
      <w:r>
        <w:rPr>
          <w:i/>
          <w:iCs/>
          <w:sz w:val="24"/>
          <w:szCs w:val="24"/>
        </w:rPr>
        <w:lastRenderedPageBreak/>
        <w:t>Coperti ivi … 349 ½ 7 10 2622 5</w:t>
      </w:r>
    </w:p>
    <w:p w14:paraId="4803307D" w14:textId="77777777" w:rsidR="00466D09" w:rsidRDefault="00466D09" w:rsidP="00CC7A33">
      <w:pPr>
        <w:jc w:val="both"/>
        <w:rPr>
          <w:i/>
          <w:iCs/>
          <w:sz w:val="24"/>
          <w:szCs w:val="24"/>
        </w:rPr>
      </w:pPr>
      <w:r>
        <w:rPr>
          <w:i/>
          <w:iCs/>
          <w:sz w:val="24"/>
          <w:szCs w:val="24"/>
        </w:rPr>
        <w:t>Canalli di tolla a detti coperti … 250 10 10 2625/ f 280365</w:t>
      </w:r>
    </w:p>
    <w:p w14:paraId="0EB6FE8E" w14:textId="04C442B5" w:rsidR="00CC7A33" w:rsidRDefault="00466D09" w:rsidP="00CC7A33">
      <w:pPr>
        <w:jc w:val="both"/>
        <w:rPr>
          <w:i/>
          <w:iCs/>
          <w:sz w:val="24"/>
          <w:szCs w:val="24"/>
        </w:rPr>
      </w:pPr>
      <w:r>
        <w:rPr>
          <w:i/>
          <w:iCs/>
          <w:sz w:val="24"/>
          <w:szCs w:val="24"/>
        </w:rPr>
        <w:t xml:space="preserve">280365/f 600325 </w:t>
      </w:r>
      <w:r w:rsidR="00000000">
        <w:rPr>
          <w:i/>
          <w:iCs/>
          <w:sz w:val="24"/>
          <w:szCs w:val="24"/>
        </w:rPr>
        <w:pict w14:anchorId="75D215E1">
          <v:rect id="_x0000_i1520" style="width:0;height:1.5pt" o:hralign="center" o:hrstd="t" o:hr="t" fillcolor="#a0a0a0" stroked="f"/>
        </w:pict>
      </w:r>
    </w:p>
    <w:p w14:paraId="2DAB7428" w14:textId="6F6E8195" w:rsidR="00CC7A33" w:rsidRDefault="00D9204B" w:rsidP="00CC7A33">
      <w:pPr>
        <w:jc w:val="right"/>
        <w:rPr>
          <w:i/>
          <w:iCs/>
          <w:sz w:val="24"/>
          <w:szCs w:val="24"/>
        </w:rPr>
      </w:pPr>
      <w:r w:rsidRPr="00D9204B">
        <w:rPr>
          <w:i/>
          <w:iCs/>
          <w:sz w:val="24"/>
          <w:szCs w:val="24"/>
        </w:rPr>
        <w:t xml:space="preserve">a 20 </w:t>
      </w:r>
      <w:r w:rsidR="00D07A37">
        <w:rPr>
          <w:i/>
          <w:iCs/>
          <w:sz w:val="24"/>
          <w:szCs w:val="24"/>
        </w:rPr>
        <w:t>Otto</w:t>
      </w:r>
      <w:r w:rsidRPr="00D9204B">
        <w:rPr>
          <w:i/>
          <w:iCs/>
          <w:sz w:val="24"/>
          <w:szCs w:val="24"/>
        </w:rPr>
        <w:t>bre 1730</w:t>
      </w:r>
      <w:r w:rsidR="00000000">
        <w:rPr>
          <w:i/>
          <w:iCs/>
          <w:sz w:val="24"/>
          <w:szCs w:val="24"/>
        </w:rPr>
        <w:pict w14:anchorId="0BFC78CD">
          <v:rect id="_x0000_i1521" style="width:0;height:1.5pt" o:hralign="center" o:hrstd="t" o:hr="t" fillcolor="#a0a0a0" stroked="f"/>
        </w:pict>
      </w:r>
    </w:p>
    <w:p w14:paraId="367BA937" w14:textId="77777777" w:rsidR="00D07A37" w:rsidRDefault="00D07A37" w:rsidP="00D07A37">
      <w:pPr>
        <w:jc w:val="both"/>
        <w:rPr>
          <w:i/>
          <w:iCs/>
          <w:sz w:val="24"/>
          <w:szCs w:val="24"/>
        </w:rPr>
      </w:pPr>
      <w:r>
        <w:rPr>
          <w:i/>
          <w:iCs/>
          <w:sz w:val="24"/>
          <w:szCs w:val="24"/>
        </w:rPr>
        <w:t>Bilancio uniliato a S M e passato il di 25 ottobre 1730 per la fabrica della Palazzina di Caccia per Stupiniggi da impiegarsi per 1731.</w:t>
      </w:r>
      <w:r w:rsidRPr="00D07A37">
        <w:rPr>
          <w:i/>
          <w:iCs/>
          <w:sz w:val="24"/>
          <w:szCs w:val="24"/>
        </w:rPr>
        <w:t xml:space="preserve"> </w:t>
      </w:r>
      <w:r>
        <w:rPr>
          <w:i/>
          <w:iCs/>
          <w:sz w:val="24"/>
          <w:szCs w:val="24"/>
        </w:rPr>
        <w:pict w14:anchorId="5045AD66">
          <v:rect id="_x0000_i1636" style="width:0;height:1.5pt" o:hralign="center" o:hrstd="t" o:hr="t" fillcolor="#a0a0a0" stroked="f"/>
        </w:pict>
      </w:r>
    </w:p>
    <w:p w14:paraId="60D67BA8" w14:textId="0312CF89" w:rsidR="00D07A37" w:rsidRDefault="00D07A37" w:rsidP="00D07A37">
      <w:pPr>
        <w:jc w:val="right"/>
        <w:rPr>
          <w:i/>
          <w:iCs/>
          <w:sz w:val="24"/>
          <w:szCs w:val="24"/>
        </w:rPr>
      </w:pPr>
      <w:r w:rsidRPr="00D07A37">
        <w:rPr>
          <w:i/>
          <w:iCs/>
          <w:sz w:val="24"/>
          <w:szCs w:val="24"/>
        </w:rPr>
        <w:t xml:space="preserve"> </w:t>
      </w:r>
      <w:r w:rsidRPr="00D9204B">
        <w:rPr>
          <w:i/>
          <w:iCs/>
          <w:sz w:val="24"/>
          <w:szCs w:val="24"/>
        </w:rPr>
        <w:t xml:space="preserve">Sottoscritto </w:t>
      </w:r>
      <w:r>
        <w:rPr>
          <w:i/>
          <w:iCs/>
          <w:sz w:val="24"/>
          <w:szCs w:val="24"/>
        </w:rPr>
        <w:t xml:space="preserve">da </w:t>
      </w:r>
      <w:r w:rsidRPr="00D9204B">
        <w:rPr>
          <w:i/>
          <w:iCs/>
          <w:sz w:val="24"/>
          <w:szCs w:val="24"/>
        </w:rPr>
        <w:t>Don Filippo Juvarra Primo Architetto</w:t>
      </w:r>
      <w:r>
        <w:rPr>
          <w:i/>
          <w:iCs/>
          <w:sz w:val="24"/>
          <w:szCs w:val="24"/>
        </w:rPr>
        <w:pict w14:anchorId="369A61BA">
          <v:rect id="_x0000_i1637" style="width:0;height:1.5pt" o:hralign="center" o:hrstd="t" o:hr="t" fillcolor="#a0a0a0" stroked="f"/>
        </w:pict>
      </w:r>
    </w:p>
    <w:p w14:paraId="611D8BA9" w14:textId="1D5053CC" w:rsidR="00D9204B" w:rsidRPr="00CC7A33" w:rsidRDefault="00D9204B" w:rsidP="00CC7A33">
      <w:pPr>
        <w:jc w:val="both"/>
        <w:rPr>
          <w:sz w:val="24"/>
          <w:szCs w:val="24"/>
        </w:rPr>
      </w:pPr>
      <w:r w:rsidRPr="00CC7A33">
        <w:rPr>
          <w:sz w:val="24"/>
          <w:szCs w:val="24"/>
        </w:rPr>
        <w:t>Archivio Storico dell'Ordine Mauriziano | Stupinigi, Vinovo e dipendenze | Mazzo 14 (1715-1731) | fasc. 460.</w:t>
      </w:r>
    </w:p>
    <w:p w14:paraId="567457B0" w14:textId="77777777" w:rsidR="00D9204B" w:rsidRDefault="00D9204B" w:rsidP="00CE1BD9">
      <w:pPr>
        <w:jc w:val="center"/>
        <w:rPr>
          <w:i/>
          <w:iCs/>
          <w:sz w:val="24"/>
          <w:szCs w:val="24"/>
        </w:rPr>
      </w:pPr>
    </w:p>
    <w:p w14:paraId="15995BA3" w14:textId="0ECD1606" w:rsidR="00D9204B" w:rsidRDefault="00D9204B" w:rsidP="00D9204B">
      <w:pPr>
        <w:jc w:val="center"/>
        <w:rPr>
          <w:sz w:val="28"/>
          <w:szCs w:val="28"/>
        </w:rPr>
      </w:pPr>
      <w:r>
        <w:rPr>
          <w:sz w:val="28"/>
          <w:szCs w:val="28"/>
        </w:rPr>
        <w:t>1731</w:t>
      </w:r>
    </w:p>
    <w:p w14:paraId="3449539B" w14:textId="2A077525" w:rsidR="00CC7A33" w:rsidRDefault="00D9204B" w:rsidP="00CE1BD9">
      <w:pPr>
        <w:jc w:val="center"/>
        <w:rPr>
          <w:i/>
          <w:iCs/>
          <w:sz w:val="24"/>
          <w:szCs w:val="24"/>
        </w:rPr>
      </w:pPr>
      <w:r w:rsidRPr="00CC7A33">
        <w:rPr>
          <w:b/>
          <w:bCs/>
          <w:i/>
          <w:iCs/>
          <w:sz w:val="24"/>
          <w:szCs w:val="24"/>
        </w:rPr>
        <w:t xml:space="preserve">Instruzione per le ferramente necessarie per ferare li uscij, finestre e finestroni per la nuova </w:t>
      </w:r>
      <w:r w:rsidR="00D07A37">
        <w:rPr>
          <w:b/>
          <w:bCs/>
          <w:i/>
          <w:iCs/>
          <w:sz w:val="24"/>
          <w:szCs w:val="24"/>
        </w:rPr>
        <w:t>P</w:t>
      </w:r>
      <w:r w:rsidRPr="00CC7A33">
        <w:rPr>
          <w:b/>
          <w:bCs/>
          <w:i/>
          <w:iCs/>
          <w:sz w:val="24"/>
          <w:szCs w:val="24"/>
        </w:rPr>
        <w:t xml:space="preserve">allazina di </w:t>
      </w:r>
      <w:r w:rsidR="00D07A37">
        <w:rPr>
          <w:b/>
          <w:bCs/>
          <w:i/>
          <w:iCs/>
          <w:sz w:val="24"/>
          <w:szCs w:val="24"/>
        </w:rPr>
        <w:t>C</w:t>
      </w:r>
      <w:r w:rsidRPr="00CC7A33">
        <w:rPr>
          <w:b/>
          <w:bCs/>
          <w:i/>
          <w:iCs/>
          <w:sz w:val="24"/>
          <w:szCs w:val="24"/>
        </w:rPr>
        <w:t xml:space="preserve">accia a </w:t>
      </w:r>
      <w:r w:rsidR="00D07A37">
        <w:rPr>
          <w:b/>
          <w:bCs/>
          <w:i/>
          <w:iCs/>
          <w:sz w:val="24"/>
          <w:szCs w:val="24"/>
        </w:rPr>
        <w:t>S</w:t>
      </w:r>
      <w:r w:rsidRPr="00CC7A33">
        <w:rPr>
          <w:b/>
          <w:bCs/>
          <w:i/>
          <w:iCs/>
          <w:sz w:val="24"/>
          <w:szCs w:val="24"/>
        </w:rPr>
        <w:t>tupiniggi in questo anno</w:t>
      </w:r>
      <w:r w:rsidR="00000000">
        <w:rPr>
          <w:i/>
          <w:iCs/>
          <w:sz w:val="24"/>
          <w:szCs w:val="24"/>
        </w:rPr>
        <w:pict w14:anchorId="39CF5292">
          <v:rect id="_x0000_i1522" style="width:0;height:1.5pt" o:hralign="center" o:hrstd="t" o:hr="t" fillcolor="#a0a0a0" stroked="f"/>
        </w:pict>
      </w:r>
    </w:p>
    <w:p w14:paraId="6A060B1D" w14:textId="77777777" w:rsidR="00AD30AF" w:rsidRDefault="00D07A37" w:rsidP="00CC7A33">
      <w:pPr>
        <w:jc w:val="both"/>
        <w:rPr>
          <w:i/>
          <w:iCs/>
          <w:sz w:val="24"/>
          <w:szCs w:val="24"/>
        </w:rPr>
      </w:pPr>
      <w:r>
        <w:rPr>
          <w:i/>
          <w:iCs/>
          <w:sz w:val="24"/>
          <w:szCs w:val="24"/>
        </w:rPr>
        <w:t>Li chiasili alli fenestroni dal sallone saranno con sua spagnoleta ferr</w:t>
      </w:r>
      <w:r w:rsidR="00AD30AF">
        <w:rPr>
          <w:i/>
          <w:iCs/>
          <w:sz w:val="24"/>
          <w:szCs w:val="24"/>
        </w:rPr>
        <w:t>o</w:t>
      </w:r>
      <w:r>
        <w:rPr>
          <w:i/>
          <w:iCs/>
          <w:sz w:val="24"/>
          <w:szCs w:val="24"/>
        </w:rPr>
        <w:t>glio a vit</w:t>
      </w:r>
      <w:r w:rsidR="00AD30AF">
        <w:rPr>
          <w:i/>
          <w:iCs/>
          <w:sz w:val="24"/>
          <w:szCs w:val="24"/>
        </w:rPr>
        <w:t>e</w:t>
      </w:r>
      <w:r>
        <w:rPr>
          <w:i/>
          <w:iCs/>
          <w:sz w:val="24"/>
          <w:szCs w:val="24"/>
        </w:rPr>
        <w:t xml:space="preserve"> e mantoneto della </w:t>
      </w:r>
      <w:r w:rsidR="00AD30AF">
        <w:rPr>
          <w:i/>
          <w:iCs/>
          <w:sz w:val="24"/>
          <w:szCs w:val="24"/>
        </w:rPr>
        <w:t>pan e loca con numero otto ficcie e pate necesse per soffermarli alla muraglia secondo la mostra ma però che li nodi sia della spagnoleta che delle ficie sijno meglio lavorate di quelli della mostra.</w:t>
      </w:r>
    </w:p>
    <w:p w14:paraId="4ABEB5A6" w14:textId="77777777" w:rsidR="00442799" w:rsidRDefault="00AD30AF" w:rsidP="00CC7A33">
      <w:pPr>
        <w:jc w:val="both"/>
        <w:rPr>
          <w:i/>
          <w:iCs/>
          <w:sz w:val="24"/>
          <w:szCs w:val="24"/>
        </w:rPr>
      </w:pPr>
      <w:r>
        <w:rPr>
          <w:i/>
          <w:iCs/>
          <w:sz w:val="24"/>
          <w:szCs w:val="24"/>
        </w:rPr>
        <w:t xml:space="preserve">Li uscij in quatro parti saranno ferrati con n° sei varvelle disnodate e le medeme saranno più rinforzate per la groseza della mettà di quelle della mostra et haveranno l’ochio più grande più rinforzato e havranno li suoi polici di longhezza oncie e nove in dieci </w:t>
      </w:r>
      <w:r w:rsidR="00442799">
        <w:rPr>
          <w:i/>
          <w:iCs/>
          <w:sz w:val="24"/>
          <w:szCs w:val="24"/>
        </w:rPr>
        <w:t>e le serature a crocco secondo la mostra.</w:t>
      </w:r>
    </w:p>
    <w:p w14:paraId="22ACAE4C" w14:textId="1F399910" w:rsidR="00442799" w:rsidRDefault="00442799" w:rsidP="00CC7A33">
      <w:pPr>
        <w:jc w:val="both"/>
        <w:rPr>
          <w:i/>
          <w:iCs/>
          <w:sz w:val="24"/>
          <w:szCs w:val="24"/>
        </w:rPr>
      </w:pPr>
      <w:r>
        <w:rPr>
          <w:i/>
          <w:iCs/>
          <w:sz w:val="24"/>
          <w:szCs w:val="24"/>
        </w:rPr>
        <w:t>Li chiasili e serraglie alle finestre a poggiolo saranno ferrati con sue spagnolette n° dieci cerniere tre basacule n° dieci ficcie n° due serraglietti e due cantoni il tutto secondo la mostra.</w:t>
      </w:r>
    </w:p>
    <w:p w14:paraId="0D633352" w14:textId="77777777" w:rsidR="00442799" w:rsidRDefault="00442799" w:rsidP="00CC7A33">
      <w:pPr>
        <w:jc w:val="both"/>
        <w:rPr>
          <w:i/>
          <w:iCs/>
          <w:sz w:val="24"/>
          <w:szCs w:val="24"/>
        </w:rPr>
      </w:pPr>
      <w:r>
        <w:rPr>
          <w:i/>
          <w:iCs/>
          <w:sz w:val="24"/>
          <w:szCs w:val="24"/>
        </w:rPr>
        <w:t>Li chiasili alle finestre a parapetti del piano nobile saranno con sua spagnoletta due serraglietti et bassacula otto cerniere alli voletti e n° sei ficie alle serraglie con sua spagnoleta secondo la mostra.</w:t>
      </w:r>
    </w:p>
    <w:p w14:paraId="5B125E1E" w14:textId="77777777" w:rsidR="00442799" w:rsidRDefault="00442799" w:rsidP="00CC7A33">
      <w:pPr>
        <w:jc w:val="both"/>
        <w:rPr>
          <w:i/>
          <w:iCs/>
          <w:sz w:val="24"/>
          <w:szCs w:val="24"/>
        </w:rPr>
      </w:pPr>
      <w:r>
        <w:rPr>
          <w:i/>
          <w:iCs/>
          <w:sz w:val="24"/>
          <w:szCs w:val="24"/>
        </w:rPr>
        <w:t>Li uscij del secondo piano saranno con sue vervelle e pollici secondo la mostra e sua seratura.</w:t>
      </w:r>
    </w:p>
    <w:p w14:paraId="7DEE6F74" w14:textId="77777777" w:rsidR="00442799" w:rsidRDefault="00442799" w:rsidP="00CC7A33">
      <w:pPr>
        <w:jc w:val="both"/>
        <w:rPr>
          <w:i/>
          <w:iCs/>
          <w:sz w:val="24"/>
          <w:szCs w:val="24"/>
        </w:rPr>
      </w:pPr>
      <w:r>
        <w:rPr>
          <w:i/>
          <w:iCs/>
          <w:sz w:val="24"/>
          <w:szCs w:val="24"/>
        </w:rPr>
        <w:t>Li chiasili e serraglie di detto secondo piano saranno ferrati secondo la mostra.</w:t>
      </w:r>
    </w:p>
    <w:p w14:paraId="7249BD73" w14:textId="77777777" w:rsidR="00442799" w:rsidRDefault="00442799" w:rsidP="00CC7A33">
      <w:pPr>
        <w:jc w:val="both"/>
        <w:rPr>
          <w:i/>
          <w:iCs/>
          <w:sz w:val="24"/>
          <w:szCs w:val="24"/>
        </w:rPr>
      </w:pPr>
      <w:r>
        <w:rPr>
          <w:i/>
          <w:iCs/>
          <w:sz w:val="24"/>
          <w:szCs w:val="24"/>
        </w:rPr>
        <w:t>Le ringhiere di ferro per li poggioli delle finestre del piano nobile saranno secondo il dissegno ben lavorate e di ferro d’Osta a tanto il rubbo.</w:t>
      </w:r>
    </w:p>
    <w:p w14:paraId="0F83B8D5" w14:textId="77777777" w:rsidR="000F1A47" w:rsidRDefault="00442799" w:rsidP="00CC7A33">
      <w:pPr>
        <w:jc w:val="both"/>
        <w:rPr>
          <w:i/>
          <w:iCs/>
          <w:sz w:val="24"/>
          <w:szCs w:val="24"/>
        </w:rPr>
      </w:pPr>
      <w:r>
        <w:rPr>
          <w:i/>
          <w:iCs/>
          <w:sz w:val="24"/>
          <w:szCs w:val="24"/>
        </w:rPr>
        <w:lastRenderedPageBreak/>
        <w:t xml:space="preserve">Le ringhiere per le due scalle di detta fabrica saranno lavorate secondo il dissegno e di ferro come sovra e tutto quanto sovra </w:t>
      </w:r>
      <w:r w:rsidR="000F1A47">
        <w:rPr>
          <w:i/>
          <w:iCs/>
          <w:sz w:val="24"/>
          <w:szCs w:val="24"/>
        </w:rPr>
        <w:t>sarà bene lavorato ad opera colaudata et approvata secondo porta l’arte e di mano in mano che si provederanno li chiasili saranno obligati di ferrarli a otto marzo mille sette cento trenta uno sottoscritto Cavagliere Don Filippo Juvarra Primo Architetto.</w:t>
      </w:r>
    </w:p>
    <w:p w14:paraId="71A60823" w14:textId="77777777" w:rsidR="000F1A47" w:rsidRDefault="000F1A47" w:rsidP="000F1A47">
      <w:pPr>
        <w:jc w:val="center"/>
        <w:rPr>
          <w:i/>
          <w:iCs/>
          <w:sz w:val="24"/>
          <w:szCs w:val="24"/>
        </w:rPr>
      </w:pPr>
      <w:r>
        <w:rPr>
          <w:i/>
          <w:iCs/>
          <w:sz w:val="24"/>
          <w:szCs w:val="24"/>
        </w:rPr>
        <w:t>Disegno del poggiolo di ferro per le finestre verso mezo giorno del piano nobile della Pallazina di Caccia di Stupiniggi.</w:t>
      </w:r>
    </w:p>
    <w:p w14:paraId="0826708E" w14:textId="77777777" w:rsidR="000F1A47" w:rsidRDefault="000F1A47" w:rsidP="000F1A47">
      <w:pPr>
        <w:jc w:val="center"/>
        <w:rPr>
          <w:i/>
          <w:iCs/>
          <w:sz w:val="24"/>
          <w:szCs w:val="24"/>
        </w:rPr>
      </w:pPr>
      <w:r>
        <w:rPr>
          <w:i/>
          <w:iCs/>
          <w:sz w:val="24"/>
          <w:szCs w:val="24"/>
        </w:rPr>
        <w:t>Disegno della ringhiera che va nella scala.</w:t>
      </w:r>
    </w:p>
    <w:p w14:paraId="0B98C38C" w14:textId="77777777" w:rsidR="000F1A47" w:rsidRDefault="000F1A47" w:rsidP="00CC7A33">
      <w:pPr>
        <w:jc w:val="both"/>
        <w:rPr>
          <w:i/>
          <w:iCs/>
          <w:sz w:val="24"/>
          <w:szCs w:val="24"/>
        </w:rPr>
      </w:pPr>
      <w:r>
        <w:rPr>
          <w:i/>
          <w:iCs/>
          <w:sz w:val="24"/>
          <w:szCs w:val="24"/>
        </w:rPr>
        <w:t>Instruzione</w:t>
      </w:r>
    </w:p>
    <w:p w14:paraId="4490F2E4" w14:textId="77777777" w:rsidR="000F1A47" w:rsidRDefault="000F1A47" w:rsidP="00CC7A33">
      <w:pPr>
        <w:jc w:val="both"/>
        <w:rPr>
          <w:i/>
          <w:iCs/>
          <w:sz w:val="24"/>
          <w:szCs w:val="24"/>
        </w:rPr>
      </w:pPr>
      <w:r>
        <w:rPr>
          <w:i/>
          <w:iCs/>
          <w:sz w:val="24"/>
          <w:szCs w:val="24"/>
        </w:rPr>
        <w:t>Saranno li poggioli delle finestre verso mezo giorno secondo il disegno le bachette di grosseza un terzo d’oncia in quadro le collonne al quanto più grossa e saranno di ferro d’Agosta e d’ugual bontà ben incastrate ribattute et a tutta opera colaudata si peserano e pagherano a tanto il rubbo.</w:t>
      </w:r>
    </w:p>
    <w:p w14:paraId="400FF1C8" w14:textId="77777777" w:rsidR="006357F0" w:rsidRDefault="000F1A47" w:rsidP="00CC7A33">
      <w:pPr>
        <w:jc w:val="both"/>
        <w:rPr>
          <w:i/>
          <w:iCs/>
          <w:sz w:val="24"/>
          <w:szCs w:val="24"/>
        </w:rPr>
      </w:pPr>
      <w:r>
        <w:rPr>
          <w:i/>
          <w:iCs/>
          <w:sz w:val="24"/>
          <w:szCs w:val="24"/>
        </w:rPr>
        <w:t xml:space="preserve">La ringhiera delle due scale saranno secondo il disegno con il suo freggio sopra e le pilastrate con le bachette d’un terzo d’oncia in quadro le collonne più grosse di ferro come sopra </w:t>
      </w:r>
      <w:r w:rsidR="006357F0">
        <w:rPr>
          <w:i/>
          <w:iCs/>
          <w:sz w:val="24"/>
          <w:szCs w:val="24"/>
        </w:rPr>
        <w:t>haveranno il giusto declivio delle scale e le bachette a piombo perfetto ben ribattute e unite assieme.</w:t>
      </w:r>
    </w:p>
    <w:p w14:paraId="6D2D476D" w14:textId="29E082B7" w:rsidR="00CC7A33" w:rsidRDefault="006357F0" w:rsidP="00CC7A33">
      <w:pPr>
        <w:jc w:val="both"/>
        <w:rPr>
          <w:i/>
          <w:iCs/>
          <w:sz w:val="24"/>
          <w:szCs w:val="24"/>
        </w:rPr>
      </w:pPr>
      <w:r>
        <w:rPr>
          <w:i/>
          <w:iCs/>
          <w:sz w:val="24"/>
          <w:szCs w:val="24"/>
        </w:rPr>
        <w:t>Saranno obligate prendere le misure giuste sul posto e prima segniare in grande di lavori e saranno rivisti dall’architetto saranno tenuti darli sul posto di Stupiniggi et asistere alla mettitura in opera per quanto richiede la sua proffessione il tutto ben fatto e secondo porta la bona e perfetta loro arte et a opera collaudata li otto marzo mille sette cento trenta uno Cavaliere Don Filippo Juvarra Primmo Architetto.</w:t>
      </w:r>
      <w:r w:rsidR="00000000">
        <w:rPr>
          <w:i/>
          <w:iCs/>
          <w:sz w:val="24"/>
          <w:szCs w:val="24"/>
        </w:rPr>
        <w:pict w14:anchorId="07514316">
          <v:rect id="_x0000_i1523" style="width:0;height:1.5pt" o:hralign="center" o:hrstd="t" o:hr="t" fillcolor="#a0a0a0" stroked="f"/>
        </w:pict>
      </w:r>
    </w:p>
    <w:p w14:paraId="7AE0B78A" w14:textId="7C192F02" w:rsidR="00D9204B" w:rsidRDefault="00D9204B" w:rsidP="00CC7A33">
      <w:pPr>
        <w:jc w:val="right"/>
        <w:rPr>
          <w:i/>
          <w:iCs/>
          <w:sz w:val="24"/>
          <w:szCs w:val="24"/>
        </w:rPr>
      </w:pPr>
      <w:r w:rsidRPr="00D9204B">
        <w:rPr>
          <w:i/>
          <w:iCs/>
          <w:sz w:val="24"/>
          <w:szCs w:val="24"/>
        </w:rPr>
        <w:t>a 8 marzo 1731</w:t>
      </w:r>
    </w:p>
    <w:p w14:paraId="6AE85291" w14:textId="77777777" w:rsidR="00CC7A33" w:rsidRDefault="00D9204B" w:rsidP="00CC7A33">
      <w:pPr>
        <w:jc w:val="right"/>
        <w:rPr>
          <w:i/>
          <w:iCs/>
          <w:sz w:val="24"/>
          <w:szCs w:val="24"/>
        </w:rPr>
      </w:pPr>
      <w:r w:rsidRPr="00D9204B">
        <w:rPr>
          <w:i/>
          <w:iCs/>
          <w:sz w:val="24"/>
          <w:szCs w:val="24"/>
        </w:rPr>
        <w:t>Sottoscritto Cavaliere Don Filippo Juvarra Primo Architetto</w:t>
      </w:r>
      <w:r w:rsidR="00000000">
        <w:rPr>
          <w:i/>
          <w:iCs/>
          <w:sz w:val="24"/>
          <w:szCs w:val="24"/>
        </w:rPr>
        <w:pict w14:anchorId="259A389C">
          <v:rect id="_x0000_i1524" style="width:0;height:1.5pt" o:hralign="center" o:hrstd="t" o:hr="t" fillcolor="#a0a0a0" stroked="f"/>
        </w:pict>
      </w:r>
    </w:p>
    <w:p w14:paraId="54DB5813" w14:textId="5FECB232" w:rsidR="00D9204B" w:rsidRPr="00CC7A33" w:rsidRDefault="00D9204B" w:rsidP="00CC7A33">
      <w:pPr>
        <w:jc w:val="both"/>
        <w:rPr>
          <w:sz w:val="24"/>
          <w:szCs w:val="24"/>
        </w:rPr>
      </w:pPr>
      <w:r w:rsidRPr="00CC7A33">
        <w:rPr>
          <w:sz w:val="24"/>
          <w:szCs w:val="24"/>
        </w:rPr>
        <w:t>Archivio Storico dell'Ordine Mauriziano | Stupinigi, Vinovo e dipendenze | Mazzo 14 (1715-1731) | fasc. 461.</w:t>
      </w:r>
    </w:p>
    <w:p w14:paraId="696F32E7" w14:textId="77777777" w:rsidR="00D9204B" w:rsidRDefault="00D9204B" w:rsidP="00CE1BD9">
      <w:pPr>
        <w:jc w:val="center"/>
        <w:rPr>
          <w:i/>
          <w:iCs/>
          <w:sz w:val="24"/>
          <w:szCs w:val="24"/>
        </w:rPr>
      </w:pPr>
    </w:p>
    <w:p w14:paraId="5F6FC959" w14:textId="45CF146A" w:rsidR="00D9204B" w:rsidRDefault="00D9204B" w:rsidP="00D9204B">
      <w:pPr>
        <w:jc w:val="center"/>
        <w:rPr>
          <w:sz w:val="28"/>
          <w:szCs w:val="28"/>
        </w:rPr>
      </w:pPr>
      <w:r>
        <w:rPr>
          <w:sz w:val="28"/>
          <w:szCs w:val="28"/>
        </w:rPr>
        <w:t>1732</w:t>
      </w:r>
    </w:p>
    <w:p w14:paraId="4EB4E633" w14:textId="5DA5AC51" w:rsidR="006357F0" w:rsidRDefault="006357F0" w:rsidP="006357F0">
      <w:pPr>
        <w:jc w:val="center"/>
        <w:rPr>
          <w:i/>
          <w:iCs/>
          <w:sz w:val="24"/>
          <w:szCs w:val="24"/>
        </w:rPr>
      </w:pPr>
      <w:r w:rsidRPr="00CC7A33">
        <w:rPr>
          <w:b/>
          <w:bCs/>
          <w:i/>
          <w:iCs/>
          <w:sz w:val="24"/>
          <w:szCs w:val="24"/>
        </w:rPr>
        <w:t xml:space="preserve">Instruzione per le pietre che vanno messe in opera nel corrente anno 1732 alla </w:t>
      </w:r>
      <w:r>
        <w:rPr>
          <w:b/>
          <w:bCs/>
          <w:i/>
          <w:iCs/>
          <w:sz w:val="24"/>
          <w:szCs w:val="24"/>
        </w:rPr>
        <w:t>R</w:t>
      </w:r>
      <w:r w:rsidRPr="00CC7A33">
        <w:rPr>
          <w:b/>
          <w:bCs/>
          <w:i/>
          <w:iCs/>
          <w:sz w:val="24"/>
          <w:szCs w:val="24"/>
        </w:rPr>
        <w:t xml:space="preserve">eal fabrica del </w:t>
      </w:r>
      <w:r>
        <w:rPr>
          <w:b/>
          <w:bCs/>
          <w:i/>
          <w:iCs/>
          <w:sz w:val="24"/>
          <w:szCs w:val="24"/>
        </w:rPr>
        <w:t>P</w:t>
      </w:r>
      <w:r w:rsidRPr="00CC7A33">
        <w:rPr>
          <w:b/>
          <w:bCs/>
          <w:i/>
          <w:iCs/>
          <w:sz w:val="24"/>
          <w:szCs w:val="24"/>
        </w:rPr>
        <w:t xml:space="preserve">alazzo di </w:t>
      </w:r>
      <w:r>
        <w:rPr>
          <w:b/>
          <w:bCs/>
          <w:i/>
          <w:iCs/>
          <w:sz w:val="24"/>
          <w:szCs w:val="24"/>
        </w:rPr>
        <w:t>C</w:t>
      </w:r>
      <w:r w:rsidRPr="00CC7A33">
        <w:rPr>
          <w:b/>
          <w:bCs/>
          <w:i/>
          <w:iCs/>
          <w:sz w:val="24"/>
          <w:szCs w:val="24"/>
        </w:rPr>
        <w:t xml:space="preserve">accia a </w:t>
      </w:r>
      <w:r>
        <w:rPr>
          <w:b/>
          <w:bCs/>
          <w:i/>
          <w:iCs/>
          <w:sz w:val="24"/>
          <w:szCs w:val="24"/>
        </w:rPr>
        <w:t>S</w:t>
      </w:r>
      <w:r w:rsidRPr="00CC7A33">
        <w:rPr>
          <w:b/>
          <w:bCs/>
          <w:i/>
          <w:iCs/>
          <w:sz w:val="24"/>
          <w:szCs w:val="24"/>
        </w:rPr>
        <w:t>tupiniggi</w:t>
      </w:r>
      <w:r>
        <w:rPr>
          <w:i/>
          <w:iCs/>
          <w:sz w:val="24"/>
          <w:szCs w:val="24"/>
        </w:rPr>
        <w:pict w14:anchorId="23201B98">
          <v:rect id="_x0000_i1641" style="width:0;height:1.5pt" o:hralign="center" o:hrstd="t" o:hr="t" fillcolor="#a0a0a0" stroked="f"/>
        </w:pict>
      </w:r>
    </w:p>
    <w:p w14:paraId="0EDEB9EE" w14:textId="77777777" w:rsidR="00170D98" w:rsidRDefault="00170D98" w:rsidP="006357F0">
      <w:pPr>
        <w:jc w:val="both"/>
        <w:rPr>
          <w:i/>
          <w:iCs/>
          <w:sz w:val="24"/>
          <w:szCs w:val="24"/>
        </w:rPr>
      </w:pPr>
      <w:r>
        <w:rPr>
          <w:i/>
          <w:iCs/>
          <w:sz w:val="24"/>
          <w:szCs w:val="24"/>
        </w:rPr>
        <w:t>Li gradini per le scalle del sallone saranno di tutt’altezza d’onze 3 ½ con cordone e quadretto et essi di longezza onze 10 e di longezza pol 6 ½ et che siino sodi senza falde ben martilinati uguali.</w:t>
      </w:r>
    </w:p>
    <w:p w14:paraId="7E6FB141" w14:textId="77777777" w:rsidR="00170D98" w:rsidRDefault="00170D98" w:rsidP="006357F0">
      <w:pPr>
        <w:jc w:val="both"/>
        <w:rPr>
          <w:i/>
          <w:iCs/>
          <w:sz w:val="24"/>
          <w:szCs w:val="24"/>
        </w:rPr>
      </w:pPr>
      <w:r>
        <w:rPr>
          <w:i/>
          <w:iCs/>
          <w:sz w:val="24"/>
          <w:szCs w:val="24"/>
        </w:rPr>
        <w:t>Quelli per le scalle per ascendere sovra le scuderie saranno parimente di tutt’altezza simile con cordone e quadretto et atteso che dette scalle sono rottonde saranno li medesimi di longezza da una parte a 10 et dall’altra a 4 et di longezza a 23 con sua testa semicircolare et ben martilinati uguali senza falde.</w:t>
      </w:r>
    </w:p>
    <w:p w14:paraId="5ED7D627" w14:textId="77777777" w:rsidR="00170D98" w:rsidRDefault="00170D98" w:rsidP="006357F0">
      <w:pPr>
        <w:jc w:val="both"/>
        <w:rPr>
          <w:i/>
          <w:iCs/>
          <w:sz w:val="24"/>
          <w:szCs w:val="24"/>
        </w:rPr>
      </w:pPr>
      <w:r>
        <w:rPr>
          <w:i/>
          <w:iCs/>
          <w:sz w:val="24"/>
          <w:szCs w:val="24"/>
        </w:rPr>
        <w:lastRenderedPageBreak/>
        <w:t>Li ripiani saranno della longezza di detti gradini et della longezza che porteranno dette scalle.</w:t>
      </w:r>
    </w:p>
    <w:p w14:paraId="3243619E" w14:textId="77777777" w:rsidR="005C1439" w:rsidRDefault="00170D98" w:rsidP="006357F0">
      <w:pPr>
        <w:jc w:val="both"/>
        <w:rPr>
          <w:i/>
          <w:iCs/>
          <w:sz w:val="24"/>
          <w:szCs w:val="24"/>
        </w:rPr>
      </w:pPr>
      <w:r>
        <w:rPr>
          <w:i/>
          <w:iCs/>
          <w:sz w:val="24"/>
          <w:szCs w:val="24"/>
        </w:rPr>
        <w:t xml:space="preserve">Le pietre per li poggioli saranno 2° il disegno et di grossezza 1 ½ </w:t>
      </w:r>
      <w:r w:rsidR="005C1439">
        <w:rPr>
          <w:i/>
          <w:iCs/>
          <w:sz w:val="24"/>
          <w:szCs w:val="24"/>
        </w:rPr>
        <w:t>senza falde bene martilinati uguali et essi sono in n° di 18 et de medemi quatro saranno di longezza onze 40 et di largezza onze 19 però anche travagliati 2° detto dissegno.</w:t>
      </w:r>
    </w:p>
    <w:p w14:paraId="05F2C0EE" w14:textId="77777777" w:rsidR="005C1439" w:rsidRDefault="005C1439" w:rsidP="006357F0">
      <w:pPr>
        <w:jc w:val="both"/>
        <w:rPr>
          <w:i/>
          <w:iCs/>
          <w:sz w:val="24"/>
          <w:szCs w:val="24"/>
        </w:rPr>
      </w:pPr>
      <w:r>
        <w:rPr>
          <w:i/>
          <w:iCs/>
          <w:sz w:val="24"/>
          <w:szCs w:val="24"/>
        </w:rPr>
        <w:t>Li scorsi per le finestre del piano nobile saranno 2° il dissegno di longezza onze 33 et di largezza onze 8 bene martilinati uguali et senza falde.</w:t>
      </w:r>
    </w:p>
    <w:p w14:paraId="0CF023D3" w14:textId="14C471BB" w:rsidR="006357F0" w:rsidRDefault="005C1439" w:rsidP="006357F0">
      <w:pPr>
        <w:jc w:val="both"/>
        <w:rPr>
          <w:i/>
          <w:iCs/>
          <w:sz w:val="24"/>
          <w:szCs w:val="24"/>
        </w:rPr>
      </w:pPr>
      <w:r>
        <w:rPr>
          <w:i/>
          <w:iCs/>
          <w:sz w:val="24"/>
          <w:szCs w:val="24"/>
        </w:rPr>
        <w:t>Tutte le sudette pietre saranno della pradera del piasco o d’altra d’ugual bontà et sarà a carico del partitante darle condotte sul posto et assistere alla mettitura in opera d’esse per quanto porti l’arte di piccapietra et saranno travagliate da bon padre di famiglia et ad opera colaudata et proviste che al più longo al fine del mese di giugno del corrente anno 1732 possino essere in opera.</w:t>
      </w:r>
      <w:r w:rsidR="006357F0">
        <w:rPr>
          <w:i/>
          <w:iCs/>
          <w:sz w:val="24"/>
          <w:szCs w:val="24"/>
        </w:rPr>
        <w:pict w14:anchorId="21CF5862">
          <v:rect id="_x0000_i1642" style="width:0;height:1.5pt" o:hralign="center" o:hrstd="t" o:hr="t" fillcolor="#a0a0a0" stroked="f"/>
        </w:pict>
      </w:r>
    </w:p>
    <w:p w14:paraId="739AFB57" w14:textId="212BDB7D" w:rsidR="006357F0" w:rsidRDefault="005C1439" w:rsidP="006357F0">
      <w:pPr>
        <w:jc w:val="right"/>
        <w:rPr>
          <w:i/>
          <w:iCs/>
          <w:sz w:val="24"/>
          <w:szCs w:val="24"/>
        </w:rPr>
      </w:pPr>
      <w:r>
        <w:rPr>
          <w:i/>
          <w:iCs/>
          <w:sz w:val="24"/>
          <w:szCs w:val="24"/>
        </w:rPr>
        <w:t xml:space="preserve">da </w:t>
      </w:r>
      <w:r w:rsidR="006357F0" w:rsidRPr="00D9204B">
        <w:rPr>
          <w:i/>
          <w:iCs/>
          <w:sz w:val="24"/>
          <w:szCs w:val="24"/>
        </w:rPr>
        <w:t>Torino li 18 genaro 1732</w:t>
      </w:r>
    </w:p>
    <w:p w14:paraId="1BA92075" w14:textId="77777777" w:rsidR="006357F0" w:rsidRDefault="006357F0" w:rsidP="006357F0">
      <w:pPr>
        <w:jc w:val="right"/>
        <w:rPr>
          <w:i/>
          <w:iCs/>
          <w:sz w:val="24"/>
          <w:szCs w:val="24"/>
        </w:rPr>
      </w:pPr>
      <w:r w:rsidRPr="00D9204B">
        <w:rPr>
          <w:i/>
          <w:iCs/>
          <w:sz w:val="24"/>
          <w:szCs w:val="24"/>
        </w:rPr>
        <w:t>Cavaliere Don Filippo Juvarra Primo Architetto</w:t>
      </w:r>
      <w:r>
        <w:rPr>
          <w:i/>
          <w:iCs/>
          <w:sz w:val="24"/>
          <w:szCs w:val="24"/>
        </w:rPr>
        <w:pict w14:anchorId="2A7E69FD">
          <v:rect id="_x0000_i1643" style="width:0;height:1.5pt" o:hralign="center" o:hrstd="t" o:hr="t" fillcolor="#a0a0a0" stroked="f"/>
        </w:pict>
      </w:r>
    </w:p>
    <w:p w14:paraId="424EF90D" w14:textId="77777777" w:rsidR="006357F0" w:rsidRPr="00CC7A33" w:rsidRDefault="006357F0" w:rsidP="006357F0">
      <w:pPr>
        <w:jc w:val="both"/>
        <w:rPr>
          <w:sz w:val="24"/>
          <w:szCs w:val="24"/>
        </w:rPr>
      </w:pPr>
      <w:r w:rsidRPr="00CC7A33">
        <w:rPr>
          <w:sz w:val="24"/>
          <w:szCs w:val="24"/>
        </w:rPr>
        <w:t>Archivio Storico dell'Ordine Mauriziano | Stupinigi, Vinovo e dipendenze | Mazzo 15 (1732-1736) | fasc. 470.</w:t>
      </w:r>
    </w:p>
    <w:p w14:paraId="48251186" w14:textId="77777777" w:rsidR="006357F0" w:rsidRDefault="006357F0" w:rsidP="00CE1BD9">
      <w:pPr>
        <w:jc w:val="center"/>
        <w:rPr>
          <w:b/>
          <w:bCs/>
          <w:i/>
          <w:iCs/>
          <w:sz w:val="24"/>
          <w:szCs w:val="24"/>
        </w:rPr>
      </w:pPr>
    </w:p>
    <w:p w14:paraId="3F8E922D" w14:textId="6AB54BAD" w:rsidR="00CC7A33" w:rsidRDefault="00D9204B" w:rsidP="00CE1BD9">
      <w:pPr>
        <w:jc w:val="center"/>
        <w:rPr>
          <w:i/>
          <w:iCs/>
          <w:sz w:val="24"/>
          <w:szCs w:val="24"/>
        </w:rPr>
      </w:pPr>
      <w:r w:rsidRPr="00CC7A33">
        <w:rPr>
          <w:b/>
          <w:bCs/>
          <w:i/>
          <w:iCs/>
          <w:sz w:val="24"/>
          <w:szCs w:val="24"/>
        </w:rPr>
        <w:t xml:space="preserve">Instruzione per le graticelle di fil d'ottone da mettersi alle finestre e finestroni del </w:t>
      </w:r>
      <w:r w:rsidR="006357F0">
        <w:rPr>
          <w:b/>
          <w:bCs/>
          <w:i/>
          <w:iCs/>
          <w:sz w:val="24"/>
          <w:szCs w:val="24"/>
        </w:rPr>
        <w:t>R</w:t>
      </w:r>
      <w:r w:rsidRPr="00CC7A33">
        <w:rPr>
          <w:b/>
          <w:bCs/>
          <w:i/>
          <w:iCs/>
          <w:sz w:val="24"/>
          <w:szCs w:val="24"/>
        </w:rPr>
        <w:t xml:space="preserve">eal nuovo </w:t>
      </w:r>
      <w:r w:rsidR="006357F0">
        <w:rPr>
          <w:b/>
          <w:bCs/>
          <w:i/>
          <w:iCs/>
          <w:sz w:val="24"/>
          <w:szCs w:val="24"/>
        </w:rPr>
        <w:t>P</w:t>
      </w:r>
      <w:r w:rsidRPr="00CC7A33">
        <w:rPr>
          <w:b/>
          <w:bCs/>
          <w:i/>
          <w:iCs/>
          <w:sz w:val="24"/>
          <w:szCs w:val="24"/>
        </w:rPr>
        <w:t xml:space="preserve">alazzo di </w:t>
      </w:r>
      <w:r w:rsidR="006357F0">
        <w:rPr>
          <w:b/>
          <w:bCs/>
          <w:i/>
          <w:iCs/>
          <w:sz w:val="24"/>
          <w:szCs w:val="24"/>
        </w:rPr>
        <w:t>C</w:t>
      </w:r>
      <w:r w:rsidRPr="00CC7A33">
        <w:rPr>
          <w:b/>
          <w:bCs/>
          <w:i/>
          <w:iCs/>
          <w:sz w:val="24"/>
          <w:szCs w:val="24"/>
        </w:rPr>
        <w:t xml:space="preserve">accia a </w:t>
      </w:r>
      <w:r w:rsidR="006357F0">
        <w:rPr>
          <w:b/>
          <w:bCs/>
          <w:i/>
          <w:iCs/>
          <w:sz w:val="24"/>
          <w:szCs w:val="24"/>
        </w:rPr>
        <w:t>S</w:t>
      </w:r>
      <w:r w:rsidRPr="00CC7A33">
        <w:rPr>
          <w:b/>
          <w:bCs/>
          <w:i/>
          <w:iCs/>
          <w:sz w:val="24"/>
          <w:szCs w:val="24"/>
        </w:rPr>
        <w:t>tupiniggi del corrente anno 1732</w:t>
      </w:r>
      <w:r w:rsidR="00000000">
        <w:rPr>
          <w:i/>
          <w:iCs/>
          <w:sz w:val="24"/>
          <w:szCs w:val="24"/>
        </w:rPr>
        <w:pict w14:anchorId="30BB8BF5">
          <v:rect id="_x0000_i1525" style="width:0;height:1.5pt" o:hralign="center" o:hrstd="t" o:hr="t" fillcolor="#a0a0a0" stroked="f"/>
        </w:pict>
      </w:r>
    </w:p>
    <w:p w14:paraId="728DC550" w14:textId="14476D22" w:rsidR="00CC7A33" w:rsidRDefault="005C1439" w:rsidP="00CC7A33">
      <w:pPr>
        <w:jc w:val="both"/>
        <w:rPr>
          <w:i/>
          <w:iCs/>
          <w:sz w:val="24"/>
          <w:szCs w:val="24"/>
        </w:rPr>
      </w:pPr>
      <w:r>
        <w:rPr>
          <w:i/>
          <w:iCs/>
          <w:sz w:val="24"/>
          <w:szCs w:val="24"/>
        </w:rPr>
        <w:t>Le graticelle alle finestre del piano nobile et alli finestroni del sallone saranno di fil d’ottone et saranno li buchi non più di quelli della mostra et saranno obligati di fare tanto quella in quadro quanto quelle semicircolari per le mezelune et asse a tanto il palmo come si pratica et li tellari saranno di ferro in moijata quelli si pagaranno a tanto il rubj et ove farsi di disegno pontaggi si provederanno per conto della fabrica et tutto quanto sovra doverà essere ad opera colaudata et approvata et si dovrà dar principio in questa primavera et di mano in mano che s’anderanno mettendo li vetri si metteranno anche dette graticelle.</w:t>
      </w:r>
      <w:r w:rsidR="00000000">
        <w:rPr>
          <w:i/>
          <w:iCs/>
          <w:sz w:val="24"/>
          <w:szCs w:val="24"/>
        </w:rPr>
        <w:pict w14:anchorId="76939B71">
          <v:rect id="_x0000_i1526" style="width:0;height:1.5pt" o:hralign="center" o:hrstd="t" o:hr="t" fillcolor="#a0a0a0" stroked="f"/>
        </w:pict>
      </w:r>
    </w:p>
    <w:p w14:paraId="39B12E74" w14:textId="038FE3B8" w:rsidR="00D9204B" w:rsidRDefault="00D9204B" w:rsidP="00CC7A33">
      <w:pPr>
        <w:jc w:val="right"/>
        <w:rPr>
          <w:i/>
          <w:iCs/>
          <w:sz w:val="24"/>
          <w:szCs w:val="24"/>
        </w:rPr>
      </w:pPr>
      <w:r w:rsidRPr="00D9204B">
        <w:rPr>
          <w:i/>
          <w:iCs/>
          <w:sz w:val="24"/>
          <w:szCs w:val="24"/>
        </w:rPr>
        <w:t xml:space="preserve">Torino a </w:t>
      </w:r>
      <w:r w:rsidR="006357F0">
        <w:rPr>
          <w:i/>
          <w:iCs/>
          <w:sz w:val="24"/>
          <w:szCs w:val="24"/>
        </w:rPr>
        <w:t>2</w:t>
      </w:r>
      <w:r w:rsidRPr="00D9204B">
        <w:rPr>
          <w:i/>
          <w:iCs/>
          <w:sz w:val="24"/>
          <w:szCs w:val="24"/>
        </w:rPr>
        <w:t>4 Gennaio 1732</w:t>
      </w:r>
    </w:p>
    <w:p w14:paraId="3B018BEC" w14:textId="77777777" w:rsidR="00CC7A33" w:rsidRDefault="00D9204B" w:rsidP="00CC7A33">
      <w:pPr>
        <w:jc w:val="right"/>
        <w:rPr>
          <w:i/>
          <w:iCs/>
          <w:sz w:val="24"/>
          <w:szCs w:val="24"/>
        </w:rPr>
      </w:pPr>
      <w:r w:rsidRPr="00D9204B">
        <w:rPr>
          <w:i/>
          <w:iCs/>
          <w:sz w:val="24"/>
          <w:szCs w:val="24"/>
        </w:rPr>
        <w:t>Cavaliere Don Filippo Juvarra Primo Architetto</w:t>
      </w:r>
      <w:r w:rsidR="00000000">
        <w:rPr>
          <w:i/>
          <w:iCs/>
          <w:sz w:val="24"/>
          <w:szCs w:val="24"/>
        </w:rPr>
        <w:pict w14:anchorId="0EB42AF9">
          <v:rect id="_x0000_i1527" style="width:0;height:1.5pt" o:hralign="center" o:hrstd="t" o:hr="t" fillcolor="#a0a0a0" stroked="f"/>
        </w:pict>
      </w:r>
    </w:p>
    <w:p w14:paraId="169B45A8" w14:textId="43D77072" w:rsidR="00D9204B" w:rsidRPr="00CC7A33" w:rsidRDefault="00D9204B" w:rsidP="00CC7A33">
      <w:pPr>
        <w:jc w:val="both"/>
        <w:rPr>
          <w:sz w:val="24"/>
          <w:szCs w:val="24"/>
        </w:rPr>
      </w:pPr>
      <w:r w:rsidRPr="00CC7A33">
        <w:rPr>
          <w:sz w:val="24"/>
          <w:szCs w:val="24"/>
        </w:rPr>
        <w:t>Archivio Storico dell'Ordine Mauriziano | Stupinigi, Vinovo e dipendenze | Mazzo 15 (1732-1736) | fasc. 470.</w:t>
      </w:r>
    </w:p>
    <w:p w14:paraId="52FE8856" w14:textId="77777777" w:rsidR="00D9204B" w:rsidRDefault="00D9204B" w:rsidP="006357F0">
      <w:pPr>
        <w:rPr>
          <w:i/>
          <w:iCs/>
          <w:sz w:val="24"/>
          <w:szCs w:val="24"/>
        </w:rPr>
      </w:pPr>
    </w:p>
    <w:p w14:paraId="176B0C56" w14:textId="64ADDD92" w:rsidR="00CC7A33" w:rsidRDefault="00D9204B" w:rsidP="00CE1BD9">
      <w:pPr>
        <w:jc w:val="center"/>
        <w:rPr>
          <w:i/>
          <w:iCs/>
          <w:sz w:val="24"/>
          <w:szCs w:val="24"/>
        </w:rPr>
      </w:pPr>
      <w:r w:rsidRPr="00CC7A33">
        <w:rPr>
          <w:b/>
          <w:bCs/>
          <w:i/>
          <w:iCs/>
          <w:sz w:val="24"/>
          <w:szCs w:val="24"/>
        </w:rPr>
        <w:t xml:space="preserve">Instruzione delli travagli di minuseria a farsi al </w:t>
      </w:r>
      <w:r w:rsidR="005C1439">
        <w:rPr>
          <w:b/>
          <w:bCs/>
          <w:i/>
          <w:iCs/>
          <w:sz w:val="24"/>
          <w:szCs w:val="24"/>
        </w:rPr>
        <w:t>R</w:t>
      </w:r>
      <w:r w:rsidRPr="00CC7A33">
        <w:rPr>
          <w:b/>
          <w:bCs/>
          <w:i/>
          <w:iCs/>
          <w:sz w:val="24"/>
          <w:szCs w:val="24"/>
        </w:rPr>
        <w:t xml:space="preserve">eal </w:t>
      </w:r>
      <w:r w:rsidR="005C1439">
        <w:rPr>
          <w:b/>
          <w:bCs/>
          <w:i/>
          <w:iCs/>
          <w:sz w:val="24"/>
          <w:szCs w:val="24"/>
        </w:rPr>
        <w:t>P</w:t>
      </w:r>
      <w:r w:rsidRPr="00CC7A33">
        <w:rPr>
          <w:b/>
          <w:bCs/>
          <w:i/>
          <w:iCs/>
          <w:sz w:val="24"/>
          <w:szCs w:val="24"/>
        </w:rPr>
        <w:t xml:space="preserve">alazzo di </w:t>
      </w:r>
      <w:r w:rsidR="005C1439">
        <w:rPr>
          <w:b/>
          <w:bCs/>
          <w:i/>
          <w:iCs/>
          <w:sz w:val="24"/>
          <w:szCs w:val="24"/>
        </w:rPr>
        <w:t>C</w:t>
      </w:r>
      <w:r w:rsidRPr="00CC7A33">
        <w:rPr>
          <w:b/>
          <w:bCs/>
          <w:i/>
          <w:iCs/>
          <w:sz w:val="24"/>
          <w:szCs w:val="24"/>
        </w:rPr>
        <w:t xml:space="preserve">accia a </w:t>
      </w:r>
      <w:r w:rsidR="005C1439">
        <w:rPr>
          <w:b/>
          <w:bCs/>
          <w:i/>
          <w:iCs/>
          <w:sz w:val="24"/>
          <w:szCs w:val="24"/>
        </w:rPr>
        <w:t>S</w:t>
      </w:r>
      <w:r w:rsidRPr="00CC7A33">
        <w:rPr>
          <w:b/>
          <w:bCs/>
          <w:i/>
          <w:iCs/>
          <w:sz w:val="24"/>
          <w:szCs w:val="24"/>
        </w:rPr>
        <w:t>tupiniggi nel 1732</w:t>
      </w:r>
      <w:r w:rsidR="00000000">
        <w:rPr>
          <w:i/>
          <w:iCs/>
          <w:sz w:val="24"/>
          <w:szCs w:val="24"/>
        </w:rPr>
        <w:pict w14:anchorId="7D04E799">
          <v:rect id="_x0000_i1531" style="width:0;height:1.5pt" o:hralign="center" o:hrstd="t" o:hr="t" fillcolor="#a0a0a0" stroked="f"/>
        </w:pict>
      </w:r>
    </w:p>
    <w:p w14:paraId="40CFA815" w14:textId="77777777" w:rsidR="00262D02" w:rsidRDefault="005253BD" w:rsidP="00CC7A33">
      <w:pPr>
        <w:jc w:val="both"/>
        <w:rPr>
          <w:i/>
          <w:iCs/>
          <w:sz w:val="24"/>
          <w:szCs w:val="24"/>
        </w:rPr>
      </w:pPr>
      <w:r>
        <w:rPr>
          <w:i/>
          <w:iCs/>
          <w:sz w:val="24"/>
          <w:szCs w:val="24"/>
        </w:rPr>
        <w:lastRenderedPageBreak/>
        <w:t xml:space="preserve">Primo. La balaustra della loggia interiormente attorno al sallone sarà 2° il dissegno con sua base e cimaza bene centinata al contorno d’essa loggia con sue cornici bene lavorate et li balaustri bene torniti 2° è il proffilo et faranno li suoi piccoli risalti alli pillastri </w:t>
      </w:r>
      <w:r w:rsidR="00262D02">
        <w:rPr>
          <w:i/>
          <w:iCs/>
          <w:sz w:val="24"/>
          <w:szCs w:val="24"/>
        </w:rPr>
        <w:t>tanto interiormente che esteriormente con suo riquadro in mezo et sarà a carico del partitante di ripartire li balaustri con suo tendere sul posto et essa balaustra sii terminata alla mettà di giugno et messa in opera a carico del partitante secondo la centinatura del disegnio.</w:t>
      </w:r>
    </w:p>
    <w:p w14:paraId="08AE07AA" w14:textId="77777777" w:rsidR="00262D02" w:rsidRDefault="00262D02" w:rsidP="00CC7A33">
      <w:pPr>
        <w:jc w:val="both"/>
        <w:rPr>
          <w:i/>
          <w:iCs/>
          <w:sz w:val="24"/>
          <w:szCs w:val="24"/>
        </w:rPr>
      </w:pPr>
      <w:r>
        <w:rPr>
          <w:i/>
          <w:iCs/>
          <w:sz w:val="24"/>
          <w:szCs w:val="24"/>
        </w:rPr>
        <w:t>2°. Le porte delle scuderie saranno di bosco di rovere di grossezza onze 2 ½ con sua portina nel mezo in che parti 2° è il dissegno et il bosco sarà bene stagionato et senza groppi bene martelate e sarà investita d’assi di rovere e inchiodata con chiodi con la sua testa limata che saranno provisti e dati sul posto messi a quadretto.</w:t>
      </w:r>
    </w:p>
    <w:p w14:paraId="219CEC1E" w14:textId="2AF24438" w:rsidR="00CC7A33" w:rsidRDefault="00262D02" w:rsidP="00CC7A33">
      <w:pPr>
        <w:jc w:val="both"/>
        <w:rPr>
          <w:i/>
          <w:iCs/>
          <w:sz w:val="24"/>
          <w:szCs w:val="24"/>
        </w:rPr>
      </w:pPr>
      <w:r>
        <w:rPr>
          <w:i/>
          <w:iCs/>
          <w:sz w:val="24"/>
          <w:szCs w:val="24"/>
        </w:rPr>
        <w:t>3°. Li chiassili per le finestre delle scuderie saranno 2° il dissegno et haveranno li montanti di rovere et li voletti di rovere et saranno di grossezza 2 bene lavorati et di bosco ben stagionato et essi terminati alla fine del mese di luglio e doveranno prendere le misure quando le finestre saranno stabilite haveranno il suo solito battente e fatti con tutta pulitezza e bontà di boschami a opera conlaudata e approvata da bon padre di famiglia e 2° richiede la perfetta e soda arte di minusiero.</w:t>
      </w:r>
      <w:r w:rsidR="00000000">
        <w:rPr>
          <w:i/>
          <w:iCs/>
          <w:sz w:val="24"/>
          <w:szCs w:val="24"/>
        </w:rPr>
        <w:pict w14:anchorId="2D34D942">
          <v:rect id="_x0000_i1532" style="width:0;height:1.5pt" o:hralign="center" o:hrstd="t" o:hr="t" fillcolor="#a0a0a0" stroked="f"/>
        </w:pict>
      </w:r>
    </w:p>
    <w:p w14:paraId="50D272A5" w14:textId="00C506A7" w:rsidR="00D9204B" w:rsidRDefault="00D9204B" w:rsidP="00CC7A33">
      <w:pPr>
        <w:jc w:val="right"/>
        <w:rPr>
          <w:i/>
          <w:iCs/>
          <w:sz w:val="24"/>
          <w:szCs w:val="24"/>
        </w:rPr>
      </w:pPr>
      <w:r w:rsidRPr="00D9204B">
        <w:rPr>
          <w:i/>
          <w:iCs/>
          <w:sz w:val="24"/>
          <w:szCs w:val="24"/>
        </w:rPr>
        <w:t>giorno di 24 Gennaro 1732</w:t>
      </w:r>
    </w:p>
    <w:p w14:paraId="52991AA1" w14:textId="77777777" w:rsidR="00CC7A33" w:rsidRDefault="00D9204B" w:rsidP="00CC7A33">
      <w:pPr>
        <w:jc w:val="right"/>
        <w:rPr>
          <w:i/>
          <w:iCs/>
          <w:sz w:val="24"/>
          <w:szCs w:val="24"/>
        </w:rPr>
      </w:pPr>
      <w:r w:rsidRPr="00D9204B">
        <w:rPr>
          <w:i/>
          <w:iCs/>
          <w:sz w:val="24"/>
          <w:szCs w:val="24"/>
        </w:rPr>
        <w:t>Cavaliere Don Filippo Juvarra Primo Architetto</w:t>
      </w:r>
      <w:r w:rsidR="00000000">
        <w:rPr>
          <w:i/>
          <w:iCs/>
          <w:sz w:val="24"/>
          <w:szCs w:val="24"/>
        </w:rPr>
        <w:pict w14:anchorId="13F5C2BB">
          <v:rect id="_x0000_i1533" style="width:0;height:1.5pt" o:hralign="center" o:hrstd="t" o:hr="t" fillcolor="#a0a0a0" stroked="f"/>
        </w:pict>
      </w:r>
    </w:p>
    <w:p w14:paraId="635C2118" w14:textId="4EDD75C0" w:rsidR="00D9204B" w:rsidRPr="00CC7A33" w:rsidRDefault="00D9204B" w:rsidP="00CC7A33">
      <w:pPr>
        <w:jc w:val="both"/>
        <w:rPr>
          <w:sz w:val="24"/>
          <w:szCs w:val="24"/>
        </w:rPr>
      </w:pPr>
      <w:r w:rsidRPr="00CC7A33">
        <w:rPr>
          <w:sz w:val="24"/>
          <w:szCs w:val="24"/>
        </w:rPr>
        <w:t>Archivio Storico dell'Ordine Mauriziano | Stupinigi, Vinovo e dipendenze | Mazzo 15 (1732-1736) | fasc. 470.</w:t>
      </w:r>
    </w:p>
    <w:p w14:paraId="7427053B" w14:textId="77777777" w:rsidR="00D9204B" w:rsidRDefault="00D9204B" w:rsidP="00CE1BD9">
      <w:pPr>
        <w:jc w:val="center"/>
        <w:rPr>
          <w:i/>
          <w:iCs/>
          <w:sz w:val="24"/>
          <w:szCs w:val="24"/>
        </w:rPr>
      </w:pPr>
    </w:p>
    <w:p w14:paraId="4079CCB7" w14:textId="752DCFD1" w:rsidR="00CC7A33" w:rsidRDefault="00D9204B" w:rsidP="00CE1BD9">
      <w:pPr>
        <w:jc w:val="center"/>
        <w:rPr>
          <w:i/>
          <w:iCs/>
          <w:sz w:val="24"/>
          <w:szCs w:val="24"/>
        </w:rPr>
      </w:pPr>
      <w:r w:rsidRPr="00CC7A33">
        <w:rPr>
          <w:b/>
          <w:bCs/>
          <w:i/>
          <w:iCs/>
          <w:sz w:val="24"/>
          <w:szCs w:val="24"/>
        </w:rPr>
        <w:t xml:space="preserve">Instruzione per il grigio a oglio da darsi alle serraglie d'uscij finestre e li finestroni del sallone al </w:t>
      </w:r>
      <w:r w:rsidR="005253BD">
        <w:rPr>
          <w:b/>
          <w:bCs/>
          <w:i/>
          <w:iCs/>
          <w:sz w:val="24"/>
          <w:szCs w:val="24"/>
        </w:rPr>
        <w:t>R</w:t>
      </w:r>
      <w:r w:rsidRPr="00CC7A33">
        <w:rPr>
          <w:b/>
          <w:bCs/>
          <w:i/>
          <w:iCs/>
          <w:sz w:val="24"/>
          <w:szCs w:val="24"/>
        </w:rPr>
        <w:t xml:space="preserve">eal </w:t>
      </w:r>
      <w:r w:rsidR="005253BD">
        <w:rPr>
          <w:b/>
          <w:bCs/>
          <w:i/>
          <w:iCs/>
          <w:sz w:val="24"/>
          <w:szCs w:val="24"/>
        </w:rPr>
        <w:t>P</w:t>
      </w:r>
      <w:r w:rsidRPr="00CC7A33">
        <w:rPr>
          <w:b/>
          <w:bCs/>
          <w:i/>
          <w:iCs/>
          <w:sz w:val="24"/>
          <w:szCs w:val="24"/>
        </w:rPr>
        <w:t xml:space="preserve">alazzo di </w:t>
      </w:r>
      <w:r w:rsidR="005253BD">
        <w:rPr>
          <w:b/>
          <w:bCs/>
          <w:i/>
          <w:iCs/>
          <w:sz w:val="24"/>
          <w:szCs w:val="24"/>
        </w:rPr>
        <w:t>C</w:t>
      </w:r>
      <w:r w:rsidRPr="00CC7A33">
        <w:rPr>
          <w:b/>
          <w:bCs/>
          <w:i/>
          <w:iCs/>
          <w:sz w:val="24"/>
          <w:szCs w:val="24"/>
        </w:rPr>
        <w:t xml:space="preserve">accia a </w:t>
      </w:r>
      <w:r w:rsidR="005253BD">
        <w:rPr>
          <w:b/>
          <w:bCs/>
          <w:i/>
          <w:iCs/>
          <w:sz w:val="24"/>
          <w:szCs w:val="24"/>
        </w:rPr>
        <w:t>S</w:t>
      </w:r>
      <w:r w:rsidRPr="00CC7A33">
        <w:rPr>
          <w:b/>
          <w:bCs/>
          <w:i/>
          <w:iCs/>
          <w:sz w:val="24"/>
          <w:szCs w:val="24"/>
        </w:rPr>
        <w:t>tupiniggi</w:t>
      </w:r>
      <w:r w:rsidR="00000000">
        <w:rPr>
          <w:i/>
          <w:iCs/>
          <w:sz w:val="24"/>
          <w:szCs w:val="24"/>
        </w:rPr>
        <w:pict w14:anchorId="2870625A">
          <v:rect id="_x0000_i1534" style="width:0;height:1.5pt" o:hralign="center" o:hrstd="t" o:hr="t" fillcolor="#a0a0a0" stroked="f"/>
        </w:pict>
      </w:r>
    </w:p>
    <w:p w14:paraId="020BE668" w14:textId="77777777" w:rsidR="00262D02" w:rsidRDefault="00262D02" w:rsidP="00CC7A33">
      <w:pPr>
        <w:jc w:val="both"/>
        <w:rPr>
          <w:i/>
          <w:iCs/>
          <w:sz w:val="24"/>
          <w:szCs w:val="24"/>
        </w:rPr>
      </w:pPr>
      <w:r>
        <w:rPr>
          <w:i/>
          <w:iCs/>
          <w:sz w:val="24"/>
          <w:szCs w:val="24"/>
        </w:rPr>
        <w:t>Il grigio sarà a oglio ben cotto e il colore sarà composto di pura biacca e un pocco di terra nera Romana et la tinta sarà datta per tutto tanto nella parte interiore che esteriore e per sotto ove si puotrà vedere il legno che qual si sia parte saranno obligati di darlo sino a tre mani acciò resti ben coperto e lustro detto colore a oglio cotto se in caso si vedrà che nella biacca ci fosse messo la minima parte di gesso o altra mistura a luogo dell’oglio cotto non si pagarà detto grigio al partitante per non esser il lavoro 2° il suo obligo.</w:t>
      </w:r>
    </w:p>
    <w:p w14:paraId="0C65C318" w14:textId="77777777" w:rsidR="00EB6D79" w:rsidRDefault="00EB6D79" w:rsidP="00CC7A33">
      <w:pPr>
        <w:jc w:val="both"/>
        <w:rPr>
          <w:i/>
          <w:iCs/>
          <w:sz w:val="24"/>
          <w:szCs w:val="24"/>
        </w:rPr>
      </w:pPr>
      <w:r>
        <w:rPr>
          <w:i/>
          <w:iCs/>
          <w:sz w:val="24"/>
          <w:szCs w:val="24"/>
        </w:rPr>
        <w:t>Li chiasili alli finestroni del sallone saranno tinti del medemo colore griggio a oglio cotto 2° il sopradetto capo et lo faranno o più chiaro o più scuro secondo li diranno li giusti che dipingono detto sallone et essi a tanto caduno.</w:t>
      </w:r>
    </w:p>
    <w:p w14:paraId="2BA09B30" w14:textId="77777777" w:rsidR="00EB6D79" w:rsidRDefault="00EB6D79" w:rsidP="00CC7A33">
      <w:pPr>
        <w:jc w:val="both"/>
        <w:rPr>
          <w:i/>
          <w:iCs/>
          <w:sz w:val="24"/>
          <w:szCs w:val="24"/>
        </w:rPr>
      </w:pPr>
      <w:r>
        <w:rPr>
          <w:i/>
          <w:iCs/>
          <w:sz w:val="24"/>
          <w:szCs w:val="24"/>
        </w:rPr>
        <w:t>Nelli chiassili daranno il colore anche nelle grossezze delli voletti et ove attaca alla muraglia parimente il tutto ben fatto tanto a quelli del piano nobile che a quelli delli mezanelli et li medemi a tanto caduno.</w:t>
      </w:r>
    </w:p>
    <w:p w14:paraId="33DCE422" w14:textId="6443FB26" w:rsidR="00CC7A33" w:rsidRDefault="00EB6D79" w:rsidP="00CC7A33">
      <w:pPr>
        <w:jc w:val="both"/>
        <w:rPr>
          <w:i/>
          <w:iCs/>
          <w:sz w:val="24"/>
          <w:szCs w:val="24"/>
        </w:rPr>
      </w:pPr>
      <w:r>
        <w:rPr>
          <w:i/>
          <w:iCs/>
          <w:sz w:val="24"/>
          <w:szCs w:val="24"/>
        </w:rPr>
        <w:lastRenderedPageBreak/>
        <w:t>Li usij del piano nobile et quelli delli mezanelli haveranno il griggio dell’ugual bontà descritta nel sudetto capo il tutto ben fatto da buon padre di famiglia et ad opera colaudata e terminato alla fine di luglio.</w:t>
      </w:r>
      <w:r w:rsidR="00000000">
        <w:rPr>
          <w:i/>
          <w:iCs/>
          <w:sz w:val="24"/>
          <w:szCs w:val="24"/>
        </w:rPr>
        <w:pict w14:anchorId="2C3A2D4F">
          <v:rect id="_x0000_i1535" style="width:0;height:1.5pt" o:hralign="center" o:hrstd="t" o:hr="t" fillcolor="#a0a0a0" stroked="f"/>
        </w:pict>
      </w:r>
    </w:p>
    <w:p w14:paraId="67EE5973" w14:textId="1BAF6C5D" w:rsidR="00D9204B" w:rsidRDefault="005B6534" w:rsidP="00CC7A33">
      <w:pPr>
        <w:jc w:val="right"/>
        <w:rPr>
          <w:i/>
          <w:iCs/>
          <w:sz w:val="24"/>
          <w:szCs w:val="24"/>
        </w:rPr>
      </w:pPr>
      <w:r w:rsidRPr="005B6534">
        <w:rPr>
          <w:i/>
          <w:iCs/>
          <w:sz w:val="24"/>
          <w:szCs w:val="24"/>
        </w:rPr>
        <w:t>Torino li a 24 Gennaro 1732</w:t>
      </w:r>
    </w:p>
    <w:p w14:paraId="00F23260" w14:textId="77777777" w:rsidR="00CC7A33" w:rsidRDefault="005B6534" w:rsidP="00CC7A33">
      <w:pPr>
        <w:jc w:val="right"/>
        <w:rPr>
          <w:i/>
          <w:iCs/>
          <w:sz w:val="24"/>
          <w:szCs w:val="24"/>
        </w:rPr>
      </w:pPr>
      <w:r w:rsidRPr="005B6534">
        <w:rPr>
          <w:i/>
          <w:iCs/>
          <w:sz w:val="24"/>
          <w:szCs w:val="24"/>
        </w:rPr>
        <w:t>Cavaliere Don Filippo Juvarra Primo Architetto</w:t>
      </w:r>
      <w:r w:rsidR="00000000">
        <w:rPr>
          <w:i/>
          <w:iCs/>
          <w:sz w:val="24"/>
          <w:szCs w:val="24"/>
        </w:rPr>
        <w:pict w14:anchorId="7E1C5DDC">
          <v:rect id="_x0000_i1536" style="width:0;height:1.5pt" o:hralign="center" o:hrstd="t" o:hr="t" fillcolor="#a0a0a0" stroked="f"/>
        </w:pict>
      </w:r>
    </w:p>
    <w:p w14:paraId="01298712" w14:textId="6CAD492F" w:rsidR="005B6534" w:rsidRPr="00CC7A33" w:rsidRDefault="005B6534" w:rsidP="00CC7A33">
      <w:pPr>
        <w:jc w:val="both"/>
        <w:rPr>
          <w:sz w:val="24"/>
          <w:szCs w:val="24"/>
        </w:rPr>
      </w:pPr>
      <w:r w:rsidRPr="00CC7A33">
        <w:rPr>
          <w:sz w:val="24"/>
          <w:szCs w:val="24"/>
        </w:rPr>
        <w:t>Archivio Storico dell'Ordine Mauriziano | Stupinigi, Vinovo e dipendenze | Mazzo 15 (1732-1736) | fasc. 470.</w:t>
      </w:r>
    </w:p>
    <w:p w14:paraId="769AF37E" w14:textId="77777777" w:rsidR="005B6534" w:rsidRDefault="005B6534" w:rsidP="00CE1BD9">
      <w:pPr>
        <w:jc w:val="center"/>
        <w:rPr>
          <w:i/>
          <w:iCs/>
          <w:sz w:val="24"/>
          <w:szCs w:val="24"/>
        </w:rPr>
      </w:pPr>
    </w:p>
    <w:p w14:paraId="56313862" w14:textId="4DE9455C" w:rsidR="00CC7A33" w:rsidRDefault="005B6534" w:rsidP="00CE1BD9">
      <w:pPr>
        <w:jc w:val="center"/>
        <w:rPr>
          <w:i/>
          <w:iCs/>
          <w:sz w:val="24"/>
          <w:szCs w:val="24"/>
        </w:rPr>
      </w:pPr>
      <w:r w:rsidRPr="00CC7A33">
        <w:rPr>
          <w:b/>
          <w:bCs/>
          <w:i/>
          <w:iCs/>
          <w:sz w:val="24"/>
          <w:szCs w:val="24"/>
        </w:rPr>
        <w:t xml:space="preserve">Instruzione per mettere a oro di Germania la balaustra della sala di </w:t>
      </w:r>
      <w:r w:rsidR="005253BD">
        <w:rPr>
          <w:b/>
          <w:bCs/>
          <w:i/>
          <w:iCs/>
          <w:sz w:val="24"/>
          <w:szCs w:val="24"/>
        </w:rPr>
        <w:t>S</w:t>
      </w:r>
      <w:r w:rsidRPr="00CC7A33">
        <w:rPr>
          <w:b/>
          <w:bCs/>
          <w:i/>
          <w:iCs/>
          <w:sz w:val="24"/>
          <w:szCs w:val="24"/>
        </w:rPr>
        <w:t>tupinigij</w:t>
      </w:r>
      <w:r w:rsidR="00000000">
        <w:rPr>
          <w:i/>
          <w:iCs/>
          <w:sz w:val="24"/>
          <w:szCs w:val="24"/>
        </w:rPr>
        <w:pict w14:anchorId="26FA29C2">
          <v:rect id="_x0000_i1537" style="width:0;height:1.5pt" o:hralign="center" o:hrstd="t" o:hr="t" fillcolor="#a0a0a0" stroked="f"/>
        </w:pict>
      </w:r>
    </w:p>
    <w:p w14:paraId="76A19F33" w14:textId="77777777" w:rsidR="00EB6D79" w:rsidRDefault="00EB6D79" w:rsidP="00CC7A33">
      <w:pPr>
        <w:jc w:val="both"/>
        <w:rPr>
          <w:i/>
          <w:iCs/>
          <w:sz w:val="24"/>
          <w:szCs w:val="24"/>
        </w:rPr>
      </w:pPr>
      <w:r>
        <w:rPr>
          <w:i/>
          <w:iCs/>
          <w:sz w:val="24"/>
          <w:szCs w:val="24"/>
        </w:rPr>
        <w:t>Primo. Saranno obligati di stuccare con colla di cernione e gesso grosso tutti i bugi o mancanze del legnio tantto nelli balaustri che cimase o piedestalini.</w:t>
      </w:r>
    </w:p>
    <w:p w14:paraId="4FA2C75F" w14:textId="77777777" w:rsidR="00EB6D79" w:rsidRDefault="00EB6D79" w:rsidP="00CC7A33">
      <w:pPr>
        <w:jc w:val="both"/>
        <w:rPr>
          <w:i/>
          <w:iCs/>
          <w:sz w:val="24"/>
          <w:szCs w:val="24"/>
        </w:rPr>
      </w:pPr>
      <w:r>
        <w:rPr>
          <w:i/>
          <w:iCs/>
          <w:sz w:val="24"/>
          <w:szCs w:val="24"/>
        </w:rPr>
        <w:t>2°. Doppo di questo daranno una mane d’oglio cotto ben caldo a tutta la balaustra tantto fuori che dentro et in ogni parte che si vede e questa mano sarà data ogliosa acciò il legnio inzuppa e bene bene.</w:t>
      </w:r>
    </w:p>
    <w:p w14:paraId="751B22E2" w14:textId="77777777" w:rsidR="00EB6D79" w:rsidRDefault="00EB6D79" w:rsidP="00CC7A33">
      <w:pPr>
        <w:jc w:val="both"/>
        <w:rPr>
          <w:i/>
          <w:iCs/>
          <w:sz w:val="24"/>
          <w:szCs w:val="24"/>
        </w:rPr>
      </w:pPr>
      <w:r>
        <w:rPr>
          <w:i/>
          <w:iCs/>
          <w:sz w:val="24"/>
          <w:szCs w:val="24"/>
        </w:rPr>
        <w:t>3. Asciutta detta mano si darà altra mano di oglio cotto con il colore di terra gialla di Roma chiara per tutta la sopra detta balaustra piedesttalli base e cimata.</w:t>
      </w:r>
    </w:p>
    <w:p w14:paraId="24448307" w14:textId="52770B86" w:rsidR="00EB6D79" w:rsidRDefault="00EB6D79" w:rsidP="00CC7A33">
      <w:pPr>
        <w:jc w:val="both"/>
        <w:rPr>
          <w:i/>
          <w:iCs/>
          <w:sz w:val="24"/>
          <w:szCs w:val="24"/>
        </w:rPr>
      </w:pPr>
      <w:r>
        <w:rPr>
          <w:i/>
          <w:iCs/>
          <w:sz w:val="24"/>
          <w:szCs w:val="24"/>
        </w:rPr>
        <w:t>4. Asciutta che sarà detta mano di oglio cotto e colore si darà una o due mani di mordente con il suo solito sechante acciò l’oro di venga lucito.</w:t>
      </w:r>
    </w:p>
    <w:p w14:paraId="313596A9" w14:textId="37996575" w:rsidR="00EB6D79" w:rsidRDefault="00EB6D79" w:rsidP="00CC7A33">
      <w:pPr>
        <w:jc w:val="both"/>
        <w:rPr>
          <w:i/>
          <w:iCs/>
          <w:sz w:val="24"/>
          <w:szCs w:val="24"/>
        </w:rPr>
      </w:pPr>
      <w:r>
        <w:rPr>
          <w:i/>
          <w:iCs/>
          <w:sz w:val="24"/>
          <w:szCs w:val="24"/>
        </w:rPr>
        <w:t>5. L’oro di Germania che sarà impiegato sarà di colore uguale e non troppo rosso ma pallido e ugguale.</w:t>
      </w:r>
    </w:p>
    <w:p w14:paraId="38CDD2DC" w14:textId="5BC7D877" w:rsidR="00EB6D79" w:rsidRDefault="00EB6D79" w:rsidP="00CC7A33">
      <w:pPr>
        <w:jc w:val="both"/>
        <w:rPr>
          <w:i/>
          <w:iCs/>
          <w:sz w:val="24"/>
          <w:szCs w:val="24"/>
        </w:rPr>
      </w:pPr>
      <w:r>
        <w:rPr>
          <w:i/>
          <w:iCs/>
          <w:sz w:val="24"/>
          <w:szCs w:val="24"/>
        </w:rPr>
        <w:t xml:space="preserve">6. quando detto oro di Germania sarà asciutto si darà </w:t>
      </w:r>
      <w:r w:rsidR="007B067C">
        <w:rPr>
          <w:i/>
          <w:iCs/>
          <w:sz w:val="24"/>
          <w:szCs w:val="24"/>
        </w:rPr>
        <w:t>per tutto una mano di vernice di spirito d’unico con l’altri ingredienti per farlla perfetta detta vernice e sarà data tantto esteriormente che interiormente e per tutto e detta vernice serverà pur conservare il colore per parechi anni al detto oro di Germania.</w:t>
      </w:r>
    </w:p>
    <w:p w14:paraId="4A38998A" w14:textId="5CAEAFB3" w:rsidR="007B067C" w:rsidRDefault="007B067C" w:rsidP="00CC7A33">
      <w:pPr>
        <w:jc w:val="both"/>
        <w:rPr>
          <w:i/>
          <w:iCs/>
          <w:sz w:val="24"/>
          <w:szCs w:val="24"/>
        </w:rPr>
      </w:pPr>
      <w:r>
        <w:rPr>
          <w:i/>
          <w:iCs/>
          <w:sz w:val="24"/>
          <w:szCs w:val="24"/>
        </w:rPr>
        <w:t>7. Il tutto ben fatto a opera conlaudata e approvata sarà a loro carico le speze cibarie e qualunque altra speza necesaria a questa opera fuori delli pontaggi che si faranno fare ove voranno per commodo del lavoro.</w:t>
      </w:r>
    </w:p>
    <w:p w14:paraId="5596DC0A" w14:textId="459B1D27" w:rsidR="00CC7A33" w:rsidRDefault="00000000" w:rsidP="00CC7A33">
      <w:pPr>
        <w:jc w:val="both"/>
        <w:rPr>
          <w:i/>
          <w:iCs/>
          <w:sz w:val="24"/>
          <w:szCs w:val="24"/>
        </w:rPr>
      </w:pPr>
      <w:r>
        <w:rPr>
          <w:i/>
          <w:iCs/>
          <w:sz w:val="24"/>
          <w:szCs w:val="24"/>
        </w:rPr>
        <w:pict w14:anchorId="14F07D44">
          <v:rect id="_x0000_i1538" style="width:0;height:1.5pt" o:hralign="center" o:hrstd="t" o:hr="t" fillcolor="#a0a0a0" stroked="f"/>
        </w:pict>
      </w:r>
    </w:p>
    <w:p w14:paraId="01FDBEDA" w14:textId="394CE26A" w:rsidR="005B6534" w:rsidRDefault="005B6534" w:rsidP="00CC7A33">
      <w:pPr>
        <w:jc w:val="right"/>
        <w:rPr>
          <w:i/>
          <w:iCs/>
          <w:sz w:val="24"/>
          <w:szCs w:val="24"/>
        </w:rPr>
      </w:pPr>
      <w:r w:rsidRPr="005B6534">
        <w:rPr>
          <w:i/>
          <w:iCs/>
          <w:sz w:val="24"/>
          <w:szCs w:val="24"/>
        </w:rPr>
        <w:t>giorno di 22 Settembre 1732</w:t>
      </w:r>
    </w:p>
    <w:p w14:paraId="4BD0FD71" w14:textId="77777777" w:rsidR="00CC7A33" w:rsidRDefault="005B6534" w:rsidP="00CC7A33">
      <w:pPr>
        <w:jc w:val="right"/>
        <w:rPr>
          <w:i/>
          <w:iCs/>
          <w:sz w:val="24"/>
          <w:szCs w:val="24"/>
        </w:rPr>
      </w:pPr>
      <w:r w:rsidRPr="005B6534">
        <w:rPr>
          <w:i/>
          <w:iCs/>
          <w:sz w:val="24"/>
          <w:szCs w:val="24"/>
        </w:rPr>
        <w:t>Cavaliere Don Filippo Juvarra Primo Architetto</w:t>
      </w:r>
      <w:r w:rsidR="00000000">
        <w:rPr>
          <w:i/>
          <w:iCs/>
          <w:sz w:val="24"/>
          <w:szCs w:val="24"/>
        </w:rPr>
        <w:pict w14:anchorId="40B7C093">
          <v:rect id="_x0000_i1539" style="width:0;height:1.5pt" o:hralign="center" o:hrstd="t" o:hr="t" fillcolor="#a0a0a0" stroked="f"/>
        </w:pict>
      </w:r>
    </w:p>
    <w:p w14:paraId="4003C558" w14:textId="167D071A" w:rsidR="005B6534" w:rsidRPr="00CC7A33" w:rsidRDefault="005B6534" w:rsidP="00CC7A33">
      <w:pPr>
        <w:jc w:val="both"/>
        <w:rPr>
          <w:sz w:val="24"/>
          <w:szCs w:val="24"/>
        </w:rPr>
      </w:pPr>
      <w:r w:rsidRPr="00CC7A33">
        <w:rPr>
          <w:sz w:val="24"/>
          <w:szCs w:val="24"/>
        </w:rPr>
        <w:t>Archivio Storico dell'Ordine Mauriziano | Stupinigi, Vinovo e dipendenze | Mazzo 15 (1732-1736) | fasc. 470.</w:t>
      </w:r>
    </w:p>
    <w:p w14:paraId="329A0D2E" w14:textId="77777777" w:rsidR="005B6534" w:rsidRDefault="005B6534" w:rsidP="00CE1BD9">
      <w:pPr>
        <w:jc w:val="center"/>
        <w:rPr>
          <w:i/>
          <w:iCs/>
          <w:sz w:val="24"/>
          <w:szCs w:val="24"/>
        </w:rPr>
      </w:pPr>
    </w:p>
    <w:p w14:paraId="63D89831" w14:textId="26DD40AF" w:rsidR="005B6534" w:rsidRDefault="005B6534" w:rsidP="005B6534">
      <w:pPr>
        <w:jc w:val="center"/>
        <w:rPr>
          <w:sz w:val="28"/>
          <w:szCs w:val="28"/>
        </w:rPr>
      </w:pPr>
      <w:r>
        <w:rPr>
          <w:sz w:val="28"/>
          <w:szCs w:val="28"/>
        </w:rPr>
        <w:t>1733</w:t>
      </w:r>
    </w:p>
    <w:p w14:paraId="78170C66" w14:textId="6F575016" w:rsidR="00CC7A33" w:rsidRDefault="005B6534" w:rsidP="00CE1BD9">
      <w:pPr>
        <w:jc w:val="center"/>
        <w:rPr>
          <w:i/>
          <w:iCs/>
          <w:sz w:val="24"/>
          <w:szCs w:val="24"/>
        </w:rPr>
      </w:pPr>
      <w:r w:rsidRPr="00CC7A33">
        <w:rPr>
          <w:b/>
          <w:bCs/>
          <w:i/>
          <w:iCs/>
          <w:sz w:val="24"/>
          <w:szCs w:val="24"/>
        </w:rPr>
        <w:t xml:space="preserve">Calcolo per l'ornamenti di pietra nelle volte del </w:t>
      </w:r>
      <w:r w:rsidR="005253BD">
        <w:rPr>
          <w:b/>
          <w:bCs/>
          <w:i/>
          <w:iCs/>
          <w:sz w:val="24"/>
          <w:szCs w:val="24"/>
        </w:rPr>
        <w:t>P</w:t>
      </w:r>
      <w:r w:rsidRPr="00CC7A33">
        <w:rPr>
          <w:b/>
          <w:bCs/>
          <w:i/>
          <w:iCs/>
          <w:sz w:val="24"/>
          <w:szCs w:val="24"/>
        </w:rPr>
        <w:t xml:space="preserve">alazzo di </w:t>
      </w:r>
      <w:r w:rsidR="005253BD">
        <w:rPr>
          <w:b/>
          <w:bCs/>
          <w:i/>
          <w:iCs/>
          <w:sz w:val="24"/>
          <w:szCs w:val="24"/>
        </w:rPr>
        <w:t>C</w:t>
      </w:r>
      <w:r w:rsidRPr="00CC7A33">
        <w:rPr>
          <w:b/>
          <w:bCs/>
          <w:i/>
          <w:iCs/>
          <w:sz w:val="24"/>
          <w:szCs w:val="24"/>
        </w:rPr>
        <w:t xml:space="preserve">accia di </w:t>
      </w:r>
      <w:r w:rsidR="005253BD">
        <w:rPr>
          <w:b/>
          <w:bCs/>
          <w:i/>
          <w:iCs/>
          <w:sz w:val="24"/>
          <w:szCs w:val="24"/>
        </w:rPr>
        <w:t>S</w:t>
      </w:r>
      <w:r w:rsidRPr="00CC7A33">
        <w:rPr>
          <w:b/>
          <w:bCs/>
          <w:i/>
          <w:iCs/>
          <w:sz w:val="24"/>
          <w:szCs w:val="24"/>
        </w:rPr>
        <w:t>tupinigij da farsi in questo anno 1733</w:t>
      </w:r>
      <w:r w:rsidR="00000000">
        <w:rPr>
          <w:i/>
          <w:iCs/>
          <w:sz w:val="24"/>
          <w:szCs w:val="24"/>
        </w:rPr>
        <w:pict w14:anchorId="2B2236C2">
          <v:rect id="_x0000_i1540" style="width:0;height:1.5pt" o:hralign="center" o:hrstd="t" o:hr="t" fillcolor="#a0a0a0" stroked="f"/>
        </w:pict>
      </w:r>
    </w:p>
    <w:p w14:paraId="4F6C81D6" w14:textId="77777777" w:rsidR="007B067C" w:rsidRDefault="007B067C" w:rsidP="007B067C">
      <w:pPr>
        <w:jc w:val="center"/>
        <w:rPr>
          <w:i/>
          <w:iCs/>
          <w:sz w:val="24"/>
          <w:szCs w:val="24"/>
        </w:rPr>
      </w:pPr>
      <w:r>
        <w:rPr>
          <w:i/>
          <w:iCs/>
          <w:sz w:val="24"/>
          <w:szCs w:val="24"/>
        </w:rPr>
        <w:t>Camere delli letti nelli due appartamenti</w:t>
      </w:r>
    </w:p>
    <w:p w14:paraId="48D0B7B2" w14:textId="7F93A3A6" w:rsidR="007B067C" w:rsidRDefault="007B067C" w:rsidP="00CC7A33">
      <w:pPr>
        <w:jc w:val="both"/>
        <w:rPr>
          <w:i/>
          <w:iCs/>
          <w:sz w:val="24"/>
          <w:szCs w:val="24"/>
        </w:rPr>
      </w:pPr>
      <w:r>
        <w:rPr>
          <w:i/>
          <w:iCs/>
          <w:sz w:val="24"/>
          <w:szCs w:val="24"/>
        </w:rPr>
        <w:t>Per dipingere le voltte di figure da M</w:t>
      </w:r>
      <w:r w:rsidR="00A24FC4">
        <w:rPr>
          <w:i/>
          <w:iCs/>
          <w:sz w:val="24"/>
          <w:szCs w:val="24"/>
        </w:rPr>
        <w:t>astro</w:t>
      </w:r>
      <w:r>
        <w:rPr>
          <w:i/>
          <w:iCs/>
          <w:sz w:val="24"/>
          <w:szCs w:val="24"/>
        </w:rPr>
        <w:t xml:space="preserve"> Vallo a sescho accomodati … a 2500.</w:t>
      </w:r>
    </w:p>
    <w:p w14:paraId="038FDF6F" w14:textId="77777777" w:rsidR="007B067C" w:rsidRDefault="007B067C" w:rsidP="00CC7A33">
      <w:pPr>
        <w:jc w:val="both"/>
        <w:rPr>
          <w:i/>
          <w:iCs/>
          <w:sz w:val="24"/>
          <w:szCs w:val="24"/>
        </w:rPr>
      </w:pPr>
      <w:r>
        <w:rPr>
          <w:i/>
          <w:iCs/>
          <w:sz w:val="24"/>
          <w:szCs w:val="24"/>
        </w:rPr>
        <w:t>Per dipingere l’anticamere con ornati e figure dal pittore veneziano dell opera accordati … 2400</w:t>
      </w:r>
    </w:p>
    <w:p w14:paraId="1AA01561" w14:textId="77777777" w:rsidR="00A24FC4" w:rsidRDefault="007B067C" w:rsidP="00CC7A33">
      <w:pPr>
        <w:jc w:val="both"/>
        <w:rPr>
          <w:i/>
          <w:iCs/>
          <w:sz w:val="24"/>
          <w:szCs w:val="24"/>
        </w:rPr>
      </w:pPr>
      <w:r>
        <w:rPr>
          <w:i/>
          <w:iCs/>
          <w:sz w:val="24"/>
          <w:szCs w:val="24"/>
        </w:rPr>
        <w:t xml:space="preserve">Per la pittura delle due piccole gallerie dal sudetto pozzo d’ornati accomodato e atualmente si lavora … </w:t>
      </w:r>
      <w:r w:rsidR="00A24FC4">
        <w:rPr>
          <w:i/>
          <w:iCs/>
          <w:sz w:val="24"/>
          <w:szCs w:val="24"/>
        </w:rPr>
        <w:t>1400</w:t>
      </w:r>
    </w:p>
    <w:p w14:paraId="115E65BF" w14:textId="77777777" w:rsidR="00A24FC4" w:rsidRDefault="00A24FC4" w:rsidP="00CC7A33">
      <w:pPr>
        <w:jc w:val="both"/>
        <w:rPr>
          <w:i/>
          <w:iCs/>
          <w:sz w:val="24"/>
          <w:szCs w:val="24"/>
        </w:rPr>
      </w:pPr>
      <w:r>
        <w:rPr>
          <w:i/>
          <w:iCs/>
          <w:sz w:val="24"/>
          <w:szCs w:val="24"/>
        </w:rPr>
        <w:t>Per la pittura delle due camere delli bufetti con ornati e figure a calculo … 2400</w:t>
      </w:r>
    </w:p>
    <w:p w14:paraId="4DE757A6" w14:textId="77777777" w:rsidR="00A24FC4" w:rsidRDefault="00A24FC4" w:rsidP="00CC7A33">
      <w:pPr>
        <w:jc w:val="both"/>
        <w:rPr>
          <w:i/>
          <w:iCs/>
          <w:sz w:val="24"/>
          <w:szCs w:val="24"/>
        </w:rPr>
      </w:pPr>
      <w:r>
        <w:rPr>
          <w:i/>
          <w:iCs/>
          <w:sz w:val="24"/>
          <w:szCs w:val="24"/>
        </w:rPr>
        <w:t>Per pontaggi e giornati da mastro muratore per dare la calcina alli pittori inclusa la scrostatura e calcina delle a calculo … 550</w:t>
      </w:r>
    </w:p>
    <w:p w14:paraId="1FF088E6" w14:textId="77777777" w:rsidR="00A24FC4" w:rsidRDefault="00A24FC4" w:rsidP="00CC7A33">
      <w:pPr>
        <w:jc w:val="both"/>
        <w:rPr>
          <w:i/>
          <w:iCs/>
          <w:sz w:val="24"/>
          <w:szCs w:val="24"/>
        </w:rPr>
      </w:pPr>
      <w:r>
        <w:rPr>
          <w:i/>
          <w:iCs/>
          <w:sz w:val="24"/>
          <w:szCs w:val="24"/>
        </w:rPr>
        <w:t>Per due fornelli di marmi coloriti per le due anticamere e sua mettitura in opera a calculo … 450</w:t>
      </w:r>
    </w:p>
    <w:p w14:paraId="10353C47" w14:textId="0D4B57E7" w:rsidR="00A24FC4" w:rsidRDefault="00A24FC4" w:rsidP="00A24FC4">
      <w:pPr>
        <w:jc w:val="center"/>
        <w:rPr>
          <w:i/>
          <w:iCs/>
          <w:sz w:val="24"/>
          <w:szCs w:val="24"/>
        </w:rPr>
      </w:pPr>
      <w:r>
        <w:rPr>
          <w:i/>
          <w:iCs/>
          <w:sz w:val="24"/>
          <w:szCs w:val="24"/>
        </w:rPr>
        <w:t>Salone</w:t>
      </w:r>
    </w:p>
    <w:p w14:paraId="10BD8B9E" w14:textId="77777777" w:rsidR="00A24FC4" w:rsidRDefault="00A24FC4" w:rsidP="00CC7A33">
      <w:pPr>
        <w:jc w:val="both"/>
        <w:rPr>
          <w:i/>
          <w:iCs/>
          <w:sz w:val="24"/>
          <w:szCs w:val="24"/>
        </w:rPr>
      </w:pPr>
      <w:r>
        <w:rPr>
          <w:i/>
          <w:iCs/>
          <w:sz w:val="24"/>
          <w:szCs w:val="24"/>
        </w:rPr>
        <w:t>Per n° 36 plache di legnio intagliati 2° la mostra accomodati af 12 caduna … n° 36 a 12 432</w:t>
      </w:r>
    </w:p>
    <w:p w14:paraId="1A0E6395" w14:textId="77777777" w:rsidR="00A24FC4" w:rsidRDefault="00A24FC4" w:rsidP="00CC7A33">
      <w:pPr>
        <w:jc w:val="both"/>
        <w:rPr>
          <w:i/>
          <w:iCs/>
          <w:sz w:val="24"/>
          <w:szCs w:val="24"/>
        </w:rPr>
      </w:pPr>
      <w:r>
        <w:rPr>
          <w:i/>
          <w:iCs/>
          <w:sz w:val="24"/>
          <w:szCs w:val="24"/>
        </w:rPr>
        <w:t>Per indorarlli a calculo … n° 36 30 1080</w:t>
      </w:r>
    </w:p>
    <w:p w14:paraId="1898AA58" w14:textId="77777777" w:rsidR="00E66055" w:rsidRDefault="00A24FC4" w:rsidP="00CC7A33">
      <w:pPr>
        <w:jc w:val="both"/>
        <w:rPr>
          <w:i/>
          <w:iCs/>
          <w:sz w:val="24"/>
          <w:szCs w:val="24"/>
        </w:rPr>
      </w:pPr>
      <w:r>
        <w:rPr>
          <w:i/>
          <w:iCs/>
          <w:sz w:val="24"/>
          <w:szCs w:val="24"/>
        </w:rPr>
        <w:t>Per n° 8</w:t>
      </w:r>
      <w:r w:rsidR="00E66055">
        <w:rPr>
          <w:i/>
          <w:iCs/>
          <w:sz w:val="24"/>
          <w:szCs w:val="24"/>
        </w:rPr>
        <w:t xml:space="preserve"> quadri di fiori o prospettine per otturare li 8 fornelli a calculo … n° 8 25 200</w:t>
      </w:r>
    </w:p>
    <w:p w14:paraId="3C3EC16B" w14:textId="77777777" w:rsidR="00E66055" w:rsidRDefault="00E66055" w:rsidP="00CC7A33">
      <w:pPr>
        <w:jc w:val="both"/>
        <w:rPr>
          <w:i/>
          <w:iCs/>
          <w:sz w:val="24"/>
          <w:szCs w:val="24"/>
        </w:rPr>
      </w:pPr>
      <w:r>
        <w:rPr>
          <w:i/>
          <w:iCs/>
          <w:sz w:val="24"/>
          <w:szCs w:val="24"/>
        </w:rPr>
        <w:t>Per dar l’oglio alle stanze e salone a calculo … 360</w:t>
      </w:r>
    </w:p>
    <w:p w14:paraId="3336A5C1" w14:textId="77777777" w:rsidR="00E66055" w:rsidRDefault="00E66055" w:rsidP="00CC7A33">
      <w:pPr>
        <w:jc w:val="both"/>
        <w:rPr>
          <w:i/>
          <w:iCs/>
          <w:sz w:val="24"/>
          <w:szCs w:val="24"/>
        </w:rPr>
      </w:pPr>
      <w:r>
        <w:rPr>
          <w:i/>
          <w:iCs/>
          <w:sz w:val="24"/>
          <w:szCs w:val="24"/>
        </w:rPr>
        <w:t>Per la giara già messa nel stradone ordinata da Sa. Ma. sul luglio già spesi … 840/ f 12612</w:t>
      </w:r>
    </w:p>
    <w:p w14:paraId="2ABB5590" w14:textId="77777777" w:rsidR="00E66055" w:rsidRDefault="00E66055" w:rsidP="00CC7A33">
      <w:pPr>
        <w:jc w:val="both"/>
        <w:rPr>
          <w:i/>
          <w:iCs/>
          <w:sz w:val="24"/>
          <w:szCs w:val="24"/>
        </w:rPr>
      </w:pPr>
      <w:r>
        <w:rPr>
          <w:i/>
          <w:iCs/>
          <w:sz w:val="24"/>
          <w:szCs w:val="24"/>
        </w:rPr>
        <w:t>Nel generale bilanccio si sono bilanciate … f 6000</w:t>
      </w:r>
    </w:p>
    <w:p w14:paraId="2C2D5B57" w14:textId="77777777" w:rsidR="00E66055" w:rsidRDefault="00E66055" w:rsidP="00CC7A33">
      <w:pPr>
        <w:jc w:val="both"/>
        <w:rPr>
          <w:i/>
          <w:iCs/>
          <w:sz w:val="24"/>
          <w:szCs w:val="24"/>
        </w:rPr>
      </w:pPr>
      <w:r>
        <w:rPr>
          <w:i/>
          <w:iCs/>
          <w:sz w:val="24"/>
          <w:szCs w:val="24"/>
        </w:rPr>
        <w:t>Resta di bilanciare … f 6612</w:t>
      </w:r>
    </w:p>
    <w:p w14:paraId="681C52D3" w14:textId="05A64F56" w:rsidR="00CC7A33" w:rsidRDefault="00E66055" w:rsidP="00CC7A33">
      <w:pPr>
        <w:jc w:val="both"/>
        <w:rPr>
          <w:i/>
          <w:iCs/>
          <w:sz w:val="24"/>
          <w:szCs w:val="24"/>
        </w:rPr>
      </w:pPr>
      <w:r>
        <w:rPr>
          <w:i/>
          <w:iCs/>
          <w:sz w:val="24"/>
          <w:szCs w:val="24"/>
        </w:rPr>
        <w:t>Si 7/m lire che restano in fondo della comenda si spenderanno per mettere al coperto una cascina e mezo semicircolare ove saranno le ringhiere per agio del Palazzo di Caccia … f 7000</w:t>
      </w:r>
      <w:r w:rsidR="00000000">
        <w:rPr>
          <w:i/>
          <w:iCs/>
          <w:sz w:val="24"/>
          <w:szCs w:val="24"/>
        </w:rPr>
        <w:pict w14:anchorId="0CFE8816">
          <v:rect id="_x0000_i1541" style="width:0;height:1.5pt" o:hralign="center" o:hrstd="t" o:hr="t" fillcolor="#a0a0a0" stroked="f"/>
        </w:pict>
      </w:r>
    </w:p>
    <w:p w14:paraId="048BA1E3" w14:textId="27439E4A" w:rsidR="005B6534" w:rsidRDefault="005B6534" w:rsidP="00CC7A33">
      <w:pPr>
        <w:jc w:val="right"/>
        <w:rPr>
          <w:i/>
          <w:iCs/>
          <w:sz w:val="24"/>
          <w:szCs w:val="24"/>
        </w:rPr>
      </w:pPr>
      <w:r w:rsidRPr="005B6534">
        <w:rPr>
          <w:i/>
          <w:iCs/>
          <w:sz w:val="24"/>
          <w:szCs w:val="24"/>
        </w:rPr>
        <w:t>giorno di 8 Maggio 1733</w:t>
      </w:r>
    </w:p>
    <w:p w14:paraId="6AD4B6D0" w14:textId="77777777" w:rsidR="00CC7A33" w:rsidRDefault="005B6534" w:rsidP="00CC7A33">
      <w:pPr>
        <w:jc w:val="right"/>
        <w:rPr>
          <w:i/>
          <w:iCs/>
          <w:sz w:val="24"/>
          <w:szCs w:val="24"/>
        </w:rPr>
      </w:pPr>
      <w:r w:rsidRPr="005B6534">
        <w:rPr>
          <w:i/>
          <w:iCs/>
          <w:sz w:val="24"/>
          <w:szCs w:val="24"/>
        </w:rPr>
        <w:t>Cavaliere Don Filippo Juvarra Primo Architetto</w:t>
      </w:r>
      <w:r w:rsidR="00000000">
        <w:rPr>
          <w:i/>
          <w:iCs/>
          <w:sz w:val="24"/>
          <w:szCs w:val="24"/>
        </w:rPr>
        <w:pict w14:anchorId="65FB439C">
          <v:rect id="_x0000_i1542" style="width:0;height:1.5pt" o:hralign="center" o:hrstd="t" o:hr="t" fillcolor="#a0a0a0" stroked="f"/>
        </w:pict>
      </w:r>
    </w:p>
    <w:p w14:paraId="33A5C3C4" w14:textId="5586293D" w:rsidR="005B6534" w:rsidRPr="00CC7A33" w:rsidRDefault="005B6534" w:rsidP="00CC7A33">
      <w:pPr>
        <w:jc w:val="both"/>
        <w:rPr>
          <w:sz w:val="24"/>
          <w:szCs w:val="24"/>
        </w:rPr>
      </w:pPr>
      <w:r w:rsidRPr="00CC7A33">
        <w:rPr>
          <w:sz w:val="24"/>
          <w:szCs w:val="24"/>
        </w:rPr>
        <w:t>Archivio Storico dell'Ordine Mauriziano | Stupinigi, Vinovo e dipendenze | Registro Sessioni (1729-1734) | Mazzo 18 | fo</w:t>
      </w:r>
      <w:r w:rsidR="00CC7A33">
        <w:rPr>
          <w:sz w:val="24"/>
          <w:szCs w:val="24"/>
        </w:rPr>
        <w:t>l</w:t>
      </w:r>
      <w:r w:rsidRPr="00CC7A33">
        <w:rPr>
          <w:sz w:val="24"/>
          <w:szCs w:val="24"/>
        </w:rPr>
        <w:t>l. sciolti.</w:t>
      </w:r>
    </w:p>
    <w:p w14:paraId="5B919ACE" w14:textId="77777777" w:rsidR="005B6534" w:rsidRDefault="005B6534" w:rsidP="00CE1BD9">
      <w:pPr>
        <w:jc w:val="center"/>
        <w:rPr>
          <w:i/>
          <w:iCs/>
          <w:sz w:val="24"/>
          <w:szCs w:val="24"/>
        </w:rPr>
      </w:pPr>
    </w:p>
    <w:p w14:paraId="394FCB8C" w14:textId="1C5CDCA6" w:rsidR="00CC7A33" w:rsidRDefault="005B6534" w:rsidP="00CE1BD9">
      <w:pPr>
        <w:jc w:val="center"/>
        <w:rPr>
          <w:i/>
          <w:iCs/>
          <w:sz w:val="24"/>
          <w:szCs w:val="24"/>
        </w:rPr>
      </w:pPr>
      <w:r w:rsidRPr="00CC7A33">
        <w:rPr>
          <w:b/>
          <w:bCs/>
          <w:i/>
          <w:iCs/>
          <w:sz w:val="24"/>
          <w:szCs w:val="24"/>
        </w:rPr>
        <w:lastRenderedPageBreak/>
        <w:t xml:space="preserve">Instruzione per li sterniti di lose che vanno sopra la terazza nella parte di mezo giorno all </w:t>
      </w:r>
      <w:r w:rsidR="005253BD">
        <w:rPr>
          <w:b/>
          <w:bCs/>
          <w:i/>
          <w:iCs/>
          <w:sz w:val="24"/>
          <w:szCs w:val="24"/>
        </w:rPr>
        <w:t>P</w:t>
      </w:r>
      <w:r w:rsidRPr="00CC7A33">
        <w:rPr>
          <w:b/>
          <w:bCs/>
          <w:i/>
          <w:iCs/>
          <w:sz w:val="24"/>
          <w:szCs w:val="24"/>
        </w:rPr>
        <w:t xml:space="preserve">alazzo di </w:t>
      </w:r>
      <w:r w:rsidR="005253BD">
        <w:rPr>
          <w:b/>
          <w:bCs/>
          <w:i/>
          <w:iCs/>
          <w:sz w:val="24"/>
          <w:szCs w:val="24"/>
        </w:rPr>
        <w:t>C</w:t>
      </w:r>
      <w:r w:rsidRPr="00CC7A33">
        <w:rPr>
          <w:b/>
          <w:bCs/>
          <w:i/>
          <w:iCs/>
          <w:sz w:val="24"/>
          <w:szCs w:val="24"/>
        </w:rPr>
        <w:t xml:space="preserve">accia di </w:t>
      </w:r>
      <w:r w:rsidR="005253BD">
        <w:rPr>
          <w:b/>
          <w:bCs/>
          <w:i/>
          <w:iCs/>
          <w:sz w:val="24"/>
          <w:szCs w:val="24"/>
        </w:rPr>
        <w:t>S</w:t>
      </w:r>
      <w:r w:rsidRPr="00CC7A33">
        <w:rPr>
          <w:b/>
          <w:bCs/>
          <w:i/>
          <w:iCs/>
          <w:sz w:val="24"/>
          <w:szCs w:val="24"/>
        </w:rPr>
        <w:t>tupinigij</w:t>
      </w:r>
      <w:r w:rsidR="00000000">
        <w:rPr>
          <w:i/>
          <w:iCs/>
          <w:sz w:val="24"/>
          <w:szCs w:val="24"/>
        </w:rPr>
        <w:pict w14:anchorId="22C071F2">
          <v:rect id="_x0000_i1543" style="width:0;height:1.5pt" o:hralign="center" o:hrstd="t" o:hr="t" fillcolor="#a0a0a0" stroked="f"/>
        </w:pict>
      </w:r>
    </w:p>
    <w:p w14:paraId="4CE812A9" w14:textId="77777777" w:rsidR="00E66055" w:rsidRDefault="00E66055" w:rsidP="00CC7A33">
      <w:pPr>
        <w:jc w:val="both"/>
        <w:rPr>
          <w:i/>
          <w:iCs/>
          <w:sz w:val="24"/>
          <w:szCs w:val="24"/>
        </w:rPr>
      </w:pPr>
      <w:r>
        <w:rPr>
          <w:i/>
          <w:iCs/>
          <w:sz w:val="24"/>
          <w:szCs w:val="24"/>
        </w:rPr>
        <w:t>Il sternito di lose sarà di quelli di Cumiana o altrove e saranno di grossezza oncia una in circa nella largezza e longezza non saranno meno del piede ma sarà in libertà del partitante di farlle più grande 2° il filo che ritrova della pietra con questo però che non siano tutte le pezze disuguale ma una di un piede e l’altra di due acciò facci simetria nel meterlli in opera.</w:t>
      </w:r>
    </w:p>
    <w:p w14:paraId="56B9FD74" w14:textId="77777777" w:rsidR="00E66055" w:rsidRDefault="00E66055" w:rsidP="00CC7A33">
      <w:pPr>
        <w:jc w:val="both"/>
        <w:rPr>
          <w:i/>
          <w:iCs/>
          <w:sz w:val="24"/>
          <w:szCs w:val="24"/>
        </w:rPr>
      </w:pPr>
      <w:r>
        <w:rPr>
          <w:i/>
          <w:iCs/>
          <w:sz w:val="24"/>
          <w:szCs w:val="24"/>
        </w:rPr>
        <w:t>Saranno obligati di profilarlli con tutta diligenzza che non corra tra una e l’altra che la solita ligiola di calcina e che nelli angoli siano perfetti in angolo retto.</w:t>
      </w:r>
    </w:p>
    <w:p w14:paraId="7B0CBC05" w14:textId="77777777" w:rsidR="00E66055" w:rsidRDefault="00E66055" w:rsidP="00CC7A33">
      <w:pPr>
        <w:jc w:val="both"/>
        <w:rPr>
          <w:i/>
          <w:iCs/>
          <w:sz w:val="24"/>
          <w:szCs w:val="24"/>
        </w:rPr>
      </w:pPr>
      <w:r>
        <w:rPr>
          <w:i/>
          <w:iCs/>
          <w:sz w:val="24"/>
          <w:szCs w:val="24"/>
        </w:rPr>
        <w:t>Le guide in torno tutti d’una medesima largezza e saranno messi in piano perfetto con dare la pendenza necesaria per lo scolo dell’aqua.</w:t>
      </w:r>
    </w:p>
    <w:p w14:paraId="0B9DD6DF" w14:textId="77777777" w:rsidR="00523D02" w:rsidRDefault="00E66055" w:rsidP="00CC7A33">
      <w:pPr>
        <w:jc w:val="both"/>
        <w:rPr>
          <w:i/>
          <w:iCs/>
          <w:sz w:val="24"/>
          <w:szCs w:val="24"/>
        </w:rPr>
      </w:pPr>
      <w:r>
        <w:rPr>
          <w:i/>
          <w:iCs/>
          <w:sz w:val="24"/>
          <w:szCs w:val="24"/>
        </w:rPr>
        <w:t xml:space="preserve">Saranno tenuti asistere e condurre in opera tutte le dette lose e prestare la servitù per quanto </w:t>
      </w:r>
      <w:r w:rsidR="00523D02">
        <w:rPr>
          <w:i/>
          <w:iCs/>
          <w:sz w:val="24"/>
          <w:szCs w:val="24"/>
        </w:rPr>
        <w:t>importa la sua arte.</w:t>
      </w:r>
    </w:p>
    <w:p w14:paraId="56F6A826" w14:textId="6E5E2AC8" w:rsidR="00CC7A33" w:rsidRDefault="00523D02" w:rsidP="00CC7A33">
      <w:pPr>
        <w:jc w:val="both"/>
        <w:rPr>
          <w:i/>
          <w:iCs/>
          <w:sz w:val="24"/>
          <w:szCs w:val="24"/>
        </w:rPr>
      </w:pPr>
      <w:r>
        <w:rPr>
          <w:i/>
          <w:iCs/>
          <w:sz w:val="24"/>
          <w:szCs w:val="24"/>
        </w:rPr>
        <w:t>Sopra tutto saranno quanto sarà possibile d’un istesso colore e di pietra senza difetti o falde di prigiudizio a tutta opera conlaudata e approvata.</w:t>
      </w:r>
      <w:r w:rsidR="00000000">
        <w:rPr>
          <w:i/>
          <w:iCs/>
          <w:sz w:val="24"/>
          <w:szCs w:val="24"/>
        </w:rPr>
        <w:pict w14:anchorId="294291A5">
          <v:rect id="_x0000_i1544" style="width:0;height:1.5pt" o:hralign="center" o:hrstd="t" o:hr="t" fillcolor="#a0a0a0" stroked="f"/>
        </w:pict>
      </w:r>
    </w:p>
    <w:p w14:paraId="463088E9" w14:textId="45408337" w:rsidR="005B6534" w:rsidRDefault="005B6534" w:rsidP="00CC7A33">
      <w:pPr>
        <w:jc w:val="right"/>
        <w:rPr>
          <w:i/>
          <w:iCs/>
          <w:sz w:val="24"/>
          <w:szCs w:val="24"/>
        </w:rPr>
      </w:pPr>
      <w:r w:rsidRPr="005B6534">
        <w:rPr>
          <w:i/>
          <w:iCs/>
          <w:sz w:val="24"/>
          <w:szCs w:val="24"/>
        </w:rPr>
        <w:t>giorno di 25 Giugnio 1733</w:t>
      </w:r>
    </w:p>
    <w:p w14:paraId="6EC8097C" w14:textId="77777777" w:rsidR="00CC7A33" w:rsidRDefault="005B6534" w:rsidP="00CC7A33">
      <w:pPr>
        <w:jc w:val="right"/>
        <w:rPr>
          <w:i/>
          <w:iCs/>
          <w:sz w:val="24"/>
          <w:szCs w:val="24"/>
        </w:rPr>
      </w:pPr>
      <w:r w:rsidRPr="005B6534">
        <w:rPr>
          <w:i/>
          <w:iCs/>
          <w:sz w:val="24"/>
          <w:szCs w:val="24"/>
        </w:rPr>
        <w:t>Cavaliere Don Filippo Juvarra Primo Architetto</w:t>
      </w:r>
      <w:r w:rsidR="00000000">
        <w:rPr>
          <w:i/>
          <w:iCs/>
          <w:sz w:val="24"/>
          <w:szCs w:val="24"/>
        </w:rPr>
        <w:pict w14:anchorId="2C494535">
          <v:rect id="_x0000_i1545" style="width:0;height:1.5pt" o:hralign="center" o:hrstd="t" o:hr="t" fillcolor="#a0a0a0" stroked="f"/>
        </w:pict>
      </w:r>
    </w:p>
    <w:p w14:paraId="5B4355D8" w14:textId="3C97B1C5" w:rsidR="00523D02" w:rsidRDefault="00523D02" w:rsidP="00523D02">
      <w:pPr>
        <w:jc w:val="both"/>
        <w:rPr>
          <w:i/>
          <w:iCs/>
          <w:sz w:val="24"/>
          <w:szCs w:val="24"/>
        </w:rPr>
      </w:pPr>
      <w:r>
        <w:rPr>
          <w:i/>
          <w:iCs/>
          <w:sz w:val="24"/>
          <w:szCs w:val="24"/>
        </w:rPr>
        <w:t>di queste lose saranno trabuchi 50 in circa</w:t>
      </w:r>
      <w:r>
        <w:rPr>
          <w:i/>
          <w:iCs/>
          <w:sz w:val="24"/>
          <w:szCs w:val="24"/>
        </w:rPr>
        <w:pict w14:anchorId="08D3B371">
          <v:rect id="_x0000_i1647" style="width:0;height:1.5pt" o:hralign="center" o:hrstd="t" o:hr="t" fillcolor="#a0a0a0" stroked="f"/>
        </w:pict>
      </w:r>
    </w:p>
    <w:p w14:paraId="5EB0BA84" w14:textId="4F9DAB78" w:rsidR="005B6534" w:rsidRPr="00CC7A33" w:rsidRDefault="005B6534" w:rsidP="00CC7A33">
      <w:pPr>
        <w:jc w:val="both"/>
        <w:rPr>
          <w:sz w:val="24"/>
          <w:szCs w:val="24"/>
        </w:rPr>
      </w:pPr>
      <w:r w:rsidRPr="00CC7A33">
        <w:rPr>
          <w:sz w:val="24"/>
          <w:szCs w:val="24"/>
        </w:rPr>
        <w:t>Archivio Storico dell'Ordine Mauriziano | Stupinigi, Vinovo e dipendenze | Mazzo 15 (1732-1736) | fasc. 481.</w:t>
      </w:r>
    </w:p>
    <w:p w14:paraId="2B7F5A15" w14:textId="77777777" w:rsidR="005B6534" w:rsidRDefault="005B6534" w:rsidP="00CE1BD9">
      <w:pPr>
        <w:jc w:val="center"/>
        <w:rPr>
          <w:i/>
          <w:iCs/>
          <w:sz w:val="24"/>
          <w:szCs w:val="24"/>
        </w:rPr>
      </w:pPr>
    </w:p>
    <w:p w14:paraId="0564A662" w14:textId="77777777" w:rsidR="00CC7A33" w:rsidRDefault="005B6534" w:rsidP="00CE1BD9">
      <w:pPr>
        <w:jc w:val="center"/>
        <w:rPr>
          <w:i/>
          <w:iCs/>
          <w:sz w:val="24"/>
          <w:szCs w:val="24"/>
        </w:rPr>
      </w:pPr>
      <w:r w:rsidRPr="00CC7A33">
        <w:rPr>
          <w:b/>
          <w:bCs/>
          <w:i/>
          <w:iCs/>
          <w:sz w:val="24"/>
          <w:szCs w:val="24"/>
        </w:rPr>
        <w:t>Instruzione per le ringiere di ferro per le scale e ferrate ordinarie</w:t>
      </w:r>
      <w:r w:rsidR="00000000">
        <w:rPr>
          <w:i/>
          <w:iCs/>
          <w:sz w:val="24"/>
          <w:szCs w:val="24"/>
        </w:rPr>
        <w:pict w14:anchorId="6F9197EE">
          <v:rect id="_x0000_i1546" style="width:0;height:1.5pt" o:hralign="center" o:hrstd="t" o:hr="t" fillcolor="#a0a0a0" stroked="f"/>
        </w:pict>
      </w:r>
    </w:p>
    <w:p w14:paraId="19878A06" w14:textId="77777777" w:rsidR="00523D02" w:rsidRDefault="00523D02" w:rsidP="00CC7A33">
      <w:pPr>
        <w:jc w:val="both"/>
        <w:rPr>
          <w:i/>
          <w:iCs/>
          <w:sz w:val="24"/>
          <w:szCs w:val="24"/>
        </w:rPr>
      </w:pPr>
      <w:r>
        <w:rPr>
          <w:i/>
          <w:iCs/>
          <w:sz w:val="24"/>
          <w:szCs w:val="24"/>
        </w:rPr>
        <w:t>Le rigiere di ferro per le scale a rammpanti dritte saranno con le sue bachette e colonne. Le colonne saranno di ferro di Brozolo con il suo calce o rammpone che vada dentro il voltino per fortificarlli. La grosezza di meza oncia. Le bachette d’un quarto d’oncia in quadro le reme sopra e sotto a proporzione le bachette in distanza di oncie 3 e saranno ben incastrate e ribattute a tutta bontà il ferro sarà d’Agusta perfetto o d’altro d’uguale bontà.</w:t>
      </w:r>
    </w:p>
    <w:p w14:paraId="6F48D18D" w14:textId="77777777" w:rsidR="00523D02" w:rsidRDefault="00523D02" w:rsidP="00CC7A33">
      <w:pPr>
        <w:jc w:val="both"/>
        <w:rPr>
          <w:i/>
          <w:iCs/>
          <w:sz w:val="24"/>
          <w:szCs w:val="24"/>
        </w:rPr>
      </w:pPr>
      <w:r>
        <w:rPr>
          <w:i/>
          <w:iCs/>
          <w:sz w:val="24"/>
          <w:szCs w:val="24"/>
        </w:rPr>
        <w:t>N° 2 ringiere delle scale a rampanti.</w:t>
      </w:r>
    </w:p>
    <w:p w14:paraId="0EB13FEE" w14:textId="77777777" w:rsidR="00221127" w:rsidRDefault="00523D02" w:rsidP="00CC7A33">
      <w:pPr>
        <w:jc w:val="both"/>
        <w:rPr>
          <w:i/>
          <w:iCs/>
          <w:sz w:val="24"/>
          <w:szCs w:val="24"/>
        </w:rPr>
      </w:pPr>
      <w:r>
        <w:rPr>
          <w:i/>
          <w:iCs/>
          <w:sz w:val="24"/>
          <w:szCs w:val="24"/>
        </w:rPr>
        <w:t xml:space="preserve">Le ringiere delle scalette rotonde o ovale saranno parimente con le colonne di ferro di brozolo e bachette di ferro d’agusta lasceranno le sue lame che prenderanno il circolo e contorno della medema scala e saranno lavorate sul posto e quando saranno messi li gradini acciò </w:t>
      </w:r>
      <w:r w:rsidR="00221127">
        <w:rPr>
          <w:i/>
          <w:iCs/>
          <w:sz w:val="24"/>
          <w:szCs w:val="24"/>
        </w:rPr>
        <w:t>siano perfetti la distanza delle bachette sarà di oncie 4 o 5 secondo si vederà la spessezza dalla scala. Le grossezze delli lamoni saranno grosse cioè cui quanto d’oncia per potergli dare la centina il tutto secondo le misure delle dritte e il tutto a opera conlaudata.</w:t>
      </w:r>
    </w:p>
    <w:p w14:paraId="0E16ACE2" w14:textId="77777777" w:rsidR="00221127" w:rsidRDefault="00221127" w:rsidP="00CC7A33">
      <w:pPr>
        <w:jc w:val="both"/>
        <w:rPr>
          <w:i/>
          <w:iCs/>
          <w:sz w:val="24"/>
          <w:szCs w:val="24"/>
        </w:rPr>
      </w:pPr>
      <w:r>
        <w:rPr>
          <w:i/>
          <w:iCs/>
          <w:sz w:val="24"/>
          <w:szCs w:val="24"/>
        </w:rPr>
        <w:lastRenderedPageBreak/>
        <w:t>N° 4 ringiere rotonde.</w:t>
      </w:r>
    </w:p>
    <w:p w14:paraId="52153CD2" w14:textId="77777777" w:rsidR="00221127" w:rsidRDefault="00221127" w:rsidP="00CC7A33">
      <w:pPr>
        <w:jc w:val="both"/>
        <w:rPr>
          <w:i/>
          <w:iCs/>
          <w:sz w:val="24"/>
          <w:szCs w:val="24"/>
        </w:rPr>
      </w:pPr>
      <w:r>
        <w:rPr>
          <w:i/>
          <w:iCs/>
          <w:sz w:val="24"/>
          <w:szCs w:val="24"/>
        </w:rPr>
        <w:t>N° 2 ringiere delle scalette ovali.</w:t>
      </w:r>
    </w:p>
    <w:p w14:paraId="40EFC9AD" w14:textId="77777777" w:rsidR="00221127" w:rsidRDefault="00221127" w:rsidP="00CC7A33">
      <w:pPr>
        <w:jc w:val="both"/>
        <w:rPr>
          <w:i/>
          <w:iCs/>
          <w:sz w:val="24"/>
          <w:szCs w:val="24"/>
        </w:rPr>
      </w:pPr>
      <w:r>
        <w:rPr>
          <w:i/>
          <w:iCs/>
          <w:sz w:val="24"/>
          <w:szCs w:val="24"/>
        </w:rPr>
        <w:t>Ferrate per le finestre delle grotte saranno a mandola di ferro ordinario saranno n° 16 di longezza onze 24 d’altezza onze 12 la grosezza delle bachette di meza oncia in circa che siano bene scompartite a opera conlaudata.</w:t>
      </w:r>
    </w:p>
    <w:p w14:paraId="671E56E5" w14:textId="425454B7" w:rsidR="00CC7A33" w:rsidRDefault="00221127" w:rsidP="00CC7A33">
      <w:pPr>
        <w:jc w:val="both"/>
        <w:rPr>
          <w:i/>
          <w:iCs/>
          <w:sz w:val="24"/>
          <w:szCs w:val="24"/>
        </w:rPr>
      </w:pPr>
      <w:r>
        <w:rPr>
          <w:i/>
          <w:iCs/>
          <w:sz w:val="24"/>
          <w:szCs w:val="24"/>
        </w:rPr>
        <w:t>Tutta detta ferramenta sarà condotta sul posto e lavoro e asisteranno alla mettitura in opera per quanto porta la loro arte il tutto perfettamente lavorato e a opera conlaudata.</w:t>
      </w:r>
      <w:r w:rsidR="00000000">
        <w:rPr>
          <w:i/>
          <w:iCs/>
          <w:sz w:val="24"/>
          <w:szCs w:val="24"/>
        </w:rPr>
        <w:pict w14:anchorId="28BC559D">
          <v:rect id="_x0000_i1547" style="width:0;height:1.5pt" o:hralign="center" o:hrstd="t" o:hr="t" fillcolor="#a0a0a0" stroked="f"/>
        </w:pict>
      </w:r>
    </w:p>
    <w:p w14:paraId="20F9089F" w14:textId="014FA29F" w:rsidR="005B6534" w:rsidRDefault="005B6534" w:rsidP="00CC7A33">
      <w:pPr>
        <w:jc w:val="right"/>
        <w:rPr>
          <w:i/>
          <w:iCs/>
          <w:sz w:val="24"/>
          <w:szCs w:val="24"/>
        </w:rPr>
      </w:pPr>
      <w:r w:rsidRPr="005B6534">
        <w:rPr>
          <w:i/>
          <w:iCs/>
          <w:sz w:val="24"/>
          <w:szCs w:val="24"/>
        </w:rPr>
        <w:t>giorno di 25 Giugnio 1733</w:t>
      </w:r>
    </w:p>
    <w:p w14:paraId="0606E553" w14:textId="77777777" w:rsidR="00CC7A33" w:rsidRDefault="005B6534" w:rsidP="00CC7A33">
      <w:pPr>
        <w:jc w:val="right"/>
        <w:rPr>
          <w:i/>
          <w:iCs/>
          <w:sz w:val="24"/>
          <w:szCs w:val="24"/>
        </w:rPr>
      </w:pPr>
      <w:r w:rsidRPr="005B6534">
        <w:rPr>
          <w:i/>
          <w:iCs/>
          <w:sz w:val="24"/>
          <w:szCs w:val="24"/>
        </w:rPr>
        <w:t>Cavaliere Don Filippo Juvarra Primo Architetto</w:t>
      </w:r>
      <w:r w:rsidR="00000000">
        <w:rPr>
          <w:i/>
          <w:iCs/>
          <w:sz w:val="24"/>
          <w:szCs w:val="24"/>
        </w:rPr>
        <w:pict w14:anchorId="777444A1">
          <v:rect id="_x0000_i1548" style="width:0;height:1.5pt" o:hralign="center" o:hrstd="t" o:hr="t" fillcolor="#a0a0a0" stroked="f"/>
        </w:pict>
      </w:r>
    </w:p>
    <w:p w14:paraId="0598AA88" w14:textId="0C58144A" w:rsidR="00523D02" w:rsidRDefault="00523D02" w:rsidP="00523D02">
      <w:pPr>
        <w:jc w:val="both"/>
        <w:rPr>
          <w:i/>
          <w:iCs/>
          <w:sz w:val="24"/>
          <w:szCs w:val="24"/>
        </w:rPr>
      </w:pPr>
      <w:r>
        <w:rPr>
          <w:i/>
          <w:iCs/>
          <w:sz w:val="24"/>
          <w:szCs w:val="24"/>
        </w:rPr>
        <w:t>Le ferrate che vanno alle cantine sono pizzicate e non a mandola come dice per eprimero del istruzione.</w:t>
      </w:r>
      <w:r w:rsidRPr="00523D02">
        <w:rPr>
          <w:i/>
          <w:iCs/>
          <w:sz w:val="24"/>
          <w:szCs w:val="24"/>
        </w:rPr>
        <w:t xml:space="preserve"> </w:t>
      </w:r>
      <w:r>
        <w:rPr>
          <w:i/>
          <w:iCs/>
          <w:sz w:val="24"/>
          <w:szCs w:val="24"/>
        </w:rPr>
        <w:pict w14:anchorId="46B7D293">
          <v:rect id="_x0000_i1648" style="width:0;height:1.5pt" o:hralign="center" o:hrstd="t" o:hr="t" fillcolor="#a0a0a0" stroked="f"/>
        </w:pict>
      </w:r>
    </w:p>
    <w:p w14:paraId="5F720EAD" w14:textId="1DA9BC7A" w:rsidR="00523D02" w:rsidRDefault="00523D02" w:rsidP="00CC7A33">
      <w:pPr>
        <w:jc w:val="right"/>
        <w:rPr>
          <w:i/>
          <w:iCs/>
          <w:sz w:val="24"/>
          <w:szCs w:val="24"/>
        </w:rPr>
      </w:pPr>
      <w:r>
        <w:rPr>
          <w:i/>
          <w:iCs/>
          <w:sz w:val="24"/>
          <w:szCs w:val="24"/>
        </w:rPr>
        <w:t>Cavaliere Don Filippo Juvarra Primo Architetto</w:t>
      </w:r>
      <w:r>
        <w:rPr>
          <w:i/>
          <w:iCs/>
          <w:sz w:val="24"/>
          <w:szCs w:val="24"/>
        </w:rPr>
        <w:pict w14:anchorId="2A0F07C4">
          <v:rect id="_x0000_i1649" style="width:0;height:1.5pt" o:hralign="center" o:hrstd="t" o:hr="t" fillcolor="#a0a0a0" stroked="f"/>
        </w:pict>
      </w:r>
    </w:p>
    <w:p w14:paraId="3F191711" w14:textId="16E8FD3A" w:rsidR="005B6534" w:rsidRPr="00CC7A33" w:rsidRDefault="005B6534" w:rsidP="00CC7A33">
      <w:pPr>
        <w:jc w:val="both"/>
        <w:rPr>
          <w:sz w:val="24"/>
          <w:szCs w:val="24"/>
        </w:rPr>
      </w:pPr>
      <w:r w:rsidRPr="00CC7A33">
        <w:rPr>
          <w:sz w:val="24"/>
          <w:szCs w:val="24"/>
        </w:rPr>
        <w:t>Archivio Storico dell'Ordine Mauriziano | Stupinigi, Vinovo e dipendenze | Mazzo 15 (1732-1736) | fasc. 481.</w:t>
      </w:r>
    </w:p>
    <w:p w14:paraId="1FE1B53B" w14:textId="77777777" w:rsidR="005B6534" w:rsidRDefault="005B6534" w:rsidP="00CE1BD9">
      <w:pPr>
        <w:jc w:val="center"/>
        <w:rPr>
          <w:i/>
          <w:iCs/>
          <w:sz w:val="24"/>
          <w:szCs w:val="24"/>
        </w:rPr>
      </w:pPr>
    </w:p>
    <w:p w14:paraId="5CC26CD9" w14:textId="06F17F8D" w:rsidR="00CC7A33" w:rsidRDefault="005B6534" w:rsidP="00CE1BD9">
      <w:pPr>
        <w:jc w:val="center"/>
        <w:rPr>
          <w:i/>
          <w:iCs/>
          <w:sz w:val="24"/>
          <w:szCs w:val="24"/>
        </w:rPr>
      </w:pPr>
      <w:r w:rsidRPr="00CC7A33">
        <w:rPr>
          <w:b/>
          <w:bCs/>
          <w:i/>
          <w:iCs/>
          <w:sz w:val="24"/>
          <w:szCs w:val="24"/>
        </w:rPr>
        <w:t xml:space="preserve">Instruzione per li scalini di pietra per le scale di </w:t>
      </w:r>
      <w:r w:rsidR="005253BD">
        <w:rPr>
          <w:b/>
          <w:bCs/>
          <w:i/>
          <w:iCs/>
          <w:sz w:val="24"/>
          <w:szCs w:val="24"/>
        </w:rPr>
        <w:t>S</w:t>
      </w:r>
      <w:r w:rsidRPr="00CC7A33">
        <w:rPr>
          <w:b/>
          <w:bCs/>
          <w:i/>
          <w:iCs/>
          <w:sz w:val="24"/>
          <w:szCs w:val="24"/>
        </w:rPr>
        <w:t>tupinigij</w:t>
      </w:r>
      <w:r w:rsidR="00000000">
        <w:rPr>
          <w:i/>
          <w:iCs/>
          <w:sz w:val="24"/>
          <w:szCs w:val="24"/>
        </w:rPr>
        <w:pict w14:anchorId="711E3994">
          <v:rect id="_x0000_i1549" style="width:0;height:1.5pt" o:hralign="center" o:hrstd="t" o:hr="t" fillcolor="#a0a0a0" stroked="f"/>
        </w:pict>
      </w:r>
    </w:p>
    <w:p w14:paraId="0C7438BB" w14:textId="7AD6D7BD" w:rsidR="00A22DEB" w:rsidRDefault="00A22DEB" w:rsidP="00CC7A33">
      <w:pPr>
        <w:jc w:val="both"/>
        <w:rPr>
          <w:i/>
          <w:iCs/>
          <w:sz w:val="24"/>
          <w:szCs w:val="24"/>
        </w:rPr>
      </w:pPr>
      <w:r>
        <w:rPr>
          <w:i/>
          <w:iCs/>
          <w:sz w:val="24"/>
          <w:szCs w:val="24"/>
        </w:rPr>
        <w:t>Per le scale a rammpantti di sol cordone saranno li scalini di pietra di vaia o comiana o altro sarizzo di ottimo colore e sodi. Saranno con il cordone nella facciata e una sola testa ove sarà messa la ringiera di ferro.</w:t>
      </w:r>
    </w:p>
    <w:p w14:paraId="1276467A" w14:textId="4089B6AC" w:rsidR="00A22DEB" w:rsidRDefault="00A22DEB" w:rsidP="00CC7A33">
      <w:pPr>
        <w:jc w:val="both"/>
        <w:rPr>
          <w:i/>
          <w:iCs/>
          <w:sz w:val="24"/>
          <w:szCs w:val="24"/>
        </w:rPr>
      </w:pPr>
      <w:r>
        <w:rPr>
          <w:i/>
          <w:iCs/>
          <w:sz w:val="24"/>
          <w:szCs w:val="24"/>
        </w:rPr>
        <w:t>Per le scalette ovali saranno a tutta alzata con il cordone e quadretto e saranno d’altezza oncie 3 ½ fianchi di sarizzo come sopra d’ugual colore e bontà anderanno oncie 3e nel calce nella muraglia essendo vote a giorno in mezzo.</w:t>
      </w:r>
    </w:p>
    <w:p w14:paraId="52E12489" w14:textId="78DDB9FB" w:rsidR="00A22DEB" w:rsidRDefault="00A22DEB" w:rsidP="00CC7A33">
      <w:pPr>
        <w:jc w:val="both"/>
        <w:rPr>
          <w:i/>
          <w:iCs/>
          <w:sz w:val="24"/>
          <w:szCs w:val="24"/>
        </w:rPr>
      </w:pPr>
      <w:r>
        <w:rPr>
          <w:i/>
          <w:iCs/>
          <w:sz w:val="24"/>
          <w:szCs w:val="24"/>
        </w:rPr>
        <w:t xml:space="preserve">Le longezze e largezze di detti gradini saranno obligati di prenderlle in opera e della figura che fa l’ovale acciò non corra equivoco nel meterlli in opera e averanno la rotondità che fa la figura dell ovale che è già fatto. </w:t>
      </w:r>
    </w:p>
    <w:p w14:paraId="14ECF0A5" w14:textId="77777777" w:rsidR="00536932" w:rsidRDefault="00A22DEB" w:rsidP="00CC7A33">
      <w:pPr>
        <w:jc w:val="both"/>
        <w:rPr>
          <w:i/>
          <w:iCs/>
          <w:sz w:val="24"/>
          <w:szCs w:val="24"/>
        </w:rPr>
      </w:pPr>
      <w:r>
        <w:rPr>
          <w:i/>
          <w:iCs/>
          <w:sz w:val="24"/>
          <w:szCs w:val="24"/>
        </w:rPr>
        <w:t xml:space="preserve">Il cordone </w:t>
      </w:r>
      <w:r w:rsidR="00536932">
        <w:rPr>
          <w:i/>
          <w:iCs/>
          <w:sz w:val="24"/>
          <w:szCs w:val="24"/>
        </w:rPr>
        <w:t xml:space="preserve">sarà staccato d’un oncia la largezza del scalino di netto sarà oncie 25 in circa la largezza nel più asetto sarà onze 6 in circa. </w:t>
      </w:r>
    </w:p>
    <w:p w14:paraId="7397644F" w14:textId="77777777" w:rsidR="00536932" w:rsidRDefault="00536932" w:rsidP="00CC7A33">
      <w:pPr>
        <w:jc w:val="both"/>
        <w:rPr>
          <w:i/>
          <w:iCs/>
          <w:sz w:val="24"/>
          <w:szCs w:val="24"/>
        </w:rPr>
      </w:pPr>
      <w:r>
        <w:rPr>
          <w:i/>
          <w:iCs/>
          <w:sz w:val="24"/>
          <w:szCs w:val="24"/>
        </w:rPr>
        <w:t>Li gradini a sol cordone saranno di largezza onze 28 incirca e sua longezza onze 8.</w:t>
      </w:r>
    </w:p>
    <w:p w14:paraId="2A6E3958" w14:textId="2172E40C" w:rsidR="00CC7A33" w:rsidRDefault="00536932" w:rsidP="00CC7A33">
      <w:pPr>
        <w:jc w:val="both"/>
        <w:rPr>
          <w:i/>
          <w:iCs/>
          <w:sz w:val="24"/>
          <w:szCs w:val="24"/>
        </w:rPr>
      </w:pPr>
      <w:r>
        <w:rPr>
          <w:i/>
          <w:iCs/>
          <w:sz w:val="24"/>
          <w:szCs w:val="24"/>
        </w:rPr>
        <w:t>Per le dette misure e numero saranno sul posto a prendere le misure e numerata dal S. Brunotto asistente di detta fabrica il tutto a opera conlaudata e approvata.</w:t>
      </w:r>
      <w:r w:rsidR="00000000">
        <w:rPr>
          <w:i/>
          <w:iCs/>
          <w:sz w:val="24"/>
          <w:szCs w:val="24"/>
        </w:rPr>
        <w:pict w14:anchorId="645CE8DD">
          <v:rect id="_x0000_i1550" style="width:0;height:1.5pt" o:hralign="center" o:hrstd="t" o:hr="t" fillcolor="#a0a0a0" stroked="f"/>
        </w:pict>
      </w:r>
    </w:p>
    <w:p w14:paraId="5DA1356C" w14:textId="29D6A46A" w:rsidR="005B6534" w:rsidRDefault="005B6534" w:rsidP="00CC7A33">
      <w:pPr>
        <w:jc w:val="right"/>
        <w:rPr>
          <w:i/>
          <w:iCs/>
          <w:sz w:val="24"/>
          <w:szCs w:val="24"/>
        </w:rPr>
      </w:pPr>
      <w:r w:rsidRPr="005B6534">
        <w:rPr>
          <w:i/>
          <w:iCs/>
          <w:sz w:val="24"/>
          <w:szCs w:val="24"/>
        </w:rPr>
        <w:lastRenderedPageBreak/>
        <w:t>giorno di Primo Luglio 1733</w:t>
      </w:r>
    </w:p>
    <w:p w14:paraId="08B95B53" w14:textId="77777777" w:rsidR="00CC7A33" w:rsidRDefault="005B6534" w:rsidP="00CC7A33">
      <w:pPr>
        <w:jc w:val="right"/>
        <w:rPr>
          <w:i/>
          <w:iCs/>
          <w:sz w:val="24"/>
          <w:szCs w:val="24"/>
        </w:rPr>
      </w:pPr>
      <w:r w:rsidRPr="005B6534">
        <w:rPr>
          <w:i/>
          <w:iCs/>
          <w:sz w:val="24"/>
          <w:szCs w:val="24"/>
        </w:rPr>
        <w:t>Cavaliere Don Filippo Juvarra Primo Architetto</w:t>
      </w:r>
      <w:r w:rsidR="00000000">
        <w:rPr>
          <w:i/>
          <w:iCs/>
          <w:sz w:val="24"/>
          <w:szCs w:val="24"/>
        </w:rPr>
        <w:pict w14:anchorId="08223B66">
          <v:rect id="_x0000_i1551" style="width:0;height:1.5pt" o:hralign="right" o:hrstd="t" o:hr="t" fillcolor="#a0a0a0" stroked="f"/>
        </w:pict>
      </w:r>
    </w:p>
    <w:p w14:paraId="1C5E6525" w14:textId="03475B69" w:rsidR="005B6534" w:rsidRPr="00CC7A33" w:rsidRDefault="005B6534" w:rsidP="00CC7A33">
      <w:pPr>
        <w:jc w:val="both"/>
        <w:rPr>
          <w:sz w:val="24"/>
          <w:szCs w:val="24"/>
        </w:rPr>
      </w:pPr>
      <w:r w:rsidRPr="00CC7A33">
        <w:rPr>
          <w:sz w:val="24"/>
          <w:szCs w:val="24"/>
        </w:rPr>
        <w:t>Archivio Storico dell'Ordine Mauriziano | Stupinigi, Vinovo e dipendenze | Mazzo 15 (1732-1736) | fasc. 481.</w:t>
      </w:r>
    </w:p>
    <w:p w14:paraId="14596907" w14:textId="77777777" w:rsidR="005B6534" w:rsidRDefault="005B6534" w:rsidP="00CE1BD9">
      <w:pPr>
        <w:jc w:val="center"/>
        <w:rPr>
          <w:i/>
          <w:iCs/>
          <w:sz w:val="24"/>
          <w:szCs w:val="24"/>
        </w:rPr>
      </w:pPr>
    </w:p>
    <w:p w14:paraId="43757014" w14:textId="05328A0A" w:rsidR="00CC7A33" w:rsidRDefault="005B6534" w:rsidP="00CE1BD9">
      <w:pPr>
        <w:jc w:val="center"/>
        <w:rPr>
          <w:i/>
          <w:iCs/>
          <w:sz w:val="24"/>
          <w:szCs w:val="24"/>
        </w:rPr>
      </w:pPr>
      <w:r w:rsidRPr="00CC7A33">
        <w:rPr>
          <w:b/>
          <w:bCs/>
          <w:i/>
          <w:iCs/>
          <w:sz w:val="24"/>
          <w:szCs w:val="24"/>
        </w:rPr>
        <w:t xml:space="preserve">Instruzione per le nove casini nella strada che codduce alla </w:t>
      </w:r>
      <w:r w:rsidR="005253BD">
        <w:rPr>
          <w:b/>
          <w:bCs/>
          <w:i/>
          <w:iCs/>
          <w:sz w:val="24"/>
          <w:szCs w:val="24"/>
        </w:rPr>
        <w:t>P</w:t>
      </w:r>
      <w:r w:rsidRPr="00CC7A33">
        <w:rPr>
          <w:b/>
          <w:bCs/>
          <w:i/>
          <w:iCs/>
          <w:sz w:val="24"/>
          <w:szCs w:val="24"/>
        </w:rPr>
        <w:t xml:space="preserve">alazzina di </w:t>
      </w:r>
      <w:r w:rsidR="005253BD">
        <w:rPr>
          <w:b/>
          <w:bCs/>
          <w:i/>
          <w:iCs/>
          <w:sz w:val="24"/>
          <w:szCs w:val="24"/>
        </w:rPr>
        <w:t>C</w:t>
      </w:r>
      <w:r w:rsidRPr="00CC7A33">
        <w:rPr>
          <w:b/>
          <w:bCs/>
          <w:i/>
          <w:iCs/>
          <w:sz w:val="24"/>
          <w:szCs w:val="24"/>
        </w:rPr>
        <w:t xml:space="preserve">accia di </w:t>
      </w:r>
      <w:r w:rsidR="005253BD">
        <w:rPr>
          <w:b/>
          <w:bCs/>
          <w:i/>
          <w:iCs/>
          <w:sz w:val="24"/>
          <w:szCs w:val="24"/>
        </w:rPr>
        <w:t>S</w:t>
      </w:r>
      <w:r w:rsidRPr="00CC7A33">
        <w:rPr>
          <w:b/>
          <w:bCs/>
          <w:i/>
          <w:iCs/>
          <w:sz w:val="24"/>
          <w:szCs w:val="24"/>
        </w:rPr>
        <w:t>tupinigij</w:t>
      </w:r>
      <w:r w:rsidR="00000000">
        <w:rPr>
          <w:i/>
          <w:iCs/>
          <w:sz w:val="24"/>
          <w:szCs w:val="24"/>
        </w:rPr>
        <w:pict w14:anchorId="6E10F742">
          <v:rect id="_x0000_i1552" style="width:0;height:1.5pt" o:hralign="center" o:hrstd="t" o:hr="t" fillcolor="#a0a0a0" stroked="f"/>
        </w:pict>
      </w:r>
    </w:p>
    <w:p w14:paraId="40C2BFEC" w14:textId="77777777" w:rsidR="00325644" w:rsidRDefault="00325644" w:rsidP="00CC7A33">
      <w:pPr>
        <w:jc w:val="both"/>
        <w:rPr>
          <w:i/>
          <w:iCs/>
          <w:sz w:val="24"/>
          <w:szCs w:val="24"/>
        </w:rPr>
      </w:pPr>
      <w:r>
        <w:rPr>
          <w:i/>
          <w:iCs/>
          <w:sz w:val="24"/>
          <w:szCs w:val="24"/>
        </w:rPr>
        <w:t>Le muraglie saranno parte ordinarie che di mattoni saranno quelle di ordinaria con pietra con le sue cinte di mattoni per tutta la longezza e largezza delle muraglie con obligo di fare le cinte in distanza di quatro altezze di mattoni nelli angoli o spigoli tanto entrante che salienti le pietre noteranno bene in clacina e perfettamente scagliate e guarnite.</w:t>
      </w:r>
    </w:p>
    <w:p w14:paraId="19C3E4E0" w14:textId="77777777" w:rsidR="00325644" w:rsidRDefault="00325644" w:rsidP="00CC7A33">
      <w:pPr>
        <w:jc w:val="both"/>
        <w:rPr>
          <w:i/>
          <w:iCs/>
          <w:sz w:val="24"/>
          <w:szCs w:val="24"/>
        </w:rPr>
      </w:pPr>
      <w:r>
        <w:rPr>
          <w:i/>
          <w:iCs/>
          <w:sz w:val="24"/>
          <w:szCs w:val="24"/>
        </w:rPr>
        <w:t>Le muraglie di mattoni saranno lavorati sotilmente in calcina che non ci sia più che il quarto d’oncia e saranno obligati di fare qual si sia muraglia di qual si sia grosezza come parimente l’archi, sordini, voltini, arconi, pilastri e questi saranno a piombo perfetto e a linea retta dette muraglie saranno imbocate a matton coperto.</w:t>
      </w:r>
    </w:p>
    <w:p w14:paraId="4A217BE2" w14:textId="77777777" w:rsidR="00325644" w:rsidRDefault="00325644" w:rsidP="00CC7A33">
      <w:pPr>
        <w:jc w:val="both"/>
        <w:rPr>
          <w:i/>
          <w:iCs/>
          <w:sz w:val="24"/>
          <w:szCs w:val="24"/>
        </w:rPr>
      </w:pPr>
      <w:r>
        <w:rPr>
          <w:i/>
          <w:iCs/>
          <w:sz w:val="24"/>
          <w:szCs w:val="24"/>
        </w:rPr>
        <w:t>Saranno obligati di mettere in opera a loro conto tutte le chiave radici e suoi teste di chiave e bolzoni.</w:t>
      </w:r>
    </w:p>
    <w:p w14:paraId="204880C2" w14:textId="77777777" w:rsidR="00325644" w:rsidRDefault="00325644" w:rsidP="00CC7A33">
      <w:pPr>
        <w:jc w:val="both"/>
        <w:rPr>
          <w:i/>
          <w:iCs/>
          <w:sz w:val="24"/>
          <w:szCs w:val="24"/>
        </w:rPr>
      </w:pPr>
      <w:r>
        <w:rPr>
          <w:i/>
          <w:iCs/>
          <w:sz w:val="24"/>
          <w:szCs w:val="24"/>
        </w:rPr>
        <w:t>Sarà a loro conto provedere i pontaggi e questi farlli ove sarà necesario.</w:t>
      </w:r>
    </w:p>
    <w:p w14:paraId="0395FE00" w14:textId="77777777" w:rsidR="00325644" w:rsidRDefault="00325644" w:rsidP="00CC7A33">
      <w:pPr>
        <w:jc w:val="both"/>
        <w:rPr>
          <w:i/>
          <w:iCs/>
          <w:sz w:val="24"/>
          <w:szCs w:val="24"/>
        </w:rPr>
      </w:pPr>
      <w:r>
        <w:rPr>
          <w:i/>
          <w:iCs/>
          <w:sz w:val="24"/>
          <w:szCs w:val="24"/>
        </w:rPr>
        <w:t>Provederanno tutti l’otenzili e strumenti per la fabricha e sarà a loro carico tutta la servitù e fare le calcine a tutta perfezione e ben colate.</w:t>
      </w:r>
    </w:p>
    <w:p w14:paraId="1CA363B2" w14:textId="77777777" w:rsidR="00325644" w:rsidRDefault="00325644" w:rsidP="00CC7A33">
      <w:pPr>
        <w:jc w:val="both"/>
        <w:rPr>
          <w:i/>
          <w:iCs/>
          <w:sz w:val="24"/>
          <w:szCs w:val="24"/>
        </w:rPr>
      </w:pPr>
      <w:r>
        <w:rPr>
          <w:i/>
          <w:iCs/>
          <w:sz w:val="24"/>
          <w:szCs w:val="24"/>
        </w:rPr>
        <w:t xml:space="preserve">La calcina alla fondamenta e piedi 3 fuori di terra sarà della forte di Soperga e il resto della fabricha sarà della M secondo s’ha viato a l’altra parte. </w:t>
      </w:r>
    </w:p>
    <w:p w14:paraId="56097E81" w14:textId="77777777" w:rsidR="00325644" w:rsidRDefault="00325644" w:rsidP="00CC7A33">
      <w:pPr>
        <w:jc w:val="both"/>
        <w:rPr>
          <w:i/>
          <w:iCs/>
          <w:sz w:val="24"/>
          <w:szCs w:val="24"/>
        </w:rPr>
      </w:pPr>
      <w:r>
        <w:rPr>
          <w:i/>
          <w:iCs/>
          <w:sz w:val="24"/>
          <w:szCs w:val="24"/>
        </w:rPr>
        <w:t>Stabiliture saranno ordinarie ove se ne faranno del interno.</w:t>
      </w:r>
    </w:p>
    <w:p w14:paraId="023BC186" w14:textId="26667400" w:rsidR="00CC7A33" w:rsidRDefault="00325644" w:rsidP="00CC7A33">
      <w:pPr>
        <w:jc w:val="both"/>
        <w:rPr>
          <w:i/>
          <w:iCs/>
          <w:sz w:val="24"/>
          <w:szCs w:val="24"/>
        </w:rPr>
      </w:pPr>
      <w:r>
        <w:rPr>
          <w:i/>
          <w:iCs/>
          <w:sz w:val="24"/>
          <w:szCs w:val="24"/>
        </w:rPr>
        <w:t>La gusciassa di fuori sarà del altezza che dimostra il disegnio il tutto a opera conlaudata e approvata.</w:t>
      </w:r>
      <w:r w:rsidR="00000000">
        <w:rPr>
          <w:i/>
          <w:iCs/>
          <w:sz w:val="24"/>
          <w:szCs w:val="24"/>
        </w:rPr>
        <w:pict w14:anchorId="37380E57">
          <v:rect id="_x0000_i1553" style="width:0;height:1.5pt" o:hralign="center" o:hrstd="t" o:hr="t" fillcolor="#a0a0a0" stroked="f"/>
        </w:pict>
      </w:r>
    </w:p>
    <w:p w14:paraId="4C1F8FAE" w14:textId="0B597720" w:rsidR="005B6534" w:rsidRDefault="005B6534" w:rsidP="00CC7A33">
      <w:pPr>
        <w:jc w:val="right"/>
        <w:rPr>
          <w:i/>
          <w:iCs/>
          <w:sz w:val="24"/>
          <w:szCs w:val="24"/>
        </w:rPr>
      </w:pPr>
      <w:r w:rsidRPr="005B6534">
        <w:rPr>
          <w:i/>
          <w:iCs/>
          <w:sz w:val="24"/>
          <w:szCs w:val="24"/>
        </w:rPr>
        <w:t>giorno di Primo Luglio 1733</w:t>
      </w:r>
    </w:p>
    <w:p w14:paraId="2FBFD078" w14:textId="77777777" w:rsidR="00CC7A33" w:rsidRDefault="005B6534" w:rsidP="00CC7A33">
      <w:pPr>
        <w:jc w:val="right"/>
        <w:rPr>
          <w:i/>
          <w:iCs/>
          <w:sz w:val="24"/>
          <w:szCs w:val="24"/>
        </w:rPr>
      </w:pPr>
      <w:r w:rsidRPr="005B6534">
        <w:rPr>
          <w:i/>
          <w:iCs/>
          <w:sz w:val="24"/>
          <w:szCs w:val="24"/>
        </w:rPr>
        <w:t>Cavaliere Don Filippo Juvarra Primo Architetto</w:t>
      </w:r>
      <w:r w:rsidR="00000000">
        <w:rPr>
          <w:i/>
          <w:iCs/>
          <w:sz w:val="24"/>
          <w:szCs w:val="24"/>
        </w:rPr>
        <w:pict w14:anchorId="17FD4B62">
          <v:rect id="_x0000_i1554" style="width:0;height:1.5pt" o:hralign="center" o:hrstd="t" o:hr="t" fillcolor="#a0a0a0" stroked="f"/>
        </w:pict>
      </w:r>
    </w:p>
    <w:p w14:paraId="22037369" w14:textId="638A8D9B" w:rsidR="00CE1BD9" w:rsidRPr="00CC7A33" w:rsidRDefault="005B6534" w:rsidP="00CC7A33">
      <w:pPr>
        <w:jc w:val="both"/>
        <w:rPr>
          <w:sz w:val="24"/>
          <w:szCs w:val="24"/>
        </w:rPr>
      </w:pPr>
      <w:r w:rsidRPr="00CC7A33">
        <w:rPr>
          <w:sz w:val="24"/>
          <w:szCs w:val="24"/>
        </w:rPr>
        <w:t>Archivio Storico dell'Ordine Mauriziano | Stupinigi, Vinovo e dipendenze | Mazzo 15 (1732-1736) | fasc. 481.</w:t>
      </w:r>
    </w:p>
    <w:p w14:paraId="4BB2D64C" w14:textId="77777777" w:rsidR="005B6534" w:rsidRPr="005B6534" w:rsidRDefault="005B6534" w:rsidP="005B6534">
      <w:pPr>
        <w:jc w:val="center"/>
        <w:rPr>
          <w:i/>
          <w:iCs/>
          <w:sz w:val="24"/>
          <w:szCs w:val="24"/>
        </w:rPr>
      </w:pPr>
    </w:p>
    <w:p w14:paraId="6D10A8DE" w14:textId="0E908FD3" w:rsidR="003D1EA8" w:rsidRPr="00F45C42" w:rsidRDefault="003D1EA8" w:rsidP="003D1EA8">
      <w:pPr>
        <w:rPr>
          <w:b/>
          <w:bCs/>
          <w:sz w:val="28"/>
          <w:szCs w:val="28"/>
        </w:rPr>
      </w:pPr>
      <w:r w:rsidRPr="00F45C42">
        <w:rPr>
          <w:b/>
          <w:bCs/>
          <w:sz w:val="28"/>
          <w:szCs w:val="28"/>
        </w:rPr>
        <w:t xml:space="preserve">ISTRUZIONI | </w:t>
      </w:r>
      <w:r>
        <w:rPr>
          <w:b/>
          <w:bCs/>
          <w:sz w:val="28"/>
          <w:szCs w:val="28"/>
        </w:rPr>
        <w:t>Isolato di Santa Croce</w:t>
      </w:r>
    </w:p>
    <w:p w14:paraId="332B2B0F" w14:textId="7DEA11F1" w:rsidR="003D1EA8" w:rsidRDefault="003D1EA8" w:rsidP="003D1EA8">
      <w:pPr>
        <w:jc w:val="center"/>
        <w:rPr>
          <w:sz w:val="28"/>
          <w:szCs w:val="28"/>
        </w:rPr>
      </w:pPr>
      <w:r>
        <w:rPr>
          <w:sz w:val="28"/>
          <w:szCs w:val="28"/>
        </w:rPr>
        <w:lastRenderedPageBreak/>
        <w:t>1729</w:t>
      </w:r>
    </w:p>
    <w:p w14:paraId="4F928F95" w14:textId="77777777" w:rsidR="003D1EA8" w:rsidRDefault="003D1EA8" w:rsidP="003D1EA8">
      <w:pPr>
        <w:jc w:val="center"/>
        <w:rPr>
          <w:i/>
          <w:iCs/>
          <w:sz w:val="24"/>
          <w:szCs w:val="24"/>
        </w:rPr>
      </w:pPr>
      <w:r w:rsidRPr="003D1EA8">
        <w:rPr>
          <w:b/>
          <w:bCs/>
          <w:i/>
          <w:iCs/>
          <w:sz w:val="24"/>
          <w:szCs w:val="24"/>
        </w:rPr>
        <w:t>Instruzione per la ferramenta da provedersi per la fabricha della piazza e case della sacra religione di S. Maurizio</w:t>
      </w:r>
      <w:r w:rsidR="00000000">
        <w:rPr>
          <w:i/>
          <w:iCs/>
          <w:sz w:val="24"/>
          <w:szCs w:val="24"/>
        </w:rPr>
        <w:pict w14:anchorId="26972F05">
          <v:rect id="_x0000_i1555" style="width:0;height:1.5pt" o:hralign="center" o:hrstd="t" o:hr="t" fillcolor="#a0a0a0" stroked="f"/>
        </w:pict>
      </w:r>
    </w:p>
    <w:p w14:paraId="6321C13F" w14:textId="77777777" w:rsidR="00C30C98" w:rsidRDefault="00C30C98" w:rsidP="003D1EA8">
      <w:pPr>
        <w:jc w:val="both"/>
        <w:rPr>
          <w:i/>
          <w:iCs/>
          <w:sz w:val="24"/>
          <w:szCs w:val="24"/>
        </w:rPr>
      </w:pPr>
      <w:r>
        <w:rPr>
          <w:i/>
          <w:iCs/>
          <w:sz w:val="24"/>
          <w:szCs w:val="24"/>
        </w:rPr>
        <w:t>Le chiave di ferro saranno di ferro d’Agusta di bon nervo e saranno tonde e a lama con l suoi ochi tanto semplici che doppie tantto rette che a paetra con suoi mascherature ben bollite della grosezza che si darà sul posto della fabricha e 2° ricercherà la sodezza della fabricha saranno tenuti prendere le misure su le muraglie acciò siano giuste e a misura e se in caso facessero o più lunghe o più corte a suo costo saranno accorciate o allongate e saranno in questo caso a loro spese l’alzamento e bassamento della sopra detta chiave.</w:t>
      </w:r>
    </w:p>
    <w:p w14:paraId="593CA11F" w14:textId="77777777" w:rsidR="00082A4D" w:rsidRDefault="00C30C98" w:rsidP="003D1EA8">
      <w:pPr>
        <w:jc w:val="both"/>
        <w:rPr>
          <w:i/>
          <w:iCs/>
          <w:sz w:val="24"/>
          <w:szCs w:val="24"/>
        </w:rPr>
      </w:pPr>
      <w:r>
        <w:rPr>
          <w:i/>
          <w:iCs/>
          <w:sz w:val="24"/>
          <w:szCs w:val="24"/>
        </w:rPr>
        <w:t>Li bolzoni saranno di grosezza</w:t>
      </w:r>
      <w:r w:rsidR="00082A4D">
        <w:rPr>
          <w:i/>
          <w:iCs/>
          <w:sz w:val="24"/>
          <w:szCs w:val="24"/>
        </w:rPr>
        <w:t xml:space="preserve"> proporzione della longezza della chiave e voltta e saranno grosse nel mezzo a scalino di tutta e saranno di ferro di Brozolo ben battutte e a tutta perfetione fatte.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