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C34378" w14:textId="77777777" w:rsidR="00964203" w:rsidRDefault="00964203" w:rsidP="00CF386F">
      <w:pPr>
        <w:jc w:val="both"/>
        <w:rPr>
          <w:sz w:val="24"/>
          <w:szCs w:val="24"/>
        </w:rPr>
      </w:pPr>
    </w:p>
    <w:p w14:paraId="6A4DCD4F" w14:textId="77777777" w:rsidR="008B28CF" w:rsidRDefault="00964203" w:rsidP="008B28CF">
      <w:pPr>
        <w:jc w:val="center"/>
        <w:rPr>
          <w:i/>
          <w:iCs/>
          <w:sz w:val="24"/>
          <w:szCs w:val="24"/>
        </w:rPr>
      </w:pPr>
      <w:r w:rsidRPr="00964203">
        <w:rPr>
          <w:b/>
          <w:bCs/>
          <w:i/>
          <w:iCs/>
          <w:sz w:val="24"/>
          <w:szCs w:val="24"/>
        </w:rPr>
        <w:t>Instruzione per il griggio a oglio da farsi alla balaustra e casili</w:t>
      </w:r>
      <w:r w:rsidR="00000000">
        <w:rPr>
          <w:i/>
          <w:iCs/>
          <w:sz w:val="24"/>
          <w:szCs w:val="24"/>
        </w:rPr>
        <w:pict w14:anchorId="2B18B24D">
          <v:rect id="_x0000_i1456" style="width:0;height:1.5pt" o:hralign="center" o:hrstd="t" o:hr="t" fillcolor="#a0a0a0" stroked="f"/>
        </w:pict>
      </w:r>
    </w:p>
    <w:p w14:paraId="0F0B1823" w14:textId="3AB4FFDB" w:rsidR="005B16D4" w:rsidRDefault="005B16D4" w:rsidP="005B16D4">
      <w:pPr>
        <w:jc w:val="both"/>
        <w:rPr>
          <w:i/>
          <w:iCs/>
          <w:sz w:val="24"/>
          <w:szCs w:val="24"/>
        </w:rPr>
      </w:pPr>
      <w:r>
        <w:rPr>
          <w:i/>
          <w:iCs/>
          <w:sz w:val="24"/>
          <w:szCs w:val="24"/>
        </w:rPr>
        <w:t>Il griggio sarà a oglio ben cotto e il colore sarà composto di pura biacca e un poco di terra nera romana e fare la tinta sin tantto che facci il giusto colore del marmo chiaro di frabosa detta tinta sarà data per tutto tantto nella parte interiore che esteriore e per sotto ove si potrà vedere il legnio di qual si sia parte saranno obligati di darne sino a 3e mani acciò resti ben coperto e lustro di colore a oglio cotto se in caso si vederà che nella biacca ci fosse messo la minima parte di gesso o altra mistura a luogo dell’oglio cotto si leverà tutto il prezzo del lavoro per non essere fatto il lavoro secondo il suo obligo.</w:t>
      </w:r>
    </w:p>
    <w:p w14:paraId="37A9B6DB" w14:textId="77777777" w:rsidR="005B16D4" w:rsidRDefault="005B16D4" w:rsidP="005B16D4">
      <w:pPr>
        <w:jc w:val="both"/>
        <w:rPr>
          <w:i/>
          <w:iCs/>
          <w:sz w:val="24"/>
          <w:szCs w:val="24"/>
        </w:rPr>
      </w:pPr>
      <w:r>
        <w:rPr>
          <w:i/>
          <w:iCs/>
          <w:sz w:val="24"/>
          <w:szCs w:val="24"/>
        </w:rPr>
        <w:t>Li ciasili della chiesa e casa saranno tinti dell’medemo colore griggio a oglio cotto secondo il sopra detto capo a tutta perfetione e bontà.</w:t>
      </w:r>
    </w:p>
    <w:p w14:paraId="04D8B59F" w14:textId="77777777" w:rsidR="005B16D4" w:rsidRDefault="005B16D4" w:rsidP="005B16D4">
      <w:pPr>
        <w:jc w:val="both"/>
        <w:rPr>
          <w:i/>
          <w:iCs/>
          <w:sz w:val="24"/>
          <w:szCs w:val="24"/>
        </w:rPr>
      </w:pPr>
      <w:r>
        <w:rPr>
          <w:i/>
          <w:iCs/>
          <w:sz w:val="24"/>
          <w:szCs w:val="24"/>
        </w:rPr>
        <w:t>Si daranno li pontaggi necesarij a fare detto lavoro ove però sarà necesario e ove si potrà fare con scala in mano lo faranno a comodo del lavoro.</w:t>
      </w:r>
    </w:p>
    <w:p w14:paraId="08BC41DF" w14:textId="77777777" w:rsidR="005B16D4" w:rsidRDefault="005B16D4" w:rsidP="005B16D4">
      <w:pPr>
        <w:jc w:val="both"/>
        <w:rPr>
          <w:i/>
          <w:iCs/>
          <w:sz w:val="24"/>
          <w:szCs w:val="24"/>
        </w:rPr>
      </w:pPr>
      <w:r>
        <w:rPr>
          <w:i/>
          <w:iCs/>
          <w:sz w:val="24"/>
          <w:szCs w:val="24"/>
        </w:rPr>
        <w:t>Nelli chasili daranno il colore anche nelle grosezze delli voletti e ove attacca alla muraglia parimente il tutto ben fatto a opera conlaudata.</w:t>
      </w:r>
    </w:p>
    <w:p w14:paraId="7C263112" w14:textId="683AAB8E" w:rsidR="008B28CF" w:rsidRDefault="005B16D4" w:rsidP="005B16D4">
      <w:pPr>
        <w:jc w:val="both"/>
        <w:rPr>
          <w:i/>
          <w:iCs/>
          <w:sz w:val="24"/>
          <w:szCs w:val="24"/>
        </w:rPr>
      </w:pPr>
      <w:r>
        <w:rPr>
          <w:i/>
          <w:iCs/>
          <w:sz w:val="24"/>
          <w:szCs w:val="24"/>
        </w:rPr>
        <w:t xml:space="preserve">Li chasili del cortile tantto la finestre che le mezze lune saranno date di terra gialla chiara di Roma o vero d’Inghilterra che sarà meglio con l’oglio cotto e tre mani acciò restino ben coperti e lustri il tutto a opera conlaudata. </w:t>
      </w:r>
      <w:r w:rsidR="00000000">
        <w:rPr>
          <w:i/>
          <w:iCs/>
          <w:sz w:val="24"/>
          <w:szCs w:val="24"/>
        </w:rPr>
        <w:pict w14:anchorId="415D8E48">
          <v:rect id="_x0000_i1457" style="width:0;height:1.5pt" o:hralign="center" o:hrstd="t" o:hr="t" fillcolor="#a0a0a0" stroked="f"/>
        </w:pict>
      </w:r>
    </w:p>
    <w:p w14:paraId="4CC7063D" w14:textId="45CA4782" w:rsidR="00964203" w:rsidRDefault="00964203" w:rsidP="008B28CF">
      <w:pPr>
        <w:jc w:val="right"/>
        <w:rPr>
          <w:i/>
          <w:iCs/>
          <w:sz w:val="24"/>
          <w:szCs w:val="24"/>
        </w:rPr>
      </w:pPr>
      <w:r w:rsidRPr="00964203">
        <w:rPr>
          <w:i/>
          <w:iCs/>
          <w:sz w:val="24"/>
          <w:szCs w:val="24"/>
        </w:rPr>
        <w:t>giorno di 28 Aprile 1728</w:t>
      </w:r>
    </w:p>
    <w:p w14:paraId="7F8F2C79" w14:textId="77777777" w:rsidR="008B28CF" w:rsidRDefault="00964203" w:rsidP="008B28CF">
      <w:pPr>
        <w:jc w:val="right"/>
        <w:rPr>
          <w:i/>
          <w:iCs/>
          <w:sz w:val="24"/>
          <w:szCs w:val="24"/>
        </w:rPr>
      </w:pPr>
      <w:r w:rsidRPr="00964203">
        <w:rPr>
          <w:i/>
          <w:iCs/>
          <w:sz w:val="24"/>
          <w:szCs w:val="24"/>
        </w:rPr>
        <w:t>Cavaliere Don Filippo Juvarra Primo Architetto</w:t>
      </w:r>
      <w:r w:rsidR="00000000">
        <w:rPr>
          <w:i/>
          <w:iCs/>
          <w:sz w:val="24"/>
          <w:szCs w:val="24"/>
        </w:rPr>
        <w:pict w14:anchorId="24BCF502">
          <v:rect id="_x0000_i1458" style="width:0;height:1.5pt" o:hralign="center" o:hrstd="t" o:hr="t" fillcolor="#a0a0a0" stroked="f"/>
        </w:pict>
      </w:r>
    </w:p>
    <w:p w14:paraId="3539DCAE" w14:textId="6035807D" w:rsidR="00964203" w:rsidRDefault="00964203" w:rsidP="00CF386F">
      <w:pPr>
        <w:jc w:val="both"/>
        <w:rPr>
          <w:i/>
          <w:iCs/>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 | fol. 228.</w:t>
      </w:r>
    </w:p>
    <w:p w14:paraId="07B5176A" w14:textId="77777777" w:rsidR="00964203" w:rsidRDefault="00964203" w:rsidP="00CF386F">
      <w:pPr>
        <w:jc w:val="both"/>
        <w:rPr>
          <w:i/>
          <w:iCs/>
          <w:sz w:val="24"/>
          <w:szCs w:val="24"/>
        </w:rPr>
      </w:pPr>
    </w:p>
    <w:p w14:paraId="3B68F13F" w14:textId="77777777" w:rsidR="005B16D4" w:rsidRDefault="00964203" w:rsidP="005B16D4">
      <w:pPr>
        <w:jc w:val="center"/>
        <w:rPr>
          <w:i/>
          <w:iCs/>
          <w:sz w:val="24"/>
          <w:szCs w:val="24"/>
        </w:rPr>
      </w:pPr>
      <w:r w:rsidRPr="005B295E">
        <w:rPr>
          <w:b/>
          <w:bCs/>
          <w:i/>
          <w:iCs/>
          <w:sz w:val="24"/>
          <w:szCs w:val="24"/>
        </w:rPr>
        <w:t>Instruzione per il muraglione che deve reggere la terrazza verso levante e mezo giorno della Casa della Reggia Fabricha di Soperga</w:t>
      </w:r>
      <w:r w:rsidR="00000000">
        <w:rPr>
          <w:i/>
          <w:iCs/>
          <w:sz w:val="24"/>
          <w:szCs w:val="24"/>
        </w:rPr>
        <w:pict w14:anchorId="1362897F">
          <v:rect id="_x0000_i1459" style="width:0;height:1.5pt" o:hralign="center" o:hrstd="t" o:hr="t" fillcolor="#a0a0a0" stroked="f"/>
        </w:pict>
      </w:r>
    </w:p>
    <w:p w14:paraId="7D2B04B9" w14:textId="77777777" w:rsidR="00490E7A" w:rsidRDefault="00490E7A" w:rsidP="00490E7A">
      <w:pPr>
        <w:jc w:val="center"/>
        <w:rPr>
          <w:i/>
          <w:iCs/>
          <w:sz w:val="24"/>
          <w:szCs w:val="24"/>
        </w:rPr>
      </w:pPr>
      <w:r>
        <w:rPr>
          <w:i/>
          <w:iCs/>
          <w:sz w:val="24"/>
          <w:szCs w:val="24"/>
        </w:rPr>
        <w:t>Cavo di terra</w:t>
      </w:r>
    </w:p>
    <w:p w14:paraId="6BFDD432" w14:textId="77777777" w:rsidR="008C61C6" w:rsidRDefault="00490E7A" w:rsidP="00CF386F">
      <w:pPr>
        <w:jc w:val="both"/>
        <w:rPr>
          <w:i/>
          <w:iCs/>
          <w:sz w:val="24"/>
          <w:szCs w:val="24"/>
        </w:rPr>
      </w:pPr>
      <w:r>
        <w:rPr>
          <w:i/>
          <w:iCs/>
          <w:sz w:val="24"/>
          <w:szCs w:val="24"/>
        </w:rPr>
        <w:t>Il maggior cavo di terra sarà nelli pezzi della grandeza che mostra il disegnio più o meno secondo determinerà l’architetto sul posto e questi saranno</w:t>
      </w:r>
      <w:r w:rsidR="008C61C6">
        <w:rPr>
          <w:i/>
          <w:iCs/>
          <w:sz w:val="24"/>
          <w:szCs w:val="24"/>
        </w:rPr>
        <w:t xml:space="preserve"> della profondità sin tantto che si ritrova il bon terreno sodo per poter piantare e nel fondo saranno cavati in piano perfetto e questi saranno più profondi e meno profondi secondo la qualità del terreno e declivio che fa il monte e nel medemo tempo saranno murati di quarto per impedire li valanche della terra mossa provenente dal gettito del spianamento di detto monte. Saranno obligati uscire fuori qual si sia grosezza di pietra e la terra la getteranno sul posto medemo a misura che se ne cava.</w:t>
      </w:r>
    </w:p>
    <w:p w14:paraId="4F79A329" w14:textId="77777777" w:rsidR="008C61C6" w:rsidRDefault="008C61C6" w:rsidP="00CF386F">
      <w:pPr>
        <w:jc w:val="both"/>
        <w:rPr>
          <w:i/>
          <w:iCs/>
          <w:sz w:val="24"/>
          <w:szCs w:val="24"/>
        </w:rPr>
      </w:pPr>
      <w:r>
        <w:rPr>
          <w:i/>
          <w:iCs/>
          <w:sz w:val="24"/>
          <w:szCs w:val="24"/>
        </w:rPr>
        <w:t>Caveranno parimente tutta la terra che impiderà tra un pozzo e l’altro l’impostare l’archi sotteranei e ove l’armatura si potrà fare della medema terra ove non si potrà rimetere li centini per farlli di tutta rotondità.</w:t>
      </w:r>
    </w:p>
    <w:p w14:paraId="1108844D" w14:textId="77777777" w:rsidR="008C61C6" w:rsidRDefault="008C61C6" w:rsidP="00CF386F">
      <w:pPr>
        <w:jc w:val="both"/>
        <w:rPr>
          <w:i/>
          <w:iCs/>
          <w:sz w:val="24"/>
          <w:szCs w:val="24"/>
        </w:rPr>
      </w:pPr>
      <w:r>
        <w:rPr>
          <w:i/>
          <w:iCs/>
          <w:sz w:val="24"/>
          <w:szCs w:val="24"/>
        </w:rPr>
        <w:t>Le pietre li metteranno il luogo ove saranno a comodo di rimetterli in opera in questa terazza della casa.</w:t>
      </w:r>
    </w:p>
    <w:p w14:paraId="0FBBDCCB" w14:textId="77777777" w:rsidR="008C61C6" w:rsidRDefault="008C61C6" w:rsidP="00CF386F">
      <w:pPr>
        <w:jc w:val="both"/>
        <w:rPr>
          <w:i/>
          <w:iCs/>
          <w:sz w:val="24"/>
          <w:szCs w:val="24"/>
        </w:rPr>
      </w:pPr>
      <w:r>
        <w:rPr>
          <w:i/>
          <w:iCs/>
          <w:sz w:val="24"/>
          <w:szCs w:val="24"/>
        </w:rPr>
        <w:t>Detti pozzi si faranno uno doppo l’altro acciò non possa valangare la terra e per più sicurezza della fabricha.</w:t>
      </w:r>
    </w:p>
    <w:p w14:paraId="65B7B6E3" w14:textId="77777777" w:rsidR="008C61C6" w:rsidRDefault="008C61C6" w:rsidP="008C61C6">
      <w:pPr>
        <w:jc w:val="center"/>
        <w:rPr>
          <w:i/>
          <w:iCs/>
          <w:sz w:val="24"/>
          <w:szCs w:val="24"/>
        </w:rPr>
      </w:pPr>
      <w:r>
        <w:rPr>
          <w:i/>
          <w:iCs/>
          <w:sz w:val="24"/>
          <w:szCs w:val="24"/>
        </w:rPr>
        <w:t>Muraglia ordinaria</w:t>
      </w:r>
    </w:p>
    <w:p w14:paraId="346E96DE" w14:textId="77777777" w:rsidR="008C61C6" w:rsidRDefault="008C61C6" w:rsidP="00CF386F">
      <w:pPr>
        <w:jc w:val="both"/>
        <w:rPr>
          <w:i/>
          <w:iCs/>
          <w:sz w:val="24"/>
          <w:szCs w:val="24"/>
        </w:rPr>
      </w:pPr>
      <w:r>
        <w:rPr>
          <w:i/>
          <w:iCs/>
          <w:sz w:val="24"/>
          <w:szCs w:val="24"/>
        </w:rPr>
        <w:t>La muraglia ordinaria sarà construtta di pietra e li suoi scanzelli di onze 9 cioè di cinque mattoni nelli angoli, l’angoli a spicoli saranno di mattoni di onze 6 e onze 9.</w:t>
      </w:r>
    </w:p>
    <w:p w14:paraId="4D20F46F" w14:textId="77777777" w:rsidR="00844F65" w:rsidRDefault="008C61C6" w:rsidP="00CF386F">
      <w:pPr>
        <w:jc w:val="both"/>
        <w:rPr>
          <w:i/>
          <w:iCs/>
          <w:sz w:val="24"/>
          <w:szCs w:val="24"/>
        </w:rPr>
      </w:pPr>
      <w:r>
        <w:rPr>
          <w:i/>
          <w:iCs/>
          <w:sz w:val="24"/>
          <w:szCs w:val="24"/>
        </w:rPr>
        <w:t xml:space="preserve">Li cinte per tutta la largezza della muraglia la distanza fra un mattone e l’altro non sia più che un quarto d’oncia la calcina della forte di Soperga purgata delle pietre non cotte e bene impastata con essere bene mescolata con la sabia di Po granita e purgata di qual si sia nita o terra la calcina ben grassa suficiente a fare bona presa. Li mattoni ben cotti e inazi di metterlli in opera abagniate a maton coperto le pietre </w:t>
      </w:r>
      <w:r w:rsidR="00844F65">
        <w:rPr>
          <w:i/>
          <w:iCs/>
          <w:sz w:val="24"/>
          <w:szCs w:val="24"/>
        </w:rPr>
        <w:t>ben scagliate e imbocate a pietra coperta e batute con il martello e faranno in ogni corso di scanzello la sua calcinata per tutto prima abagniare bene i mattoni e poscia farlla corere per tutto. Saranno obligati in questa muraglia ordinaria di fare li angoli spigoli l’archi archoni sordini e voltini di grosezza al più di due mattoni di punta o un mettone e mezo e parte d’un mattone e questi archi archoni volti sordini e voltini saranno bene sottili in calcina e per farlle di tutta perfetione saranno obligati di passare la calcina alla griglia sotile a tutta opera conlaudata.</w:t>
      </w:r>
    </w:p>
    <w:p w14:paraId="4F0148CF" w14:textId="77777777" w:rsidR="00844F65" w:rsidRDefault="00844F65" w:rsidP="00844F65">
      <w:pPr>
        <w:jc w:val="center"/>
        <w:rPr>
          <w:i/>
          <w:iCs/>
          <w:sz w:val="24"/>
          <w:szCs w:val="24"/>
        </w:rPr>
      </w:pPr>
      <w:r>
        <w:rPr>
          <w:i/>
          <w:iCs/>
          <w:sz w:val="24"/>
          <w:szCs w:val="24"/>
        </w:rPr>
        <w:t>Muraglia di mattoni</w:t>
      </w:r>
    </w:p>
    <w:p w14:paraId="7EB7EDE1" w14:textId="77777777" w:rsidR="00844F65" w:rsidRDefault="00844F65" w:rsidP="00CF386F">
      <w:pPr>
        <w:jc w:val="both"/>
        <w:rPr>
          <w:i/>
          <w:iCs/>
          <w:sz w:val="24"/>
          <w:szCs w:val="24"/>
        </w:rPr>
      </w:pPr>
      <w:r>
        <w:rPr>
          <w:i/>
          <w:iCs/>
          <w:sz w:val="24"/>
          <w:szCs w:val="24"/>
        </w:rPr>
        <w:t>La muraglia di mattoni sarà di mattoni bene impastati e cotti e inazi di meterlli in opera bagniate a mattone coperto la calcina sarà della forte di Soperga purgata d’ogni giara o pietre mal cotte ben grassa con la distanza fra un mattone e l’altro di un quarto d’oncia in ogni 3 corsi la sua calcinata per tutta la grosezza della muraglia sarà imbocata a meton scoperto. La sabia della granita di Po solita ad operarsi in detta fabricha.</w:t>
      </w:r>
    </w:p>
    <w:p w14:paraId="251EB941" w14:textId="77777777" w:rsidR="00844F65" w:rsidRDefault="00844F65" w:rsidP="00CF386F">
      <w:pPr>
        <w:jc w:val="both"/>
        <w:rPr>
          <w:i/>
          <w:iCs/>
          <w:sz w:val="24"/>
          <w:szCs w:val="24"/>
        </w:rPr>
      </w:pPr>
      <w:r>
        <w:rPr>
          <w:i/>
          <w:iCs/>
          <w:sz w:val="24"/>
          <w:szCs w:val="24"/>
        </w:rPr>
        <w:lastRenderedPageBreak/>
        <w:t>Saranno obligati di fare l’incamisate della grosezza che ordinerà l’architetto sul posto e faranno archi archoni volti sordini e voltini e faranno a loro costo i centini e armature necesarie. Li spigoli e qual si sia impiobatura sarà inclusa nella detta muraglia.</w:t>
      </w:r>
    </w:p>
    <w:p w14:paraId="032B6F8F" w14:textId="77777777" w:rsidR="00844F65" w:rsidRDefault="00844F65" w:rsidP="00844F65">
      <w:pPr>
        <w:jc w:val="center"/>
        <w:rPr>
          <w:i/>
          <w:iCs/>
          <w:sz w:val="24"/>
          <w:szCs w:val="24"/>
        </w:rPr>
      </w:pPr>
      <w:r>
        <w:rPr>
          <w:i/>
          <w:iCs/>
          <w:sz w:val="24"/>
          <w:szCs w:val="24"/>
        </w:rPr>
        <w:t>Le voltte</w:t>
      </w:r>
    </w:p>
    <w:p w14:paraId="2DDD05AF" w14:textId="77777777" w:rsidR="00844F65" w:rsidRDefault="00844F65" w:rsidP="00CF386F">
      <w:pPr>
        <w:jc w:val="both"/>
        <w:rPr>
          <w:i/>
          <w:iCs/>
          <w:sz w:val="24"/>
          <w:szCs w:val="24"/>
        </w:rPr>
      </w:pPr>
      <w:r>
        <w:rPr>
          <w:i/>
          <w:iCs/>
          <w:sz w:val="24"/>
          <w:szCs w:val="24"/>
        </w:rPr>
        <w:t>Le voltte saranno di qual si sia figura conforme dimostra il disegnio construtte di ottimi e ben cotti mattoni con calcina sopra detta e sabia di Po con tutta sotilezza di calcina fra un mattone e l’altro cioè un ¼ d’oncia faranno i centini e armature e pontaggi a loro spese e conto.</w:t>
      </w:r>
    </w:p>
    <w:p w14:paraId="31D85754" w14:textId="77777777" w:rsidR="00844F65" w:rsidRDefault="00844F65" w:rsidP="00CF386F">
      <w:pPr>
        <w:jc w:val="both"/>
        <w:rPr>
          <w:i/>
          <w:iCs/>
          <w:sz w:val="24"/>
          <w:szCs w:val="24"/>
        </w:rPr>
      </w:pPr>
      <w:r>
        <w:rPr>
          <w:i/>
          <w:iCs/>
          <w:sz w:val="24"/>
          <w:szCs w:val="24"/>
        </w:rPr>
        <w:t>La misura di oncie 10 secondo le reggie constituzione se non vi saranno maestri perfetti sarano delli soprastanti mandati via.</w:t>
      </w:r>
    </w:p>
    <w:p w14:paraId="27367CBD" w14:textId="77777777" w:rsidR="00844F65" w:rsidRDefault="00844F65" w:rsidP="00CF386F">
      <w:pPr>
        <w:jc w:val="both"/>
        <w:rPr>
          <w:i/>
          <w:iCs/>
          <w:sz w:val="24"/>
          <w:szCs w:val="24"/>
        </w:rPr>
      </w:pPr>
      <w:r>
        <w:rPr>
          <w:i/>
          <w:iCs/>
          <w:sz w:val="24"/>
          <w:szCs w:val="24"/>
        </w:rPr>
        <w:t>Saranno obligati di mettere le chiave o radici a conto della muraglia ove saranno indicate dall’asistenti.</w:t>
      </w:r>
    </w:p>
    <w:p w14:paraId="2C3732C8" w14:textId="0EB04F37" w:rsidR="005B16D4" w:rsidRDefault="00844F65" w:rsidP="00CF386F">
      <w:pPr>
        <w:jc w:val="both"/>
        <w:rPr>
          <w:i/>
          <w:iCs/>
          <w:sz w:val="24"/>
          <w:szCs w:val="24"/>
        </w:rPr>
      </w:pPr>
      <w:r>
        <w:rPr>
          <w:i/>
          <w:iCs/>
          <w:sz w:val="24"/>
          <w:szCs w:val="24"/>
        </w:rPr>
        <w:t>Il tutto ben fatto a opera conlaudata e approvata e non si lavorerà più che sino alla metà di ottobre per essere sicuri della staggione. Questo lavoro sarà fatto un pezzo la voltta per sicurezza delle valanche della terra e fabricha.</w:t>
      </w:r>
      <w:r w:rsidR="00000000">
        <w:rPr>
          <w:i/>
          <w:iCs/>
          <w:sz w:val="24"/>
          <w:szCs w:val="24"/>
        </w:rPr>
        <w:pict w14:anchorId="6F544D78">
          <v:rect id="_x0000_i1460" style="width:0;height:1.5pt" o:hralign="center" o:hrstd="t" o:hr="t" fillcolor="#a0a0a0" stroked="f"/>
        </w:pict>
      </w:r>
    </w:p>
    <w:p w14:paraId="1D88E671" w14:textId="43FBC166" w:rsidR="00964203" w:rsidRDefault="00964203" w:rsidP="005B16D4">
      <w:pPr>
        <w:jc w:val="right"/>
        <w:rPr>
          <w:i/>
          <w:iCs/>
          <w:sz w:val="24"/>
          <w:szCs w:val="24"/>
        </w:rPr>
      </w:pPr>
      <w:r w:rsidRPr="00964203">
        <w:rPr>
          <w:i/>
          <w:iCs/>
          <w:sz w:val="24"/>
          <w:szCs w:val="24"/>
        </w:rPr>
        <w:t>giorno di 13 Maggio 1728</w:t>
      </w:r>
    </w:p>
    <w:p w14:paraId="1A1A65D0" w14:textId="77777777" w:rsidR="005B16D4" w:rsidRDefault="00964203" w:rsidP="005B16D4">
      <w:pPr>
        <w:jc w:val="right"/>
        <w:rPr>
          <w:i/>
          <w:iCs/>
          <w:sz w:val="24"/>
          <w:szCs w:val="24"/>
        </w:rPr>
      </w:pPr>
      <w:r w:rsidRPr="00964203">
        <w:rPr>
          <w:i/>
          <w:iCs/>
          <w:sz w:val="24"/>
          <w:szCs w:val="24"/>
        </w:rPr>
        <w:t>Cavaliere Don Filippo Juvarra Primo Architetto</w:t>
      </w:r>
      <w:r w:rsidR="00000000">
        <w:rPr>
          <w:i/>
          <w:iCs/>
          <w:sz w:val="24"/>
          <w:szCs w:val="24"/>
        </w:rPr>
        <w:pict w14:anchorId="60B58D29">
          <v:rect id="_x0000_i1461" style="width:0;height:1.5pt" o:hralign="center" o:hrstd="t" o:hr="t" fillcolor="#a0a0a0" stroked="f"/>
        </w:pict>
      </w:r>
    </w:p>
    <w:p w14:paraId="5FD93DCE" w14:textId="5CA3FC7E" w:rsidR="00964203" w:rsidRDefault="00964203" w:rsidP="00CF386F">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 | fo</w:t>
      </w:r>
      <w:r>
        <w:rPr>
          <w:sz w:val="24"/>
          <w:szCs w:val="24"/>
        </w:rPr>
        <w:t>l</w:t>
      </w:r>
      <w:r w:rsidRPr="00964203">
        <w:rPr>
          <w:sz w:val="24"/>
          <w:szCs w:val="24"/>
        </w:rPr>
        <w:t xml:space="preserve">l. </w:t>
      </w:r>
      <w:r>
        <w:rPr>
          <w:sz w:val="24"/>
          <w:szCs w:val="24"/>
        </w:rPr>
        <w:t>158-159</w:t>
      </w:r>
      <w:r w:rsidRPr="00964203">
        <w:rPr>
          <w:sz w:val="24"/>
          <w:szCs w:val="24"/>
        </w:rPr>
        <w:t>.</w:t>
      </w:r>
    </w:p>
    <w:p w14:paraId="479F1918" w14:textId="77777777" w:rsidR="00964203" w:rsidRDefault="00964203" w:rsidP="00CF386F">
      <w:pPr>
        <w:jc w:val="both"/>
        <w:rPr>
          <w:sz w:val="24"/>
          <w:szCs w:val="24"/>
        </w:rPr>
      </w:pPr>
    </w:p>
    <w:p w14:paraId="756D1942" w14:textId="3B8B605B" w:rsidR="00964203" w:rsidRDefault="00964203" w:rsidP="00964203">
      <w:pPr>
        <w:jc w:val="center"/>
        <w:rPr>
          <w:sz w:val="28"/>
          <w:szCs w:val="28"/>
        </w:rPr>
      </w:pPr>
      <w:r>
        <w:rPr>
          <w:sz w:val="28"/>
          <w:szCs w:val="28"/>
        </w:rPr>
        <w:t>1729</w:t>
      </w:r>
    </w:p>
    <w:p w14:paraId="38F245EA" w14:textId="77777777" w:rsidR="00AF606D" w:rsidRDefault="005B295E" w:rsidP="00AF606D">
      <w:pPr>
        <w:jc w:val="center"/>
        <w:rPr>
          <w:i/>
          <w:iCs/>
          <w:sz w:val="24"/>
          <w:szCs w:val="24"/>
        </w:rPr>
      </w:pPr>
      <w:r w:rsidRPr="005B295E">
        <w:rPr>
          <w:b/>
          <w:bCs/>
          <w:i/>
          <w:iCs/>
          <w:sz w:val="24"/>
          <w:szCs w:val="24"/>
        </w:rPr>
        <w:t>Instruzione del Basso Rilievo di Marmo che va situato nel Altare Maggiore della Real Chiesa di Soperga</w:t>
      </w:r>
      <w:r w:rsidR="00000000">
        <w:rPr>
          <w:i/>
          <w:iCs/>
          <w:sz w:val="24"/>
          <w:szCs w:val="24"/>
        </w:rPr>
        <w:pict w14:anchorId="189D6F59">
          <v:rect id="_x0000_i1462" style="width:0;height:1.5pt" o:hralign="center" o:hrstd="t" o:hr="t" fillcolor="#a0a0a0" stroked="f"/>
        </w:pict>
      </w:r>
    </w:p>
    <w:p w14:paraId="6BD77597" w14:textId="77777777" w:rsidR="00CF225A" w:rsidRDefault="00CF225A" w:rsidP="00AF606D">
      <w:pPr>
        <w:jc w:val="both"/>
        <w:rPr>
          <w:i/>
          <w:iCs/>
          <w:sz w:val="24"/>
          <w:szCs w:val="24"/>
        </w:rPr>
      </w:pPr>
      <w:r>
        <w:rPr>
          <w:i/>
          <w:iCs/>
          <w:sz w:val="24"/>
          <w:szCs w:val="24"/>
        </w:rPr>
        <w:t>Il detto basso rilievo sarà di marmore biancho di carrara senza machia che possa fare deformità alla scoltura.</w:t>
      </w:r>
    </w:p>
    <w:p w14:paraId="68405CA1" w14:textId="0AC14DCD" w:rsidR="00453376" w:rsidRDefault="00CF225A" w:rsidP="00AF606D">
      <w:pPr>
        <w:jc w:val="both"/>
        <w:rPr>
          <w:i/>
          <w:iCs/>
          <w:sz w:val="24"/>
          <w:szCs w:val="24"/>
        </w:rPr>
      </w:pPr>
      <w:r>
        <w:rPr>
          <w:i/>
          <w:iCs/>
          <w:sz w:val="24"/>
          <w:szCs w:val="24"/>
        </w:rPr>
        <w:t xml:space="preserve">Si doverà rapresentare in </w:t>
      </w:r>
      <w:r w:rsidR="00A863EA">
        <w:rPr>
          <w:i/>
          <w:iCs/>
          <w:sz w:val="24"/>
          <w:szCs w:val="24"/>
        </w:rPr>
        <w:t>ari</w:t>
      </w:r>
      <w:r>
        <w:rPr>
          <w:i/>
          <w:iCs/>
          <w:sz w:val="24"/>
          <w:szCs w:val="24"/>
        </w:rPr>
        <w:t>a la gloriosa vergine con il babin gesù in braccio e sarà retta da gruppi</w:t>
      </w:r>
      <w:r w:rsidR="00453376">
        <w:rPr>
          <w:i/>
          <w:iCs/>
          <w:sz w:val="24"/>
          <w:szCs w:val="24"/>
        </w:rPr>
        <w:t xml:space="preserve"> d’angeli come parimente sarà coronata di stelle di due angioloni o putti di mezzo rilievo che rompino sopra la cornice gli sarà i</w:t>
      </w:r>
      <w:r w:rsidR="00A863EA">
        <w:rPr>
          <w:i/>
          <w:iCs/>
          <w:sz w:val="24"/>
          <w:szCs w:val="24"/>
        </w:rPr>
        <w:t>l</w:t>
      </w:r>
      <w:r w:rsidR="00453376">
        <w:rPr>
          <w:i/>
          <w:iCs/>
          <w:sz w:val="24"/>
          <w:szCs w:val="24"/>
        </w:rPr>
        <w:t xml:space="preserve"> B</w:t>
      </w:r>
      <w:r w:rsidR="00A863EA">
        <w:rPr>
          <w:i/>
          <w:iCs/>
          <w:sz w:val="24"/>
          <w:szCs w:val="24"/>
        </w:rPr>
        <w:t>eato</w:t>
      </w:r>
      <w:r w:rsidR="00453376">
        <w:rPr>
          <w:i/>
          <w:iCs/>
          <w:sz w:val="24"/>
          <w:szCs w:val="24"/>
        </w:rPr>
        <w:t xml:space="preserve"> Amedeo D</w:t>
      </w:r>
      <w:r w:rsidR="00A863EA">
        <w:rPr>
          <w:i/>
          <w:iCs/>
          <w:sz w:val="24"/>
          <w:szCs w:val="24"/>
        </w:rPr>
        <w:t>uc</w:t>
      </w:r>
      <w:r w:rsidR="00453376">
        <w:rPr>
          <w:i/>
          <w:iCs/>
          <w:sz w:val="24"/>
          <w:szCs w:val="24"/>
        </w:rPr>
        <w:t>a di Sa</w:t>
      </w:r>
      <w:r w:rsidR="00A863EA">
        <w:rPr>
          <w:i/>
          <w:iCs/>
          <w:sz w:val="24"/>
          <w:szCs w:val="24"/>
        </w:rPr>
        <w:t>vo</w:t>
      </w:r>
      <w:r w:rsidR="00453376">
        <w:rPr>
          <w:i/>
          <w:iCs/>
          <w:sz w:val="24"/>
          <w:szCs w:val="24"/>
        </w:rPr>
        <w:t>ia a gi</w:t>
      </w:r>
      <w:r w:rsidR="00A863EA">
        <w:rPr>
          <w:i/>
          <w:iCs/>
          <w:sz w:val="24"/>
          <w:szCs w:val="24"/>
        </w:rPr>
        <w:t>n</w:t>
      </w:r>
      <w:r w:rsidR="00453376">
        <w:rPr>
          <w:i/>
          <w:iCs/>
          <w:sz w:val="24"/>
          <w:szCs w:val="24"/>
        </w:rPr>
        <w:t>ochio sopra nu</w:t>
      </w:r>
      <w:r w:rsidR="00A863EA">
        <w:rPr>
          <w:i/>
          <w:iCs/>
          <w:sz w:val="24"/>
          <w:szCs w:val="24"/>
        </w:rPr>
        <w:t>vol</w:t>
      </w:r>
      <w:r w:rsidR="00453376">
        <w:rPr>
          <w:i/>
          <w:iCs/>
          <w:sz w:val="24"/>
          <w:szCs w:val="24"/>
        </w:rPr>
        <w:t>i con putti che s</w:t>
      </w:r>
      <w:r w:rsidR="00A863EA">
        <w:rPr>
          <w:i/>
          <w:iCs/>
          <w:sz w:val="24"/>
          <w:szCs w:val="24"/>
        </w:rPr>
        <w:t>cherz</w:t>
      </w:r>
      <w:r w:rsidR="00453376">
        <w:rPr>
          <w:i/>
          <w:iCs/>
          <w:sz w:val="24"/>
          <w:szCs w:val="24"/>
        </w:rPr>
        <w:t>ino con il mat</w:t>
      </w:r>
      <w:r w:rsidR="00A863EA">
        <w:rPr>
          <w:i/>
          <w:iCs/>
          <w:sz w:val="24"/>
          <w:szCs w:val="24"/>
        </w:rPr>
        <w:t>n</w:t>
      </w:r>
      <w:r w:rsidR="00453376">
        <w:rPr>
          <w:i/>
          <w:iCs/>
          <w:sz w:val="24"/>
          <w:szCs w:val="24"/>
        </w:rPr>
        <w:t>to ducale e che regono la corona e il scetro in atto di pregare la Vergine che asista con la sua pr</w:t>
      </w:r>
      <w:r w:rsidR="00A863EA">
        <w:rPr>
          <w:i/>
          <w:iCs/>
          <w:sz w:val="24"/>
          <w:szCs w:val="24"/>
        </w:rPr>
        <w:t>ote</w:t>
      </w:r>
      <w:r w:rsidR="00453376">
        <w:rPr>
          <w:i/>
          <w:iCs/>
          <w:sz w:val="24"/>
          <w:szCs w:val="24"/>
        </w:rPr>
        <w:t>zione a vincere la bataglia di Torino sotto gli sarà un gruppo di cavalli che combatono e in lontano la veduta della città di Torino e sarà rapresentata la bataglia s</w:t>
      </w:r>
      <w:r w:rsidR="00A863EA">
        <w:rPr>
          <w:i/>
          <w:iCs/>
          <w:sz w:val="24"/>
          <w:szCs w:val="24"/>
        </w:rPr>
        <w:t>uces</w:t>
      </w:r>
      <w:r w:rsidR="00453376">
        <w:rPr>
          <w:i/>
          <w:iCs/>
          <w:sz w:val="24"/>
          <w:szCs w:val="24"/>
        </w:rPr>
        <w:t>sa a li 7 novembre 1706 di b</w:t>
      </w:r>
      <w:r w:rsidR="00A863EA">
        <w:rPr>
          <w:i/>
          <w:iCs/>
          <w:sz w:val="24"/>
          <w:szCs w:val="24"/>
        </w:rPr>
        <w:t>ass</w:t>
      </w:r>
      <w:r w:rsidR="00453376">
        <w:rPr>
          <w:i/>
          <w:iCs/>
          <w:sz w:val="24"/>
          <w:szCs w:val="24"/>
        </w:rPr>
        <w:t>o rilievo con tutte le distinzioni che si possono esprimere con la scoltura.</w:t>
      </w:r>
    </w:p>
    <w:p w14:paraId="14C5AC84" w14:textId="5E8D9EF4" w:rsidR="00453376" w:rsidRDefault="00453376" w:rsidP="00AF606D">
      <w:pPr>
        <w:jc w:val="both"/>
        <w:rPr>
          <w:i/>
          <w:iCs/>
          <w:sz w:val="24"/>
          <w:szCs w:val="24"/>
        </w:rPr>
      </w:pPr>
      <w:r>
        <w:rPr>
          <w:i/>
          <w:iCs/>
          <w:sz w:val="24"/>
          <w:szCs w:val="24"/>
        </w:rPr>
        <w:lastRenderedPageBreak/>
        <w:t>La grandezza di detto basso rilievo sarà come l’altro fatto e di misura di piedi di piemonte largezza pie</w:t>
      </w:r>
      <w:r w:rsidR="00A863EA">
        <w:rPr>
          <w:i/>
          <w:iCs/>
          <w:sz w:val="24"/>
          <w:szCs w:val="24"/>
        </w:rPr>
        <w:t>di</w:t>
      </w:r>
      <w:r>
        <w:rPr>
          <w:i/>
          <w:iCs/>
          <w:sz w:val="24"/>
          <w:szCs w:val="24"/>
        </w:rPr>
        <w:t xml:space="preserve"> liprandi 5 onze 5 </w:t>
      </w:r>
      <w:r w:rsidR="00A863EA">
        <w:rPr>
          <w:i/>
          <w:iCs/>
          <w:sz w:val="24"/>
          <w:szCs w:val="24"/>
        </w:rPr>
        <w:t>altezz</w:t>
      </w:r>
      <w:r>
        <w:rPr>
          <w:i/>
          <w:iCs/>
          <w:sz w:val="24"/>
          <w:szCs w:val="24"/>
        </w:rPr>
        <w:t xml:space="preserve">a sino alla sommità del semicircolo della cornice piedi 9 onze 6 che calculati in </w:t>
      </w:r>
      <w:r w:rsidR="00A863EA">
        <w:rPr>
          <w:i/>
          <w:iCs/>
          <w:sz w:val="24"/>
          <w:szCs w:val="24"/>
        </w:rPr>
        <w:t>palm</w:t>
      </w:r>
      <w:r>
        <w:rPr>
          <w:i/>
          <w:iCs/>
          <w:sz w:val="24"/>
          <w:szCs w:val="24"/>
        </w:rPr>
        <w:t>i romani fanno l’istessa misura del g</w:t>
      </w:r>
      <w:r w:rsidR="00A863EA">
        <w:rPr>
          <w:i/>
          <w:iCs/>
          <w:sz w:val="24"/>
          <w:szCs w:val="24"/>
        </w:rPr>
        <w:t>ià</w:t>
      </w:r>
      <w:r>
        <w:rPr>
          <w:i/>
          <w:iCs/>
          <w:sz w:val="24"/>
          <w:szCs w:val="24"/>
        </w:rPr>
        <w:t xml:space="preserve"> fatto e messo in opera.</w:t>
      </w:r>
    </w:p>
    <w:p w14:paraId="6D578E95" w14:textId="2E557571" w:rsidR="00DF0778" w:rsidRDefault="00453376" w:rsidP="00AF606D">
      <w:pPr>
        <w:jc w:val="both"/>
        <w:rPr>
          <w:i/>
          <w:iCs/>
          <w:sz w:val="24"/>
          <w:szCs w:val="24"/>
        </w:rPr>
      </w:pPr>
      <w:r>
        <w:rPr>
          <w:i/>
          <w:iCs/>
          <w:sz w:val="24"/>
          <w:szCs w:val="24"/>
        </w:rPr>
        <w:t xml:space="preserve">Le figure principale saranno non più di </w:t>
      </w:r>
      <w:r w:rsidR="00A863EA">
        <w:rPr>
          <w:i/>
          <w:iCs/>
          <w:sz w:val="24"/>
          <w:szCs w:val="24"/>
        </w:rPr>
        <w:t>pied</w:t>
      </w:r>
      <w:r>
        <w:rPr>
          <w:i/>
          <w:iCs/>
          <w:sz w:val="24"/>
          <w:szCs w:val="24"/>
        </w:rPr>
        <w:t>i 9 romani e ci saranno figure tutti staccati dal piano secondo il stile dell famo</w:t>
      </w:r>
      <w:r w:rsidR="00A863EA">
        <w:rPr>
          <w:i/>
          <w:iCs/>
          <w:sz w:val="24"/>
          <w:szCs w:val="24"/>
        </w:rPr>
        <w:t>s</w:t>
      </w:r>
      <w:r>
        <w:rPr>
          <w:i/>
          <w:iCs/>
          <w:sz w:val="24"/>
          <w:szCs w:val="24"/>
        </w:rPr>
        <w:t>o basso rilievo dell atila in san pietro</w:t>
      </w:r>
      <w:r w:rsidR="00A863EA">
        <w:rPr>
          <w:i/>
          <w:iCs/>
          <w:sz w:val="24"/>
          <w:szCs w:val="24"/>
        </w:rPr>
        <w:t xml:space="preserve"> d</w:t>
      </w:r>
      <w:r>
        <w:rPr>
          <w:i/>
          <w:iCs/>
          <w:sz w:val="24"/>
          <w:szCs w:val="24"/>
        </w:rPr>
        <w:t>el l</w:t>
      </w:r>
      <w:r w:rsidR="007E5499">
        <w:rPr>
          <w:i/>
          <w:iCs/>
          <w:sz w:val="24"/>
          <w:szCs w:val="24"/>
        </w:rPr>
        <w:t>a</w:t>
      </w:r>
      <w:r>
        <w:rPr>
          <w:i/>
          <w:iCs/>
          <w:sz w:val="24"/>
          <w:szCs w:val="24"/>
        </w:rPr>
        <w:t>ga</w:t>
      </w:r>
      <w:r w:rsidR="007E5499">
        <w:rPr>
          <w:i/>
          <w:iCs/>
          <w:sz w:val="24"/>
          <w:szCs w:val="24"/>
        </w:rPr>
        <w:t>r</w:t>
      </w:r>
      <w:r>
        <w:rPr>
          <w:i/>
          <w:iCs/>
          <w:sz w:val="24"/>
          <w:szCs w:val="24"/>
        </w:rPr>
        <w:t>di non ci sarà permesso rip</w:t>
      </w:r>
      <w:r w:rsidR="007E5499">
        <w:rPr>
          <w:i/>
          <w:iCs/>
          <w:sz w:val="24"/>
          <w:szCs w:val="24"/>
        </w:rPr>
        <w:t>o</w:t>
      </w:r>
      <w:r>
        <w:rPr>
          <w:i/>
          <w:iCs/>
          <w:sz w:val="24"/>
          <w:szCs w:val="24"/>
        </w:rPr>
        <w:t>rto di mano piedi e teste che saranno del medemo pezzo e in caso che fosse qualche pelo scoperto doppo abozato si darà notizia al M</w:t>
      </w:r>
      <w:r w:rsidR="007E5499">
        <w:rPr>
          <w:i/>
          <w:iCs/>
          <w:sz w:val="24"/>
          <w:szCs w:val="24"/>
        </w:rPr>
        <w:t>inistro</w:t>
      </w:r>
      <w:r>
        <w:rPr>
          <w:i/>
          <w:iCs/>
          <w:sz w:val="24"/>
          <w:szCs w:val="24"/>
        </w:rPr>
        <w:t xml:space="preserve"> </w:t>
      </w:r>
      <w:r w:rsidR="007E5499">
        <w:rPr>
          <w:i/>
          <w:iCs/>
          <w:sz w:val="24"/>
          <w:szCs w:val="24"/>
        </w:rPr>
        <w:t>d</w:t>
      </w:r>
      <w:r>
        <w:rPr>
          <w:i/>
          <w:iCs/>
          <w:sz w:val="24"/>
          <w:szCs w:val="24"/>
        </w:rPr>
        <w:t xml:space="preserve">i Sa. Ma. </w:t>
      </w:r>
      <w:r w:rsidR="007E5499">
        <w:rPr>
          <w:i/>
          <w:iCs/>
          <w:sz w:val="24"/>
          <w:szCs w:val="24"/>
        </w:rPr>
        <w:t>a</w:t>
      </w:r>
      <w:r>
        <w:rPr>
          <w:i/>
          <w:iCs/>
          <w:sz w:val="24"/>
          <w:szCs w:val="24"/>
        </w:rPr>
        <w:t xml:space="preserve"> fine il medemo possa farl</w:t>
      </w:r>
      <w:r w:rsidR="007E5499">
        <w:rPr>
          <w:i/>
          <w:iCs/>
          <w:sz w:val="24"/>
          <w:szCs w:val="24"/>
        </w:rPr>
        <w:t>o</w:t>
      </w:r>
      <w:r>
        <w:rPr>
          <w:i/>
          <w:iCs/>
          <w:sz w:val="24"/>
          <w:szCs w:val="24"/>
        </w:rPr>
        <w:t xml:space="preserve"> e</w:t>
      </w:r>
      <w:r w:rsidR="007E5499">
        <w:rPr>
          <w:i/>
          <w:iCs/>
          <w:sz w:val="24"/>
          <w:szCs w:val="24"/>
        </w:rPr>
        <w:t xml:space="preserve">saminare e quando non si ritrovi colpa del artefice si possa permettere riporto il vivo </w:t>
      </w:r>
      <w:r w:rsidR="00DF0778">
        <w:rPr>
          <w:i/>
          <w:iCs/>
          <w:sz w:val="24"/>
          <w:szCs w:val="24"/>
        </w:rPr>
        <w:t>del marmo che entrerà nella muraglia e in conseguenza della cornice non sarà me</w:t>
      </w:r>
      <w:r w:rsidR="007E5499">
        <w:rPr>
          <w:i/>
          <w:iCs/>
          <w:sz w:val="24"/>
          <w:szCs w:val="24"/>
        </w:rPr>
        <w:t>n</w:t>
      </w:r>
      <w:r w:rsidR="00DF0778">
        <w:rPr>
          <w:i/>
          <w:iCs/>
          <w:sz w:val="24"/>
          <w:szCs w:val="24"/>
        </w:rPr>
        <w:t>o d’un palmo in circa romano e le comissure saranno in parte che non si vedino e ove non si potranno sfugire saranno perfettamente fatte le grosezze de marmi che vadino nella muraglia saranno spianati e messe in piano perfetto.</w:t>
      </w:r>
    </w:p>
    <w:p w14:paraId="7F4C43FC" w14:textId="4D4FE3B3" w:rsidR="00DF0778" w:rsidRDefault="00DF0778" w:rsidP="00AF606D">
      <w:pPr>
        <w:jc w:val="both"/>
        <w:rPr>
          <w:i/>
          <w:iCs/>
          <w:sz w:val="24"/>
          <w:szCs w:val="24"/>
        </w:rPr>
      </w:pPr>
      <w:r>
        <w:rPr>
          <w:i/>
          <w:iCs/>
          <w:sz w:val="24"/>
          <w:szCs w:val="24"/>
        </w:rPr>
        <w:t>Inazi di mettere mano al marmo sarà da persona eletta dal ministro in Roma di Sa. Ma. rivisto il modello se corrisponde la richezza del s</w:t>
      </w:r>
      <w:r w:rsidR="007E5499">
        <w:rPr>
          <w:i/>
          <w:iCs/>
          <w:sz w:val="24"/>
          <w:szCs w:val="24"/>
        </w:rPr>
        <w:t>u</w:t>
      </w:r>
      <w:r>
        <w:rPr>
          <w:i/>
          <w:iCs/>
          <w:sz w:val="24"/>
          <w:szCs w:val="24"/>
        </w:rPr>
        <w:t>ge</w:t>
      </w:r>
      <w:r w:rsidR="007E5499">
        <w:rPr>
          <w:i/>
          <w:iCs/>
          <w:sz w:val="24"/>
          <w:szCs w:val="24"/>
        </w:rPr>
        <w:t>t</w:t>
      </w:r>
      <w:r>
        <w:rPr>
          <w:i/>
          <w:iCs/>
          <w:sz w:val="24"/>
          <w:szCs w:val="24"/>
        </w:rPr>
        <w:t>to e approvato si lavorerà il marmo secondo quello si averte che i panni saranno lustrati a tutta perfetione.</w:t>
      </w:r>
    </w:p>
    <w:p w14:paraId="4B230D47" w14:textId="6C959538" w:rsidR="00DF0778" w:rsidRDefault="00DF0778" w:rsidP="00AF606D">
      <w:pPr>
        <w:jc w:val="both"/>
        <w:rPr>
          <w:i/>
          <w:iCs/>
          <w:sz w:val="24"/>
          <w:szCs w:val="24"/>
        </w:rPr>
      </w:pPr>
      <w:r>
        <w:rPr>
          <w:i/>
          <w:iCs/>
          <w:sz w:val="24"/>
          <w:szCs w:val="24"/>
        </w:rPr>
        <w:t>Sarà a suo carico il marmo di carrara con ogni trasporto necesario a Roma carara e sarà obligato incasarlli con cas</w:t>
      </w:r>
      <w:r w:rsidR="007E5499">
        <w:rPr>
          <w:i/>
          <w:iCs/>
          <w:sz w:val="24"/>
          <w:szCs w:val="24"/>
        </w:rPr>
        <w:t>s</w:t>
      </w:r>
      <w:r>
        <w:rPr>
          <w:i/>
          <w:iCs/>
          <w:sz w:val="24"/>
          <w:szCs w:val="24"/>
        </w:rPr>
        <w:t>i di suficiente grosezza e saranno condotti e dati ben condizionati alla ripa di S. Pier d’a</w:t>
      </w:r>
      <w:r w:rsidR="007E5499">
        <w:rPr>
          <w:i/>
          <w:iCs/>
          <w:sz w:val="24"/>
          <w:szCs w:val="24"/>
        </w:rPr>
        <w:t>r</w:t>
      </w:r>
      <w:r>
        <w:rPr>
          <w:i/>
          <w:iCs/>
          <w:sz w:val="24"/>
          <w:szCs w:val="24"/>
        </w:rPr>
        <w:t>ena a Genova a suo conto e se qualche pezzo verrà a patire per non essere bene incas</w:t>
      </w:r>
      <w:r w:rsidR="007E5499">
        <w:rPr>
          <w:i/>
          <w:iCs/>
          <w:sz w:val="24"/>
          <w:szCs w:val="24"/>
        </w:rPr>
        <w:t>s</w:t>
      </w:r>
      <w:r>
        <w:rPr>
          <w:i/>
          <w:iCs/>
          <w:sz w:val="24"/>
          <w:szCs w:val="24"/>
        </w:rPr>
        <w:t>ati sarà obligato rifare quel pezzo che sarà rotto per negligenza di detto incassamento.</w:t>
      </w:r>
    </w:p>
    <w:p w14:paraId="6BFA49A1" w14:textId="7AAB8270" w:rsidR="00DF0778" w:rsidRDefault="00DF0778" w:rsidP="00AF606D">
      <w:pPr>
        <w:jc w:val="both"/>
        <w:rPr>
          <w:i/>
          <w:iCs/>
          <w:sz w:val="24"/>
          <w:szCs w:val="24"/>
        </w:rPr>
      </w:pPr>
      <w:r>
        <w:rPr>
          <w:i/>
          <w:iCs/>
          <w:sz w:val="24"/>
          <w:szCs w:val="24"/>
        </w:rPr>
        <w:t xml:space="preserve">Sarà obligato di fare asistere a persona praticha per la condotta acciò </w:t>
      </w:r>
      <w:r w:rsidR="007E5499">
        <w:rPr>
          <w:i/>
          <w:iCs/>
          <w:sz w:val="24"/>
          <w:szCs w:val="24"/>
        </w:rPr>
        <w:t>n</w:t>
      </w:r>
      <w:r>
        <w:rPr>
          <w:i/>
          <w:iCs/>
          <w:sz w:val="24"/>
          <w:szCs w:val="24"/>
        </w:rPr>
        <w:t>on pericola l’opera per la condotta di terra l’oficio si obliga di provedere ferri catene per reggere detto basso rilievo come dare taglie pontaggi candaggi e muratori per servizio di meterllo in opera sarà a suo conto mettere asistente a colo</w:t>
      </w:r>
      <w:r w:rsidR="007E5499">
        <w:rPr>
          <w:i/>
          <w:iCs/>
          <w:sz w:val="24"/>
          <w:szCs w:val="24"/>
        </w:rPr>
        <w:t>c</w:t>
      </w:r>
      <w:r>
        <w:rPr>
          <w:i/>
          <w:iCs/>
          <w:sz w:val="24"/>
          <w:szCs w:val="24"/>
        </w:rPr>
        <w:t>arllo a suo modo e piacere.</w:t>
      </w:r>
    </w:p>
    <w:p w14:paraId="51F73BCC" w14:textId="3B80567E" w:rsidR="00DF0778" w:rsidRDefault="00DF0778" w:rsidP="00AF606D">
      <w:pPr>
        <w:jc w:val="both"/>
        <w:rPr>
          <w:i/>
          <w:iCs/>
          <w:sz w:val="24"/>
          <w:szCs w:val="24"/>
        </w:rPr>
      </w:pPr>
      <w:r>
        <w:rPr>
          <w:i/>
          <w:iCs/>
          <w:sz w:val="24"/>
          <w:szCs w:val="24"/>
        </w:rPr>
        <w:t xml:space="preserve">Sarà obligato venire in persona a meterllo in opera e </w:t>
      </w:r>
      <w:r w:rsidR="007E5499">
        <w:rPr>
          <w:i/>
          <w:iCs/>
          <w:sz w:val="24"/>
          <w:szCs w:val="24"/>
        </w:rPr>
        <w:t>iv</w:t>
      </w:r>
      <w:r>
        <w:rPr>
          <w:i/>
          <w:iCs/>
          <w:sz w:val="24"/>
          <w:szCs w:val="24"/>
        </w:rPr>
        <w:t>i ritoccare tutto quello che sarà necesario alla perfetione del opera.</w:t>
      </w:r>
    </w:p>
    <w:p w14:paraId="0F80FD2E" w14:textId="7A757AFC" w:rsidR="008C0570" w:rsidRDefault="00DF0778" w:rsidP="00AF606D">
      <w:pPr>
        <w:jc w:val="both"/>
        <w:rPr>
          <w:i/>
          <w:iCs/>
          <w:sz w:val="24"/>
          <w:szCs w:val="24"/>
        </w:rPr>
      </w:pPr>
      <w:r>
        <w:rPr>
          <w:i/>
          <w:iCs/>
          <w:sz w:val="24"/>
          <w:szCs w:val="24"/>
        </w:rPr>
        <w:t>Farà parimente due angioloni di tutto rilievo di marmore di carrara tutto in un pezzo con nov</w:t>
      </w:r>
      <w:r w:rsidR="007E5499">
        <w:rPr>
          <w:i/>
          <w:iCs/>
          <w:sz w:val="24"/>
          <w:szCs w:val="24"/>
        </w:rPr>
        <w:t>ol</w:t>
      </w:r>
      <w:r>
        <w:rPr>
          <w:i/>
          <w:iCs/>
          <w:sz w:val="24"/>
          <w:szCs w:val="24"/>
        </w:rPr>
        <w:t>i sotto saranno l’ale solamente di rip</w:t>
      </w:r>
      <w:r w:rsidR="007E5499">
        <w:rPr>
          <w:i/>
          <w:iCs/>
          <w:sz w:val="24"/>
          <w:szCs w:val="24"/>
        </w:rPr>
        <w:t>o</w:t>
      </w:r>
      <w:r>
        <w:rPr>
          <w:i/>
          <w:iCs/>
          <w:sz w:val="24"/>
          <w:szCs w:val="24"/>
        </w:rPr>
        <w:t>r</w:t>
      </w:r>
      <w:r w:rsidR="007E5499">
        <w:rPr>
          <w:i/>
          <w:iCs/>
          <w:sz w:val="24"/>
          <w:szCs w:val="24"/>
        </w:rPr>
        <w:t>t</w:t>
      </w:r>
      <w:r>
        <w:rPr>
          <w:i/>
          <w:iCs/>
          <w:sz w:val="24"/>
          <w:szCs w:val="24"/>
        </w:rPr>
        <w:t>o in atto d’adorare il no</w:t>
      </w:r>
      <w:r w:rsidR="007E5499">
        <w:rPr>
          <w:i/>
          <w:iCs/>
          <w:sz w:val="24"/>
          <w:szCs w:val="24"/>
        </w:rPr>
        <w:t>m</w:t>
      </w:r>
      <w:r>
        <w:rPr>
          <w:i/>
          <w:iCs/>
          <w:sz w:val="24"/>
          <w:szCs w:val="24"/>
        </w:rPr>
        <w:t>e di Maria Vergine e saranno d’altezza in gi</w:t>
      </w:r>
      <w:r w:rsidR="007E5499">
        <w:rPr>
          <w:i/>
          <w:iCs/>
          <w:sz w:val="24"/>
          <w:szCs w:val="24"/>
        </w:rPr>
        <w:t>no</w:t>
      </w:r>
      <w:r>
        <w:rPr>
          <w:i/>
          <w:iCs/>
          <w:sz w:val="24"/>
          <w:szCs w:val="24"/>
        </w:rPr>
        <w:t>chi</w:t>
      </w:r>
      <w:r w:rsidR="007E5499">
        <w:rPr>
          <w:i/>
          <w:iCs/>
          <w:sz w:val="24"/>
          <w:szCs w:val="24"/>
        </w:rPr>
        <w:t>at</w:t>
      </w:r>
      <w:r>
        <w:rPr>
          <w:i/>
          <w:iCs/>
          <w:sz w:val="24"/>
          <w:szCs w:val="24"/>
        </w:rPr>
        <w:t xml:space="preserve">i </w:t>
      </w:r>
      <w:r w:rsidR="008C0570">
        <w:rPr>
          <w:i/>
          <w:iCs/>
          <w:sz w:val="24"/>
          <w:szCs w:val="24"/>
        </w:rPr>
        <w:t xml:space="preserve">piedi 4 e onze 3 di misura di piemonte più </w:t>
      </w:r>
      <w:r w:rsidR="007E5499">
        <w:rPr>
          <w:i/>
          <w:iCs/>
          <w:sz w:val="24"/>
          <w:szCs w:val="24"/>
        </w:rPr>
        <w:t>tost</w:t>
      </w:r>
      <w:r w:rsidR="008C0570">
        <w:rPr>
          <w:i/>
          <w:iCs/>
          <w:sz w:val="24"/>
          <w:szCs w:val="24"/>
        </w:rPr>
        <w:t>o crescente e in questo sarà necesario fare l’accord</w:t>
      </w:r>
      <w:r w:rsidR="007E5499">
        <w:rPr>
          <w:i/>
          <w:iCs/>
          <w:sz w:val="24"/>
          <w:szCs w:val="24"/>
        </w:rPr>
        <w:t>o</w:t>
      </w:r>
      <w:r w:rsidR="008C0570">
        <w:rPr>
          <w:i/>
          <w:iCs/>
          <w:sz w:val="24"/>
          <w:szCs w:val="24"/>
        </w:rPr>
        <w:t xml:space="preserve"> con il basso rilievo ci sarà parimente tre gruppi di sera</w:t>
      </w:r>
      <w:r w:rsidR="007E5499">
        <w:rPr>
          <w:i/>
          <w:iCs/>
          <w:sz w:val="24"/>
          <w:szCs w:val="24"/>
        </w:rPr>
        <w:t>f</w:t>
      </w:r>
      <w:r w:rsidR="008C0570">
        <w:rPr>
          <w:i/>
          <w:iCs/>
          <w:sz w:val="24"/>
          <w:szCs w:val="24"/>
        </w:rPr>
        <w:t>ini con n</w:t>
      </w:r>
      <w:r w:rsidR="007E5499">
        <w:rPr>
          <w:i/>
          <w:iCs/>
          <w:sz w:val="24"/>
          <w:szCs w:val="24"/>
        </w:rPr>
        <w:t>u</w:t>
      </w:r>
      <w:r w:rsidR="008C0570">
        <w:rPr>
          <w:i/>
          <w:iCs/>
          <w:sz w:val="24"/>
          <w:szCs w:val="24"/>
        </w:rPr>
        <w:t>voli e qualche testa s</w:t>
      </w:r>
      <w:r w:rsidR="007E5499">
        <w:rPr>
          <w:i/>
          <w:iCs/>
          <w:sz w:val="24"/>
          <w:szCs w:val="24"/>
        </w:rPr>
        <w:t>t</w:t>
      </w:r>
      <w:r w:rsidR="008C0570">
        <w:rPr>
          <w:i/>
          <w:iCs/>
          <w:sz w:val="24"/>
          <w:szCs w:val="24"/>
        </w:rPr>
        <w:t>a</w:t>
      </w:r>
      <w:r w:rsidR="007E5499">
        <w:rPr>
          <w:i/>
          <w:iCs/>
          <w:sz w:val="24"/>
          <w:szCs w:val="24"/>
        </w:rPr>
        <w:t>cc</w:t>
      </w:r>
      <w:r w:rsidR="008C0570">
        <w:rPr>
          <w:i/>
          <w:iCs/>
          <w:sz w:val="24"/>
          <w:szCs w:val="24"/>
        </w:rPr>
        <w:t>ata che verrà vicino al globbo ove vi sarà il nome di Maria questo globbo sarà fatto a spese dal uficio delle fabriche di Sa. Ma. come parimente le sfere o raggi del detto finimento.</w:t>
      </w:r>
    </w:p>
    <w:p w14:paraId="528B4E97" w14:textId="6B516A49" w:rsidR="008C0570" w:rsidRDefault="008C0570" w:rsidP="00AF606D">
      <w:pPr>
        <w:jc w:val="both"/>
        <w:rPr>
          <w:i/>
          <w:iCs/>
          <w:sz w:val="24"/>
          <w:szCs w:val="24"/>
        </w:rPr>
      </w:pPr>
      <w:r>
        <w:rPr>
          <w:i/>
          <w:iCs/>
          <w:sz w:val="24"/>
          <w:szCs w:val="24"/>
        </w:rPr>
        <w:t>Il tutto scolpito a fatto secondo la virtù già cog</w:t>
      </w:r>
      <w:r w:rsidR="007E5499">
        <w:rPr>
          <w:i/>
          <w:iCs/>
          <w:sz w:val="24"/>
          <w:szCs w:val="24"/>
        </w:rPr>
        <w:t>n</w:t>
      </w:r>
      <w:r>
        <w:rPr>
          <w:i/>
          <w:iCs/>
          <w:sz w:val="24"/>
          <w:szCs w:val="24"/>
        </w:rPr>
        <w:t>ita del profesore e a opera conlaudata.</w:t>
      </w:r>
    </w:p>
    <w:p w14:paraId="27241DE0" w14:textId="6A7D0D54" w:rsidR="00AF606D" w:rsidRDefault="008C0570" w:rsidP="00AF606D">
      <w:pPr>
        <w:jc w:val="both"/>
        <w:rPr>
          <w:i/>
          <w:iCs/>
          <w:sz w:val="24"/>
          <w:szCs w:val="24"/>
        </w:rPr>
      </w:pPr>
      <w:r>
        <w:rPr>
          <w:i/>
          <w:iCs/>
          <w:sz w:val="24"/>
          <w:szCs w:val="24"/>
        </w:rPr>
        <w:t>Il tutto sarà sotto la direzione di chi stimerà il M</w:t>
      </w:r>
      <w:r w:rsidR="007E5499">
        <w:rPr>
          <w:i/>
          <w:iCs/>
          <w:sz w:val="24"/>
          <w:szCs w:val="24"/>
        </w:rPr>
        <w:t>inistro d</w:t>
      </w:r>
      <w:r>
        <w:rPr>
          <w:i/>
          <w:iCs/>
          <w:sz w:val="24"/>
          <w:szCs w:val="24"/>
        </w:rPr>
        <w:t>i Sa. Ma. in Roma.</w:t>
      </w:r>
      <w:r w:rsidR="00000000">
        <w:rPr>
          <w:i/>
          <w:iCs/>
          <w:sz w:val="24"/>
          <w:szCs w:val="24"/>
        </w:rPr>
        <w:pict w14:anchorId="42D9A58E">
          <v:rect id="_x0000_i1463" style="width:0;height:1.5pt" o:hralign="center" o:hrstd="t" o:hr="t" fillcolor="#a0a0a0" stroked="f"/>
        </w:pict>
      </w:r>
    </w:p>
    <w:p w14:paraId="37E05C36" w14:textId="41710045" w:rsidR="00964203" w:rsidRDefault="005B295E" w:rsidP="00AF606D">
      <w:pPr>
        <w:jc w:val="right"/>
        <w:rPr>
          <w:i/>
          <w:iCs/>
          <w:sz w:val="24"/>
          <w:szCs w:val="24"/>
        </w:rPr>
      </w:pPr>
      <w:r w:rsidRPr="005B295E">
        <w:rPr>
          <w:i/>
          <w:iCs/>
          <w:sz w:val="24"/>
          <w:szCs w:val="24"/>
        </w:rPr>
        <w:t>giorno di 16 Novembre 1729</w:t>
      </w:r>
    </w:p>
    <w:p w14:paraId="64952ACD" w14:textId="77777777" w:rsidR="00AF606D" w:rsidRDefault="005B295E" w:rsidP="00AF606D">
      <w:pPr>
        <w:jc w:val="right"/>
        <w:rPr>
          <w:i/>
          <w:iCs/>
          <w:sz w:val="24"/>
          <w:szCs w:val="24"/>
        </w:rPr>
      </w:pPr>
      <w:r w:rsidRPr="005B295E">
        <w:rPr>
          <w:i/>
          <w:iCs/>
          <w:sz w:val="24"/>
          <w:szCs w:val="24"/>
        </w:rPr>
        <w:t>Cavaliere Don Filippo Juvarra Primo Architetto</w:t>
      </w:r>
      <w:r w:rsidR="00000000">
        <w:rPr>
          <w:i/>
          <w:iCs/>
          <w:sz w:val="24"/>
          <w:szCs w:val="24"/>
        </w:rPr>
        <w:pict w14:anchorId="3A8A1945">
          <v:rect id="_x0000_i1464" style="width:0;height:1.5pt" o:hralign="center" o:hrstd="t" o:hr="t" fillcolor="#a0a0a0" stroked="f"/>
        </w:pict>
      </w:r>
    </w:p>
    <w:p w14:paraId="5888F943" w14:textId="2F9AE6CE" w:rsidR="005B295E" w:rsidRDefault="005B295E" w:rsidP="00CF386F">
      <w:pPr>
        <w:jc w:val="both"/>
        <w:rPr>
          <w:sz w:val="24"/>
          <w:szCs w:val="24"/>
        </w:rPr>
      </w:pPr>
      <w:r w:rsidRPr="005B295E">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18 (1729) | foll. 171-172.</w:t>
      </w:r>
    </w:p>
    <w:p w14:paraId="69173CE6" w14:textId="77777777" w:rsidR="005B295E" w:rsidRDefault="005B295E" w:rsidP="00CF386F">
      <w:pPr>
        <w:jc w:val="both"/>
        <w:rPr>
          <w:sz w:val="24"/>
          <w:szCs w:val="24"/>
        </w:rPr>
      </w:pPr>
    </w:p>
    <w:p w14:paraId="227D84B0" w14:textId="35F00292" w:rsidR="005B295E" w:rsidRDefault="005B295E" w:rsidP="005B295E">
      <w:pPr>
        <w:jc w:val="center"/>
        <w:rPr>
          <w:sz w:val="28"/>
          <w:szCs w:val="28"/>
        </w:rPr>
      </w:pPr>
      <w:r>
        <w:rPr>
          <w:sz w:val="28"/>
          <w:szCs w:val="28"/>
        </w:rPr>
        <w:t>1730</w:t>
      </w:r>
    </w:p>
    <w:p w14:paraId="118E017F" w14:textId="77777777" w:rsidR="006C5043" w:rsidRDefault="005B295E" w:rsidP="006C5043">
      <w:pPr>
        <w:jc w:val="center"/>
        <w:rPr>
          <w:i/>
          <w:iCs/>
          <w:sz w:val="24"/>
          <w:szCs w:val="24"/>
        </w:rPr>
      </w:pPr>
      <w:r w:rsidRPr="005B295E">
        <w:rPr>
          <w:b/>
          <w:bCs/>
          <w:i/>
          <w:iCs/>
          <w:sz w:val="24"/>
          <w:szCs w:val="24"/>
        </w:rPr>
        <w:t>Instruzione per li Putti di Marmore di Carrara da farsi per li finimenti delle Capelle della Real Chiesa di Soperga</w:t>
      </w:r>
      <w:r w:rsidR="00000000">
        <w:rPr>
          <w:i/>
          <w:iCs/>
          <w:sz w:val="24"/>
          <w:szCs w:val="24"/>
        </w:rPr>
        <w:pict w14:anchorId="634D5E0D">
          <v:rect id="_x0000_i1465" style="width:0;height:1.5pt" o:hralign="center" o:hrstd="t" o:hr="t" fillcolor="#a0a0a0" stroked="f"/>
        </w:pict>
      </w:r>
    </w:p>
    <w:p w14:paraId="568AB5D9" w14:textId="4D411BCE" w:rsidR="00253AE4" w:rsidRDefault="00253AE4" w:rsidP="006C5043">
      <w:pPr>
        <w:jc w:val="both"/>
        <w:rPr>
          <w:i/>
          <w:iCs/>
          <w:sz w:val="24"/>
          <w:szCs w:val="24"/>
        </w:rPr>
      </w:pPr>
      <w:r>
        <w:rPr>
          <w:i/>
          <w:iCs/>
          <w:sz w:val="24"/>
          <w:szCs w:val="24"/>
        </w:rPr>
        <w:t>Saranno detti putti di marmore biancho di carrara senza machi</w:t>
      </w:r>
      <w:r w:rsidR="008A524F">
        <w:rPr>
          <w:i/>
          <w:iCs/>
          <w:sz w:val="24"/>
          <w:szCs w:val="24"/>
        </w:rPr>
        <w:t>e</w:t>
      </w:r>
      <w:r>
        <w:rPr>
          <w:i/>
          <w:iCs/>
          <w:sz w:val="24"/>
          <w:szCs w:val="24"/>
        </w:rPr>
        <w:t xml:space="preserve"> che portino diformità e nelle capelle maggiori laterali saranno agropati a due per due e saranno sopra i finimenti o romanetti semicircolare di giallo di Verona li detti gr</w:t>
      </w:r>
      <w:r w:rsidR="008A524F">
        <w:rPr>
          <w:i/>
          <w:iCs/>
          <w:sz w:val="24"/>
          <w:szCs w:val="24"/>
        </w:rPr>
        <w:t>u</w:t>
      </w:r>
      <w:r>
        <w:rPr>
          <w:i/>
          <w:iCs/>
          <w:sz w:val="24"/>
          <w:szCs w:val="24"/>
        </w:rPr>
        <w:t>pp</w:t>
      </w:r>
      <w:r w:rsidR="008A524F">
        <w:rPr>
          <w:i/>
          <w:iCs/>
          <w:sz w:val="24"/>
          <w:szCs w:val="24"/>
        </w:rPr>
        <w:t>i</w:t>
      </w:r>
      <w:r>
        <w:rPr>
          <w:i/>
          <w:iCs/>
          <w:sz w:val="24"/>
          <w:szCs w:val="24"/>
        </w:rPr>
        <w:t xml:space="preserve"> saranno tutte 6 di diferente e ben intesa biza</w:t>
      </w:r>
      <w:r w:rsidR="008A524F">
        <w:rPr>
          <w:i/>
          <w:iCs/>
          <w:sz w:val="24"/>
          <w:szCs w:val="24"/>
        </w:rPr>
        <w:t>r</w:t>
      </w:r>
      <w:r>
        <w:rPr>
          <w:i/>
          <w:iCs/>
          <w:sz w:val="24"/>
          <w:szCs w:val="24"/>
        </w:rPr>
        <w:t>ia che scherzino bene con haver</w:t>
      </w:r>
      <w:r w:rsidR="008A524F">
        <w:rPr>
          <w:i/>
          <w:iCs/>
          <w:sz w:val="24"/>
          <w:szCs w:val="24"/>
        </w:rPr>
        <w:t>n</w:t>
      </w:r>
      <w:r>
        <w:rPr>
          <w:i/>
          <w:iCs/>
          <w:sz w:val="24"/>
          <w:szCs w:val="24"/>
        </w:rPr>
        <w:t>i in piedi a sedere e volanti che reggono di palme e corone d’alloro simbolo della Vittoria con paneggiature e ale del medemo marmo biancho di carrara li p</w:t>
      </w:r>
      <w:r w:rsidR="008A524F">
        <w:rPr>
          <w:i/>
          <w:iCs/>
          <w:sz w:val="24"/>
          <w:szCs w:val="24"/>
        </w:rPr>
        <w:t>utt</w:t>
      </w:r>
      <w:r>
        <w:rPr>
          <w:i/>
          <w:iCs/>
          <w:sz w:val="24"/>
          <w:szCs w:val="24"/>
        </w:rPr>
        <w:t>i saranno lustrati come parimente le palme.</w:t>
      </w:r>
    </w:p>
    <w:p w14:paraId="3F3ABFAB" w14:textId="77777777" w:rsidR="00413DA2" w:rsidRDefault="00253AE4" w:rsidP="006C5043">
      <w:pPr>
        <w:jc w:val="both"/>
        <w:rPr>
          <w:i/>
          <w:iCs/>
          <w:sz w:val="24"/>
          <w:szCs w:val="24"/>
        </w:rPr>
      </w:pPr>
      <w:r>
        <w:rPr>
          <w:i/>
          <w:iCs/>
          <w:sz w:val="24"/>
          <w:szCs w:val="24"/>
        </w:rPr>
        <w:t xml:space="preserve">Che siano della grandezza che dimostra </w:t>
      </w:r>
      <w:r w:rsidR="00413DA2">
        <w:rPr>
          <w:i/>
          <w:iCs/>
          <w:sz w:val="24"/>
          <w:szCs w:val="24"/>
        </w:rPr>
        <w:t>il disegnio dato a i scarpellini che ne anno fatto l’altari di marmi coloriti.</w:t>
      </w:r>
    </w:p>
    <w:p w14:paraId="7AC36AE9" w14:textId="56403FB1" w:rsidR="00413DA2" w:rsidRDefault="00413DA2" w:rsidP="006C5043">
      <w:pPr>
        <w:jc w:val="both"/>
        <w:rPr>
          <w:i/>
          <w:iCs/>
          <w:sz w:val="24"/>
          <w:szCs w:val="24"/>
        </w:rPr>
      </w:pPr>
      <w:r>
        <w:rPr>
          <w:i/>
          <w:iCs/>
          <w:sz w:val="24"/>
          <w:szCs w:val="24"/>
        </w:rPr>
        <w:t>Saranno di tutto rilievo isolati e lavorati nella parte della muraglia di quella maniera necesaria che non possa fare inconvenienza alla visuale d’abbas</w:t>
      </w:r>
      <w:r w:rsidR="008A524F">
        <w:rPr>
          <w:i/>
          <w:iCs/>
          <w:sz w:val="24"/>
          <w:szCs w:val="24"/>
        </w:rPr>
        <w:t>s</w:t>
      </w:r>
      <w:r>
        <w:rPr>
          <w:i/>
          <w:iCs/>
          <w:sz w:val="24"/>
          <w:szCs w:val="24"/>
        </w:rPr>
        <w:t>o con essere ben trasforati e ricacciati con oscuri che la lontananza richiede e il stile de bassi rilievi in opera.</w:t>
      </w:r>
    </w:p>
    <w:p w14:paraId="1D4BD5A7" w14:textId="5B773846" w:rsidR="00413DA2" w:rsidRDefault="00413DA2" w:rsidP="006C5043">
      <w:pPr>
        <w:jc w:val="both"/>
        <w:rPr>
          <w:i/>
          <w:iCs/>
          <w:sz w:val="24"/>
          <w:szCs w:val="24"/>
        </w:rPr>
      </w:pPr>
      <w:r>
        <w:rPr>
          <w:i/>
          <w:iCs/>
          <w:sz w:val="24"/>
          <w:szCs w:val="24"/>
        </w:rPr>
        <w:t>La longezza di detti p</w:t>
      </w:r>
      <w:r w:rsidR="008A524F">
        <w:rPr>
          <w:i/>
          <w:iCs/>
          <w:sz w:val="24"/>
          <w:szCs w:val="24"/>
        </w:rPr>
        <w:t>ut</w:t>
      </w:r>
      <w:r>
        <w:rPr>
          <w:i/>
          <w:iCs/>
          <w:sz w:val="24"/>
          <w:szCs w:val="24"/>
        </w:rPr>
        <w:t>ti quantunque non imp</w:t>
      </w:r>
      <w:r w:rsidR="008A524F">
        <w:rPr>
          <w:i/>
          <w:iCs/>
          <w:sz w:val="24"/>
          <w:szCs w:val="24"/>
        </w:rPr>
        <w:t>i</w:t>
      </w:r>
      <w:r>
        <w:rPr>
          <w:i/>
          <w:iCs/>
          <w:sz w:val="24"/>
          <w:szCs w:val="24"/>
        </w:rPr>
        <w:t>ed</w:t>
      </w:r>
      <w:r w:rsidR="008A524F">
        <w:rPr>
          <w:i/>
          <w:iCs/>
          <w:sz w:val="24"/>
          <w:szCs w:val="24"/>
        </w:rPr>
        <w:t>i</w:t>
      </w:r>
      <w:r>
        <w:rPr>
          <w:i/>
          <w:iCs/>
          <w:sz w:val="24"/>
          <w:szCs w:val="24"/>
        </w:rPr>
        <w:t xml:space="preserve"> sono di piedi di piemonte tre e oncie sei la grosezza a proportione e questi sopra detti gruppi asieme con le corone e palmi faccino la grandezza del disegnio acciò detto finimento facci figura piramidale e richi</w:t>
      </w:r>
      <w:r w:rsidR="008A524F">
        <w:rPr>
          <w:i/>
          <w:iCs/>
          <w:sz w:val="24"/>
          <w:szCs w:val="24"/>
        </w:rPr>
        <w:t>sc</w:t>
      </w:r>
      <w:r>
        <w:rPr>
          <w:i/>
          <w:iCs/>
          <w:sz w:val="24"/>
          <w:szCs w:val="24"/>
        </w:rPr>
        <w:t>a detto fin</w:t>
      </w:r>
      <w:r w:rsidR="008A524F">
        <w:rPr>
          <w:i/>
          <w:iCs/>
          <w:sz w:val="24"/>
          <w:szCs w:val="24"/>
        </w:rPr>
        <w:t>imento</w:t>
      </w:r>
      <w:r>
        <w:rPr>
          <w:i/>
          <w:iCs/>
          <w:sz w:val="24"/>
          <w:szCs w:val="24"/>
        </w:rPr>
        <w:t>. Saranno sopra i frontispizij rotondi o romanetti alle due capelle e porta interiore.</w:t>
      </w:r>
    </w:p>
    <w:p w14:paraId="355E064F" w14:textId="42102D14" w:rsidR="00413DA2" w:rsidRDefault="00413DA2" w:rsidP="006C5043">
      <w:pPr>
        <w:jc w:val="both"/>
        <w:rPr>
          <w:i/>
          <w:iCs/>
          <w:sz w:val="24"/>
          <w:szCs w:val="24"/>
        </w:rPr>
      </w:pPr>
      <w:r>
        <w:rPr>
          <w:i/>
          <w:iCs/>
          <w:sz w:val="24"/>
          <w:szCs w:val="24"/>
        </w:rPr>
        <w:t>Sopra le 4° capelle piccole sopra i fronti</w:t>
      </w:r>
      <w:r w:rsidR="008A524F">
        <w:rPr>
          <w:i/>
          <w:iCs/>
          <w:sz w:val="24"/>
          <w:szCs w:val="24"/>
        </w:rPr>
        <w:t>s</w:t>
      </w:r>
      <w:r>
        <w:rPr>
          <w:i/>
          <w:iCs/>
          <w:sz w:val="24"/>
          <w:szCs w:val="24"/>
        </w:rPr>
        <w:t>pittij rotondi saranno per ogni capella due pu</w:t>
      </w:r>
      <w:r w:rsidR="008A524F">
        <w:rPr>
          <w:i/>
          <w:iCs/>
          <w:sz w:val="24"/>
          <w:szCs w:val="24"/>
        </w:rPr>
        <w:t>t</w:t>
      </w:r>
      <w:r>
        <w:rPr>
          <w:i/>
          <w:iCs/>
          <w:sz w:val="24"/>
          <w:szCs w:val="24"/>
        </w:rPr>
        <w:t>ti o volanti o a sedere di forma tutte diferenti che scherzino con palme e corona di alloro dell medemo marmore biancho di carrara della misura sopra detta con panni e al</w:t>
      </w:r>
      <w:r w:rsidR="008A524F">
        <w:rPr>
          <w:i/>
          <w:iCs/>
          <w:sz w:val="24"/>
          <w:szCs w:val="24"/>
        </w:rPr>
        <w:t>i</w:t>
      </w:r>
      <w:r>
        <w:rPr>
          <w:i/>
          <w:iCs/>
          <w:sz w:val="24"/>
          <w:szCs w:val="24"/>
        </w:rPr>
        <w:t xml:space="preserve"> 2° dimostra il disegnio di dette capelle che fanno travagi</w:t>
      </w:r>
      <w:r w:rsidR="008A524F">
        <w:rPr>
          <w:i/>
          <w:iCs/>
          <w:sz w:val="24"/>
          <w:szCs w:val="24"/>
        </w:rPr>
        <w:t>ari</w:t>
      </w:r>
      <w:r>
        <w:rPr>
          <w:i/>
          <w:iCs/>
          <w:sz w:val="24"/>
          <w:szCs w:val="24"/>
        </w:rPr>
        <w:t xml:space="preserve"> ai scarpellini e che detti ang</w:t>
      </w:r>
      <w:r w:rsidR="008A524F">
        <w:rPr>
          <w:i/>
          <w:iCs/>
          <w:sz w:val="24"/>
          <w:szCs w:val="24"/>
        </w:rPr>
        <w:t>i</w:t>
      </w:r>
      <w:r>
        <w:rPr>
          <w:i/>
          <w:iCs/>
          <w:sz w:val="24"/>
          <w:szCs w:val="24"/>
        </w:rPr>
        <w:t>oli con l’ornamento della corona e palmi fa</w:t>
      </w:r>
      <w:r w:rsidR="008A524F">
        <w:rPr>
          <w:i/>
          <w:iCs/>
          <w:sz w:val="24"/>
          <w:szCs w:val="24"/>
        </w:rPr>
        <w:t>cc</w:t>
      </w:r>
      <w:r>
        <w:rPr>
          <w:i/>
          <w:iCs/>
          <w:sz w:val="24"/>
          <w:szCs w:val="24"/>
        </w:rPr>
        <w:t>i il medemo contorno e misura che dimostra il medemo disegnio.</w:t>
      </w:r>
    </w:p>
    <w:p w14:paraId="4AFD1BA4" w14:textId="3055392F" w:rsidR="00413DA2" w:rsidRDefault="00413DA2" w:rsidP="006C5043">
      <w:pPr>
        <w:jc w:val="both"/>
        <w:rPr>
          <w:i/>
          <w:iCs/>
          <w:sz w:val="24"/>
          <w:szCs w:val="24"/>
        </w:rPr>
      </w:pPr>
      <w:r>
        <w:rPr>
          <w:i/>
          <w:iCs/>
          <w:sz w:val="24"/>
          <w:szCs w:val="24"/>
        </w:rPr>
        <w:t>In mezzo a l’altari laterali grandi vi saranno due gruppi di 3e serafini con ale sce</w:t>
      </w:r>
      <w:r w:rsidR="008A524F">
        <w:rPr>
          <w:i/>
          <w:iCs/>
          <w:sz w:val="24"/>
          <w:szCs w:val="24"/>
        </w:rPr>
        <w:t>r</w:t>
      </w:r>
      <w:r>
        <w:rPr>
          <w:i/>
          <w:iCs/>
          <w:sz w:val="24"/>
          <w:szCs w:val="24"/>
        </w:rPr>
        <w:t>za</w:t>
      </w:r>
      <w:r w:rsidR="008A524F">
        <w:rPr>
          <w:i/>
          <w:iCs/>
          <w:sz w:val="24"/>
          <w:szCs w:val="24"/>
        </w:rPr>
        <w:t>n</w:t>
      </w:r>
      <w:r>
        <w:rPr>
          <w:i/>
          <w:iCs/>
          <w:sz w:val="24"/>
          <w:szCs w:val="24"/>
        </w:rPr>
        <w:t xml:space="preserve">te che reggino la croce e questi saranno della misura di quelle che sono al presente nel basso rilievo del </w:t>
      </w:r>
      <w:r w:rsidR="008A524F">
        <w:rPr>
          <w:i/>
          <w:iCs/>
          <w:sz w:val="24"/>
          <w:szCs w:val="24"/>
        </w:rPr>
        <w:t xml:space="preserve">signor cavaliere </w:t>
      </w:r>
      <w:r>
        <w:rPr>
          <w:i/>
          <w:iCs/>
          <w:sz w:val="24"/>
          <w:szCs w:val="24"/>
        </w:rPr>
        <w:t>Cametti e conforme dimostra il disegnio dell’altare.</w:t>
      </w:r>
    </w:p>
    <w:p w14:paraId="6EE0F58C" w14:textId="3F6F3C0C" w:rsidR="00413DA2" w:rsidRDefault="00413DA2" w:rsidP="006C5043">
      <w:pPr>
        <w:jc w:val="both"/>
        <w:rPr>
          <w:i/>
          <w:iCs/>
          <w:sz w:val="24"/>
          <w:szCs w:val="24"/>
        </w:rPr>
      </w:pPr>
      <w:r>
        <w:rPr>
          <w:i/>
          <w:iCs/>
          <w:sz w:val="24"/>
          <w:szCs w:val="24"/>
        </w:rPr>
        <w:t xml:space="preserve">Sarà obligato il scultore di dare tutti quei n° 20 putti e teste di </w:t>
      </w:r>
      <w:r w:rsidR="008A524F">
        <w:rPr>
          <w:i/>
          <w:iCs/>
          <w:sz w:val="24"/>
          <w:szCs w:val="24"/>
        </w:rPr>
        <w:t>sera</w:t>
      </w:r>
      <w:r>
        <w:rPr>
          <w:i/>
          <w:iCs/>
          <w:sz w:val="24"/>
          <w:szCs w:val="24"/>
        </w:rPr>
        <w:t>fini per tutto il 31 e</w:t>
      </w:r>
      <w:r w:rsidR="008A524F">
        <w:rPr>
          <w:i/>
          <w:iCs/>
          <w:sz w:val="24"/>
          <w:szCs w:val="24"/>
        </w:rPr>
        <w:t xml:space="preserve"> </w:t>
      </w:r>
      <w:r>
        <w:rPr>
          <w:i/>
          <w:iCs/>
          <w:sz w:val="24"/>
          <w:szCs w:val="24"/>
        </w:rPr>
        <w:t>p</w:t>
      </w:r>
      <w:r w:rsidR="008A524F">
        <w:rPr>
          <w:i/>
          <w:iCs/>
          <w:sz w:val="24"/>
          <w:szCs w:val="24"/>
        </w:rPr>
        <w:t>art</w:t>
      </w:r>
      <w:r>
        <w:rPr>
          <w:i/>
          <w:iCs/>
          <w:sz w:val="24"/>
          <w:szCs w:val="24"/>
        </w:rPr>
        <w:t>e in questo anno 30 e dare il tutto incas</w:t>
      </w:r>
      <w:r w:rsidR="008A524F">
        <w:rPr>
          <w:i/>
          <w:iCs/>
          <w:sz w:val="24"/>
          <w:szCs w:val="24"/>
        </w:rPr>
        <w:t>s</w:t>
      </w:r>
      <w:r>
        <w:rPr>
          <w:i/>
          <w:iCs/>
          <w:sz w:val="24"/>
          <w:szCs w:val="24"/>
        </w:rPr>
        <w:t xml:space="preserve">ato alla spiaggia </w:t>
      </w:r>
      <w:r w:rsidR="008A524F">
        <w:rPr>
          <w:i/>
          <w:iCs/>
          <w:sz w:val="24"/>
          <w:szCs w:val="24"/>
        </w:rPr>
        <w:t>d</w:t>
      </w:r>
      <w:r>
        <w:rPr>
          <w:i/>
          <w:iCs/>
          <w:sz w:val="24"/>
          <w:szCs w:val="24"/>
        </w:rPr>
        <w:t>i S. Pier d’a</w:t>
      </w:r>
      <w:r w:rsidR="008A524F">
        <w:rPr>
          <w:i/>
          <w:iCs/>
          <w:sz w:val="24"/>
          <w:szCs w:val="24"/>
        </w:rPr>
        <w:t>rena</w:t>
      </w:r>
      <w:r>
        <w:rPr>
          <w:i/>
          <w:iCs/>
          <w:sz w:val="24"/>
          <w:szCs w:val="24"/>
        </w:rPr>
        <w:t xml:space="preserve"> a Genova di cas</w:t>
      </w:r>
      <w:r w:rsidR="008A524F">
        <w:rPr>
          <w:i/>
          <w:iCs/>
          <w:sz w:val="24"/>
          <w:szCs w:val="24"/>
        </w:rPr>
        <w:t>s</w:t>
      </w:r>
      <w:r>
        <w:rPr>
          <w:i/>
          <w:iCs/>
          <w:sz w:val="24"/>
          <w:szCs w:val="24"/>
        </w:rPr>
        <w:t>e suficiente per poterlli condurre sicuri sino dentro la chiesa di Soperga.</w:t>
      </w:r>
    </w:p>
    <w:p w14:paraId="3502B156" w14:textId="38B00D32" w:rsidR="008E6565" w:rsidRDefault="00413DA2" w:rsidP="006C5043">
      <w:pPr>
        <w:jc w:val="both"/>
        <w:rPr>
          <w:i/>
          <w:iCs/>
          <w:sz w:val="24"/>
          <w:szCs w:val="24"/>
        </w:rPr>
      </w:pPr>
      <w:r>
        <w:rPr>
          <w:i/>
          <w:iCs/>
          <w:sz w:val="24"/>
          <w:szCs w:val="24"/>
        </w:rPr>
        <w:t xml:space="preserve">La condotta di S. Pier d’Arena sino a Soperga sarà a conto dell oficio delle fabriche di Sa. Ma. con </w:t>
      </w:r>
      <w:r w:rsidR="008E6565">
        <w:rPr>
          <w:i/>
          <w:iCs/>
          <w:sz w:val="24"/>
          <w:szCs w:val="24"/>
        </w:rPr>
        <w:t>questo però che l’artefice sarà obligato di mandare persona ad accompagniare dette casse acciò non siano daneggiate dal impe</w:t>
      </w:r>
      <w:r w:rsidR="008A524F">
        <w:rPr>
          <w:i/>
          <w:iCs/>
          <w:sz w:val="24"/>
          <w:szCs w:val="24"/>
        </w:rPr>
        <w:t>ri</w:t>
      </w:r>
      <w:r w:rsidR="008E6565">
        <w:rPr>
          <w:i/>
          <w:iCs/>
          <w:sz w:val="24"/>
          <w:szCs w:val="24"/>
        </w:rPr>
        <w:t>zia de cond</w:t>
      </w:r>
      <w:r w:rsidR="008A524F">
        <w:rPr>
          <w:i/>
          <w:iCs/>
          <w:sz w:val="24"/>
          <w:szCs w:val="24"/>
        </w:rPr>
        <w:t>o</w:t>
      </w:r>
      <w:r w:rsidR="008E6565">
        <w:rPr>
          <w:i/>
          <w:iCs/>
          <w:sz w:val="24"/>
          <w:szCs w:val="24"/>
        </w:rPr>
        <w:t>ti</w:t>
      </w:r>
      <w:r w:rsidR="008A524F">
        <w:rPr>
          <w:i/>
          <w:iCs/>
          <w:sz w:val="24"/>
          <w:szCs w:val="24"/>
        </w:rPr>
        <w:t>er</w:t>
      </w:r>
      <w:r w:rsidR="008E6565">
        <w:rPr>
          <w:i/>
          <w:iCs/>
          <w:sz w:val="24"/>
          <w:szCs w:val="24"/>
        </w:rPr>
        <w:t>i sino a Soperga.</w:t>
      </w:r>
    </w:p>
    <w:p w14:paraId="2872CFCC" w14:textId="4638E175" w:rsidR="008E6565" w:rsidRDefault="008E6565" w:rsidP="006C5043">
      <w:pPr>
        <w:jc w:val="both"/>
        <w:rPr>
          <w:i/>
          <w:iCs/>
          <w:sz w:val="24"/>
          <w:szCs w:val="24"/>
        </w:rPr>
      </w:pPr>
      <w:r>
        <w:rPr>
          <w:i/>
          <w:iCs/>
          <w:sz w:val="24"/>
          <w:szCs w:val="24"/>
        </w:rPr>
        <w:t>Sarà obligato l’artefice di asistere e metter</w:t>
      </w:r>
      <w:r w:rsidR="008A524F">
        <w:rPr>
          <w:i/>
          <w:iCs/>
          <w:sz w:val="24"/>
          <w:szCs w:val="24"/>
        </w:rPr>
        <w:t>ll</w:t>
      </w:r>
      <w:r>
        <w:rPr>
          <w:i/>
          <w:iCs/>
          <w:sz w:val="24"/>
          <w:szCs w:val="24"/>
        </w:rPr>
        <w:t>e in opera sopra i frontispizij e ritoccarlli pulirlli e agiustarlli che vadino bene sarà a suo conto provedere l’</w:t>
      </w:r>
      <w:r w:rsidR="008A524F">
        <w:rPr>
          <w:i/>
          <w:iCs/>
          <w:sz w:val="24"/>
          <w:szCs w:val="24"/>
        </w:rPr>
        <w:t>opera</w:t>
      </w:r>
      <w:r>
        <w:rPr>
          <w:i/>
          <w:iCs/>
          <w:sz w:val="24"/>
          <w:szCs w:val="24"/>
        </w:rPr>
        <w:t xml:space="preserve">ij a meterlle in opera si </w:t>
      </w:r>
      <w:r>
        <w:rPr>
          <w:i/>
          <w:iCs/>
          <w:sz w:val="24"/>
          <w:szCs w:val="24"/>
        </w:rPr>
        <w:lastRenderedPageBreak/>
        <w:t xml:space="preserve">provederanno da parte dell ofitio delle fabriche di Sa. Ma. tutto il legniame per li pontaggi argani taglie con suoi girelli cordaggi ferri e staffe calcina gesso del </w:t>
      </w:r>
      <w:r w:rsidR="00F23AA2">
        <w:rPr>
          <w:i/>
          <w:iCs/>
          <w:sz w:val="24"/>
          <w:szCs w:val="24"/>
        </w:rPr>
        <w:t>r</w:t>
      </w:r>
      <w:r>
        <w:rPr>
          <w:i/>
          <w:iCs/>
          <w:sz w:val="24"/>
          <w:szCs w:val="24"/>
        </w:rPr>
        <w:t>esto sarà a suo conto.</w:t>
      </w:r>
    </w:p>
    <w:p w14:paraId="00F412F0" w14:textId="58D41771" w:rsidR="008E6565" w:rsidRDefault="008E6565" w:rsidP="006C5043">
      <w:pPr>
        <w:jc w:val="both"/>
        <w:rPr>
          <w:i/>
          <w:iCs/>
          <w:sz w:val="24"/>
          <w:szCs w:val="24"/>
        </w:rPr>
      </w:pPr>
      <w:r>
        <w:rPr>
          <w:i/>
          <w:iCs/>
          <w:sz w:val="24"/>
          <w:szCs w:val="24"/>
        </w:rPr>
        <w:t>S’haverte al professore che nel meterlli in opera ci sia fatto piano il s</w:t>
      </w:r>
      <w:r w:rsidR="00F23AA2">
        <w:rPr>
          <w:i/>
          <w:iCs/>
          <w:sz w:val="24"/>
          <w:szCs w:val="24"/>
        </w:rPr>
        <w:t>odo</w:t>
      </w:r>
      <w:r>
        <w:rPr>
          <w:i/>
          <w:iCs/>
          <w:sz w:val="24"/>
          <w:szCs w:val="24"/>
        </w:rPr>
        <w:t xml:space="preserve"> dell putto e incastrato nel </w:t>
      </w:r>
      <w:r w:rsidR="00F23AA2">
        <w:rPr>
          <w:i/>
          <w:iCs/>
          <w:sz w:val="24"/>
          <w:szCs w:val="24"/>
        </w:rPr>
        <w:t>fr</w:t>
      </w:r>
      <w:r>
        <w:rPr>
          <w:i/>
          <w:iCs/>
          <w:sz w:val="24"/>
          <w:szCs w:val="24"/>
        </w:rPr>
        <w:t>ontispitio acciò siano sodi e che le chiavi di ferro servino per reggerlli ma non che stiano stati sopra la forza dell</w:t>
      </w:r>
      <w:r w:rsidR="00F23AA2">
        <w:rPr>
          <w:i/>
          <w:iCs/>
          <w:sz w:val="24"/>
          <w:szCs w:val="24"/>
        </w:rPr>
        <w:t>e</w:t>
      </w:r>
      <w:r>
        <w:rPr>
          <w:i/>
          <w:iCs/>
          <w:sz w:val="24"/>
          <w:szCs w:val="24"/>
        </w:rPr>
        <w:t xml:space="preserve"> sb</w:t>
      </w:r>
      <w:r w:rsidR="00F23AA2">
        <w:rPr>
          <w:i/>
          <w:iCs/>
          <w:sz w:val="24"/>
          <w:szCs w:val="24"/>
        </w:rPr>
        <w:t>r</w:t>
      </w:r>
      <w:r>
        <w:rPr>
          <w:i/>
          <w:iCs/>
          <w:sz w:val="24"/>
          <w:szCs w:val="24"/>
        </w:rPr>
        <w:t>anche di ferro mentre per la r</w:t>
      </w:r>
      <w:r w:rsidR="00F23AA2">
        <w:rPr>
          <w:i/>
          <w:iCs/>
          <w:sz w:val="24"/>
          <w:szCs w:val="24"/>
        </w:rPr>
        <w:t>u</w:t>
      </w:r>
      <w:r>
        <w:rPr>
          <w:i/>
          <w:iCs/>
          <w:sz w:val="24"/>
          <w:szCs w:val="24"/>
        </w:rPr>
        <w:t>gine con il tempo posino pericolare e non essere sode.</w:t>
      </w:r>
    </w:p>
    <w:p w14:paraId="0844A0BF" w14:textId="124F2A21" w:rsidR="006C5043" w:rsidRDefault="008E6565" w:rsidP="006C5043">
      <w:pPr>
        <w:jc w:val="both"/>
        <w:rPr>
          <w:i/>
          <w:iCs/>
          <w:sz w:val="24"/>
          <w:szCs w:val="24"/>
        </w:rPr>
      </w:pPr>
      <w:r>
        <w:rPr>
          <w:i/>
          <w:iCs/>
          <w:sz w:val="24"/>
          <w:szCs w:val="24"/>
        </w:rPr>
        <w:t>Il profesore prenderà la linea semicircolare delli frontispitij che denota il disegnio acciò siano perfettamente fatt</w:t>
      </w:r>
      <w:r w:rsidR="00F23AA2">
        <w:rPr>
          <w:i/>
          <w:iCs/>
          <w:sz w:val="24"/>
          <w:szCs w:val="24"/>
        </w:rPr>
        <w:t>i</w:t>
      </w:r>
      <w:r>
        <w:rPr>
          <w:i/>
          <w:iCs/>
          <w:sz w:val="24"/>
          <w:szCs w:val="24"/>
        </w:rPr>
        <w:t xml:space="preserve"> detti puttini e che tornino bene sopra tutto si raccomanda che non si siano pezzi di rep</w:t>
      </w:r>
      <w:r w:rsidR="00F23AA2">
        <w:rPr>
          <w:i/>
          <w:iCs/>
          <w:sz w:val="24"/>
          <w:szCs w:val="24"/>
        </w:rPr>
        <w:t>o</w:t>
      </w:r>
      <w:r>
        <w:rPr>
          <w:i/>
          <w:iCs/>
          <w:sz w:val="24"/>
          <w:szCs w:val="24"/>
        </w:rPr>
        <w:t xml:space="preserve">rto di bracci ma solamente dell ale palme </w:t>
      </w:r>
      <w:r w:rsidR="006164DA">
        <w:rPr>
          <w:i/>
          <w:iCs/>
          <w:sz w:val="24"/>
          <w:szCs w:val="24"/>
        </w:rPr>
        <w:t>e corone e che siano di in</w:t>
      </w:r>
      <w:r w:rsidR="00F23AA2">
        <w:rPr>
          <w:i/>
          <w:iCs/>
          <w:sz w:val="24"/>
          <w:szCs w:val="24"/>
        </w:rPr>
        <w:t>v</w:t>
      </w:r>
      <w:r w:rsidR="006164DA">
        <w:rPr>
          <w:i/>
          <w:iCs/>
          <w:sz w:val="24"/>
          <w:szCs w:val="24"/>
        </w:rPr>
        <w:t>enzione 2° la virtù dell già noto scultore il tutto a opera conlaudata e approvata.</w:t>
      </w:r>
      <w:r w:rsidR="00413DA2">
        <w:rPr>
          <w:i/>
          <w:iCs/>
          <w:sz w:val="24"/>
          <w:szCs w:val="24"/>
        </w:rPr>
        <w:t xml:space="preserve"> </w:t>
      </w:r>
      <w:r w:rsidR="00000000">
        <w:rPr>
          <w:i/>
          <w:iCs/>
          <w:sz w:val="24"/>
          <w:szCs w:val="24"/>
        </w:rPr>
        <w:pict w14:anchorId="00283763">
          <v:rect id="_x0000_i1466" style="width:0;height:1.5pt" o:hralign="center" o:hrstd="t" o:hr="t" fillcolor="#a0a0a0" stroked="f"/>
        </w:pict>
      </w:r>
    </w:p>
    <w:p w14:paraId="7032B97B" w14:textId="0FDC0F53" w:rsidR="005B295E" w:rsidRDefault="005B295E" w:rsidP="006C5043">
      <w:pPr>
        <w:jc w:val="right"/>
        <w:rPr>
          <w:i/>
          <w:iCs/>
          <w:sz w:val="24"/>
          <w:szCs w:val="24"/>
        </w:rPr>
      </w:pPr>
      <w:r w:rsidRPr="005B295E">
        <w:rPr>
          <w:i/>
          <w:iCs/>
          <w:sz w:val="24"/>
          <w:szCs w:val="24"/>
        </w:rPr>
        <w:t>giorno di 13 Gennaro 1730</w:t>
      </w:r>
    </w:p>
    <w:p w14:paraId="25248587" w14:textId="77777777" w:rsidR="006C5043" w:rsidRDefault="005B295E" w:rsidP="006C5043">
      <w:pPr>
        <w:jc w:val="right"/>
        <w:rPr>
          <w:i/>
          <w:iCs/>
          <w:sz w:val="24"/>
          <w:szCs w:val="24"/>
        </w:rPr>
      </w:pPr>
      <w:r w:rsidRPr="005B295E">
        <w:rPr>
          <w:i/>
          <w:iCs/>
          <w:sz w:val="24"/>
          <w:szCs w:val="24"/>
        </w:rPr>
        <w:t>Cavaliere Don Filippo Juvarra Primo Architetto</w:t>
      </w:r>
      <w:r w:rsidR="00000000">
        <w:rPr>
          <w:i/>
          <w:iCs/>
          <w:sz w:val="24"/>
          <w:szCs w:val="24"/>
        </w:rPr>
        <w:pict w14:anchorId="6F225AC8">
          <v:rect id="_x0000_i1467" style="width:0;height:1.5pt" o:hralign="center" o:hrstd="t" o:hr="t" fillcolor="#a0a0a0" stroked="f"/>
        </w:pict>
      </w:r>
    </w:p>
    <w:p w14:paraId="324DBF93" w14:textId="4BD77EB3" w:rsidR="005B295E" w:rsidRDefault="005B295E" w:rsidP="00CF386F">
      <w:pPr>
        <w:jc w:val="both"/>
        <w:rPr>
          <w:sz w:val="24"/>
          <w:szCs w:val="24"/>
        </w:rPr>
      </w:pPr>
      <w:r w:rsidRPr="005B295E">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18 (1729) | </w:t>
      </w:r>
      <w:r>
        <w:rPr>
          <w:sz w:val="24"/>
          <w:szCs w:val="24"/>
        </w:rPr>
        <w:t>prima del fol. 160.</w:t>
      </w:r>
    </w:p>
    <w:p w14:paraId="797765E5" w14:textId="77777777" w:rsidR="006C6909" w:rsidRDefault="006C6909" w:rsidP="00CF386F">
      <w:pPr>
        <w:jc w:val="both"/>
        <w:rPr>
          <w:sz w:val="24"/>
          <w:szCs w:val="24"/>
        </w:rPr>
      </w:pPr>
    </w:p>
    <w:p w14:paraId="345FA1F4" w14:textId="77777777" w:rsidR="006C5043" w:rsidRDefault="006C6909" w:rsidP="006C5043">
      <w:pPr>
        <w:jc w:val="center"/>
        <w:rPr>
          <w:i/>
          <w:iCs/>
          <w:sz w:val="24"/>
          <w:szCs w:val="24"/>
        </w:rPr>
      </w:pPr>
      <w:r w:rsidRPr="006C6909">
        <w:rPr>
          <w:b/>
          <w:bCs/>
          <w:i/>
          <w:iCs/>
          <w:sz w:val="24"/>
          <w:szCs w:val="24"/>
        </w:rPr>
        <w:t>Instruzione per l'arme di S.a M.a che va situata nell frontispizio della facciata della Chiesa di Soperga</w:t>
      </w:r>
      <w:r w:rsidR="00000000">
        <w:rPr>
          <w:i/>
          <w:iCs/>
          <w:sz w:val="24"/>
          <w:szCs w:val="24"/>
        </w:rPr>
        <w:pict w14:anchorId="0F96702C">
          <v:rect id="_x0000_i1468" style="width:0;height:1.5pt" o:hralign="center" o:hrstd="t" o:hr="t" fillcolor="#a0a0a0" stroked="f"/>
        </w:pict>
      </w:r>
    </w:p>
    <w:p w14:paraId="75E0DC24" w14:textId="12185475" w:rsidR="009330AF" w:rsidRDefault="00AA7064" w:rsidP="006C5043">
      <w:pPr>
        <w:jc w:val="both"/>
        <w:rPr>
          <w:i/>
          <w:iCs/>
          <w:sz w:val="24"/>
          <w:szCs w:val="24"/>
        </w:rPr>
      </w:pPr>
      <w:r>
        <w:rPr>
          <w:i/>
          <w:iCs/>
          <w:sz w:val="24"/>
          <w:szCs w:val="24"/>
        </w:rPr>
        <w:t xml:space="preserve">La detta arme </w:t>
      </w:r>
      <w:r w:rsidR="009330AF">
        <w:rPr>
          <w:i/>
          <w:iCs/>
          <w:sz w:val="24"/>
          <w:szCs w:val="24"/>
        </w:rPr>
        <w:t>di Sa. Ma. sarà di marmore biancho di brusascho 2° quello che si serviranno per scolpire i capitelli delle lesene della facciata e sarà nell maggior rilievo di oncie 15 e in due pezzi per la largezza e sopra vi sarà la contra cartella d’un pezzo che copri la comissura di detti due pezzi e detta contro cartella sarà di rilievo in mezzo che facci panza e vi saranno scolpiti tutti i qua</w:t>
      </w:r>
      <w:r w:rsidR="00F23AA2">
        <w:rPr>
          <w:i/>
          <w:iCs/>
          <w:sz w:val="24"/>
          <w:szCs w:val="24"/>
        </w:rPr>
        <w:t>r</w:t>
      </w:r>
      <w:r w:rsidR="009330AF">
        <w:rPr>
          <w:i/>
          <w:iCs/>
          <w:sz w:val="24"/>
          <w:szCs w:val="24"/>
        </w:rPr>
        <w:t>ti che porta l’arme di Sa. Ma. bene inca</w:t>
      </w:r>
      <w:r w:rsidR="00F23AA2">
        <w:rPr>
          <w:i/>
          <w:iCs/>
          <w:sz w:val="24"/>
          <w:szCs w:val="24"/>
        </w:rPr>
        <w:t>v</w:t>
      </w:r>
      <w:r w:rsidR="009330AF">
        <w:rPr>
          <w:i/>
          <w:iCs/>
          <w:sz w:val="24"/>
          <w:szCs w:val="24"/>
        </w:rPr>
        <w:t>ati e trasforati con forza acciò ben si scopri d’abasso.</w:t>
      </w:r>
    </w:p>
    <w:p w14:paraId="6D4134E4" w14:textId="43D310F3" w:rsidR="009330AF" w:rsidRDefault="009330AF" w:rsidP="006C5043">
      <w:pPr>
        <w:jc w:val="both"/>
        <w:rPr>
          <w:i/>
          <w:iCs/>
          <w:sz w:val="24"/>
          <w:szCs w:val="24"/>
        </w:rPr>
      </w:pPr>
      <w:r>
        <w:rPr>
          <w:i/>
          <w:iCs/>
          <w:sz w:val="24"/>
          <w:szCs w:val="24"/>
        </w:rPr>
        <w:t xml:space="preserve">La corona sarà serata tutto in un pezzo con </w:t>
      </w:r>
      <w:r w:rsidR="00F23AA2">
        <w:rPr>
          <w:i/>
          <w:iCs/>
          <w:sz w:val="24"/>
          <w:szCs w:val="24"/>
        </w:rPr>
        <w:t>es</w:t>
      </w:r>
      <w:r>
        <w:rPr>
          <w:i/>
          <w:iCs/>
          <w:sz w:val="24"/>
          <w:szCs w:val="24"/>
        </w:rPr>
        <w:t>serci riportato solamente la croce e la palla e sarà dell medemo marmo sopra detto.</w:t>
      </w:r>
    </w:p>
    <w:p w14:paraId="36356B70" w14:textId="5304C1A4" w:rsidR="009330AF" w:rsidRDefault="009330AF" w:rsidP="006C5043">
      <w:pPr>
        <w:jc w:val="both"/>
        <w:rPr>
          <w:i/>
          <w:iCs/>
          <w:sz w:val="24"/>
          <w:szCs w:val="24"/>
        </w:rPr>
      </w:pPr>
      <w:r>
        <w:rPr>
          <w:i/>
          <w:iCs/>
          <w:sz w:val="24"/>
          <w:szCs w:val="24"/>
        </w:rPr>
        <w:t>Li due fe</w:t>
      </w:r>
      <w:r w:rsidR="00F23AA2">
        <w:rPr>
          <w:i/>
          <w:iCs/>
          <w:sz w:val="24"/>
          <w:szCs w:val="24"/>
        </w:rPr>
        <w:t>s</w:t>
      </w:r>
      <w:r>
        <w:rPr>
          <w:i/>
          <w:iCs/>
          <w:sz w:val="24"/>
          <w:szCs w:val="24"/>
        </w:rPr>
        <w:t>toni di lauro o di rovere saranno ben trasforati e scolpiti a tutta perfetione e sarano in un sol pezzo caduno fe</w:t>
      </w:r>
      <w:r w:rsidR="00F23AA2">
        <w:rPr>
          <w:i/>
          <w:iCs/>
          <w:sz w:val="24"/>
          <w:szCs w:val="24"/>
        </w:rPr>
        <w:t>s</w:t>
      </w:r>
      <w:r>
        <w:rPr>
          <w:i/>
          <w:iCs/>
          <w:sz w:val="24"/>
          <w:szCs w:val="24"/>
        </w:rPr>
        <w:t>tone.</w:t>
      </w:r>
    </w:p>
    <w:p w14:paraId="6AA075DE" w14:textId="77777777" w:rsidR="009330AF" w:rsidRDefault="009330AF" w:rsidP="006C5043">
      <w:pPr>
        <w:jc w:val="both"/>
        <w:rPr>
          <w:i/>
          <w:iCs/>
          <w:sz w:val="24"/>
          <w:szCs w:val="24"/>
        </w:rPr>
      </w:pPr>
      <w:r>
        <w:rPr>
          <w:i/>
          <w:iCs/>
          <w:sz w:val="24"/>
          <w:szCs w:val="24"/>
        </w:rPr>
        <w:t>S’haverte che sarà ben scolpita trasforata e diligentemente fatta e 2° il disegnio e il modello che farà il partitante e detto sarà rivistito dall architetto e approvato.</w:t>
      </w:r>
    </w:p>
    <w:p w14:paraId="2A7EE2D2" w14:textId="33D4ED16" w:rsidR="006C5043" w:rsidRDefault="009330AF" w:rsidP="006C5043">
      <w:pPr>
        <w:jc w:val="both"/>
        <w:rPr>
          <w:i/>
          <w:iCs/>
          <w:sz w:val="24"/>
          <w:szCs w:val="24"/>
        </w:rPr>
      </w:pPr>
      <w:r>
        <w:rPr>
          <w:i/>
          <w:iCs/>
          <w:sz w:val="24"/>
          <w:szCs w:val="24"/>
        </w:rPr>
        <w:t xml:space="preserve">Asisteranno nell meterlla in opera e gli saranno soministrati i ferri </w:t>
      </w:r>
      <w:r w:rsidR="00F23AA2">
        <w:rPr>
          <w:i/>
          <w:iCs/>
          <w:sz w:val="24"/>
          <w:szCs w:val="24"/>
        </w:rPr>
        <w:t>sbranc</w:t>
      </w:r>
      <w:r>
        <w:rPr>
          <w:i/>
          <w:iCs/>
          <w:sz w:val="24"/>
          <w:szCs w:val="24"/>
        </w:rPr>
        <w:t>oni per regerlla come parimente la</w:t>
      </w:r>
      <w:r w:rsidR="00F23AA2">
        <w:rPr>
          <w:i/>
          <w:iCs/>
          <w:sz w:val="24"/>
          <w:szCs w:val="24"/>
        </w:rPr>
        <w:t xml:space="preserve"> </w:t>
      </w:r>
      <w:r>
        <w:rPr>
          <w:i/>
          <w:iCs/>
          <w:sz w:val="24"/>
          <w:szCs w:val="24"/>
        </w:rPr>
        <w:t>con</w:t>
      </w:r>
      <w:r w:rsidR="00F23AA2">
        <w:rPr>
          <w:i/>
          <w:iCs/>
          <w:sz w:val="24"/>
          <w:szCs w:val="24"/>
        </w:rPr>
        <w:t>d</w:t>
      </w:r>
      <w:r>
        <w:rPr>
          <w:i/>
          <w:iCs/>
          <w:sz w:val="24"/>
          <w:szCs w:val="24"/>
        </w:rPr>
        <w:t>o</w:t>
      </w:r>
      <w:r w:rsidR="00F23AA2">
        <w:rPr>
          <w:i/>
          <w:iCs/>
          <w:sz w:val="24"/>
          <w:szCs w:val="24"/>
        </w:rPr>
        <w:t>t</w:t>
      </w:r>
      <w:r>
        <w:rPr>
          <w:i/>
          <w:iCs/>
          <w:sz w:val="24"/>
          <w:szCs w:val="24"/>
        </w:rPr>
        <w:t>ta da Torino a Soperga il tutto a opera conlaudata e approvata e perfettamente fatta e sarà data sul posto per tutto il 30.</w:t>
      </w:r>
      <w:r w:rsidR="00000000">
        <w:rPr>
          <w:i/>
          <w:iCs/>
          <w:sz w:val="24"/>
          <w:szCs w:val="24"/>
        </w:rPr>
        <w:pict w14:anchorId="5C874546">
          <v:rect id="_x0000_i1469" style="width:0;height:1.5pt" o:hralign="center" o:hrstd="t" o:hr="t" fillcolor="#a0a0a0" stroked="f"/>
        </w:pict>
      </w:r>
    </w:p>
    <w:p w14:paraId="5E180BAA" w14:textId="53D4EC6D" w:rsidR="006C6909" w:rsidRDefault="006C6909" w:rsidP="006C5043">
      <w:pPr>
        <w:jc w:val="right"/>
        <w:rPr>
          <w:i/>
          <w:iCs/>
          <w:sz w:val="24"/>
          <w:szCs w:val="24"/>
        </w:rPr>
      </w:pPr>
      <w:r w:rsidRPr="006C6909">
        <w:rPr>
          <w:i/>
          <w:iCs/>
          <w:sz w:val="24"/>
          <w:szCs w:val="24"/>
        </w:rPr>
        <w:t>a 25 Febraro 1730</w:t>
      </w:r>
    </w:p>
    <w:p w14:paraId="363B8663" w14:textId="77777777" w:rsidR="006C5043" w:rsidRDefault="006C6909" w:rsidP="006C5043">
      <w:pPr>
        <w:jc w:val="right"/>
        <w:rPr>
          <w:i/>
          <w:iCs/>
          <w:sz w:val="24"/>
          <w:szCs w:val="24"/>
        </w:rPr>
      </w:pPr>
      <w:r w:rsidRPr="006C6909">
        <w:rPr>
          <w:i/>
          <w:iCs/>
          <w:sz w:val="24"/>
          <w:szCs w:val="24"/>
        </w:rPr>
        <w:lastRenderedPageBreak/>
        <w:t>Cavaliere Don Filippo Juvarra Primo Architetto</w:t>
      </w:r>
      <w:r w:rsidR="00000000">
        <w:rPr>
          <w:i/>
          <w:iCs/>
          <w:sz w:val="24"/>
          <w:szCs w:val="24"/>
        </w:rPr>
        <w:pict w14:anchorId="7808B5D1">
          <v:rect id="_x0000_i1470" style="width:0;height:1.5pt" o:hralign="center" o:hrstd="t" o:hr="t" fillcolor="#a0a0a0" stroked="f"/>
        </w:pict>
      </w:r>
    </w:p>
    <w:p w14:paraId="5F9994DA" w14:textId="60D0683B" w:rsidR="006C6909" w:rsidRDefault="006C6909" w:rsidP="00CF386F">
      <w:pPr>
        <w:jc w:val="both"/>
        <w:rPr>
          <w:sz w:val="24"/>
          <w:szCs w:val="24"/>
        </w:rPr>
      </w:pPr>
      <w:r w:rsidRPr="006C6909">
        <w:rPr>
          <w:sz w:val="24"/>
          <w:szCs w:val="24"/>
        </w:rPr>
        <w:t>Archivio di Stato di Torino | Sezioni Riunite | Ministero della guerra | Azienda generale di fabbriche e fortificazioni (1733-1797) già Azienda generale d'artiglieria, fabbriche e fortificazioni (1717-1733) | Contratti fortificazioni | Mazzo 19 (1730) | fol.150.</w:t>
      </w:r>
    </w:p>
    <w:p w14:paraId="32BD66C3" w14:textId="77777777" w:rsidR="006C6909" w:rsidRDefault="006C6909" w:rsidP="00CF386F">
      <w:pPr>
        <w:jc w:val="both"/>
        <w:rPr>
          <w:sz w:val="24"/>
          <w:szCs w:val="24"/>
        </w:rPr>
      </w:pPr>
    </w:p>
    <w:p w14:paraId="0E6BD5B4" w14:textId="77777777" w:rsidR="006C5043" w:rsidRDefault="006C6909" w:rsidP="006C5043">
      <w:pPr>
        <w:jc w:val="center"/>
        <w:rPr>
          <w:i/>
          <w:iCs/>
          <w:sz w:val="24"/>
          <w:szCs w:val="24"/>
        </w:rPr>
      </w:pPr>
      <w:r w:rsidRPr="006C6909">
        <w:rPr>
          <w:b/>
          <w:bCs/>
          <w:i/>
          <w:iCs/>
          <w:sz w:val="24"/>
          <w:szCs w:val="24"/>
        </w:rPr>
        <w:t>Instruzione per il Pavimento, o sternito, di marmi coloriti per la Real Chiesa di Soperga</w:t>
      </w:r>
      <w:r w:rsidR="00000000">
        <w:rPr>
          <w:i/>
          <w:iCs/>
          <w:sz w:val="24"/>
          <w:szCs w:val="24"/>
        </w:rPr>
        <w:pict w14:anchorId="5E76D3C3">
          <v:rect id="_x0000_i1471" style="width:0;height:1.5pt" o:hralign="center" o:hrstd="t" o:hr="t" fillcolor="#a0a0a0" stroked="f"/>
        </w:pict>
      </w:r>
    </w:p>
    <w:p w14:paraId="6472234E" w14:textId="2D5195E4" w:rsidR="009330AF" w:rsidRDefault="009330AF" w:rsidP="006C5043">
      <w:pPr>
        <w:jc w:val="both"/>
        <w:rPr>
          <w:i/>
          <w:iCs/>
          <w:sz w:val="24"/>
          <w:szCs w:val="24"/>
        </w:rPr>
      </w:pPr>
      <w:r>
        <w:rPr>
          <w:i/>
          <w:iCs/>
          <w:sz w:val="24"/>
          <w:szCs w:val="24"/>
        </w:rPr>
        <w:t>Il detto pavimento sarà di diversi disegni che quello del santa santo</w:t>
      </w:r>
      <w:r w:rsidR="00F23AA2">
        <w:rPr>
          <w:i/>
          <w:iCs/>
          <w:sz w:val="24"/>
          <w:szCs w:val="24"/>
        </w:rPr>
        <w:t>rum</w:t>
      </w:r>
      <w:r>
        <w:rPr>
          <w:i/>
          <w:iCs/>
          <w:sz w:val="24"/>
          <w:szCs w:val="24"/>
        </w:rPr>
        <w:t xml:space="preserve"> o presbiterio a dadi quello del corpo della chiesa a quadrati con riquadri tondi e quello vicino a l’altare otangolare.</w:t>
      </w:r>
    </w:p>
    <w:p w14:paraId="2F4EB9C4" w14:textId="3F8B0A06" w:rsidR="00083C1B" w:rsidRDefault="009330AF" w:rsidP="006C5043">
      <w:pPr>
        <w:jc w:val="both"/>
        <w:rPr>
          <w:i/>
          <w:iCs/>
          <w:sz w:val="24"/>
          <w:szCs w:val="24"/>
        </w:rPr>
      </w:pPr>
      <w:r>
        <w:rPr>
          <w:i/>
          <w:iCs/>
          <w:sz w:val="24"/>
          <w:szCs w:val="24"/>
        </w:rPr>
        <w:t xml:space="preserve">Primo. Quello del corpo della chiesa sarà di marmo biancho di brosascho di nero di cunio o vero di nero di como </w:t>
      </w:r>
      <w:r w:rsidR="00083C1B">
        <w:rPr>
          <w:i/>
          <w:iCs/>
          <w:sz w:val="24"/>
          <w:szCs w:val="24"/>
        </w:rPr>
        <w:t>i riquadri intorno alli circoli di giallo di Verona i tondi saranno di verde di susa di per</w:t>
      </w:r>
      <w:r w:rsidR="00F23AA2">
        <w:rPr>
          <w:i/>
          <w:iCs/>
          <w:sz w:val="24"/>
          <w:szCs w:val="24"/>
        </w:rPr>
        <w:t>s</w:t>
      </w:r>
      <w:r w:rsidR="00083C1B">
        <w:rPr>
          <w:i/>
          <w:iCs/>
          <w:sz w:val="24"/>
          <w:szCs w:val="24"/>
        </w:rPr>
        <w:t xml:space="preserve">ichino dell paese e di saravezza dell paese che framischiati faccino vaga </w:t>
      </w:r>
      <w:r w:rsidR="00F23AA2">
        <w:rPr>
          <w:i/>
          <w:iCs/>
          <w:sz w:val="24"/>
          <w:szCs w:val="24"/>
        </w:rPr>
        <w:t>v</w:t>
      </w:r>
      <w:r w:rsidR="00083C1B">
        <w:rPr>
          <w:i/>
          <w:iCs/>
          <w:sz w:val="24"/>
          <w:szCs w:val="24"/>
        </w:rPr>
        <w:t>a</w:t>
      </w:r>
      <w:r w:rsidR="00F23AA2">
        <w:rPr>
          <w:i/>
          <w:iCs/>
          <w:sz w:val="24"/>
          <w:szCs w:val="24"/>
        </w:rPr>
        <w:t>r</w:t>
      </w:r>
      <w:r w:rsidR="00083C1B">
        <w:rPr>
          <w:i/>
          <w:iCs/>
          <w:sz w:val="24"/>
          <w:szCs w:val="24"/>
        </w:rPr>
        <w:t xml:space="preserve">iazione la grosezza dell marmo </w:t>
      </w:r>
      <w:r w:rsidR="004C72DB">
        <w:rPr>
          <w:i/>
          <w:iCs/>
          <w:sz w:val="24"/>
          <w:szCs w:val="24"/>
        </w:rPr>
        <w:t xml:space="preserve">biancho sarà di onze 2 e il marmo </w:t>
      </w:r>
      <w:r w:rsidR="00083C1B">
        <w:rPr>
          <w:i/>
          <w:iCs/>
          <w:sz w:val="24"/>
          <w:szCs w:val="24"/>
        </w:rPr>
        <w:t>nero di como incastrato e sopraposto sarà d’un oncia franca come parimente le guidane in torno i quadrati con li circoli di marmi coloriti saranno impeliciati sopra lose di sodo e bon sarizzo di grosezza oncia una e li marmi coloriti di grosezza oncia una il tutto ben comesso senza linee rette ma cometerlli in linee oblig</w:t>
      </w:r>
      <w:r w:rsidR="004C72DB">
        <w:rPr>
          <w:i/>
          <w:iCs/>
          <w:sz w:val="24"/>
          <w:szCs w:val="24"/>
        </w:rPr>
        <w:t>e</w:t>
      </w:r>
      <w:r w:rsidR="00083C1B">
        <w:rPr>
          <w:i/>
          <w:iCs/>
          <w:sz w:val="24"/>
          <w:szCs w:val="24"/>
        </w:rPr>
        <w:t xml:space="preserve"> </w:t>
      </w:r>
      <w:r w:rsidR="004C72DB">
        <w:rPr>
          <w:i/>
          <w:iCs/>
          <w:sz w:val="24"/>
          <w:szCs w:val="24"/>
        </w:rPr>
        <w:t xml:space="preserve">e ove </w:t>
      </w:r>
      <w:r w:rsidR="00083C1B">
        <w:rPr>
          <w:i/>
          <w:iCs/>
          <w:sz w:val="24"/>
          <w:szCs w:val="24"/>
        </w:rPr>
        <w:t>si potrà dividere in 4° parte sarà meglio per vedere il lavoro naturale della detta pietra machiata.</w:t>
      </w:r>
    </w:p>
    <w:p w14:paraId="422EB8B7" w14:textId="6EC1ACCF" w:rsidR="00083C1B" w:rsidRDefault="00083C1B" w:rsidP="006C5043">
      <w:pPr>
        <w:jc w:val="both"/>
        <w:rPr>
          <w:i/>
          <w:iCs/>
          <w:sz w:val="24"/>
          <w:szCs w:val="24"/>
        </w:rPr>
      </w:pPr>
      <w:r>
        <w:rPr>
          <w:i/>
          <w:iCs/>
          <w:sz w:val="24"/>
          <w:szCs w:val="24"/>
        </w:rPr>
        <w:t xml:space="preserve">Il tutto ben comesso asieme senza che minima distanza con l’angoli </w:t>
      </w:r>
      <w:r w:rsidR="004C72DB">
        <w:rPr>
          <w:i/>
          <w:iCs/>
          <w:sz w:val="24"/>
          <w:szCs w:val="24"/>
        </w:rPr>
        <w:t>r</w:t>
      </w:r>
      <w:r>
        <w:rPr>
          <w:i/>
          <w:iCs/>
          <w:sz w:val="24"/>
          <w:szCs w:val="24"/>
        </w:rPr>
        <w:t>etti ben lustrato e messo in opera il tutto 2° il disegnio contrasegniato lett</w:t>
      </w:r>
      <w:r w:rsidR="004C72DB">
        <w:rPr>
          <w:i/>
          <w:iCs/>
          <w:sz w:val="24"/>
          <w:szCs w:val="24"/>
        </w:rPr>
        <w:t>era</w:t>
      </w:r>
      <w:r>
        <w:rPr>
          <w:i/>
          <w:iCs/>
          <w:sz w:val="24"/>
          <w:szCs w:val="24"/>
        </w:rPr>
        <w:t xml:space="preserve"> A e bene operato in piano perfetto. Il verde sarà con machie bianche e di ottimo colore.</w:t>
      </w:r>
    </w:p>
    <w:p w14:paraId="069E056B" w14:textId="77777777" w:rsidR="00083C1B" w:rsidRDefault="00083C1B" w:rsidP="006C5043">
      <w:pPr>
        <w:jc w:val="both"/>
        <w:rPr>
          <w:i/>
          <w:iCs/>
          <w:sz w:val="24"/>
          <w:szCs w:val="24"/>
        </w:rPr>
      </w:pPr>
      <w:r>
        <w:rPr>
          <w:i/>
          <w:iCs/>
          <w:sz w:val="24"/>
          <w:szCs w:val="24"/>
        </w:rPr>
        <w:t>Il biancho sarà di quello di brosascho biancho 2° quello de capitelli. Il marmo nero sarà di quello di como o vero di cunio senza machia biancha di prigiudizio a l’accordo dell’altri marmi.</w:t>
      </w:r>
    </w:p>
    <w:p w14:paraId="72B6D9AD" w14:textId="007D7DC5" w:rsidR="00083C1B" w:rsidRDefault="00083C1B" w:rsidP="006C5043">
      <w:pPr>
        <w:jc w:val="both"/>
        <w:rPr>
          <w:i/>
          <w:iCs/>
          <w:sz w:val="24"/>
          <w:szCs w:val="24"/>
        </w:rPr>
      </w:pPr>
      <w:r>
        <w:rPr>
          <w:i/>
          <w:iCs/>
          <w:sz w:val="24"/>
          <w:szCs w:val="24"/>
        </w:rPr>
        <w:t>Il per</w:t>
      </w:r>
      <w:r w:rsidR="004C72DB">
        <w:rPr>
          <w:i/>
          <w:iCs/>
          <w:sz w:val="24"/>
          <w:szCs w:val="24"/>
        </w:rPr>
        <w:t>s</w:t>
      </w:r>
      <w:r>
        <w:rPr>
          <w:i/>
          <w:iCs/>
          <w:sz w:val="24"/>
          <w:szCs w:val="24"/>
        </w:rPr>
        <w:t>ichino dell più colorito rosso il sara</w:t>
      </w:r>
      <w:r w:rsidR="004C72DB">
        <w:rPr>
          <w:i/>
          <w:iCs/>
          <w:sz w:val="24"/>
          <w:szCs w:val="24"/>
        </w:rPr>
        <w:t>v</w:t>
      </w:r>
      <w:r>
        <w:rPr>
          <w:i/>
          <w:iCs/>
          <w:sz w:val="24"/>
          <w:szCs w:val="24"/>
        </w:rPr>
        <w:t xml:space="preserve">ezza di bon colore e bene messo a sieme il giallo di verona il più colorito che si ritrova. </w:t>
      </w:r>
    </w:p>
    <w:p w14:paraId="1FF9C1C2" w14:textId="6D181535" w:rsidR="0066490D" w:rsidRDefault="00083C1B" w:rsidP="006C5043">
      <w:pPr>
        <w:jc w:val="both"/>
        <w:rPr>
          <w:i/>
          <w:iCs/>
          <w:sz w:val="24"/>
          <w:szCs w:val="24"/>
        </w:rPr>
      </w:pPr>
      <w:r>
        <w:rPr>
          <w:i/>
          <w:iCs/>
          <w:sz w:val="24"/>
          <w:szCs w:val="24"/>
        </w:rPr>
        <w:t>Il pavimento dell presbiterio sarà di giallo di verona di nero di como o di cunio il rosso sarà per</w:t>
      </w:r>
      <w:r w:rsidR="004C72DB">
        <w:rPr>
          <w:i/>
          <w:iCs/>
          <w:sz w:val="24"/>
          <w:szCs w:val="24"/>
        </w:rPr>
        <w:t>s</w:t>
      </w:r>
      <w:r>
        <w:rPr>
          <w:i/>
          <w:iCs/>
          <w:sz w:val="24"/>
          <w:szCs w:val="24"/>
        </w:rPr>
        <w:t>ichino dell pa</w:t>
      </w:r>
      <w:r w:rsidR="004C72DB">
        <w:rPr>
          <w:i/>
          <w:iCs/>
          <w:sz w:val="24"/>
          <w:szCs w:val="24"/>
        </w:rPr>
        <w:t>ese</w:t>
      </w:r>
      <w:r>
        <w:rPr>
          <w:i/>
          <w:iCs/>
          <w:sz w:val="24"/>
          <w:szCs w:val="24"/>
        </w:rPr>
        <w:t xml:space="preserve"> dell più colorito che si ritrova. Saranno detti marmi coloriti impiliciati sopra sarizzi e losoni della grandezza che giudicheranno i partitanti nella largezza e longezza ma della grosezza oncia una e oncia una sarà la grosezza dell marmo colorito che anderà sopra rimesso s’haverte che saranno obligati a farllo andare perfettamente nelle commisure e che sia in piano perfetto e ben lustrato e 2° dimostra il disegnio segniato con lettera B che la grosezza non sia meno di oncie 2 in tutto la guida in torno </w:t>
      </w:r>
      <w:r w:rsidR="0066490D">
        <w:rPr>
          <w:i/>
          <w:iCs/>
          <w:sz w:val="24"/>
          <w:szCs w:val="24"/>
        </w:rPr>
        <w:t>sarà di marmore di biggio di frabosa dell più colorito ben comesso e lustrato.</w:t>
      </w:r>
    </w:p>
    <w:p w14:paraId="32105D43" w14:textId="2864FEC4" w:rsidR="00E620A8" w:rsidRDefault="00E620A8" w:rsidP="006C5043">
      <w:pPr>
        <w:jc w:val="both"/>
        <w:rPr>
          <w:i/>
          <w:iCs/>
          <w:sz w:val="24"/>
          <w:szCs w:val="24"/>
        </w:rPr>
      </w:pPr>
      <w:r>
        <w:rPr>
          <w:i/>
          <w:iCs/>
          <w:sz w:val="24"/>
          <w:szCs w:val="24"/>
        </w:rPr>
        <w:t>E avendovi considerato che il persichino si scantona facile nel angoli per il sternito del presbiterio si amette al partitante di mettere a luogo di persichino miscio di francia ben colorito e lustrato di grosezza meza oncia francha con le lose di sotto di onze 1 ½ acciò facci asieme li oncie 2 in ordine a l’altri marmi coloriti s’intende che re</w:t>
      </w:r>
      <w:r w:rsidR="004C72DB">
        <w:rPr>
          <w:i/>
          <w:iCs/>
          <w:sz w:val="24"/>
          <w:szCs w:val="24"/>
        </w:rPr>
        <w:t>s</w:t>
      </w:r>
      <w:r>
        <w:rPr>
          <w:i/>
          <w:iCs/>
          <w:sz w:val="24"/>
          <w:szCs w:val="24"/>
        </w:rPr>
        <w:t>ta la misura espressa nel istruzione si amette che a luogo di persichino mischio di francia per essere questa parte di sternito più sotile nel lavoro e il marmo più perfetto del persichino per il colore.</w:t>
      </w:r>
    </w:p>
    <w:p w14:paraId="6A60D9CA" w14:textId="1132A328" w:rsidR="0066490D" w:rsidRDefault="0066490D" w:rsidP="006C5043">
      <w:pPr>
        <w:jc w:val="both"/>
        <w:rPr>
          <w:i/>
          <w:iCs/>
          <w:sz w:val="24"/>
          <w:szCs w:val="24"/>
        </w:rPr>
      </w:pPr>
      <w:r>
        <w:rPr>
          <w:i/>
          <w:iCs/>
          <w:sz w:val="24"/>
          <w:szCs w:val="24"/>
        </w:rPr>
        <w:lastRenderedPageBreak/>
        <w:t>Il pavimento vicino a l’altare sarà della figura che dimostra il disegnio segniato con lettera C e sarà di 3e colori cioè giallo di Verona nero di Como o di Cunio e persichino rosso ben colorito comesso sopra losoni come sopra la grosezza di oncia una e il marmo colorito non meno che un oncia franch</w:t>
      </w:r>
      <w:r w:rsidR="00B2094D">
        <w:rPr>
          <w:i/>
          <w:iCs/>
          <w:sz w:val="24"/>
          <w:szCs w:val="24"/>
        </w:rPr>
        <w:t>a</w:t>
      </w:r>
      <w:r>
        <w:rPr>
          <w:i/>
          <w:iCs/>
          <w:sz w:val="24"/>
          <w:szCs w:val="24"/>
        </w:rPr>
        <w:t xml:space="preserve"> sopra ben incolato con la solita e bona colla di scarpellino e ben comesso asieme e perfettamente lustrato.</w:t>
      </w:r>
    </w:p>
    <w:p w14:paraId="155BC750" w14:textId="77777777" w:rsidR="0066490D" w:rsidRDefault="0066490D" w:rsidP="006C5043">
      <w:pPr>
        <w:jc w:val="both"/>
        <w:rPr>
          <w:i/>
          <w:iCs/>
          <w:sz w:val="24"/>
          <w:szCs w:val="24"/>
        </w:rPr>
      </w:pPr>
      <w:r>
        <w:rPr>
          <w:i/>
          <w:iCs/>
          <w:sz w:val="24"/>
          <w:szCs w:val="24"/>
        </w:rPr>
        <w:t>La guida in torno di marmore biggio di frabosa ben comessa e lustrata e di oncie 2 di grosezza secondo tutto il resto della chiesa e presbiterio.</w:t>
      </w:r>
    </w:p>
    <w:p w14:paraId="188E6DFF" w14:textId="77777777" w:rsidR="00E620A8" w:rsidRDefault="0066490D" w:rsidP="006C5043">
      <w:pPr>
        <w:jc w:val="both"/>
        <w:rPr>
          <w:i/>
          <w:iCs/>
          <w:sz w:val="24"/>
          <w:szCs w:val="24"/>
        </w:rPr>
      </w:pPr>
      <w:r>
        <w:rPr>
          <w:i/>
          <w:iCs/>
          <w:sz w:val="24"/>
          <w:szCs w:val="24"/>
        </w:rPr>
        <w:t xml:space="preserve">Li scalini che si salisce per il presbiterio quanto quelli che vanno a l’altare maggiore che altri che sono alle quatro capelletti saranno di marmore biggio di frabosa di largezza oncie 10 per la </w:t>
      </w:r>
      <w:r w:rsidR="00E620A8">
        <w:rPr>
          <w:i/>
          <w:iCs/>
          <w:sz w:val="24"/>
          <w:szCs w:val="24"/>
        </w:rPr>
        <w:t>longezza in pezzi da concentrarsi sul posto altezza oncie 3 ½ con suo cordone e quadretto con gola nel piano 2° denota il profilo in margine saranno bene uguagiati nelle commissure e parimente nel colore onendo i più chiari a sieme e li più coloriti asieme e saranno per tantto tutti di ottimo e bon colore.</w:t>
      </w:r>
    </w:p>
    <w:p w14:paraId="233BC742" w14:textId="5EA9F080" w:rsidR="00E620A8" w:rsidRDefault="00E620A8" w:rsidP="006C5043">
      <w:pPr>
        <w:jc w:val="both"/>
        <w:rPr>
          <w:i/>
          <w:iCs/>
          <w:sz w:val="24"/>
          <w:szCs w:val="24"/>
        </w:rPr>
      </w:pPr>
      <w:r>
        <w:rPr>
          <w:i/>
          <w:iCs/>
          <w:sz w:val="24"/>
          <w:szCs w:val="24"/>
        </w:rPr>
        <w:t>Nell 4° capelle piccole i guidane in torno saranno di detto marmore biggio di frabosa di colore e grosezza come sopra.</w:t>
      </w:r>
    </w:p>
    <w:p w14:paraId="272C4C99" w14:textId="77777777" w:rsidR="00E620A8" w:rsidRDefault="00E620A8" w:rsidP="006C5043">
      <w:pPr>
        <w:jc w:val="both"/>
        <w:rPr>
          <w:i/>
          <w:iCs/>
          <w:sz w:val="24"/>
          <w:szCs w:val="24"/>
        </w:rPr>
      </w:pPr>
      <w:r>
        <w:rPr>
          <w:i/>
          <w:iCs/>
          <w:sz w:val="24"/>
          <w:szCs w:val="24"/>
        </w:rPr>
        <w:t>Il tutto ben comesso lustrato e bonissimi machie e colori e a opera conlaudata e approvata.</w:t>
      </w:r>
    </w:p>
    <w:p w14:paraId="092FD6BD" w14:textId="77777777" w:rsidR="0025130B" w:rsidRDefault="0025130B" w:rsidP="006C5043">
      <w:pPr>
        <w:jc w:val="both"/>
        <w:rPr>
          <w:i/>
          <w:iCs/>
          <w:sz w:val="24"/>
          <w:szCs w:val="24"/>
        </w:rPr>
      </w:pPr>
      <w:r>
        <w:rPr>
          <w:i/>
          <w:iCs/>
          <w:sz w:val="24"/>
          <w:szCs w:val="24"/>
        </w:rPr>
        <w:t>Saranno tenuti a movere e rimovere detti marmi e si darà il mastro muratore intendendo un solo mastro con garzone e calcina o materiale di mattoni o pianelle per spianare e uguagliare il terreno del resto sarà tutto a conto e costo dell impresario.</w:t>
      </w:r>
    </w:p>
    <w:p w14:paraId="6B13C365" w14:textId="1A513BFA" w:rsidR="00E620A8" w:rsidRDefault="00E620A8" w:rsidP="006C5043">
      <w:pPr>
        <w:jc w:val="both"/>
        <w:rPr>
          <w:i/>
          <w:iCs/>
          <w:sz w:val="24"/>
          <w:szCs w:val="24"/>
        </w:rPr>
      </w:pPr>
      <w:r>
        <w:rPr>
          <w:i/>
          <w:iCs/>
          <w:sz w:val="24"/>
          <w:szCs w:val="24"/>
        </w:rPr>
        <w:t>Si daranno le condotte da Torino a Soperga e saranno obligati di caricare e scaricare i pezzi d</w:t>
      </w:r>
      <w:r w:rsidR="0025130B">
        <w:rPr>
          <w:i/>
          <w:iCs/>
          <w:sz w:val="24"/>
          <w:szCs w:val="24"/>
        </w:rPr>
        <w:t>a</w:t>
      </w:r>
      <w:r>
        <w:rPr>
          <w:i/>
          <w:iCs/>
          <w:sz w:val="24"/>
          <w:szCs w:val="24"/>
        </w:rPr>
        <w:t>lli ca</w:t>
      </w:r>
      <w:r w:rsidR="0025130B">
        <w:rPr>
          <w:i/>
          <w:iCs/>
          <w:sz w:val="24"/>
          <w:szCs w:val="24"/>
        </w:rPr>
        <w:t>rr</w:t>
      </w:r>
      <w:r>
        <w:rPr>
          <w:i/>
          <w:iCs/>
          <w:sz w:val="24"/>
          <w:szCs w:val="24"/>
        </w:rPr>
        <w:t>i e asistere alla condotta acciò vadino intieri e senza nesun difetto.</w:t>
      </w:r>
    </w:p>
    <w:p w14:paraId="3860B46C" w14:textId="7D0B488A" w:rsidR="006C5043" w:rsidRDefault="00E620A8" w:rsidP="006C5043">
      <w:pPr>
        <w:jc w:val="both"/>
        <w:rPr>
          <w:i/>
          <w:iCs/>
          <w:sz w:val="24"/>
          <w:szCs w:val="24"/>
        </w:rPr>
      </w:pPr>
      <w:r>
        <w:rPr>
          <w:i/>
          <w:iCs/>
          <w:sz w:val="24"/>
          <w:szCs w:val="24"/>
        </w:rPr>
        <w:t>Il tutto finito e perfetionato la metà dell lavoro al meno due quinti questo anno 1730 e darllo finito e perfezionato il tutto 31 con tutta diligenza e 2° richiede l’arte di bon scarpellino e opera soda ben fatta e perfettamente eseguita a opera conlaudata.</w:t>
      </w:r>
      <w:r w:rsidR="00000000">
        <w:rPr>
          <w:i/>
          <w:iCs/>
          <w:sz w:val="24"/>
          <w:szCs w:val="24"/>
        </w:rPr>
        <w:pict w14:anchorId="2726D35A">
          <v:rect id="_x0000_i1472" style="width:0;height:1.5pt" o:hralign="center" o:hrstd="t" o:hr="t" fillcolor="#a0a0a0" stroked="f"/>
        </w:pict>
      </w:r>
    </w:p>
    <w:p w14:paraId="7A8962A0" w14:textId="59F21D73" w:rsidR="006C6909" w:rsidRDefault="006C6909" w:rsidP="006C5043">
      <w:pPr>
        <w:jc w:val="right"/>
        <w:rPr>
          <w:i/>
          <w:iCs/>
          <w:sz w:val="24"/>
          <w:szCs w:val="24"/>
        </w:rPr>
      </w:pPr>
      <w:r w:rsidRPr="006C6909">
        <w:rPr>
          <w:i/>
          <w:iCs/>
          <w:sz w:val="24"/>
          <w:szCs w:val="24"/>
        </w:rPr>
        <w:t>a 25 Febraro 1730</w:t>
      </w:r>
    </w:p>
    <w:p w14:paraId="36B81B1D" w14:textId="77777777" w:rsidR="006C5043" w:rsidRDefault="006C6909" w:rsidP="006C5043">
      <w:pPr>
        <w:jc w:val="right"/>
        <w:rPr>
          <w:i/>
          <w:iCs/>
          <w:sz w:val="24"/>
          <w:szCs w:val="24"/>
        </w:rPr>
      </w:pPr>
      <w:r w:rsidRPr="006C6909">
        <w:rPr>
          <w:i/>
          <w:iCs/>
          <w:sz w:val="24"/>
          <w:szCs w:val="24"/>
        </w:rPr>
        <w:t>Cavaliere Don Filippo Juvarra Primo Architetto</w:t>
      </w:r>
      <w:r w:rsidR="00000000">
        <w:rPr>
          <w:i/>
          <w:iCs/>
          <w:sz w:val="24"/>
          <w:szCs w:val="24"/>
        </w:rPr>
        <w:pict w14:anchorId="5F5C0A0D">
          <v:rect id="_x0000_i1473" style="width:0;height:1.5pt" o:hralign="center" o:hrstd="t" o:hr="t" fillcolor="#a0a0a0" stroked="f"/>
        </w:pict>
      </w:r>
    </w:p>
    <w:p w14:paraId="778B6256" w14:textId="70F65F6F" w:rsidR="006C6909" w:rsidRDefault="006C6909" w:rsidP="00CF386F">
      <w:pPr>
        <w:jc w:val="both"/>
        <w:rPr>
          <w:sz w:val="24"/>
          <w:szCs w:val="24"/>
        </w:rPr>
      </w:pPr>
      <w:r w:rsidRPr="006C6909">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w:t>
      </w:r>
      <w:r w:rsidRPr="006C6909">
        <w:rPr>
          <w:sz w:val="24"/>
          <w:szCs w:val="24"/>
        </w:rPr>
        <w:t>l.1</w:t>
      </w:r>
      <w:r>
        <w:rPr>
          <w:sz w:val="24"/>
          <w:szCs w:val="24"/>
        </w:rPr>
        <w:t>92-193</w:t>
      </w:r>
      <w:r w:rsidRPr="006C6909">
        <w:rPr>
          <w:sz w:val="24"/>
          <w:szCs w:val="24"/>
        </w:rPr>
        <w:t>.</w:t>
      </w:r>
    </w:p>
    <w:p w14:paraId="6A289BCC" w14:textId="77777777" w:rsidR="006C6909" w:rsidRDefault="006C6909" w:rsidP="00CF386F">
      <w:pPr>
        <w:jc w:val="both"/>
        <w:rPr>
          <w:sz w:val="24"/>
          <w:szCs w:val="24"/>
        </w:rPr>
      </w:pPr>
    </w:p>
    <w:p w14:paraId="029C3012" w14:textId="77777777" w:rsidR="006C5043" w:rsidRDefault="006C6909" w:rsidP="006C5043">
      <w:pPr>
        <w:jc w:val="center"/>
        <w:rPr>
          <w:i/>
          <w:iCs/>
          <w:sz w:val="24"/>
          <w:szCs w:val="24"/>
        </w:rPr>
      </w:pPr>
      <w:r w:rsidRPr="006C6909">
        <w:rPr>
          <w:b/>
          <w:bCs/>
          <w:i/>
          <w:iCs/>
          <w:sz w:val="24"/>
          <w:szCs w:val="24"/>
        </w:rPr>
        <w:t>Instruzione per il cavo di terra da farsi in questo anno 1730</w:t>
      </w:r>
      <w:r w:rsidR="00000000">
        <w:rPr>
          <w:i/>
          <w:iCs/>
          <w:sz w:val="24"/>
          <w:szCs w:val="24"/>
        </w:rPr>
        <w:pict w14:anchorId="79A0539C">
          <v:rect id="_x0000_i1474" style="width:0;height:1.5pt" o:hralign="center" o:hrstd="t" o:hr="t" fillcolor="#a0a0a0" stroked="f"/>
        </w:pict>
      </w:r>
    </w:p>
    <w:p w14:paraId="33E3FAF7" w14:textId="384D3204" w:rsidR="00170FE0" w:rsidRDefault="00170FE0" w:rsidP="006C5043">
      <w:pPr>
        <w:jc w:val="both"/>
        <w:rPr>
          <w:i/>
          <w:iCs/>
          <w:sz w:val="24"/>
          <w:szCs w:val="24"/>
        </w:rPr>
      </w:pPr>
      <w:r>
        <w:rPr>
          <w:i/>
          <w:iCs/>
          <w:sz w:val="24"/>
          <w:szCs w:val="24"/>
        </w:rPr>
        <w:t xml:space="preserve">Il cavo di terra sarà fatto nella parte che gli verrà indicata dall asistente e sarà a tanto il trabucho cubbo e saranno obligati di trasportare la terra per spianare il terra pieno in torno e l’altra terra da mettersi nel angolo della terazza che guarda levante e mezogiorno nella parte di fuori se sarà </w:t>
      </w:r>
      <w:r>
        <w:rPr>
          <w:i/>
          <w:iCs/>
          <w:sz w:val="24"/>
          <w:szCs w:val="24"/>
        </w:rPr>
        <w:lastRenderedPageBreak/>
        <w:t>bastante quella terra di ½ n</w:t>
      </w:r>
      <w:r w:rsidR="0025130B">
        <w:rPr>
          <w:i/>
          <w:iCs/>
          <w:sz w:val="24"/>
          <w:szCs w:val="24"/>
        </w:rPr>
        <w:t>ot</w:t>
      </w:r>
      <w:r>
        <w:rPr>
          <w:i/>
          <w:iCs/>
          <w:sz w:val="24"/>
          <w:szCs w:val="24"/>
        </w:rPr>
        <w:t>t</w:t>
      </w:r>
      <w:r w:rsidR="0025130B">
        <w:rPr>
          <w:i/>
          <w:iCs/>
          <w:sz w:val="24"/>
          <w:szCs w:val="24"/>
        </w:rPr>
        <w:t>e</w:t>
      </w:r>
      <w:r>
        <w:rPr>
          <w:i/>
          <w:iCs/>
          <w:sz w:val="24"/>
          <w:szCs w:val="24"/>
        </w:rPr>
        <w:t xml:space="preserve"> si caverà in quel posto altrimente si d</w:t>
      </w:r>
      <w:r w:rsidR="0025130B">
        <w:rPr>
          <w:i/>
          <w:iCs/>
          <w:sz w:val="24"/>
          <w:szCs w:val="24"/>
        </w:rPr>
        <w:t>e</w:t>
      </w:r>
      <w:r>
        <w:rPr>
          <w:i/>
          <w:iCs/>
          <w:sz w:val="24"/>
          <w:szCs w:val="24"/>
        </w:rPr>
        <w:t>laterà la piazza laterale alla facciata della chiesa.</w:t>
      </w:r>
    </w:p>
    <w:p w14:paraId="10F41410" w14:textId="3A880F7D" w:rsidR="00170FE0" w:rsidRDefault="00170FE0" w:rsidP="006C5043">
      <w:pPr>
        <w:jc w:val="both"/>
        <w:rPr>
          <w:i/>
          <w:iCs/>
          <w:sz w:val="24"/>
          <w:szCs w:val="24"/>
        </w:rPr>
      </w:pPr>
      <w:r>
        <w:rPr>
          <w:i/>
          <w:iCs/>
          <w:sz w:val="24"/>
          <w:szCs w:val="24"/>
        </w:rPr>
        <w:t>Saranno obligati di levare tutte le pietre tantto piccole che grossi che prove</w:t>
      </w:r>
      <w:r w:rsidR="0025130B">
        <w:rPr>
          <w:i/>
          <w:iCs/>
          <w:sz w:val="24"/>
          <w:szCs w:val="24"/>
        </w:rPr>
        <w:t>n</w:t>
      </w:r>
      <w:r>
        <w:rPr>
          <w:i/>
          <w:iCs/>
          <w:sz w:val="24"/>
          <w:szCs w:val="24"/>
        </w:rPr>
        <w:t>eranno di detto spianamento o cavo e questi li metteranno tutti asieme a muchio o vero in diversi ba</w:t>
      </w:r>
      <w:r w:rsidR="0025130B">
        <w:rPr>
          <w:i/>
          <w:iCs/>
          <w:sz w:val="24"/>
          <w:szCs w:val="24"/>
        </w:rPr>
        <w:t>r</w:t>
      </w:r>
      <w:r>
        <w:rPr>
          <w:i/>
          <w:iCs/>
          <w:sz w:val="24"/>
          <w:szCs w:val="24"/>
        </w:rPr>
        <w:t>oni 2° il comodo de medesimi impresarij.</w:t>
      </w:r>
    </w:p>
    <w:p w14:paraId="7A7B66A1" w14:textId="0C2DA701" w:rsidR="00170FE0" w:rsidRDefault="00170FE0" w:rsidP="006C5043">
      <w:pPr>
        <w:jc w:val="both"/>
        <w:rPr>
          <w:i/>
          <w:iCs/>
          <w:sz w:val="24"/>
          <w:szCs w:val="24"/>
        </w:rPr>
      </w:pPr>
      <w:r>
        <w:rPr>
          <w:i/>
          <w:iCs/>
          <w:sz w:val="24"/>
          <w:szCs w:val="24"/>
        </w:rPr>
        <w:t>Le pietre di calcina saranno obligati di meterlli a parte in ba</w:t>
      </w:r>
      <w:r w:rsidR="0025130B">
        <w:rPr>
          <w:i/>
          <w:iCs/>
          <w:sz w:val="24"/>
          <w:szCs w:val="24"/>
        </w:rPr>
        <w:t>r</w:t>
      </w:r>
      <w:r>
        <w:rPr>
          <w:i/>
          <w:iCs/>
          <w:sz w:val="24"/>
          <w:szCs w:val="24"/>
        </w:rPr>
        <w:t>one che gli verrà indicato e dove caveranno o spianeranno lasceranno il piano perfetto 2° gli verrà ma</w:t>
      </w:r>
      <w:r w:rsidR="0025130B">
        <w:rPr>
          <w:i/>
          <w:iCs/>
          <w:sz w:val="24"/>
          <w:szCs w:val="24"/>
        </w:rPr>
        <w:t>rc</w:t>
      </w:r>
      <w:r>
        <w:rPr>
          <w:i/>
          <w:iCs/>
          <w:sz w:val="24"/>
          <w:szCs w:val="24"/>
        </w:rPr>
        <w:t xml:space="preserve">ato </w:t>
      </w:r>
      <w:r w:rsidR="0025130B">
        <w:rPr>
          <w:i/>
          <w:iCs/>
          <w:sz w:val="24"/>
          <w:szCs w:val="24"/>
        </w:rPr>
        <w:t xml:space="preserve">il livello </w:t>
      </w:r>
      <w:r>
        <w:rPr>
          <w:i/>
          <w:iCs/>
          <w:sz w:val="24"/>
          <w:szCs w:val="24"/>
        </w:rPr>
        <w:t>dall asistente di detta fabricha.</w:t>
      </w:r>
    </w:p>
    <w:p w14:paraId="542DFBB5" w14:textId="325C72DC" w:rsidR="00170FE0" w:rsidRDefault="00170FE0" w:rsidP="006C5043">
      <w:pPr>
        <w:jc w:val="both"/>
        <w:rPr>
          <w:i/>
          <w:iCs/>
          <w:sz w:val="24"/>
          <w:szCs w:val="24"/>
        </w:rPr>
      </w:pPr>
      <w:r>
        <w:rPr>
          <w:i/>
          <w:iCs/>
          <w:sz w:val="24"/>
          <w:szCs w:val="24"/>
        </w:rPr>
        <w:t>Faranno anche il cavo sotto l’atrio della chiesa cioè la piccola stanza a conto e intorno dell pozzo come parimente la sua galleria o pasaggio per andare a detto pozzo e la terra preveniente di detto pocho cavo sarà m</w:t>
      </w:r>
      <w:r w:rsidR="0025130B">
        <w:rPr>
          <w:i/>
          <w:iCs/>
          <w:sz w:val="24"/>
          <w:szCs w:val="24"/>
        </w:rPr>
        <w:t>i</w:t>
      </w:r>
      <w:r>
        <w:rPr>
          <w:i/>
          <w:iCs/>
          <w:sz w:val="24"/>
          <w:szCs w:val="24"/>
        </w:rPr>
        <w:t>ssa a indicazione dell asistente alle parti sopra detti.</w:t>
      </w:r>
    </w:p>
    <w:p w14:paraId="123F40C3" w14:textId="77777777" w:rsidR="00170FE0" w:rsidRDefault="00170FE0" w:rsidP="006C5043">
      <w:pPr>
        <w:jc w:val="both"/>
        <w:rPr>
          <w:i/>
          <w:iCs/>
          <w:sz w:val="24"/>
          <w:szCs w:val="24"/>
        </w:rPr>
      </w:pPr>
      <w:r>
        <w:rPr>
          <w:i/>
          <w:iCs/>
          <w:sz w:val="24"/>
          <w:szCs w:val="24"/>
        </w:rPr>
        <w:t>Il tutto sarà a opera conlaudata e approvata.</w:t>
      </w:r>
    </w:p>
    <w:p w14:paraId="66CF529F" w14:textId="1DB1BAC0" w:rsidR="006C5043" w:rsidRDefault="00170FE0" w:rsidP="006C5043">
      <w:pPr>
        <w:jc w:val="both"/>
        <w:rPr>
          <w:i/>
          <w:iCs/>
          <w:sz w:val="24"/>
          <w:szCs w:val="24"/>
        </w:rPr>
      </w:pPr>
      <w:r>
        <w:rPr>
          <w:i/>
          <w:iCs/>
          <w:sz w:val="24"/>
          <w:szCs w:val="24"/>
        </w:rPr>
        <w:t>Sarà a conto dell impresarij tutti l’otenzili cioè p</w:t>
      </w:r>
      <w:r w:rsidR="0025130B">
        <w:rPr>
          <w:i/>
          <w:iCs/>
          <w:sz w:val="24"/>
          <w:szCs w:val="24"/>
        </w:rPr>
        <w:t>a</w:t>
      </w:r>
      <w:r>
        <w:rPr>
          <w:i/>
          <w:iCs/>
          <w:sz w:val="24"/>
          <w:szCs w:val="24"/>
        </w:rPr>
        <w:t>le picchi carette pali di ferro o altro che sarà necesario per detto cavo e saranno obligati di mettere la quantità di lavoratori e lavoranti 2° richiede detto cavo.</w:t>
      </w:r>
      <w:r w:rsidR="00000000">
        <w:rPr>
          <w:i/>
          <w:iCs/>
          <w:sz w:val="24"/>
          <w:szCs w:val="24"/>
        </w:rPr>
        <w:pict w14:anchorId="193196D3">
          <v:rect id="_x0000_i1475" style="width:0;height:1.5pt" o:hralign="center" o:hrstd="t" o:hr="t" fillcolor="#a0a0a0" stroked="f"/>
        </w:pict>
      </w:r>
    </w:p>
    <w:p w14:paraId="6837AAC5" w14:textId="69F22FCE" w:rsidR="006C6909" w:rsidRDefault="006C6909" w:rsidP="006C5043">
      <w:pPr>
        <w:jc w:val="right"/>
        <w:rPr>
          <w:i/>
          <w:iCs/>
          <w:sz w:val="24"/>
          <w:szCs w:val="24"/>
        </w:rPr>
      </w:pPr>
      <w:r w:rsidRPr="006C6909">
        <w:rPr>
          <w:i/>
          <w:iCs/>
          <w:sz w:val="24"/>
          <w:szCs w:val="24"/>
        </w:rPr>
        <w:t xml:space="preserve">giorno di </w:t>
      </w:r>
      <w:r w:rsidR="00F61914">
        <w:rPr>
          <w:i/>
          <w:iCs/>
          <w:sz w:val="24"/>
          <w:szCs w:val="24"/>
        </w:rPr>
        <w:t>1°</w:t>
      </w:r>
      <w:r w:rsidRPr="006C6909">
        <w:rPr>
          <w:i/>
          <w:iCs/>
          <w:sz w:val="24"/>
          <w:szCs w:val="24"/>
        </w:rPr>
        <w:t xml:space="preserve">  Marzo 1730</w:t>
      </w:r>
    </w:p>
    <w:p w14:paraId="649D8541" w14:textId="77777777" w:rsidR="006C5043" w:rsidRDefault="006C6909" w:rsidP="006C5043">
      <w:pPr>
        <w:jc w:val="right"/>
        <w:rPr>
          <w:i/>
          <w:iCs/>
          <w:sz w:val="24"/>
          <w:szCs w:val="24"/>
        </w:rPr>
      </w:pPr>
      <w:r w:rsidRPr="006C6909">
        <w:rPr>
          <w:i/>
          <w:iCs/>
          <w:sz w:val="24"/>
          <w:szCs w:val="24"/>
        </w:rPr>
        <w:t>Cavaliere Don Filippo Juvarra Primo Architetto</w:t>
      </w:r>
      <w:r w:rsidR="00000000">
        <w:rPr>
          <w:i/>
          <w:iCs/>
          <w:sz w:val="24"/>
          <w:szCs w:val="24"/>
        </w:rPr>
        <w:pict w14:anchorId="454CB628">
          <v:rect id="_x0000_i1476" style="width:0;height:1.5pt" o:hralign="center" o:hrstd="t" o:hr="t" fillcolor="#a0a0a0" stroked="f"/>
        </w:pict>
      </w:r>
    </w:p>
    <w:p w14:paraId="02008BE7" w14:textId="170A8BF2" w:rsidR="006C6909" w:rsidRDefault="006C6909" w:rsidP="00CF386F">
      <w:pPr>
        <w:jc w:val="both"/>
        <w:rPr>
          <w:sz w:val="24"/>
          <w:szCs w:val="24"/>
        </w:rPr>
      </w:pPr>
      <w:r w:rsidRPr="006C6909">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w:t>
      </w:r>
      <w:r w:rsidRPr="006C6909">
        <w:rPr>
          <w:sz w:val="24"/>
          <w:szCs w:val="24"/>
        </w:rPr>
        <w:t>.</w:t>
      </w:r>
      <w:r w:rsidR="00F61914">
        <w:rPr>
          <w:sz w:val="24"/>
          <w:szCs w:val="24"/>
        </w:rPr>
        <w:t xml:space="preserve"> </w:t>
      </w:r>
      <w:r>
        <w:rPr>
          <w:sz w:val="24"/>
          <w:szCs w:val="24"/>
        </w:rPr>
        <w:t>94</w:t>
      </w:r>
      <w:r w:rsidRPr="006C6909">
        <w:rPr>
          <w:sz w:val="24"/>
          <w:szCs w:val="24"/>
        </w:rPr>
        <w:t>.</w:t>
      </w:r>
    </w:p>
    <w:p w14:paraId="2BC86521" w14:textId="77777777" w:rsidR="006C6909" w:rsidRDefault="006C6909" w:rsidP="00CF386F">
      <w:pPr>
        <w:jc w:val="both"/>
        <w:rPr>
          <w:sz w:val="24"/>
          <w:szCs w:val="24"/>
        </w:rPr>
      </w:pPr>
    </w:p>
    <w:p w14:paraId="5686AEAD" w14:textId="77777777" w:rsidR="006C5043" w:rsidRDefault="006C6909" w:rsidP="006C5043">
      <w:pPr>
        <w:jc w:val="center"/>
        <w:rPr>
          <w:i/>
          <w:iCs/>
          <w:sz w:val="24"/>
          <w:szCs w:val="24"/>
        </w:rPr>
      </w:pPr>
      <w:r w:rsidRPr="006C6909">
        <w:rPr>
          <w:b/>
          <w:bCs/>
          <w:i/>
          <w:iCs/>
          <w:sz w:val="24"/>
          <w:szCs w:val="24"/>
        </w:rPr>
        <w:t>Instruzione per le muraglie di pietre, e di mattoni, sterniti, volte, stabiliture, cornice, e ornamenti di stucco per La Real Chiesa di Soperga nell anno 1730 Per sola fattura</w:t>
      </w:r>
      <w:r w:rsidR="00000000">
        <w:rPr>
          <w:i/>
          <w:iCs/>
          <w:sz w:val="24"/>
          <w:szCs w:val="24"/>
        </w:rPr>
        <w:pict w14:anchorId="54D60A5F">
          <v:rect id="_x0000_i1477" style="width:0;height:1.5pt" o:hralign="center" o:hrstd="t" o:hr="t" fillcolor="#a0a0a0" stroked="f"/>
        </w:pict>
      </w:r>
    </w:p>
    <w:p w14:paraId="4F93FB2A" w14:textId="785D2C6D" w:rsidR="000F23D3" w:rsidRDefault="002F1173" w:rsidP="006C5043">
      <w:pPr>
        <w:jc w:val="both"/>
        <w:rPr>
          <w:i/>
          <w:iCs/>
          <w:sz w:val="24"/>
          <w:szCs w:val="24"/>
        </w:rPr>
      </w:pPr>
      <w:r>
        <w:rPr>
          <w:i/>
          <w:iCs/>
          <w:sz w:val="24"/>
          <w:szCs w:val="24"/>
        </w:rPr>
        <w:t xml:space="preserve">Muraglia ordinaria sarà con </w:t>
      </w:r>
      <w:r w:rsidR="00311838">
        <w:rPr>
          <w:i/>
          <w:iCs/>
          <w:sz w:val="24"/>
          <w:szCs w:val="24"/>
        </w:rPr>
        <w:t>suoi scanzelli di mattoni per tutta la sua grosezza e la distanza fra un mattone e l’altro non sarà più che un quarto d’onza tantto in testa che lateralmente l’altezza di detti scanzelli sarà di quatro altezze di mattoni e ove sarà ordinato dall’architetto non più di cinque saranno obligati di ben scagliare le pietre e baterlli con suo martello e che detta muraglia sia ben guarnita e scagliata tantto nella faccia che esteriormente in piano perfetto e a piombo e ove sarà d’opo a scarpa saranno obligati e si comprenderà in detta muraglia ogni sorte di angolo o di mattone tantto entrante che saliente e di qual si sia figura che re</w:t>
      </w:r>
      <w:r w:rsidR="0025130B">
        <w:rPr>
          <w:i/>
          <w:iCs/>
          <w:sz w:val="24"/>
          <w:szCs w:val="24"/>
        </w:rPr>
        <w:t>t</w:t>
      </w:r>
      <w:r w:rsidR="00311838">
        <w:rPr>
          <w:i/>
          <w:iCs/>
          <w:sz w:val="24"/>
          <w:szCs w:val="24"/>
        </w:rPr>
        <w:t>ta o circolare si de</w:t>
      </w:r>
      <w:r w:rsidR="002313CA">
        <w:rPr>
          <w:i/>
          <w:iCs/>
          <w:sz w:val="24"/>
          <w:szCs w:val="24"/>
        </w:rPr>
        <w:t>sidera</w:t>
      </w:r>
      <w:r w:rsidR="00311838">
        <w:rPr>
          <w:i/>
          <w:iCs/>
          <w:sz w:val="24"/>
          <w:szCs w:val="24"/>
        </w:rPr>
        <w:t xml:space="preserve"> detta muraglia tantto sotto terra per fondamenta che for di terra e saranno comprese in detta muraglia i volttini sordini archi archoni di qual si sia grosezza che verrà ordinato dall architetto tantto fatte con centine che sopra terra e saranno obligati parimente senza bonificazione di cosa alcuna mettere i radici o chiave di ferro con farlle tirare 2° richiederà l’occasione nel mettere in opera i mattoni saranno obligati bagniarlli a matton coperto e imboccare detta muraglia e fare le sue calcinate 2° il bon stile di murare i materiali li </w:t>
      </w:r>
      <w:r w:rsidR="00311838">
        <w:rPr>
          <w:i/>
          <w:iCs/>
          <w:sz w:val="24"/>
          <w:szCs w:val="24"/>
        </w:rPr>
        <w:lastRenderedPageBreak/>
        <w:t>prenderanno in qualunque parte che si ritroverà sul piano di detto monte o sotto il piano terreno della fabricha e nella condotta de mattoni farlli scaricare a loro più comodo posto se ve ne saranno come parimente la sabia con</w:t>
      </w:r>
      <w:r w:rsidR="002313CA">
        <w:rPr>
          <w:i/>
          <w:iCs/>
          <w:sz w:val="24"/>
          <w:szCs w:val="24"/>
        </w:rPr>
        <w:t>sumata</w:t>
      </w:r>
      <w:r w:rsidR="00311838">
        <w:rPr>
          <w:i/>
          <w:iCs/>
          <w:sz w:val="24"/>
          <w:szCs w:val="24"/>
        </w:rPr>
        <w:t xml:space="preserve"> però prima quella che al presente si ritrova nell cortile 2° altri anni si ha fatto saranno obligati </w:t>
      </w:r>
      <w:r w:rsidR="000F23D3">
        <w:rPr>
          <w:i/>
          <w:iCs/>
          <w:sz w:val="24"/>
          <w:szCs w:val="24"/>
        </w:rPr>
        <w:t>prendervi l’aqua ove si ritrova in dett</w:t>
      </w:r>
      <w:r w:rsidR="002313CA">
        <w:rPr>
          <w:i/>
          <w:iCs/>
          <w:sz w:val="24"/>
          <w:szCs w:val="24"/>
        </w:rPr>
        <w:t>o</w:t>
      </w:r>
      <w:r w:rsidR="000F23D3">
        <w:rPr>
          <w:i/>
          <w:iCs/>
          <w:sz w:val="24"/>
          <w:szCs w:val="24"/>
        </w:rPr>
        <w:t xml:space="preserve"> p</w:t>
      </w:r>
      <w:r w:rsidR="002313CA">
        <w:rPr>
          <w:i/>
          <w:iCs/>
          <w:sz w:val="24"/>
          <w:szCs w:val="24"/>
        </w:rPr>
        <w:t>iano</w:t>
      </w:r>
      <w:r w:rsidR="000F23D3">
        <w:rPr>
          <w:i/>
          <w:iCs/>
          <w:sz w:val="24"/>
          <w:szCs w:val="24"/>
        </w:rPr>
        <w:t xml:space="preserve"> dell monte e nelle cisterne e in caso di mancanza gli sarà provista.</w:t>
      </w:r>
    </w:p>
    <w:p w14:paraId="187D7A37" w14:textId="77777777" w:rsidR="000F23D3" w:rsidRDefault="000F23D3" w:rsidP="006C5043">
      <w:pPr>
        <w:jc w:val="both"/>
        <w:rPr>
          <w:i/>
          <w:iCs/>
          <w:sz w:val="24"/>
          <w:szCs w:val="24"/>
        </w:rPr>
      </w:pPr>
      <w:r>
        <w:rPr>
          <w:i/>
          <w:iCs/>
          <w:sz w:val="24"/>
          <w:szCs w:val="24"/>
        </w:rPr>
        <w:t>Saranno obligati impiegare le grosse pietre sino che 4° boni homini le possono condurre e rivoltarlli nelle dette muraglie e prenderlle in qual si sia parte cioè sul piano dell monte il tutto bene operato e a opera conlaudata.</w:t>
      </w:r>
    </w:p>
    <w:p w14:paraId="0C2589D6" w14:textId="24D9627B" w:rsidR="000F23D3" w:rsidRDefault="000F23D3" w:rsidP="006C5043">
      <w:pPr>
        <w:jc w:val="both"/>
        <w:rPr>
          <w:i/>
          <w:iCs/>
          <w:sz w:val="24"/>
          <w:szCs w:val="24"/>
        </w:rPr>
      </w:pPr>
      <w:r>
        <w:rPr>
          <w:i/>
          <w:iCs/>
          <w:sz w:val="24"/>
          <w:szCs w:val="24"/>
        </w:rPr>
        <w:t xml:space="preserve">Muraglie di mattoni saranno lavorati con tutta diligenza e in ogni 3e corsi la sua calcinata la distanza fra un mattone e l’altro non sarà più che un quarto di oncia e i mattoni bagniati a matton coperto e saranno inclusi tutti l’angoli di qual si sia lesena zocolo spicolo e ogni impiombatura saranno obligati di fare qual si sia muraglia retta che semicircolare </w:t>
      </w:r>
      <w:r w:rsidR="002313CA">
        <w:rPr>
          <w:i/>
          <w:iCs/>
          <w:sz w:val="24"/>
          <w:szCs w:val="24"/>
        </w:rPr>
        <w:t xml:space="preserve">e </w:t>
      </w:r>
      <w:r>
        <w:rPr>
          <w:i/>
          <w:iCs/>
          <w:sz w:val="24"/>
          <w:szCs w:val="24"/>
        </w:rPr>
        <w:t xml:space="preserve">in qual si sia altezza di detta fabrica accentuando i campanili e cupola e saranno </w:t>
      </w:r>
      <w:r w:rsidR="002313CA">
        <w:rPr>
          <w:i/>
          <w:iCs/>
          <w:sz w:val="24"/>
          <w:szCs w:val="24"/>
        </w:rPr>
        <w:t>tenut</w:t>
      </w:r>
      <w:r>
        <w:rPr>
          <w:i/>
          <w:iCs/>
          <w:sz w:val="24"/>
          <w:szCs w:val="24"/>
        </w:rPr>
        <w:t>i di fare tutti li archi volti voltini sordini e archoni 2° ordinerà l’architetto di qual si sia grosezza dove sarà necesaria.</w:t>
      </w:r>
    </w:p>
    <w:p w14:paraId="5C9806F9" w14:textId="77777777" w:rsidR="000F23D3" w:rsidRDefault="000F23D3" w:rsidP="006C5043">
      <w:pPr>
        <w:jc w:val="both"/>
        <w:rPr>
          <w:i/>
          <w:iCs/>
          <w:sz w:val="24"/>
          <w:szCs w:val="24"/>
        </w:rPr>
      </w:pPr>
      <w:r>
        <w:rPr>
          <w:i/>
          <w:iCs/>
          <w:sz w:val="24"/>
          <w:szCs w:val="24"/>
        </w:rPr>
        <w:t>Voltte di mattoni saranno li più cotti e saranno sotilmente lavorati con quanta calcina meno che si possa e saranno tenuti di fare dette voltte di qual si sia figura tonde a botte a crocera a padiglione con lonette tantto in angolo che tondo di qual si sia grosezza con le fascie ove saranno necesarie e parimente i rampanti dalle scale gli assi e chiodi saranno provisti dall ofizio delle fabriche di Sa. Ma. per fare i centini delle voltte e saranno tenuti di farlle e doppie e semplice 2° richiede la grandezza della voltta a loro conto come li ponti e armature necesarie provedendogli l’ufizio tutto il legniame cordaggi e chiodi necesarij per tal lavoro sarà inclusa la mettitura in opera delle chiave e farlle tirare con suoi bolzoni 2° richiede l’arte come anche di tirarlle al posto.</w:t>
      </w:r>
    </w:p>
    <w:p w14:paraId="150E1A41" w14:textId="77777777" w:rsidR="000F23D3" w:rsidRDefault="000F23D3" w:rsidP="006C5043">
      <w:pPr>
        <w:jc w:val="both"/>
        <w:rPr>
          <w:i/>
          <w:iCs/>
          <w:sz w:val="24"/>
          <w:szCs w:val="24"/>
        </w:rPr>
      </w:pPr>
      <w:r>
        <w:rPr>
          <w:i/>
          <w:iCs/>
          <w:sz w:val="24"/>
          <w:szCs w:val="24"/>
        </w:rPr>
        <w:t>Li sproni saranno misurate per semplice muraglia sopra qual si sia voltta.</w:t>
      </w:r>
    </w:p>
    <w:p w14:paraId="1A9D4761" w14:textId="77777777" w:rsidR="000F23D3" w:rsidRDefault="000F23D3" w:rsidP="006C5043">
      <w:pPr>
        <w:jc w:val="both"/>
        <w:rPr>
          <w:i/>
          <w:iCs/>
          <w:sz w:val="24"/>
          <w:szCs w:val="24"/>
        </w:rPr>
      </w:pPr>
      <w:r>
        <w:rPr>
          <w:i/>
          <w:iCs/>
          <w:sz w:val="24"/>
          <w:szCs w:val="24"/>
        </w:rPr>
        <w:t>Cornice rustici saranno 2° le sacome che darà l’architetto da onza 1.2.3.</w:t>
      </w:r>
    </w:p>
    <w:p w14:paraId="20052510" w14:textId="77777777" w:rsidR="000F23D3" w:rsidRDefault="000F23D3" w:rsidP="006C5043">
      <w:pPr>
        <w:jc w:val="both"/>
        <w:rPr>
          <w:i/>
          <w:iCs/>
          <w:sz w:val="24"/>
          <w:szCs w:val="24"/>
        </w:rPr>
      </w:pPr>
      <w:r>
        <w:rPr>
          <w:i/>
          <w:iCs/>
          <w:sz w:val="24"/>
          <w:szCs w:val="24"/>
        </w:rPr>
        <w:t>da onza 4.5.6.</w:t>
      </w:r>
    </w:p>
    <w:p w14:paraId="2C53FC0B" w14:textId="77777777" w:rsidR="000F23D3" w:rsidRDefault="000F23D3" w:rsidP="006C5043">
      <w:pPr>
        <w:jc w:val="both"/>
        <w:rPr>
          <w:i/>
          <w:iCs/>
          <w:sz w:val="24"/>
          <w:szCs w:val="24"/>
        </w:rPr>
      </w:pPr>
      <w:r>
        <w:rPr>
          <w:i/>
          <w:iCs/>
          <w:sz w:val="24"/>
          <w:szCs w:val="24"/>
        </w:rPr>
        <w:t>da onza 7.8.9.</w:t>
      </w:r>
    </w:p>
    <w:p w14:paraId="3FE39900" w14:textId="77777777" w:rsidR="000F23D3" w:rsidRDefault="000F23D3" w:rsidP="006C5043">
      <w:pPr>
        <w:jc w:val="both"/>
        <w:rPr>
          <w:i/>
          <w:iCs/>
          <w:sz w:val="24"/>
          <w:szCs w:val="24"/>
        </w:rPr>
      </w:pPr>
      <w:r>
        <w:rPr>
          <w:i/>
          <w:iCs/>
          <w:sz w:val="24"/>
          <w:szCs w:val="24"/>
        </w:rPr>
        <w:t>da onza 10.11.12.</w:t>
      </w:r>
    </w:p>
    <w:p w14:paraId="3E730629" w14:textId="77777777" w:rsidR="000F23D3" w:rsidRDefault="000F23D3" w:rsidP="006C5043">
      <w:pPr>
        <w:jc w:val="both"/>
        <w:rPr>
          <w:i/>
          <w:iCs/>
          <w:sz w:val="24"/>
          <w:szCs w:val="24"/>
        </w:rPr>
      </w:pPr>
      <w:r>
        <w:rPr>
          <w:i/>
          <w:iCs/>
          <w:sz w:val="24"/>
          <w:szCs w:val="24"/>
        </w:rPr>
        <w:t>da onza 13.14.15.</w:t>
      </w:r>
    </w:p>
    <w:p w14:paraId="551F8ACD" w14:textId="4B4CF453" w:rsidR="002408E4" w:rsidRDefault="000F23D3" w:rsidP="006C5043">
      <w:pPr>
        <w:jc w:val="both"/>
        <w:rPr>
          <w:i/>
          <w:iCs/>
          <w:sz w:val="24"/>
          <w:szCs w:val="24"/>
        </w:rPr>
      </w:pPr>
      <w:r>
        <w:rPr>
          <w:i/>
          <w:iCs/>
          <w:sz w:val="24"/>
          <w:szCs w:val="24"/>
        </w:rPr>
        <w:t xml:space="preserve">a tanto </w:t>
      </w:r>
      <w:r w:rsidR="002408E4">
        <w:rPr>
          <w:i/>
          <w:iCs/>
          <w:sz w:val="24"/>
          <w:szCs w:val="24"/>
        </w:rPr>
        <w:t>il trabucho lineale e l’altri di maggior grandezza sarà a proporzioni saranno con mattoni tagliati e quadrati e rettamente operate acciò la sacoma passi bene e saranno tantto rette che semicircolare e qual</w:t>
      </w:r>
      <w:r w:rsidR="002313CA">
        <w:rPr>
          <w:i/>
          <w:iCs/>
          <w:sz w:val="24"/>
          <w:szCs w:val="24"/>
        </w:rPr>
        <w:t xml:space="preserve"> </w:t>
      </w:r>
      <w:r w:rsidR="002408E4">
        <w:rPr>
          <w:i/>
          <w:iCs/>
          <w:sz w:val="24"/>
          <w:szCs w:val="24"/>
        </w:rPr>
        <w:t xml:space="preserve"> altra figura mista porterà il disegnio e ove vi fosse necessità di mettere lose saranno obligati di tirarlli e mettere in opera 2° porterà l’incociolatoio della cornice che </w:t>
      </w:r>
      <w:r w:rsidR="002313CA">
        <w:rPr>
          <w:i/>
          <w:iCs/>
          <w:sz w:val="24"/>
          <w:szCs w:val="24"/>
        </w:rPr>
        <w:t>credo</w:t>
      </w:r>
      <w:r w:rsidR="002408E4">
        <w:rPr>
          <w:i/>
          <w:iCs/>
          <w:sz w:val="24"/>
          <w:szCs w:val="24"/>
        </w:rPr>
        <w:t xml:space="preserve"> che ve ne saranno in questo anno.</w:t>
      </w:r>
    </w:p>
    <w:p w14:paraId="1B52DE04" w14:textId="04D55797" w:rsidR="002408E4" w:rsidRDefault="002408E4" w:rsidP="006C5043">
      <w:pPr>
        <w:jc w:val="both"/>
        <w:rPr>
          <w:i/>
          <w:iCs/>
          <w:sz w:val="24"/>
          <w:szCs w:val="24"/>
        </w:rPr>
      </w:pPr>
      <w:r>
        <w:rPr>
          <w:i/>
          <w:iCs/>
          <w:sz w:val="24"/>
          <w:szCs w:val="24"/>
        </w:rPr>
        <w:t>Stabiliture saranno alla italiana con suo rigone messo vicino da una guida a l’altra acciò vengi uguale e deve essere liscia sod</w:t>
      </w:r>
      <w:r w:rsidR="002313CA">
        <w:rPr>
          <w:i/>
          <w:iCs/>
          <w:sz w:val="24"/>
          <w:szCs w:val="24"/>
        </w:rPr>
        <w:t>a senza vedere li colpi della cazola e nelli spigoli si metterà il suo 3° di gesso nelle stabiliture al coperto ma quelle strufinate</w:t>
      </w:r>
      <w:r>
        <w:rPr>
          <w:i/>
          <w:iCs/>
          <w:sz w:val="24"/>
          <w:szCs w:val="24"/>
        </w:rPr>
        <w:t xml:space="preserve"> e unite con tutta pulitezza e bontà a opera conlaudata. Le stabiliture delle voltte che sono fatte a mano saranno ben liscie e ove vi saranno lonette l’angoli tirati con le sue lingiole acciò siano perfette.</w:t>
      </w:r>
    </w:p>
    <w:p w14:paraId="30A2C10B" w14:textId="6083145B" w:rsidR="002408E4" w:rsidRDefault="002408E4" w:rsidP="006C5043">
      <w:pPr>
        <w:jc w:val="both"/>
        <w:rPr>
          <w:i/>
          <w:iCs/>
          <w:sz w:val="24"/>
          <w:szCs w:val="24"/>
        </w:rPr>
      </w:pPr>
      <w:r>
        <w:rPr>
          <w:i/>
          <w:iCs/>
          <w:sz w:val="24"/>
          <w:szCs w:val="24"/>
        </w:rPr>
        <w:lastRenderedPageBreak/>
        <w:t>Stabilitura e stuccatura delle cornice saranno con porzione di gesso al coperto e saranno perfettamente tirate 2° la sacoma che darà l’architetto quelli e</w:t>
      </w:r>
      <w:r w:rsidR="00F17FE7">
        <w:rPr>
          <w:i/>
          <w:iCs/>
          <w:sz w:val="24"/>
          <w:szCs w:val="24"/>
        </w:rPr>
        <w:t>s</w:t>
      </w:r>
      <w:r>
        <w:rPr>
          <w:i/>
          <w:iCs/>
          <w:sz w:val="24"/>
          <w:szCs w:val="24"/>
        </w:rPr>
        <w:t>teriormente saranno senza gesso e ove non vi sarà rusticho saranno obligati mettere chiodi e pezzi di mattoni e detti chiodi gli saranno provisti e saranno a tantto il trabucho lineale e d</w:t>
      </w:r>
      <w:r w:rsidR="00F17FE7">
        <w:rPr>
          <w:i/>
          <w:iCs/>
          <w:sz w:val="24"/>
          <w:szCs w:val="24"/>
        </w:rPr>
        <w:t>a</w:t>
      </w:r>
      <w:r>
        <w:rPr>
          <w:i/>
          <w:iCs/>
          <w:sz w:val="24"/>
          <w:szCs w:val="24"/>
        </w:rPr>
        <w:t>ta proporzione nella sua altezza e saranno obligati tantto retti che semicircolari o altra figura</w:t>
      </w:r>
    </w:p>
    <w:p w14:paraId="3E8CC6A7" w14:textId="09BB19E8" w:rsidR="002408E4" w:rsidRDefault="002408E4" w:rsidP="006C5043">
      <w:pPr>
        <w:jc w:val="both"/>
        <w:rPr>
          <w:i/>
          <w:iCs/>
          <w:sz w:val="24"/>
          <w:szCs w:val="24"/>
        </w:rPr>
      </w:pPr>
      <w:r>
        <w:rPr>
          <w:i/>
          <w:iCs/>
          <w:sz w:val="24"/>
          <w:szCs w:val="24"/>
        </w:rPr>
        <w:t>Come quelle di onze 1.2.3. e d</w:t>
      </w:r>
      <w:r w:rsidR="00F17FE7">
        <w:rPr>
          <w:i/>
          <w:iCs/>
          <w:sz w:val="24"/>
          <w:szCs w:val="24"/>
        </w:rPr>
        <w:t>a</w:t>
      </w:r>
      <w:r>
        <w:rPr>
          <w:i/>
          <w:iCs/>
          <w:sz w:val="24"/>
          <w:szCs w:val="24"/>
        </w:rPr>
        <w:t xml:space="preserve">ta proporzione fra le </w:t>
      </w:r>
    </w:p>
    <w:p w14:paraId="2E12F1EE" w14:textId="77777777" w:rsidR="002408E4" w:rsidRDefault="002408E4" w:rsidP="006C5043">
      <w:pPr>
        <w:jc w:val="both"/>
        <w:rPr>
          <w:i/>
          <w:iCs/>
          <w:sz w:val="24"/>
          <w:szCs w:val="24"/>
        </w:rPr>
      </w:pPr>
      <w:r>
        <w:rPr>
          <w:i/>
          <w:iCs/>
          <w:sz w:val="24"/>
          <w:szCs w:val="24"/>
        </w:rPr>
        <w:t>di onze 4.5.6.</w:t>
      </w:r>
    </w:p>
    <w:p w14:paraId="0DB7AB73" w14:textId="77777777" w:rsidR="002408E4" w:rsidRDefault="002408E4" w:rsidP="006C5043">
      <w:pPr>
        <w:jc w:val="both"/>
        <w:rPr>
          <w:i/>
          <w:iCs/>
          <w:sz w:val="24"/>
          <w:szCs w:val="24"/>
        </w:rPr>
      </w:pPr>
      <w:r>
        <w:rPr>
          <w:i/>
          <w:iCs/>
          <w:sz w:val="24"/>
          <w:szCs w:val="24"/>
        </w:rPr>
        <w:t>di onze 7.8.9.</w:t>
      </w:r>
    </w:p>
    <w:p w14:paraId="60292FE0" w14:textId="77777777" w:rsidR="002408E4" w:rsidRDefault="002408E4" w:rsidP="006C5043">
      <w:pPr>
        <w:jc w:val="both"/>
        <w:rPr>
          <w:i/>
          <w:iCs/>
          <w:sz w:val="24"/>
          <w:szCs w:val="24"/>
        </w:rPr>
      </w:pPr>
      <w:r>
        <w:rPr>
          <w:i/>
          <w:iCs/>
          <w:sz w:val="24"/>
          <w:szCs w:val="24"/>
        </w:rPr>
        <w:t>di onze 10.11.12.</w:t>
      </w:r>
    </w:p>
    <w:p w14:paraId="7C61B1F3" w14:textId="77777777" w:rsidR="002408E4" w:rsidRDefault="002408E4" w:rsidP="006C5043">
      <w:pPr>
        <w:jc w:val="both"/>
        <w:rPr>
          <w:i/>
          <w:iCs/>
          <w:sz w:val="24"/>
          <w:szCs w:val="24"/>
        </w:rPr>
      </w:pPr>
      <w:r>
        <w:rPr>
          <w:i/>
          <w:iCs/>
          <w:sz w:val="24"/>
          <w:szCs w:val="24"/>
        </w:rPr>
        <w:t>di onze 13.14.15.</w:t>
      </w:r>
    </w:p>
    <w:p w14:paraId="5C678F39" w14:textId="7E5BD201" w:rsidR="006200F0" w:rsidRDefault="002408E4" w:rsidP="006C5043">
      <w:pPr>
        <w:jc w:val="both"/>
        <w:rPr>
          <w:i/>
          <w:iCs/>
          <w:sz w:val="24"/>
          <w:szCs w:val="24"/>
        </w:rPr>
      </w:pPr>
      <w:r>
        <w:rPr>
          <w:i/>
          <w:iCs/>
          <w:sz w:val="24"/>
          <w:szCs w:val="24"/>
        </w:rPr>
        <w:t xml:space="preserve">e </w:t>
      </w:r>
      <w:r w:rsidR="006200F0">
        <w:rPr>
          <w:i/>
          <w:iCs/>
          <w:sz w:val="24"/>
          <w:szCs w:val="24"/>
        </w:rPr>
        <w:t>se ve</w:t>
      </w:r>
      <w:r w:rsidR="00F17FE7">
        <w:rPr>
          <w:i/>
          <w:iCs/>
          <w:sz w:val="24"/>
          <w:szCs w:val="24"/>
        </w:rPr>
        <w:t xml:space="preserve"> </w:t>
      </w:r>
      <w:r w:rsidR="006200F0">
        <w:rPr>
          <w:i/>
          <w:iCs/>
          <w:sz w:val="24"/>
          <w:szCs w:val="24"/>
        </w:rPr>
        <w:t>ne sono più alte data proporzione al p</w:t>
      </w:r>
      <w:r w:rsidR="00F17FE7">
        <w:rPr>
          <w:i/>
          <w:iCs/>
          <w:sz w:val="24"/>
          <w:szCs w:val="24"/>
        </w:rPr>
        <w:t>r</w:t>
      </w:r>
      <w:r w:rsidR="006200F0">
        <w:rPr>
          <w:i/>
          <w:iCs/>
          <w:sz w:val="24"/>
          <w:szCs w:val="24"/>
        </w:rPr>
        <w:t>ezzo su detto da misurarsi nell</w:t>
      </w:r>
      <w:r w:rsidR="00F17FE7">
        <w:rPr>
          <w:i/>
          <w:iCs/>
          <w:sz w:val="24"/>
          <w:szCs w:val="24"/>
        </w:rPr>
        <w:t>a</w:t>
      </w:r>
      <w:r w:rsidR="006200F0">
        <w:rPr>
          <w:i/>
          <w:iCs/>
          <w:sz w:val="24"/>
          <w:szCs w:val="24"/>
        </w:rPr>
        <w:t xml:space="preserve"> metà a trabucho lineale.</w:t>
      </w:r>
    </w:p>
    <w:p w14:paraId="75A50688" w14:textId="2201275C" w:rsidR="006200F0" w:rsidRDefault="006200F0" w:rsidP="006C5043">
      <w:pPr>
        <w:jc w:val="both"/>
        <w:rPr>
          <w:i/>
          <w:iCs/>
          <w:sz w:val="24"/>
          <w:szCs w:val="24"/>
        </w:rPr>
      </w:pPr>
      <w:r>
        <w:rPr>
          <w:i/>
          <w:iCs/>
          <w:sz w:val="24"/>
          <w:szCs w:val="24"/>
        </w:rPr>
        <w:t>Se vi saranno ornamenti d’intaglio questi saranno a un tantto il piede quadrato da misurarsi in piano non calculando qual si sia rilievo o agetto. Gli saranno provisti chiodi cavigli e fil di ferro per bene a</w:t>
      </w:r>
      <w:r w:rsidR="00F17FE7">
        <w:rPr>
          <w:i/>
          <w:iCs/>
          <w:sz w:val="24"/>
          <w:szCs w:val="24"/>
        </w:rPr>
        <w:t>sso</w:t>
      </w:r>
      <w:r>
        <w:rPr>
          <w:i/>
          <w:iCs/>
          <w:sz w:val="24"/>
          <w:szCs w:val="24"/>
        </w:rPr>
        <w:t xml:space="preserve">darlle. </w:t>
      </w:r>
      <w:r w:rsidR="00F17FE7">
        <w:rPr>
          <w:i/>
          <w:iCs/>
          <w:sz w:val="24"/>
          <w:szCs w:val="24"/>
        </w:rPr>
        <w:t>S</w:t>
      </w:r>
      <w:r>
        <w:rPr>
          <w:i/>
          <w:iCs/>
          <w:sz w:val="24"/>
          <w:szCs w:val="24"/>
        </w:rPr>
        <w:t xml:space="preserve">e saranno interiormente si metterà gesso se sono fuori o sotto l’atrio saranno operati di </w:t>
      </w:r>
      <w:r w:rsidR="00F17FE7">
        <w:rPr>
          <w:i/>
          <w:iCs/>
          <w:sz w:val="24"/>
          <w:szCs w:val="24"/>
        </w:rPr>
        <w:t>semplice</w:t>
      </w:r>
      <w:r>
        <w:rPr>
          <w:i/>
          <w:iCs/>
          <w:sz w:val="24"/>
          <w:szCs w:val="24"/>
        </w:rPr>
        <w:t xml:space="preserve"> calcina forte di Soperga il tutto fatto 2° il disegnio dell’architetto.</w:t>
      </w:r>
    </w:p>
    <w:p w14:paraId="32319722" w14:textId="7DD22AE8" w:rsidR="006200F0" w:rsidRDefault="006200F0" w:rsidP="006C5043">
      <w:pPr>
        <w:jc w:val="both"/>
        <w:rPr>
          <w:i/>
          <w:iCs/>
          <w:sz w:val="24"/>
          <w:szCs w:val="24"/>
        </w:rPr>
      </w:pPr>
      <w:r>
        <w:rPr>
          <w:i/>
          <w:iCs/>
          <w:sz w:val="24"/>
          <w:szCs w:val="24"/>
        </w:rPr>
        <w:t xml:space="preserve">Sterniti di quadrettoni stilati saranno i quadrettoni di onze 6 in quadro di robba perfettamente cotta di </w:t>
      </w:r>
      <w:r w:rsidR="00F17FE7">
        <w:rPr>
          <w:i/>
          <w:iCs/>
          <w:sz w:val="24"/>
          <w:szCs w:val="24"/>
        </w:rPr>
        <w:t xml:space="preserve">monchaliero </w:t>
      </w:r>
      <w:r>
        <w:rPr>
          <w:i/>
          <w:iCs/>
          <w:sz w:val="24"/>
          <w:szCs w:val="24"/>
        </w:rPr>
        <w:t>e saranno provisti a loro conto saranno tagliati a scarpa acciò uniscono bene nelli angoli e si provederà la calcina sabia e aqua le comissure non saranno più che una ligiola e saranno fatte 2° quello che al presente si sono fatte alla medesima fabricha di tutta perfezione e bontà.</w:t>
      </w:r>
    </w:p>
    <w:p w14:paraId="1EEE4127" w14:textId="4A4C6AD5" w:rsidR="006200F0" w:rsidRDefault="006200F0" w:rsidP="006C5043">
      <w:pPr>
        <w:jc w:val="both"/>
        <w:rPr>
          <w:i/>
          <w:iCs/>
          <w:sz w:val="24"/>
          <w:szCs w:val="24"/>
        </w:rPr>
      </w:pPr>
      <w:r>
        <w:rPr>
          <w:i/>
          <w:iCs/>
          <w:sz w:val="24"/>
          <w:szCs w:val="24"/>
        </w:rPr>
        <w:t xml:space="preserve">Sterniti fregati e rigati saranno di quadrettoni di moncaglieri ben cotti di onze 6 in quadro ben messe a sieme e in piano perfetto </w:t>
      </w:r>
      <w:r w:rsidR="00F17FE7">
        <w:rPr>
          <w:i/>
          <w:iCs/>
          <w:sz w:val="24"/>
          <w:szCs w:val="24"/>
        </w:rPr>
        <w:t>fr</w:t>
      </w:r>
      <w:r>
        <w:rPr>
          <w:i/>
          <w:iCs/>
          <w:sz w:val="24"/>
          <w:szCs w:val="24"/>
        </w:rPr>
        <w:t>egati con rigarlli per essere uniti asieme si scaglieranno i più quadrati e se ve ne fosse qualche duno che fosse al quanto più grande o più piccolo si possono mettere nelle guidane e fare il sternito perfetto i quadrettoni saranno provisti dall impresario 2° l’anno scorso.</w:t>
      </w:r>
    </w:p>
    <w:p w14:paraId="460AC499" w14:textId="76FD24E5" w:rsidR="004372DB" w:rsidRDefault="006200F0" w:rsidP="006C5043">
      <w:pPr>
        <w:jc w:val="both"/>
        <w:rPr>
          <w:i/>
          <w:iCs/>
          <w:sz w:val="24"/>
          <w:szCs w:val="24"/>
        </w:rPr>
      </w:pPr>
      <w:r>
        <w:rPr>
          <w:i/>
          <w:iCs/>
          <w:sz w:val="24"/>
          <w:szCs w:val="24"/>
        </w:rPr>
        <w:t xml:space="preserve">Sterniti rustici </w:t>
      </w:r>
      <w:r w:rsidR="004372DB">
        <w:rPr>
          <w:i/>
          <w:iCs/>
          <w:sz w:val="24"/>
          <w:szCs w:val="24"/>
        </w:rPr>
        <w:t>saranno di quadr</w:t>
      </w:r>
      <w:r w:rsidR="00F17FE7">
        <w:rPr>
          <w:i/>
          <w:iCs/>
          <w:sz w:val="24"/>
          <w:szCs w:val="24"/>
        </w:rPr>
        <w:t>et</w:t>
      </w:r>
      <w:r w:rsidR="004372DB">
        <w:rPr>
          <w:i/>
          <w:iCs/>
          <w:sz w:val="24"/>
          <w:szCs w:val="24"/>
        </w:rPr>
        <w:t>ti o mattoni che il reggio ofizio delle fabbriche provederà e sarà a sola fattura.</w:t>
      </w:r>
    </w:p>
    <w:p w14:paraId="75FB4805" w14:textId="77777777" w:rsidR="004372DB" w:rsidRDefault="004372DB" w:rsidP="006C5043">
      <w:pPr>
        <w:jc w:val="both"/>
        <w:rPr>
          <w:i/>
          <w:iCs/>
          <w:sz w:val="24"/>
          <w:szCs w:val="24"/>
        </w:rPr>
      </w:pPr>
      <w:r>
        <w:rPr>
          <w:i/>
          <w:iCs/>
          <w:sz w:val="24"/>
          <w:szCs w:val="24"/>
        </w:rPr>
        <w:t>Sternito di lose per ogni parte di detta fabricha per sola fattura provedendo il tutto conforme s’è usato l’anni scorsi.</w:t>
      </w:r>
    </w:p>
    <w:p w14:paraId="40B3A4AE" w14:textId="5D17CD8B" w:rsidR="004372DB" w:rsidRDefault="004372DB" w:rsidP="006C5043">
      <w:pPr>
        <w:jc w:val="both"/>
        <w:rPr>
          <w:i/>
          <w:iCs/>
          <w:sz w:val="24"/>
          <w:szCs w:val="24"/>
        </w:rPr>
      </w:pPr>
      <w:r>
        <w:rPr>
          <w:i/>
          <w:iCs/>
          <w:sz w:val="24"/>
          <w:szCs w:val="24"/>
        </w:rPr>
        <w:t xml:space="preserve">Tutte le rotture che si faranno per impostare voltte archi e qual si sia cosa sarà a conto delli impresarij saranno obligati di provedere tutti li otensili necesarij per il murare e fare calcina provedendo solamente l’ofizio delle fabriche di Sa. Ma. tutti i pontaggi cordaggi per quelli che vi saranno sul posto chiodi argani e sarà a loro conto fare e disfare i ponti in qual si sia parte di detta fabrica acentuando solamente i campanili e sopra il tamburo della cupola metteranno la quantità di mastri di muro che saranno necesarie e questi saranno maestri capaci e boni a l’arte di ben murare e sarà ad arbitrio dell’asistente o soprastante che risiede su la fabrica di levare e mandare </w:t>
      </w:r>
      <w:r w:rsidR="00F17FE7">
        <w:rPr>
          <w:i/>
          <w:iCs/>
          <w:sz w:val="24"/>
          <w:szCs w:val="24"/>
        </w:rPr>
        <w:t>vi</w:t>
      </w:r>
      <w:r>
        <w:rPr>
          <w:i/>
          <w:iCs/>
          <w:sz w:val="24"/>
          <w:szCs w:val="24"/>
        </w:rPr>
        <w:t xml:space="preserve">a dall lavoro qual si sia maestro da muro che non sarà bono e che non farà il suo dovere per la bona constituzione dell opera saranno obligati di provedere la quantità di boni </w:t>
      </w:r>
      <w:r>
        <w:rPr>
          <w:i/>
          <w:iCs/>
          <w:sz w:val="24"/>
          <w:szCs w:val="24"/>
        </w:rPr>
        <w:lastRenderedPageBreak/>
        <w:t>lavoranti acciò siano serviti e che la fabricha non manchi di meter</w:t>
      </w:r>
      <w:r w:rsidR="00F17FE7">
        <w:rPr>
          <w:i/>
          <w:iCs/>
          <w:sz w:val="24"/>
          <w:szCs w:val="24"/>
        </w:rPr>
        <w:t>ial</w:t>
      </w:r>
      <w:r>
        <w:rPr>
          <w:i/>
          <w:iCs/>
          <w:sz w:val="24"/>
          <w:szCs w:val="24"/>
        </w:rPr>
        <w:t>e per poter con tutta bontà lavora</w:t>
      </w:r>
      <w:r w:rsidR="00F17FE7">
        <w:rPr>
          <w:i/>
          <w:iCs/>
          <w:sz w:val="24"/>
          <w:szCs w:val="24"/>
        </w:rPr>
        <w:t>r</w:t>
      </w:r>
      <w:r>
        <w:rPr>
          <w:i/>
          <w:iCs/>
          <w:sz w:val="24"/>
          <w:szCs w:val="24"/>
        </w:rPr>
        <w:t>e le muraglie.</w:t>
      </w:r>
    </w:p>
    <w:p w14:paraId="6CB2BCA1" w14:textId="14B40E96" w:rsidR="006C5043" w:rsidRDefault="004372DB" w:rsidP="006C5043">
      <w:pPr>
        <w:jc w:val="both"/>
        <w:rPr>
          <w:i/>
          <w:iCs/>
          <w:sz w:val="24"/>
          <w:szCs w:val="24"/>
        </w:rPr>
      </w:pPr>
      <w:r>
        <w:rPr>
          <w:i/>
          <w:iCs/>
          <w:sz w:val="24"/>
          <w:szCs w:val="24"/>
        </w:rPr>
        <w:t>Il tutto a opera conlaudata e approvata e opera</w:t>
      </w:r>
      <w:r w:rsidR="00F17FE7">
        <w:rPr>
          <w:i/>
          <w:iCs/>
          <w:sz w:val="24"/>
          <w:szCs w:val="24"/>
        </w:rPr>
        <w:t>r</w:t>
      </w:r>
      <w:r>
        <w:rPr>
          <w:i/>
          <w:iCs/>
          <w:sz w:val="24"/>
          <w:szCs w:val="24"/>
        </w:rPr>
        <w:t>e da bon padre di famiglia e 2° richiede la perfetta e bona arte di muratore.</w:t>
      </w:r>
      <w:r w:rsidR="00000000">
        <w:rPr>
          <w:i/>
          <w:iCs/>
          <w:sz w:val="24"/>
          <w:szCs w:val="24"/>
        </w:rPr>
        <w:pict w14:anchorId="077C58AD">
          <v:rect id="_x0000_i1478" style="width:0;height:1.5pt" o:hralign="center" o:hrstd="t" o:hr="t" fillcolor="#a0a0a0" stroked="f"/>
        </w:pict>
      </w:r>
    </w:p>
    <w:p w14:paraId="4262E60D" w14:textId="1A2EC916" w:rsidR="006C6909" w:rsidRDefault="006C6909" w:rsidP="006C5043">
      <w:pPr>
        <w:jc w:val="right"/>
        <w:rPr>
          <w:i/>
          <w:iCs/>
          <w:sz w:val="24"/>
          <w:szCs w:val="24"/>
        </w:rPr>
      </w:pPr>
      <w:r w:rsidRPr="006C6909">
        <w:rPr>
          <w:i/>
          <w:iCs/>
          <w:sz w:val="24"/>
          <w:szCs w:val="24"/>
        </w:rPr>
        <w:t>giorno di 1</w:t>
      </w:r>
      <w:r w:rsidR="006C5043">
        <w:rPr>
          <w:i/>
          <w:iCs/>
          <w:sz w:val="24"/>
          <w:szCs w:val="24"/>
        </w:rPr>
        <w:t>°</w:t>
      </w:r>
      <w:r w:rsidRPr="006C6909">
        <w:rPr>
          <w:i/>
          <w:iCs/>
          <w:sz w:val="24"/>
          <w:szCs w:val="24"/>
        </w:rPr>
        <w:t xml:space="preserve">  Marzo 1730</w:t>
      </w:r>
    </w:p>
    <w:p w14:paraId="09328EBF" w14:textId="77777777" w:rsidR="006C5043" w:rsidRDefault="006C6909" w:rsidP="006C5043">
      <w:pPr>
        <w:jc w:val="right"/>
        <w:rPr>
          <w:i/>
          <w:iCs/>
          <w:sz w:val="24"/>
          <w:szCs w:val="24"/>
        </w:rPr>
      </w:pPr>
      <w:r w:rsidRPr="006C6909">
        <w:rPr>
          <w:i/>
          <w:iCs/>
          <w:sz w:val="24"/>
          <w:szCs w:val="24"/>
        </w:rPr>
        <w:t>Cavaliere Don Filippo Juvarra Primo Architetto</w:t>
      </w:r>
      <w:r w:rsidR="00000000">
        <w:rPr>
          <w:i/>
          <w:iCs/>
          <w:sz w:val="24"/>
          <w:szCs w:val="24"/>
        </w:rPr>
        <w:pict w14:anchorId="2BAF0E2C">
          <v:rect id="_x0000_i1479" style="width:0;height:1.5pt" o:hralign="center" o:hrstd="t" o:hr="t" fillcolor="#a0a0a0" stroked="f"/>
        </w:pict>
      </w:r>
    </w:p>
    <w:p w14:paraId="404318F9" w14:textId="1FFB5D2F" w:rsidR="006C6909" w:rsidRDefault="006C6909" w:rsidP="00CF386F">
      <w:pPr>
        <w:jc w:val="both"/>
        <w:rPr>
          <w:sz w:val="24"/>
          <w:szCs w:val="24"/>
        </w:rPr>
      </w:pPr>
      <w:r w:rsidRPr="006C6909">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ll</w:t>
      </w:r>
      <w:r w:rsidRPr="006C6909">
        <w:rPr>
          <w:sz w:val="24"/>
          <w:szCs w:val="24"/>
        </w:rPr>
        <w:t>.</w:t>
      </w:r>
      <w:r>
        <w:rPr>
          <w:sz w:val="24"/>
          <w:szCs w:val="24"/>
        </w:rPr>
        <w:t xml:space="preserve"> 98-99-100</w:t>
      </w:r>
      <w:r w:rsidRPr="006C6909">
        <w:rPr>
          <w:sz w:val="24"/>
          <w:szCs w:val="24"/>
        </w:rPr>
        <w:t>.</w:t>
      </w:r>
    </w:p>
    <w:p w14:paraId="082614A5" w14:textId="77777777" w:rsidR="006C6909" w:rsidRDefault="006C6909" w:rsidP="00CF386F">
      <w:pPr>
        <w:jc w:val="both"/>
        <w:rPr>
          <w:sz w:val="24"/>
          <w:szCs w:val="24"/>
        </w:rPr>
      </w:pPr>
    </w:p>
    <w:p w14:paraId="6392571A" w14:textId="77777777" w:rsidR="006C5043" w:rsidRDefault="006C6909" w:rsidP="006C5043">
      <w:pPr>
        <w:jc w:val="center"/>
        <w:rPr>
          <w:i/>
          <w:iCs/>
          <w:sz w:val="24"/>
          <w:szCs w:val="24"/>
        </w:rPr>
      </w:pPr>
      <w:r w:rsidRPr="006C6909">
        <w:rPr>
          <w:b/>
          <w:bCs/>
          <w:i/>
          <w:iCs/>
          <w:sz w:val="24"/>
          <w:szCs w:val="24"/>
        </w:rPr>
        <w:t>Instruzione per il tollaro per il coperto di piombo per li cornicioni in torno della facciata della Chiesa di Soperga da farsi in questo anno 1730</w:t>
      </w:r>
      <w:r w:rsidR="00000000">
        <w:rPr>
          <w:i/>
          <w:iCs/>
          <w:sz w:val="24"/>
          <w:szCs w:val="24"/>
        </w:rPr>
        <w:pict w14:anchorId="6AA367D4">
          <v:rect id="_x0000_i1480" style="width:0;height:1.5pt" o:hralign="center" o:hrstd="t" o:hr="t" fillcolor="#a0a0a0" stroked="f"/>
        </w:pict>
      </w:r>
    </w:p>
    <w:p w14:paraId="4507428F" w14:textId="77777777" w:rsidR="004372DB" w:rsidRDefault="004372DB" w:rsidP="006C5043">
      <w:pPr>
        <w:jc w:val="both"/>
        <w:rPr>
          <w:i/>
          <w:iCs/>
          <w:sz w:val="24"/>
          <w:szCs w:val="24"/>
        </w:rPr>
      </w:pPr>
      <w:r>
        <w:rPr>
          <w:i/>
          <w:iCs/>
          <w:sz w:val="24"/>
          <w:szCs w:val="24"/>
        </w:rPr>
        <w:t>Saranno l’impresarij obligati di coprire il cornicione che gira in torno al atrio e facciata laterale alla real chiesa.</w:t>
      </w:r>
    </w:p>
    <w:p w14:paraId="49A20AE7" w14:textId="72C475E5" w:rsidR="00CA3803" w:rsidRDefault="004372DB" w:rsidP="006C5043">
      <w:pPr>
        <w:jc w:val="both"/>
        <w:rPr>
          <w:i/>
          <w:iCs/>
          <w:sz w:val="24"/>
          <w:szCs w:val="24"/>
        </w:rPr>
      </w:pPr>
      <w:r>
        <w:rPr>
          <w:i/>
          <w:iCs/>
          <w:sz w:val="24"/>
          <w:szCs w:val="24"/>
        </w:rPr>
        <w:t xml:space="preserve">Sarà detto piombo gettato su la pietra e poscia spianato e ugualmente battuto con martello e reso sottile che non vada di più 36 rubij per trabucho quadrato superficiale e se ne anderà più non si pagerà la sua fattura delli rubbij di più che si vedranno calculati nella misura di trabuchi quadrati saranno bene inchiodati e faranno che le cavalcature non siano </w:t>
      </w:r>
      <w:r w:rsidR="00CA3803">
        <w:rPr>
          <w:i/>
          <w:iCs/>
          <w:sz w:val="24"/>
          <w:szCs w:val="24"/>
        </w:rPr>
        <w:t>più di onza una e nelle unione saranno stagniate con stagnio fino come parimente sopra i chiodi.</w:t>
      </w:r>
    </w:p>
    <w:p w14:paraId="284DBB0D" w14:textId="77777777" w:rsidR="00CA3803" w:rsidRDefault="00CA3803" w:rsidP="006C5043">
      <w:pPr>
        <w:jc w:val="both"/>
        <w:rPr>
          <w:i/>
          <w:iCs/>
          <w:sz w:val="24"/>
          <w:szCs w:val="24"/>
        </w:rPr>
      </w:pPr>
      <w:r>
        <w:rPr>
          <w:i/>
          <w:iCs/>
          <w:sz w:val="24"/>
          <w:szCs w:val="24"/>
        </w:rPr>
        <w:t>Nel’estremità delle cornice gli sarà fatto un piccolo canale che sporgerà al quanto fuori non più di oncie due e 2° gli verrà ordinato sul posto dall architetto.</w:t>
      </w:r>
    </w:p>
    <w:p w14:paraId="3A81DAA0" w14:textId="49B12E4E" w:rsidR="00CA3803" w:rsidRDefault="00CA3803" w:rsidP="006C5043">
      <w:pPr>
        <w:jc w:val="both"/>
        <w:rPr>
          <w:i/>
          <w:iCs/>
          <w:sz w:val="24"/>
          <w:szCs w:val="24"/>
        </w:rPr>
      </w:pPr>
      <w:r>
        <w:rPr>
          <w:i/>
          <w:iCs/>
          <w:sz w:val="24"/>
          <w:szCs w:val="24"/>
        </w:rPr>
        <w:t>Saranno obligati farsi e disfarsi i pontaggi e si daranno i legniami necesarij e se vi saranno cordaggi si pr</w:t>
      </w:r>
      <w:r w:rsidR="00D03E47">
        <w:rPr>
          <w:i/>
          <w:iCs/>
          <w:sz w:val="24"/>
          <w:szCs w:val="24"/>
        </w:rPr>
        <w:t>este</w:t>
      </w:r>
      <w:r>
        <w:rPr>
          <w:i/>
          <w:iCs/>
          <w:sz w:val="24"/>
          <w:szCs w:val="24"/>
        </w:rPr>
        <w:t>ranno senza t</w:t>
      </w:r>
      <w:r w:rsidR="00D03E47">
        <w:rPr>
          <w:i/>
          <w:iCs/>
          <w:sz w:val="24"/>
          <w:szCs w:val="24"/>
        </w:rPr>
        <w:t>ra</w:t>
      </w:r>
      <w:r>
        <w:rPr>
          <w:i/>
          <w:iCs/>
          <w:sz w:val="24"/>
          <w:szCs w:val="24"/>
        </w:rPr>
        <w:t>tto di conseguenza.</w:t>
      </w:r>
    </w:p>
    <w:p w14:paraId="3FA063F0" w14:textId="77777777" w:rsidR="00CA3803" w:rsidRDefault="00CA3803" w:rsidP="006C5043">
      <w:pPr>
        <w:jc w:val="both"/>
        <w:rPr>
          <w:i/>
          <w:iCs/>
          <w:sz w:val="24"/>
          <w:szCs w:val="24"/>
        </w:rPr>
      </w:pPr>
      <w:r>
        <w:rPr>
          <w:i/>
          <w:iCs/>
          <w:sz w:val="24"/>
          <w:szCs w:val="24"/>
        </w:rPr>
        <w:t>La condotta delli piombi da Torino a Soperga sarà a conto dell reggio ufizio delle fabriche di Sa. Ma.</w:t>
      </w:r>
    </w:p>
    <w:p w14:paraId="287F8186" w14:textId="77777777" w:rsidR="00CA3803" w:rsidRDefault="00CA3803" w:rsidP="006C5043">
      <w:pPr>
        <w:jc w:val="both"/>
        <w:rPr>
          <w:i/>
          <w:iCs/>
          <w:sz w:val="24"/>
          <w:szCs w:val="24"/>
        </w:rPr>
      </w:pPr>
      <w:r>
        <w:rPr>
          <w:i/>
          <w:iCs/>
          <w:sz w:val="24"/>
          <w:szCs w:val="24"/>
        </w:rPr>
        <w:t>Saranno obligati di mettere i chiodi di suficiente longezza e grosezza e inazi di meterlli in opera saranno riviste dall’asistente come parimente le lastre di piombo.</w:t>
      </w:r>
    </w:p>
    <w:p w14:paraId="133A340C" w14:textId="597BB904" w:rsidR="006C5043" w:rsidRDefault="00CA3803" w:rsidP="006C5043">
      <w:pPr>
        <w:jc w:val="both"/>
        <w:rPr>
          <w:i/>
          <w:iCs/>
          <w:sz w:val="24"/>
          <w:szCs w:val="24"/>
        </w:rPr>
      </w:pPr>
      <w:r>
        <w:rPr>
          <w:i/>
          <w:iCs/>
          <w:sz w:val="24"/>
          <w:szCs w:val="24"/>
        </w:rPr>
        <w:t>Se vi sarà necesario qualche conversa al coperto dell’atrio saranno tenuti di farlla come e quanto gli verrà ordinato dall’architetto a tutta opera conlaudata e approvata e conforme richiede la perfetta loro arte e di bon padre di famiglia operato.</w:t>
      </w:r>
      <w:r w:rsidR="00000000">
        <w:rPr>
          <w:i/>
          <w:iCs/>
          <w:sz w:val="24"/>
          <w:szCs w:val="24"/>
        </w:rPr>
        <w:pict w14:anchorId="2ADC57E0">
          <v:rect id="_x0000_i1481" style="width:0;height:1.5pt" o:hralign="center" o:hrstd="t" o:hr="t" fillcolor="#a0a0a0" stroked="f"/>
        </w:pict>
      </w:r>
    </w:p>
    <w:p w14:paraId="724B6189" w14:textId="774F50AE" w:rsidR="006C6909" w:rsidRDefault="006C6909" w:rsidP="006C5043">
      <w:pPr>
        <w:jc w:val="right"/>
        <w:rPr>
          <w:i/>
          <w:iCs/>
          <w:sz w:val="24"/>
          <w:szCs w:val="24"/>
        </w:rPr>
      </w:pPr>
      <w:r w:rsidRPr="006C6909">
        <w:rPr>
          <w:i/>
          <w:iCs/>
          <w:sz w:val="24"/>
          <w:szCs w:val="24"/>
        </w:rPr>
        <w:t>1</w:t>
      </w:r>
      <w:r w:rsidR="006C5043">
        <w:rPr>
          <w:i/>
          <w:iCs/>
          <w:sz w:val="24"/>
          <w:szCs w:val="24"/>
        </w:rPr>
        <w:t>°</w:t>
      </w:r>
      <w:r w:rsidRPr="006C6909">
        <w:rPr>
          <w:i/>
          <w:iCs/>
          <w:sz w:val="24"/>
          <w:szCs w:val="24"/>
        </w:rPr>
        <w:t xml:space="preserve">  Marzo 1730</w:t>
      </w:r>
    </w:p>
    <w:p w14:paraId="777279F6" w14:textId="77777777" w:rsidR="006C5043" w:rsidRDefault="006C6909" w:rsidP="006C5043">
      <w:pPr>
        <w:jc w:val="right"/>
        <w:rPr>
          <w:i/>
          <w:iCs/>
          <w:sz w:val="24"/>
          <w:szCs w:val="24"/>
        </w:rPr>
      </w:pPr>
      <w:r w:rsidRPr="006C6909">
        <w:rPr>
          <w:i/>
          <w:iCs/>
          <w:sz w:val="24"/>
          <w:szCs w:val="24"/>
        </w:rPr>
        <w:t>Cavaliere Don Filippo Juvarra Primo Architetto</w:t>
      </w:r>
      <w:r w:rsidR="00000000">
        <w:rPr>
          <w:i/>
          <w:iCs/>
          <w:sz w:val="24"/>
          <w:szCs w:val="24"/>
        </w:rPr>
        <w:pict w14:anchorId="3A8D37F0">
          <v:rect id="_x0000_i1482" style="width:0;height:1.5pt" o:hralign="center" o:hrstd="t" o:hr="t" fillcolor="#a0a0a0" stroked="f"/>
        </w:pict>
      </w:r>
    </w:p>
    <w:p w14:paraId="6A5DAA3B" w14:textId="3AEB7EF6" w:rsidR="006C6909" w:rsidRDefault="006C6909" w:rsidP="00CF386F">
      <w:pPr>
        <w:jc w:val="both"/>
        <w:rPr>
          <w:sz w:val="24"/>
          <w:szCs w:val="24"/>
        </w:rPr>
      </w:pPr>
      <w:r w:rsidRPr="006C6909">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w:t>
      </w:r>
      <w:r w:rsidRPr="006C6909">
        <w:rPr>
          <w:sz w:val="24"/>
          <w:szCs w:val="24"/>
        </w:rPr>
        <w:t>.</w:t>
      </w:r>
      <w:r>
        <w:rPr>
          <w:sz w:val="24"/>
          <w:szCs w:val="24"/>
        </w:rPr>
        <w:t xml:space="preserve"> 104</w:t>
      </w:r>
      <w:r w:rsidRPr="006C6909">
        <w:rPr>
          <w:sz w:val="24"/>
          <w:szCs w:val="24"/>
        </w:rPr>
        <w:t>.</w:t>
      </w:r>
    </w:p>
    <w:p w14:paraId="7D10F6AD" w14:textId="77777777" w:rsidR="006C6909" w:rsidRDefault="006C6909" w:rsidP="00CF386F">
      <w:pPr>
        <w:jc w:val="both"/>
        <w:rPr>
          <w:sz w:val="24"/>
          <w:szCs w:val="24"/>
        </w:rPr>
      </w:pPr>
    </w:p>
    <w:p w14:paraId="30766B41" w14:textId="77777777" w:rsidR="006C5043" w:rsidRDefault="006C6909" w:rsidP="006C5043">
      <w:pPr>
        <w:jc w:val="center"/>
        <w:rPr>
          <w:i/>
          <w:iCs/>
          <w:sz w:val="24"/>
          <w:szCs w:val="24"/>
        </w:rPr>
      </w:pPr>
      <w:r w:rsidRPr="006C6909">
        <w:rPr>
          <w:b/>
          <w:bCs/>
          <w:i/>
          <w:iCs/>
          <w:sz w:val="24"/>
          <w:szCs w:val="24"/>
        </w:rPr>
        <w:t>Instruzione per sarizzi, lose, e scalini per la facciata della chiesa di Soperga in questo anno 1730</w:t>
      </w:r>
      <w:r w:rsidR="00000000">
        <w:rPr>
          <w:i/>
          <w:iCs/>
          <w:sz w:val="24"/>
          <w:szCs w:val="24"/>
        </w:rPr>
        <w:pict w14:anchorId="3B06EF7D">
          <v:rect id="_x0000_i1483" style="width:0;height:1.5pt" o:hralign="center" o:hrstd="t" o:hr="t" fillcolor="#a0a0a0" stroked="f"/>
        </w:pict>
      </w:r>
    </w:p>
    <w:p w14:paraId="5D321C19" w14:textId="77777777" w:rsidR="00CA3803" w:rsidRDefault="00CA3803" w:rsidP="006C5043">
      <w:pPr>
        <w:jc w:val="both"/>
        <w:rPr>
          <w:i/>
          <w:iCs/>
          <w:sz w:val="24"/>
          <w:szCs w:val="24"/>
        </w:rPr>
      </w:pPr>
      <w:r>
        <w:rPr>
          <w:i/>
          <w:iCs/>
          <w:sz w:val="24"/>
          <w:szCs w:val="24"/>
        </w:rPr>
        <w:t>I sterniti di lose di barge per terminare il sternito dell pian terreno e ripiani della scala principale saranno della grosezza e grandezza di quelle già operate nel detto piano con squadrarlle perfettamente e asistere a meterlli in opera 2° l’altri già messe.</w:t>
      </w:r>
    </w:p>
    <w:p w14:paraId="5482FF7C" w14:textId="2085126A" w:rsidR="00CA3803" w:rsidRDefault="00CA3803" w:rsidP="006C5043">
      <w:pPr>
        <w:jc w:val="both"/>
        <w:rPr>
          <w:i/>
          <w:iCs/>
          <w:sz w:val="24"/>
          <w:szCs w:val="24"/>
        </w:rPr>
      </w:pPr>
      <w:r>
        <w:rPr>
          <w:i/>
          <w:iCs/>
          <w:sz w:val="24"/>
          <w:szCs w:val="24"/>
        </w:rPr>
        <w:t>Li scalini per la scala dell mezanello saranno di sol cordone di longezza onze 24 largezza onze 8 grosezza onc</w:t>
      </w:r>
      <w:r w:rsidR="00D03E47">
        <w:rPr>
          <w:i/>
          <w:iCs/>
          <w:sz w:val="24"/>
          <w:szCs w:val="24"/>
        </w:rPr>
        <w:t>i</w:t>
      </w:r>
      <w:r>
        <w:rPr>
          <w:i/>
          <w:iCs/>
          <w:sz w:val="24"/>
          <w:szCs w:val="24"/>
        </w:rPr>
        <w:t>a una e mezza e saranno ben sodi e martilinati in piano con suo cordone mezo tondo di soda e bona pietra n° 45 i</w:t>
      </w:r>
      <w:r w:rsidR="00D03E47">
        <w:rPr>
          <w:i/>
          <w:iCs/>
          <w:sz w:val="24"/>
          <w:szCs w:val="24"/>
        </w:rPr>
        <w:t>n chirca</w:t>
      </w:r>
      <w:r>
        <w:rPr>
          <w:i/>
          <w:iCs/>
          <w:sz w:val="24"/>
          <w:szCs w:val="24"/>
        </w:rPr>
        <w:t xml:space="preserve"> e n° 80 di onze 29 delle istesse qualità e bontà.</w:t>
      </w:r>
    </w:p>
    <w:p w14:paraId="3D024512" w14:textId="77777777" w:rsidR="00CA3803" w:rsidRDefault="00CA3803" w:rsidP="006C5043">
      <w:pPr>
        <w:jc w:val="both"/>
        <w:rPr>
          <w:i/>
          <w:iCs/>
          <w:sz w:val="24"/>
          <w:szCs w:val="24"/>
        </w:rPr>
      </w:pPr>
      <w:r>
        <w:rPr>
          <w:i/>
          <w:iCs/>
          <w:sz w:val="24"/>
          <w:szCs w:val="24"/>
        </w:rPr>
        <w:t>Sopra l’andito e coperto dell tamburo si farà il suo sternito di lose di barge secondo il resto già fatto con l’istessa maniera e forma e grandezze delle lose.</w:t>
      </w:r>
    </w:p>
    <w:p w14:paraId="00A6F1E4" w14:textId="43FF7DCF" w:rsidR="00551A29" w:rsidRDefault="00CA3803" w:rsidP="006C5043">
      <w:pPr>
        <w:jc w:val="both"/>
        <w:rPr>
          <w:i/>
          <w:iCs/>
          <w:sz w:val="24"/>
          <w:szCs w:val="24"/>
        </w:rPr>
      </w:pPr>
      <w:r>
        <w:rPr>
          <w:i/>
          <w:iCs/>
          <w:sz w:val="24"/>
          <w:szCs w:val="24"/>
        </w:rPr>
        <w:t xml:space="preserve">Il sternito di losoni </w:t>
      </w:r>
      <w:r w:rsidR="00551A29">
        <w:rPr>
          <w:i/>
          <w:iCs/>
          <w:sz w:val="24"/>
          <w:szCs w:val="24"/>
        </w:rPr>
        <w:t xml:space="preserve">quadrati che si doverà fare per l’atrio inazi la chiesa saranno d’un piede in quadro e se </w:t>
      </w:r>
      <w:r w:rsidR="00D03E47">
        <w:rPr>
          <w:i/>
          <w:iCs/>
          <w:sz w:val="24"/>
          <w:szCs w:val="24"/>
        </w:rPr>
        <w:t xml:space="preserve">si </w:t>
      </w:r>
      <w:r w:rsidR="00551A29">
        <w:rPr>
          <w:i/>
          <w:iCs/>
          <w:sz w:val="24"/>
          <w:szCs w:val="24"/>
        </w:rPr>
        <w:t>potranno havere più grandi sarà megiore saranno ben martilinati in piano perfetto la sua grosezza d’un oncia e se ritrovando le pietre a più comodo che siano quadri lungi potranno fare le sue guidane in torno e poscia farlli e meterlli 2° denota il disegnio qui espresso con questo però che i pezzi siano tutti uguali saranno obligati a meterlli in opera e profilarlli con tutta diligenza e in piano perfetto e se nel prezzo si ritrovi più facilità a farlli quadrati perfetti tantto saranno bene con meterlli il quadrato per angoli 2° l’uso dell’altri sterniti il tutto ben fatto a opera conlaudata.</w:t>
      </w:r>
    </w:p>
    <w:p w14:paraId="50E75097" w14:textId="00C02E19" w:rsidR="00707008" w:rsidRDefault="00551A29" w:rsidP="006C5043">
      <w:pPr>
        <w:jc w:val="both"/>
        <w:rPr>
          <w:i/>
          <w:iCs/>
          <w:sz w:val="24"/>
          <w:szCs w:val="24"/>
        </w:rPr>
      </w:pPr>
      <w:r>
        <w:rPr>
          <w:i/>
          <w:iCs/>
          <w:sz w:val="24"/>
          <w:szCs w:val="24"/>
        </w:rPr>
        <w:t xml:space="preserve">I scalini </w:t>
      </w:r>
      <w:r w:rsidR="00707008">
        <w:rPr>
          <w:i/>
          <w:iCs/>
          <w:sz w:val="24"/>
          <w:szCs w:val="24"/>
        </w:rPr>
        <w:t xml:space="preserve">di sarizzo per le 3e scalinate inazi l’atrio della chiesa e in mezzo delle colonne saranno a tutta altezza con suo cordone quadretto ben martilinati e sodi senza nesuna falda e imperfetione e saranno di sarizzo forte acciò </w:t>
      </w:r>
      <w:r w:rsidR="00D03E47">
        <w:rPr>
          <w:i/>
          <w:iCs/>
          <w:sz w:val="24"/>
          <w:szCs w:val="24"/>
        </w:rPr>
        <w:t>re</w:t>
      </w:r>
      <w:r w:rsidR="00707008">
        <w:rPr>
          <w:i/>
          <w:iCs/>
          <w:sz w:val="24"/>
          <w:szCs w:val="24"/>
        </w:rPr>
        <w:t xml:space="preserve">ggino al </w:t>
      </w:r>
      <w:r w:rsidR="00D03E47">
        <w:rPr>
          <w:i/>
          <w:iCs/>
          <w:sz w:val="24"/>
          <w:szCs w:val="24"/>
        </w:rPr>
        <w:t xml:space="preserve">inteperie </w:t>
      </w:r>
      <w:r w:rsidR="00707008">
        <w:rPr>
          <w:i/>
          <w:iCs/>
          <w:sz w:val="24"/>
          <w:szCs w:val="24"/>
        </w:rPr>
        <w:t xml:space="preserve">della aria essendo scale discoperte e </w:t>
      </w:r>
      <w:r w:rsidR="00D03E47">
        <w:rPr>
          <w:i/>
          <w:iCs/>
          <w:sz w:val="24"/>
          <w:szCs w:val="24"/>
        </w:rPr>
        <w:t xml:space="preserve">detti </w:t>
      </w:r>
      <w:r w:rsidR="00707008">
        <w:rPr>
          <w:i/>
          <w:iCs/>
          <w:sz w:val="24"/>
          <w:szCs w:val="24"/>
        </w:rPr>
        <w:t>scalini saranno bene inte</w:t>
      </w:r>
      <w:r w:rsidR="00D03E47">
        <w:rPr>
          <w:i/>
          <w:iCs/>
          <w:sz w:val="24"/>
          <w:szCs w:val="24"/>
        </w:rPr>
        <w:t>s</w:t>
      </w:r>
      <w:r w:rsidR="00707008">
        <w:rPr>
          <w:i/>
          <w:iCs/>
          <w:sz w:val="24"/>
          <w:szCs w:val="24"/>
        </w:rPr>
        <w:t xml:space="preserve">tate acciò </w:t>
      </w:r>
      <w:r w:rsidR="00D03E47">
        <w:rPr>
          <w:i/>
          <w:iCs/>
          <w:sz w:val="24"/>
          <w:szCs w:val="24"/>
        </w:rPr>
        <w:t xml:space="preserve">si </w:t>
      </w:r>
      <w:r w:rsidR="00707008">
        <w:rPr>
          <w:i/>
          <w:iCs/>
          <w:sz w:val="24"/>
          <w:szCs w:val="24"/>
        </w:rPr>
        <w:t xml:space="preserve">uniscono bene essendo di </w:t>
      </w:r>
      <w:r w:rsidR="00D03E47">
        <w:rPr>
          <w:i/>
          <w:iCs/>
          <w:sz w:val="24"/>
          <w:szCs w:val="24"/>
        </w:rPr>
        <w:t>n</w:t>
      </w:r>
      <w:r w:rsidR="00707008">
        <w:rPr>
          <w:i/>
          <w:iCs/>
          <w:sz w:val="24"/>
          <w:szCs w:val="24"/>
        </w:rPr>
        <w:t>ecessità</w:t>
      </w:r>
      <w:r w:rsidR="00D03E47">
        <w:rPr>
          <w:i/>
          <w:iCs/>
          <w:sz w:val="24"/>
          <w:szCs w:val="24"/>
        </w:rPr>
        <w:t>farle in diversi</w:t>
      </w:r>
      <w:r w:rsidR="00707008">
        <w:rPr>
          <w:i/>
          <w:iCs/>
          <w:sz w:val="24"/>
          <w:szCs w:val="24"/>
        </w:rPr>
        <w:t xml:space="preserve"> pezzi e tantto il cordone che il quadretto anderanno a filo.</w:t>
      </w:r>
    </w:p>
    <w:p w14:paraId="3B93FEC5" w14:textId="4522F034" w:rsidR="00707008" w:rsidRDefault="00707008" w:rsidP="006C5043">
      <w:pPr>
        <w:jc w:val="both"/>
        <w:rPr>
          <w:i/>
          <w:iCs/>
          <w:sz w:val="24"/>
          <w:szCs w:val="24"/>
        </w:rPr>
      </w:pPr>
      <w:r>
        <w:rPr>
          <w:i/>
          <w:iCs/>
          <w:sz w:val="24"/>
          <w:szCs w:val="24"/>
        </w:rPr>
        <w:t>La sua largezza sarà oncie 11 e la sua altezza sarà oncie 3 ½ e nella parte tomba saranno al meno oncie 2</w:t>
      </w:r>
      <w:r w:rsidR="00D03E47">
        <w:rPr>
          <w:i/>
          <w:iCs/>
          <w:sz w:val="24"/>
          <w:szCs w:val="24"/>
        </w:rPr>
        <w:t xml:space="preserve"> franche</w:t>
      </w:r>
      <w:r>
        <w:rPr>
          <w:i/>
          <w:iCs/>
          <w:sz w:val="24"/>
          <w:szCs w:val="24"/>
        </w:rPr>
        <w:t>.</w:t>
      </w:r>
    </w:p>
    <w:p w14:paraId="67CD5E59" w14:textId="305B6F26" w:rsidR="00707008" w:rsidRDefault="00707008" w:rsidP="006C5043">
      <w:pPr>
        <w:jc w:val="both"/>
        <w:rPr>
          <w:i/>
          <w:iCs/>
          <w:sz w:val="24"/>
          <w:szCs w:val="24"/>
        </w:rPr>
      </w:pPr>
      <w:r>
        <w:rPr>
          <w:i/>
          <w:iCs/>
          <w:sz w:val="24"/>
          <w:szCs w:val="24"/>
        </w:rPr>
        <w:t>N° 163 saranno di longezza 0.5.6. largezza onze 11</w:t>
      </w:r>
      <w:r w:rsidR="00D03E47">
        <w:rPr>
          <w:i/>
          <w:iCs/>
          <w:sz w:val="24"/>
          <w:szCs w:val="24"/>
        </w:rPr>
        <w:t xml:space="preserve"> altezza 3 ½ </w:t>
      </w:r>
    </w:p>
    <w:p w14:paraId="7801EA0D" w14:textId="07001129" w:rsidR="00707008" w:rsidRDefault="00707008" w:rsidP="006C5043">
      <w:pPr>
        <w:jc w:val="both"/>
        <w:rPr>
          <w:i/>
          <w:iCs/>
          <w:sz w:val="24"/>
          <w:szCs w:val="24"/>
        </w:rPr>
      </w:pPr>
      <w:r>
        <w:rPr>
          <w:i/>
          <w:iCs/>
          <w:sz w:val="24"/>
          <w:szCs w:val="24"/>
        </w:rPr>
        <w:t>N° 48 longezza 0.2.9. largezza onze 11</w:t>
      </w:r>
      <w:r w:rsidR="00D03E47">
        <w:rPr>
          <w:i/>
          <w:iCs/>
          <w:sz w:val="24"/>
          <w:szCs w:val="24"/>
        </w:rPr>
        <w:t xml:space="preserve"> altezza 3 ½</w:t>
      </w:r>
    </w:p>
    <w:p w14:paraId="3C90F60C" w14:textId="0E7E0085" w:rsidR="00707008" w:rsidRDefault="00707008" w:rsidP="006C5043">
      <w:pPr>
        <w:jc w:val="both"/>
        <w:rPr>
          <w:i/>
          <w:iCs/>
          <w:sz w:val="24"/>
          <w:szCs w:val="24"/>
        </w:rPr>
      </w:pPr>
      <w:r>
        <w:rPr>
          <w:i/>
          <w:iCs/>
          <w:sz w:val="24"/>
          <w:szCs w:val="24"/>
        </w:rPr>
        <w:t xml:space="preserve">N° 22 longezza 0.3.9. </w:t>
      </w:r>
      <w:r w:rsidR="00D03E47">
        <w:rPr>
          <w:i/>
          <w:iCs/>
          <w:sz w:val="24"/>
          <w:szCs w:val="24"/>
        </w:rPr>
        <w:t xml:space="preserve"> largezza onze </w:t>
      </w:r>
      <w:r>
        <w:rPr>
          <w:i/>
          <w:iCs/>
          <w:sz w:val="24"/>
          <w:szCs w:val="24"/>
        </w:rPr>
        <w:t>11</w:t>
      </w:r>
      <w:r w:rsidR="00D03E47">
        <w:rPr>
          <w:i/>
          <w:iCs/>
          <w:sz w:val="24"/>
          <w:szCs w:val="24"/>
        </w:rPr>
        <w:t xml:space="preserve"> altezza 3 ½</w:t>
      </w:r>
    </w:p>
    <w:p w14:paraId="37635D31" w14:textId="26ADC827" w:rsidR="00D03E47" w:rsidRDefault="00D03E47" w:rsidP="006C5043">
      <w:pPr>
        <w:jc w:val="both"/>
        <w:rPr>
          <w:i/>
          <w:iCs/>
          <w:sz w:val="24"/>
          <w:szCs w:val="24"/>
        </w:rPr>
      </w:pPr>
      <w:r>
        <w:rPr>
          <w:i/>
          <w:iCs/>
          <w:sz w:val="24"/>
          <w:szCs w:val="24"/>
        </w:rPr>
        <w:t xml:space="preserve">N° 6 longezza 1.2.2. largezza onze 11 altezza 3 ½ </w:t>
      </w:r>
    </w:p>
    <w:p w14:paraId="12F4765C" w14:textId="77777777" w:rsidR="00707008" w:rsidRDefault="00707008" w:rsidP="006C5043">
      <w:pPr>
        <w:jc w:val="both"/>
        <w:rPr>
          <w:i/>
          <w:iCs/>
          <w:sz w:val="24"/>
          <w:szCs w:val="24"/>
        </w:rPr>
      </w:pPr>
      <w:r>
        <w:rPr>
          <w:i/>
          <w:iCs/>
          <w:sz w:val="24"/>
          <w:szCs w:val="24"/>
        </w:rPr>
        <w:t>Detti scalini saranno ben fatti e 2° sopra si è detto.</w:t>
      </w:r>
    </w:p>
    <w:p w14:paraId="50644ADC" w14:textId="6878CC3E" w:rsidR="00707008" w:rsidRDefault="00707008" w:rsidP="006C5043">
      <w:pPr>
        <w:jc w:val="both"/>
        <w:rPr>
          <w:i/>
          <w:iCs/>
          <w:sz w:val="24"/>
          <w:szCs w:val="24"/>
        </w:rPr>
      </w:pPr>
      <w:r>
        <w:rPr>
          <w:i/>
          <w:iCs/>
          <w:sz w:val="24"/>
          <w:szCs w:val="24"/>
        </w:rPr>
        <w:t>Dalle medeme misure delle longezze largezze e altezze e n° si d</w:t>
      </w:r>
      <w:r w:rsidR="001D1895">
        <w:rPr>
          <w:i/>
          <w:iCs/>
          <w:sz w:val="24"/>
          <w:szCs w:val="24"/>
        </w:rPr>
        <w:t>eci</w:t>
      </w:r>
      <w:r>
        <w:rPr>
          <w:i/>
          <w:iCs/>
          <w:sz w:val="24"/>
          <w:szCs w:val="24"/>
        </w:rPr>
        <w:t>derà due p</w:t>
      </w:r>
      <w:r w:rsidR="001D1895">
        <w:rPr>
          <w:i/>
          <w:iCs/>
          <w:sz w:val="24"/>
          <w:szCs w:val="24"/>
        </w:rPr>
        <w:t>r</w:t>
      </w:r>
      <w:r>
        <w:rPr>
          <w:i/>
          <w:iCs/>
          <w:sz w:val="24"/>
          <w:szCs w:val="24"/>
        </w:rPr>
        <w:t xml:space="preserve">ezzi </w:t>
      </w:r>
      <w:r w:rsidR="001D1895">
        <w:rPr>
          <w:i/>
          <w:iCs/>
          <w:sz w:val="24"/>
          <w:szCs w:val="24"/>
        </w:rPr>
        <w:t xml:space="preserve">uno </w:t>
      </w:r>
      <w:r>
        <w:rPr>
          <w:i/>
          <w:iCs/>
          <w:sz w:val="24"/>
          <w:szCs w:val="24"/>
        </w:rPr>
        <w:t xml:space="preserve">che siano in facciata quadrati a angolo retto e l’altro con il cordone e quadretto e poscia l’architetto determinerà </w:t>
      </w:r>
      <w:r w:rsidR="001D1895">
        <w:rPr>
          <w:i/>
          <w:iCs/>
          <w:sz w:val="24"/>
          <w:szCs w:val="24"/>
        </w:rPr>
        <w:t xml:space="preserve">quale </w:t>
      </w:r>
      <w:r>
        <w:rPr>
          <w:i/>
          <w:iCs/>
          <w:sz w:val="24"/>
          <w:szCs w:val="24"/>
        </w:rPr>
        <w:t>più giudicherà a proposito per la sodezza e servizio dell opera.</w:t>
      </w:r>
    </w:p>
    <w:p w14:paraId="0EEFD865" w14:textId="31FD12CC" w:rsidR="00707008" w:rsidRDefault="00707008" w:rsidP="006C5043">
      <w:pPr>
        <w:jc w:val="both"/>
        <w:rPr>
          <w:i/>
          <w:iCs/>
          <w:sz w:val="24"/>
          <w:szCs w:val="24"/>
        </w:rPr>
      </w:pPr>
      <w:r>
        <w:rPr>
          <w:i/>
          <w:iCs/>
          <w:sz w:val="24"/>
          <w:szCs w:val="24"/>
        </w:rPr>
        <w:lastRenderedPageBreak/>
        <w:t>Saranno obligati a lavorarlli e martelinarlli perfettamente e aggiustare e mettere in opera e fare i bugi e ove si metteranno le chiavette di ferro o s</w:t>
      </w:r>
      <w:r w:rsidR="001D1895">
        <w:rPr>
          <w:i/>
          <w:iCs/>
          <w:sz w:val="24"/>
          <w:szCs w:val="24"/>
        </w:rPr>
        <w:t>br</w:t>
      </w:r>
      <w:r>
        <w:rPr>
          <w:i/>
          <w:iCs/>
          <w:sz w:val="24"/>
          <w:szCs w:val="24"/>
        </w:rPr>
        <w:t>anche a coda di rondine nella unione d’uno a l’altro acciò si possa impedire il risalto che in questi casi fa il gelo e disgelo.</w:t>
      </w:r>
    </w:p>
    <w:p w14:paraId="6FB79613" w14:textId="77777777" w:rsidR="00707008" w:rsidRDefault="00707008" w:rsidP="006C5043">
      <w:pPr>
        <w:jc w:val="both"/>
        <w:rPr>
          <w:i/>
          <w:iCs/>
          <w:sz w:val="24"/>
          <w:szCs w:val="24"/>
        </w:rPr>
      </w:pPr>
      <w:r>
        <w:rPr>
          <w:i/>
          <w:iCs/>
          <w:sz w:val="24"/>
          <w:szCs w:val="24"/>
        </w:rPr>
        <w:t>La condotta da Torino a Soperga sarà a conto dell ofizio delle fabriche di Sa. Ma. e saranno obligati ad asistere alla condotta e caricare e discaricare le sue pietre lavorati.</w:t>
      </w:r>
    </w:p>
    <w:p w14:paraId="1CB02690" w14:textId="18477A9F" w:rsidR="006C5043" w:rsidRDefault="00707008" w:rsidP="006C5043">
      <w:pPr>
        <w:jc w:val="both"/>
        <w:rPr>
          <w:i/>
          <w:iCs/>
          <w:sz w:val="24"/>
          <w:szCs w:val="24"/>
        </w:rPr>
      </w:pPr>
      <w:r>
        <w:rPr>
          <w:i/>
          <w:iCs/>
          <w:sz w:val="24"/>
          <w:szCs w:val="24"/>
        </w:rPr>
        <w:t>Il tutto a opera conlaudata e approvata e saranno obligati ad operare 2° richiede l’arte di bon piccapietra e di bono e perfetto padre di famiglia a tutta perfezione sodezza e bontà.</w:t>
      </w:r>
      <w:r w:rsidR="00000000">
        <w:rPr>
          <w:i/>
          <w:iCs/>
          <w:sz w:val="24"/>
          <w:szCs w:val="24"/>
        </w:rPr>
        <w:pict w14:anchorId="0E190E6D">
          <v:rect id="_x0000_i1484" style="width:0;height:1.5pt" o:hralign="center" o:hrstd="t" o:hr="t" fillcolor="#a0a0a0" stroked="f"/>
        </w:pict>
      </w:r>
    </w:p>
    <w:p w14:paraId="004A6F2B" w14:textId="30C13FC6" w:rsidR="006C6909" w:rsidRDefault="006C6909" w:rsidP="006C5043">
      <w:pPr>
        <w:jc w:val="right"/>
        <w:rPr>
          <w:i/>
          <w:iCs/>
          <w:sz w:val="24"/>
          <w:szCs w:val="24"/>
        </w:rPr>
      </w:pPr>
      <w:r w:rsidRPr="006C6909">
        <w:rPr>
          <w:i/>
          <w:iCs/>
          <w:sz w:val="24"/>
          <w:szCs w:val="24"/>
        </w:rPr>
        <w:t>giorno di 1</w:t>
      </w:r>
      <w:r w:rsidR="00F61914">
        <w:rPr>
          <w:i/>
          <w:iCs/>
          <w:sz w:val="24"/>
          <w:szCs w:val="24"/>
        </w:rPr>
        <w:t xml:space="preserve">° </w:t>
      </w:r>
      <w:r w:rsidRPr="006C6909">
        <w:rPr>
          <w:i/>
          <w:iCs/>
          <w:sz w:val="24"/>
          <w:szCs w:val="24"/>
        </w:rPr>
        <w:t xml:space="preserve"> Marzo 1730</w:t>
      </w:r>
    </w:p>
    <w:p w14:paraId="7D366D81" w14:textId="77777777" w:rsidR="006C5043" w:rsidRDefault="006C6909" w:rsidP="006C5043">
      <w:pPr>
        <w:jc w:val="right"/>
        <w:rPr>
          <w:i/>
          <w:iCs/>
          <w:sz w:val="24"/>
          <w:szCs w:val="24"/>
        </w:rPr>
      </w:pPr>
      <w:r w:rsidRPr="006C6909">
        <w:rPr>
          <w:i/>
          <w:iCs/>
          <w:sz w:val="24"/>
          <w:szCs w:val="24"/>
        </w:rPr>
        <w:t>Cavaliere Don Filippo Juvarra Primo Architetto</w:t>
      </w:r>
      <w:r w:rsidR="00000000">
        <w:rPr>
          <w:i/>
          <w:iCs/>
          <w:sz w:val="24"/>
          <w:szCs w:val="24"/>
        </w:rPr>
        <w:pict w14:anchorId="63AD9F42">
          <v:rect id="_x0000_i1485" style="width:0;height:1.5pt" o:hralign="center" o:hrstd="t" o:hr="t" fillcolor="#a0a0a0" stroked="f"/>
        </w:pict>
      </w:r>
    </w:p>
    <w:p w14:paraId="24A961F9" w14:textId="2CC42E71" w:rsidR="006C6909" w:rsidRDefault="006C6909" w:rsidP="00CF386F">
      <w:pPr>
        <w:jc w:val="both"/>
        <w:rPr>
          <w:sz w:val="24"/>
          <w:szCs w:val="24"/>
        </w:rPr>
      </w:pPr>
      <w:r w:rsidRPr="006C6909">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w:t>
      </w:r>
      <w:r w:rsidRPr="006C6909">
        <w:rPr>
          <w:sz w:val="24"/>
          <w:szCs w:val="24"/>
        </w:rPr>
        <w:t>.</w:t>
      </w:r>
      <w:r>
        <w:rPr>
          <w:sz w:val="24"/>
          <w:szCs w:val="24"/>
        </w:rPr>
        <w:t xml:space="preserve"> 113</w:t>
      </w:r>
      <w:r w:rsidRPr="006C6909">
        <w:rPr>
          <w:sz w:val="24"/>
          <w:szCs w:val="24"/>
        </w:rPr>
        <w:t>.</w:t>
      </w:r>
    </w:p>
    <w:p w14:paraId="55E5D6B7" w14:textId="77777777" w:rsidR="006C6909" w:rsidRDefault="006C6909" w:rsidP="00CF386F">
      <w:pPr>
        <w:jc w:val="both"/>
        <w:rPr>
          <w:sz w:val="24"/>
          <w:szCs w:val="24"/>
        </w:rPr>
      </w:pPr>
    </w:p>
    <w:p w14:paraId="11988B69" w14:textId="77777777" w:rsidR="006C5043" w:rsidRDefault="006C6909" w:rsidP="006C5043">
      <w:pPr>
        <w:jc w:val="center"/>
        <w:rPr>
          <w:i/>
          <w:iCs/>
          <w:sz w:val="24"/>
          <w:szCs w:val="24"/>
        </w:rPr>
      </w:pPr>
      <w:r w:rsidRPr="006C6909">
        <w:rPr>
          <w:b/>
          <w:bCs/>
          <w:i/>
          <w:iCs/>
          <w:sz w:val="24"/>
          <w:szCs w:val="24"/>
        </w:rPr>
        <w:t>Instruzione per l'Altare Maggiore di Marmi coloriti composto per la Real Chiesa di Soperga da farsi nel 1730</w:t>
      </w:r>
      <w:r w:rsidR="00000000">
        <w:rPr>
          <w:i/>
          <w:iCs/>
          <w:sz w:val="24"/>
          <w:szCs w:val="24"/>
        </w:rPr>
        <w:pict w14:anchorId="61AB6EDD">
          <v:rect id="_x0000_i1486" style="width:0;height:1.5pt" o:hralign="center" o:hrstd="t" o:hr="t" fillcolor="#a0a0a0" stroked="f"/>
        </w:pict>
      </w:r>
    </w:p>
    <w:p w14:paraId="0716FB7E" w14:textId="77777777" w:rsidR="00F445E6" w:rsidRDefault="00F445E6" w:rsidP="006C5043">
      <w:pPr>
        <w:jc w:val="both"/>
        <w:rPr>
          <w:i/>
          <w:iCs/>
          <w:sz w:val="24"/>
          <w:szCs w:val="24"/>
        </w:rPr>
      </w:pPr>
      <w:r>
        <w:rPr>
          <w:i/>
          <w:iCs/>
          <w:sz w:val="24"/>
          <w:szCs w:val="24"/>
        </w:rPr>
        <w:t>Il primo zocolo sotto il piedestallo sarà di verde di susa ben colorito con machie bianche e nere ben lustrato e unito a tutta perfetione.</w:t>
      </w:r>
    </w:p>
    <w:p w14:paraId="43EFC12F" w14:textId="77777777" w:rsidR="00F445E6" w:rsidRDefault="00F445E6" w:rsidP="006C5043">
      <w:pPr>
        <w:jc w:val="both"/>
        <w:rPr>
          <w:i/>
          <w:iCs/>
          <w:sz w:val="24"/>
          <w:szCs w:val="24"/>
        </w:rPr>
      </w:pPr>
      <w:r>
        <w:rPr>
          <w:i/>
          <w:iCs/>
          <w:sz w:val="24"/>
          <w:szCs w:val="24"/>
        </w:rPr>
        <w:t>Scalini dell altare isolato alla romana saranno 2° il disegnio e di marmo di frabosa biggio dell più bello e colorito che si ritrova senza machie galette che in detta pietra alle volte ritrovarsi come parimente il zoccolo dell piedestallo di detto altare isolato.</w:t>
      </w:r>
    </w:p>
    <w:p w14:paraId="009671A0" w14:textId="1CA09C81" w:rsidR="00F445E6" w:rsidRDefault="00F445E6" w:rsidP="006C5043">
      <w:pPr>
        <w:jc w:val="both"/>
        <w:rPr>
          <w:i/>
          <w:iCs/>
          <w:sz w:val="24"/>
          <w:szCs w:val="24"/>
        </w:rPr>
      </w:pPr>
      <w:r>
        <w:rPr>
          <w:i/>
          <w:iCs/>
          <w:sz w:val="24"/>
          <w:szCs w:val="24"/>
        </w:rPr>
        <w:t>I piedestallini che formano la menza e a</w:t>
      </w:r>
      <w:r w:rsidR="00E63A12">
        <w:rPr>
          <w:i/>
          <w:iCs/>
          <w:sz w:val="24"/>
          <w:szCs w:val="24"/>
        </w:rPr>
        <w:t>n</w:t>
      </w:r>
      <w:r>
        <w:rPr>
          <w:i/>
          <w:iCs/>
          <w:sz w:val="24"/>
          <w:szCs w:val="24"/>
        </w:rPr>
        <w:t>te altare saranno di giallo di verona dell più bello co</w:t>
      </w:r>
      <w:r w:rsidR="00E63A12">
        <w:rPr>
          <w:i/>
          <w:iCs/>
          <w:sz w:val="24"/>
          <w:szCs w:val="24"/>
        </w:rPr>
        <w:t>lori</w:t>
      </w:r>
      <w:r>
        <w:rPr>
          <w:i/>
          <w:iCs/>
          <w:sz w:val="24"/>
          <w:szCs w:val="24"/>
        </w:rPr>
        <w:t>to con sua base e cimasa dell istesso giallo di verona i riquadri saranno contornati da cornicetta dell medemo giallo con suo piccolo listello di nero di como i riquadri di diaspro di Sicilia detto libeccio dell più perfetto che si ritrova e sarà lavorato a mand</w:t>
      </w:r>
      <w:r w:rsidR="00E63A12">
        <w:rPr>
          <w:i/>
          <w:iCs/>
          <w:sz w:val="24"/>
          <w:szCs w:val="24"/>
        </w:rPr>
        <w:t>o</w:t>
      </w:r>
      <w:r>
        <w:rPr>
          <w:i/>
          <w:iCs/>
          <w:sz w:val="24"/>
          <w:szCs w:val="24"/>
        </w:rPr>
        <w:t>rlla con spa</w:t>
      </w:r>
      <w:r w:rsidR="00E63A12">
        <w:rPr>
          <w:i/>
          <w:iCs/>
          <w:sz w:val="24"/>
          <w:szCs w:val="24"/>
        </w:rPr>
        <w:t>n</w:t>
      </w:r>
      <w:r>
        <w:rPr>
          <w:i/>
          <w:iCs/>
          <w:sz w:val="24"/>
          <w:szCs w:val="24"/>
        </w:rPr>
        <w:t>are i pezzi e</w:t>
      </w:r>
      <w:r w:rsidR="00E63A12">
        <w:rPr>
          <w:i/>
          <w:iCs/>
          <w:sz w:val="24"/>
          <w:szCs w:val="24"/>
        </w:rPr>
        <w:t xml:space="preserve"> </w:t>
      </w:r>
      <w:r>
        <w:rPr>
          <w:i/>
          <w:iCs/>
          <w:sz w:val="24"/>
          <w:szCs w:val="24"/>
        </w:rPr>
        <w:t>stenderlli al rovescio che naturalmente fa lavoro.</w:t>
      </w:r>
    </w:p>
    <w:p w14:paraId="751E18F5" w14:textId="2C2FB15E" w:rsidR="00F445E6" w:rsidRDefault="00F445E6" w:rsidP="006C5043">
      <w:pPr>
        <w:jc w:val="both"/>
        <w:rPr>
          <w:i/>
          <w:iCs/>
          <w:sz w:val="24"/>
          <w:szCs w:val="24"/>
        </w:rPr>
      </w:pPr>
      <w:r>
        <w:rPr>
          <w:i/>
          <w:iCs/>
          <w:sz w:val="24"/>
          <w:szCs w:val="24"/>
        </w:rPr>
        <w:t>Il zoccolo di detti piedestalli sarà di per</w:t>
      </w:r>
      <w:r w:rsidR="00E63A12">
        <w:rPr>
          <w:i/>
          <w:iCs/>
          <w:sz w:val="24"/>
          <w:szCs w:val="24"/>
        </w:rPr>
        <w:t>s</w:t>
      </w:r>
      <w:r>
        <w:rPr>
          <w:i/>
          <w:iCs/>
          <w:sz w:val="24"/>
          <w:szCs w:val="24"/>
        </w:rPr>
        <w:t>ichino dell paese ben colorito e perfettamente lustrato.</w:t>
      </w:r>
    </w:p>
    <w:p w14:paraId="421DCF4F" w14:textId="68029D3E" w:rsidR="00F445E6" w:rsidRDefault="00F445E6" w:rsidP="006C5043">
      <w:pPr>
        <w:jc w:val="both"/>
        <w:rPr>
          <w:i/>
          <w:iCs/>
          <w:sz w:val="24"/>
          <w:szCs w:val="24"/>
        </w:rPr>
      </w:pPr>
      <w:r>
        <w:rPr>
          <w:i/>
          <w:iCs/>
          <w:sz w:val="24"/>
          <w:szCs w:val="24"/>
        </w:rPr>
        <w:t>Sopra la men</w:t>
      </w:r>
      <w:r w:rsidR="00E63A12">
        <w:rPr>
          <w:i/>
          <w:iCs/>
          <w:sz w:val="24"/>
          <w:szCs w:val="24"/>
        </w:rPr>
        <w:t>s</w:t>
      </w:r>
      <w:r>
        <w:rPr>
          <w:i/>
          <w:iCs/>
          <w:sz w:val="24"/>
          <w:szCs w:val="24"/>
        </w:rPr>
        <w:t xml:space="preserve">a gli sarà una fascia in torno di giallo di onze </w:t>
      </w:r>
      <w:r w:rsidR="00E63A12">
        <w:rPr>
          <w:i/>
          <w:iCs/>
          <w:sz w:val="24"/>
          <w:szCs w:val="24"/>
        </w:rPr>
        <w:t>7</w:t>
      </w:r>
      <w:r>
        <w:rPr>
          <w:i/>
          <w:iCs/>
          <w:sz w:val="24"/>
          <w:szCs w:val="24"/>
        </w:rPr>
        <w:t xml:space="preserve"> e il rimanente che compisca il di sopra della menza sarà intiero di marmore biggio di frabosa.</w:t>
      </w:r>
    </w:p>
    <w:p w14:paraId="58516912" w14:textId="629844B3" w:rsidR="00F445E6" w:rsidRDefault="00F445E6" w:rsidP="006C5043">
      <w:pPr>
        <w:jc w:val="both"/>
        <w:rPr>
          <w:i/>
          <w:iCs/>
          <w:sz w:val="24"/>
          <w:szCs w:val="24"/>
        </w:rPr>
      </w:pPr>
      <w:r>
        <w:rPr>
          <w:i/>
          <w:iCs/>
          <w:sz w:val="24"/>
          <w:szCs w:val="24"/>
        </w:rPr>
        <w:t>L’adietro di detto altare isolato sarà con riquadri di alabastro di buscha e fascie in torno di biggio di frabosa l’urna sotto la menza dell altare sarà di verde di susa dell perfettissimo e nella parte oposta si lascierà la sua p</w:t>
      </w:r>
      <w:r w:rsidR="00E63A12">
        <w:rPr>
          <w:i/>
          <w:iCs/>
          <w:sz w:val="24"/>
          <w:szCs w:val="24"/>
        </w:rPr>
        <w:t>a</w:t>
      </w:r>
      <w:r>
        <w:rPr>
          <w:i/>
          <w:iCs/>
          <w:sz w:val="24"/>
          <w:szCs w:val="24"/>
        </w:rPr>
        <w:t>tina per mettere le reliquie nel voto dell altare.</w:t>
      </w:r>
    </w:p>
    <w:p w14:paraId="32FE571F" w14:textId="77777777" w:rsidR="00F445E6" w:rsidRDefault="00F445E6" w:rsidP="006C5043">
      <w:pPr>
        <w:jc w:val="both"/>
        <w:rPr>
          <w:i/>
          <w:iCs/>
          <w:sz w:val="24"/>
          <w:szCs w:val="24"/>
        </w:rPr>
      </w:pPr>
      <w:r>
        <w:rPr>
          <w:i/>
          <w:iCs/>
          <w:sz w:val="24"/>
          <w:szCs w:val="24"/>
        </w:rPr>
        <w:t>Li due gradini dell altare saranno di persichino rosso dell paese e come quelli dell altare della capella della Venaria.</w:t>
      </w:r>
    </w:p>
    <w:p w14:paraId="607D8D49" w14:textId="05079221" w:rsidR="00F445E6" w:rsidRDefault="002F38B1" w:rsidP="006C5043">
      <w:pPr>
        <w:jc w:val="both"/>
        <w:rPr>
          <w:i/>
          <w:iCs/>
          <w:sz w:val="24"/>
          <w:szCs w:val="24"/>
        </w:rPr>
      </w:pPr>
      <w:r>
        <w:rPr>
          <w:i/>
          <w:iCs/>
          <w:sz w:val="24"/>
          <w:szCs w:val="24"/>
        </w:rPr>
        <w:lastRenderedPageBreak/>
        <w:t xml:space="preserve">La custodia sarà di giallo </w:t>
      </w:r>
      <w:r w:rsidR="00F445E6">
        <w:rPr>
          <w:i/>
          <w:iCs/>
          <w:sz w:val="24"/>
          <w:szCs w:val="24"/>
        </w:rPr>
        <w:t>di Verona</w:t>
      </w:r>
      <w:r>
        <w:rPr>
          <w:i/>
          <w:iCs/>
          <w:sz w:val="24"/>
          <w:szCs w:val="24"/>
        </w:rPr>
        <w:t xml:space="preserve"> con riquadri di diaspro di </w:t>
      </w:r>
      <w:r w:rsidR="00F445E6">
        <w:rPr>
          <w:i/>
          <w:iCs/>
          <w:sz w:val="24"/>
          <w:szCs w:val="24"/>
        </w:rPr>
        <w:t xml:space="preserve">Sicilia </w:t>
      </w:r>
      <w:r w:rsidR="0008327C">
        <w:rPr>
          <w:i/>
          <w:iCs/>
          <w:sz w:val="24"/>
          <w:szCs w:val="24"/>
        </w:rPr>
        <w:t>o</w:t>
      </w:r>
      <w:r w:rsidR="00F445E6">
        <w:rPr>
          <w:i/>
          <w:iCs/>
          <w:sz w:val="24"/>
          <w:szCs w:val="24"/>
        </w:rPr>
        <w:t xml:space="preserve"> lib</w:t>
      </w:r>
      <w:r w:rsidR="0008327C">
        <w:rPr>
          <w:i/>
          <w:iCs/>
          <w:sz w:val="24"/>
          <w:szCs w:val="24"/>
        </w:rPr>
        <w:t>e</w:t>
      </w:r>
      <w:r w:rsidR="00F445E6">
        <w:rPr>
          <w:i/>
          <w:iCs/>
          <w:sz w:val="24"/>
          <w:szCs w:val="24"/>
        </w:rPr>
        <w:t>ccio</w:t>
      </w:r>
      <w:r>
        <w:rPr>
          <w:i/>
          <w:iCs/>
          <w:sz w:val="24"/>
          <w:szCs w:val="24"/>
        </w:rPr>
        <w:t xml:space="preserve"> e saranno capate le più coloriti e </w:t>
      </w:r>
      <w:r w:rsidR="00F445E6">
        <w:rPr>
          <w:i/>
          <w:iCs/>
          <w:sz w:val="24"/>
          <w:szCs w:val="24"/>
        </w:rPr>
        <w:t>belle</w:t>
      </w:r>
      <w:r>
        <w:rPr>
          <w:i/>
          <w:iCs/>
          <w:sz w:val="24"/>
          <w:szCs w:val="24"/>
        </w:rPr>
        <w:t xml:space="preserve"> e sarà parimente nelli laterali </w:t>
      </w:r>
      <w:r w:rsidR="00F445E6">
        <w:rPr>
          <w:i/>
          <w:iCs/>
          <w:sz w:val="24"/>
          <w:szCs w:val="24"/>
        </w:rPr>
        <w:t>e</w:t>
      </w:r>
      <w:r>
        <w:rPr>
          <w:i/>
          <w:iCs/>
          <w:sz w:val="24"/>
          <w:szCs w:val="24"/>
        </w:rPr>
        <w:t xml:space="preserve"> parte esteriore con filetti di nero </w:t>
      </w:r>
      <w:r w:rsidR="00F445E6">
        <w:rPr>
          <w:i/>
          <w:iCs/>
          <w:sz w:val="24"/>
          <w:szCs w:val="24"/>
        </w:rPr>
        <w:t>di Como</w:t>
      </w:r>
      <w:r>
        <w:rPr>
          <w:i/>
          <w:iCs/>
          <w:sz w:val="24"/>
          <w:szCs w:val="24"/>
        </w:rPr>
        <w:t xml:space="preserve"> il tutto ben lustrato comesso </w:t>
      </w:r>
      <w:r w:rsidR="00F445E6">
        <w:rPr>
          <w:i/>
          <w:iCs/>
          <w:sz w:val="24"/>
          <w:szCs w:val="24"/>
        </w:rPr>
        <w:t>e lavorato</w:t>
      </w:r>
      <w:r>
        <w:rPr>
          <w:i/>
          <w:iCs/>
          <w:sz w:val="24"/>
          <w:szCs w:val="24"/>
        </w:rPr>
        <w:t>.</w:t>
      </w:r>
    </w:p>
    <w:p w14:paraId="3B21DE38" w14:textId="0D7C021B" w:rsidR="002F38B1" w:rsidRDefault="002F38B1" w:rsidP="006C5043">
      <w:pPr>
        <w:jc w:val="both"/>
        <w:rPr>
          <w:i/>
          <w:iCs/>
          <w:sz w:val="24"/>
          <w:szCs w:val="24"/>
        </w:rPr>
      </w:pPr>
      <w:r>
        <w:rPr>
          <w:i/>
          <w:iCs/>
          <w:sz w:val="24"/>
          <w:szCs w:val="24"/>
        </w:rPr>
        <w:t xml:space="preserve">Riquadri delli piedestalli grandi </w:t>
      </w:r>
      <w:r w:rsidR="00F445E6">
        <w:rPr>
          <w:i/>
          <w:iCs/>
          <w:sz w:val="24"/>
          <w:szCs w:val="24"/>
        </w:rPr>
        <w:t>saranno</w:t>
      </w:r>
      <w:r>
        <w:rPr>
          <w:i/>
          <w:iCs/>
          <w:sz w:val="24"/>
          <w:szCs w:val="24"/>
        </w:rPr>
        <w:t xml:space="preserve"> le base e cima</w:t>
      </w:r>
      <w:r w:rsidR="0008327C">
        <w:rPr>
          <w:i/>
          <w:iCs/>
          <w:sz w:val="24"/>
          <w:szCs w:val="24"/>
        </w:rPr>
        <w:t>s</w:t>
      </w:r>
      <w:r>
        <w:rPr>
          <w:i/>
          <w:iCs/>
          <w:sz w:val="24"/>
          <w:szCs w:val="24"/>
        </w:rPr>
        <w:t xml:space="preserve">i di giallo </w:t>
      </w:r>
      <w:r w:rsidR="00F445E6">
        <w:rPr>
          <w:i/>
          <w:iCs/>
          <w:sz w:val="24"/>
          <w:szCs w:val="24"/>
        </w:rPr>
        <w:t>di Verona</w:t>
      </w:r>
      <w:r>
        <w:rPr>
          <w:i/>
          <w:iCs/>
          <w:sz w:val="24"/>
          <w:szCs w:val="24"/>
        </w:rPr>
        <w:t xml:space="preserve"> le fascie in torno che formano </w:t>
      </w:r>
      <w:r w:rsidR="00F445E6">
        <w:rPr>
          <w:i/>
          <w:iCs/>
          <w:sz w:val="24"/>
          <w:szCs w:val="24"/>
        </w:rPr>
        <w:t>il</w:t>
      </w:r>
      <w:r>
        <w:rPr>
          <w:i/>
          <w:iCs/>
          <w:sz w:val="24"/>
          <w:szCs w:val="24"/>
        </w:rPr>
        <w:t xml:space="preserve"> vivo dell piedestallo di sara</w:t>
      </w:r>
      <w:r w:rsidR="0008327C">
        <w:rPr>
          <w:i/>
          <w:iCs/>
          <w:sz w:val="24"/>
          <w:szCs w:val="24"/>
        </w:rPr>
        <w:t>v</w:t>
      </w:r>
      <w:r>
        <w:rPr>
          <w:i/>
          <w:iCs/>
          <w:sz w:val="24"/>
          <w:szCs w:val="24"/>
        </w:rPr>
        <w:t>ezza della machia minuta i cornicetti in torno al riquadro di mezzo di giallo di Verona con suo listello di nero di como il specchio di diaspro di sicilia dell più bello e colorito comesso a disegnio dell istessa machia.</w:t>
      </w:r>
    </w:p>
    <w:p w14:paraId="767F3355" w14:textId="19DC44C3" w:rsidR="002F38B1" w:rsidRDefault="002F38B1" w:rsidP="006C5043">
      <w:pPr>
        <w:jc w:val="both"/>
        <w:rPr>
          <w:i/>
          <w:iCs/>
          <w:sz w:val="24"/>
          <w:szCs w:val="24"/>
        </w:rPr>
      </w:pPr>
      <w:r>
        <w:rPr>
          <w:i/>
          <w:iCs/>
          <w:sz w:val="24"/>
          <w:szCs w:val="24"/>
        </w:rPr>
        <w:t>Il 2° zocoletto di persichino rosso dell paese.</w:t>
      </w:r>
    </w:p>
    <w:p w14:paraId="50EFD5E0" w14:textId="25971CED" w:rsidR="002F38B1" w:rsidRDefault="002F38B1" w:rsidP="006C5043">
      <w:pPr>
        <w:jc w:val="both"/>
        <w:rPr>
          <w:i/>
          <w:iCs/>
          <w:sz w:val="24"/>
          <w:szCs w:val="24"/>
        </w:rPr>
      </w:pPr>
      <w:r>
        <w:rPr>
          <w:i/>
          <w:iCs/>
          <w:sz w:val="24"/>
          <w:szCs w:val="24"/>
        </w:rPr>
        <w:t>I riquadri laterali saranno simile alle facciate.</w:t>
      </w:r>
    </w:p>
    <w:p w14:paraId="775956C2" w14:textId="11BD1066" w:rsidR="002F38B1" w:rsidRDefault="002F38B1" w:rsidP="006C5043">
      <w:pPr>
        <w:jc w:val="both"/>
        <w:rPr>
          <w:i/>
          <w:iCs/>
          <w:sz w:val="24"/>
          <w:szCs w:val="24"/>
        </w:rPr>
      </w:pPr>
      <w:r>
        <w:rPr>
          <w:i/>
          <w:iCs/>
          <w:sz w:val="24"/>
          <w:szCs w:val="24"/>
        </w:rPr>
        <w:t>Nel camppo di mezzo fra un piedestallo e l’altro sarà diviso in 3e riquadri il zocoletto di persichino rosso dell paese le fascie in torno di sara</w:t>
      </w:r>
      <w:r w:rsidR="0008327C">
        <w:rPr>
          <w:i/>
          <w:iCs/>
          <w:sz w:val="24"/>
          <w:szCs w:val="24"/>
        </w:rPr>
        <w:t>v</w:t>
      </w:r>
      <w:r>
        <w:rPr>
          <w:i/>
          <w:iCs/>
          <w:sz w:val="24"/>
          <w:szCs w:val="24"/>
        </w:rPr>
        <w:t xml:space="preserve">ezza di machia minuta con sua cornicetta di giallo di verona e listello di nero di como il riquadro di mezzo di verde di susa i due riquadri laterali di alabastro di </w:t>
      </w:r>
      <w:r w:rsidR="007B21EA">
        <w:rPr>
          <w:i/>
          <w:iCs/>
          <w:sz w:val="24"/>
          <w:szCs w:val="24"/>
        </w:rPr>
        <w:t xml:space="preserve">buscha lavorato come </w:t>
      </w:r>
      <w:r>
        <w:rPr>
          <w:i/>
          <w:iCs/>
          <w:sz w:val="24"/>
          <w:szCs w:val="24"/>
        </w:rPr>
        <w:t>sopra</w:t>
      </w:r>
      <w:r w:rsidR="007B21EA">
        <w:rPr>
          <w:i/>
          <w:iCs/>
          <w:sz w:val="24"/>
          <w:szCs w:val="24"/>
        </w:rPr>
        <w:t>.</w:t>
      </w:r>
    </w:p>
    <w:p w14:paraId="5028B3C1" w14:textId="0C969EDC" w:rsidR="002F38B1" w:rsidRDefault="007B21EA" w:rsidP="006C5043">
      <w:pPr>
        <w:jc w:val="both"/>
        <w:rPr>
          <w:i/>
          <w:iCs/>
          <w:sz w:val="24"/>
          <w:szCs w:val="24"/>
        </w:rPr>
      </w:pPr>
      <w:r>
        <w:rPr>
          <w:i/>
          <w:iCs/>
          <w:sz w:val="24"/>
          <w:szCs w:val="24"/>
        </w:rPr>
        <w:t xml:space="preserve">Base delle colonne saranno </w:t>
      </w:r>
      <w:r w:rsidR="002F38B1">
        <w:rPr>
          <w:i/>
          <w:iCs/>
          <w:sz w:val="24"/>
          <w:szCs w:val="24"/>
        </w:rPr>
        <w:t>di marmore</w:t>
      </w:r>
      <w:r>
        <w:rPr>
          <w:i/>
          <w:iCs/>
          <w:sz w:val="24"/>
          <w:szCs w:val="24"/>
        </w:rPr>
        <w:t xml:space="preserve"> biancho di carrara ben lustrati </w:t>
      </w:r>
      <w:r w:rsidR="002F38B1">
        <w:rPr>
          <w:i/>
          <w:iCs/>
          <w:sz w:val="24"/>
          <w:szCs w:val="24"/>
        </w:rPr>
        <w:t>come</w:t>
      </w:r>
      <w:r>
        <w:rPr>
          <w:i/>
          <w:iCs/>
          <w:sz w:val="24"/>
          <w:szCs w:val="24"/>
        </w:rPr>
        <w:t xml:space="preserve"> parimente le cont</w:t>
      </w:r>
      <w:r w:rsidR="0008327C">
        <w:rPr>
          <w:i/>
          <w:iCs/>
          <w:sz w:val="24"/>
          <w:szCs w:val="24"/>
        </w:rPr>
        <w:t>r</w:t>
      </w:r>
      <w:r>
        <w:rPr>
          <w:i/>
          <w:iCs/>
          <w:sz w:val="24"/>
          <w:szCs w:val="24"/>
        </w:rPr>
        <w:t xml:space="preserve">a base </w:t>
      </w:r>
      <w:r w:rsidR="002F38B1">
        <w:rPr>
          <w:i/>
          <w:iCs/>
          <w:sz w:val="24"/>
          <w:szCs w:val="24"/>
        </w:rPr>
        <w:t>delli pilastri</w:t>
      </w:r>
      <w:r>
        <w:rPr>
          <w:i/>
          <w:iCs/>
          <w:sz w:val="24"/>
          <w:szCs w:val="24"/>
        </w:rPr>
        <w:t xml:space="preserve"> e cont</w:t>
      </w:r>
      <w:r w:rsidR="0008327C">
        <w:rPr>
          <w:i/>
          <w:iCs/>
          <w:sz w:val="24"/>
          <w:szCs w:val="24"/>
        </w:rPr>
        <w:t>r</w:t>
      </w:r>
      <w:r>
        <w:rPr>
          <w:i/>
          <w:iCs/>
          <w:sz w:val="24"/>
          <w:szCs w:val="24"/>
        </w:rPr>
        <w:t>a pilastri.</w:t>
      </w:r>
    </w:p>
    <w:p w14:paraId="6E4DB50D" w14:textId="45F3EEAF" w:rsidR="009564D0" w:rsidRDefault="007B21EA" w:rsidP="006C5043">
      <w:pPr>
        <w:jc w:val="both"/>
        <w:rPr>
          <w:i/>
          <w:iCs/>
          <w:sz w:val="24"/>
          <w:szCs w:val="24"/>
        </w:rPr>
      </w:pPr>
      <w:r>
        <w:rPr>
          <w:i/>
          <w:iCs/>
          <w:sz w:val="24"/>
          <w:szCs w:val="24"/>
        </w:rPr>
        <w:t xml:space="preserve">Colonne saranno in due pezzi </w:t>
      </w:r>
      <w:r w:rsidR="002F38B1">
        <w:rPr>
          <w:i/>
          <w:iCs/>
          <w:sz w:val="24"/>
          <w:szCs w:val="24"/>
        </w:rPr>
        <w:t>caduna cioè</w:t>
      </w:r>
      <w:r w:rsidR="009564D0">
        <w:rPr>
          <w:i/>
          <w:iCs/>
          <w:sz w:val="24"/>
          <w:szCs w:val="24"/>
        </w:rPr>
        <w:t xml:space="preserve"> un pezzo di due 3i e un pezzo il </w:t>
      </w:r>
      <w:r w:rsidR="002F38B1">
        <w:rPr>
          <w:i/>
          <w:iCs/>
          <w:sz w:val="24"/>
          <w:szCs w:val="24"/>
        </w:rPr>
        <w:t>primo 3°</w:t>
      </w:r>
      <w:r w:rsidR="009564D0">
        <w:rPr>
          <w:i/>
          <w:iCs/>
          <w:sz w:val="24"/>
          <w:szCs w:val="24"/>
        </w:rPr>
        <w:t xml:space="preserve"> saranno ben lavorati e fu</w:t>
      </w:r>
      <w:r w:rsidR="0008327C">
        <w:rPr>
          <w:i/>
          <w:iCs/>
          <w:sz w:val="24"/>
          <w:szCs w:val="24"/>
        </w:rPr>
        <w:t>s</w:t>
      </w:r>
      <w:r w:rsidR="009564D0">
        <w:rPr>
          <w:i/>
          <w:iCs/>
          <w:sz w:val="24"/>
          <w:szCs w:val="24"/>
        </w:rPr>
        <w:t xml:space="preserve">ellati </w:t>
      </w:r>
      <w:r w:rsidR="002F38B1">
        <w:rPr>
          <w:i/>
          <w:iCs/>
          <w:sz w:val="24"/>
          <w:szCs w:val="24"/>
        </w:rPr>
        <w:t>perfetta</w:t>
      </w:r>
      <w:r w:rsidR="009564D0">
        <w:rPr>
          <w:i/>
          <w:iCs/>
          <w:sz w:val="24"/>
          <w:szCs w:val="24"/>
        </w:rPr>
        <w:t xml:space="preserve">mente con suo immo scapo e </w:t>
      </w:r>
      <w:r w:rsidR="002F38B1">
        <w:rPr>
          <w:i/>
          <w:iCs/>
          <w:sz w:val="24"/>
          <w:szCs w:val="24"/>
        </w:rPr>
        <w:t>collarino</w:t>
      </w:r>
      <w:r w:rsidR="009564D0">
        <w:rPr>
          <w:i/>
          <w:iCs/>
          <w:sz w:val="24"/>
          <w:szCs w:val="24"/>
        </w:rPr>
        <w:t xml:space="preserve"> e saranno di persichino ben colorito dell paese con avertire che </w:t>
      </w:r>
      <w:r w:rsidR="002F38B1">
        <w:rPr>
          <w:i/>
          <w:iCs/>
          <w:sz w:val="24"/>
          <w:szCs w:val="24"/>
        </w:rPr>
        <w:t>il colore</w:t>
      </w:r>
      <w:r w:rsidR="009564D0">
        <w:rPr>
          <w:i/>
          <w:iCs/>
          <w:sz w:val="24"/>
          <w:szCs w:val="24"/>
        </w:rPr>
        <w:t xml:space="preserve"> s’unisca bene nella unione </w:t>
      </w:r>
      <w:r w:rsidR="002F38B1">
        <w:rPr>
          <w:i/>
          <w:iCs/>
          <w:sz w:val="24"/>
          <w:szCs w:val="24"/>
        </w:rPr>
        <w:t>delli due</w:t>
      </w:r>
      <w:r w:rsidR="009564D0">
        <w:rPr>
          <w:i/>
          <w:iCs/>
          <w:sz w:val="24"/>
          <w:szCs w:val="24"/>
        </w:rPr>
        <w:t xml:space="preserve"> pezzi e saranno pezzi intieri </w:t>
      </w:r>
      <w:r w:rsidR="002F38B1">
        <w:rPr>
          <w:i/>
          <w:iCs/>
          <w:sz w:val="24"/>
          <w:szCs w:val="24"/>
        </w:rPr>
        <w:t>e ben sodi</w:t>
      </w:r>
      <w:r w:rsidR="009564D0">
        <w:rPr>
          <w:i/>
          <w:iCs/>
          <w:sz w:val="24"/>
          <w:szCs w:val="24"/>
        </w:rPr>
        <w:t xml:space="preserve"> e colorite se vi sarà </w:t>
      </w:r>
      <w:r w:rsidR="002F38B1">
        <w:rPr>
          <w:i/>
          <w:iCs/>
          <w:sz w:val="24"/>
          <w:szCs w:val="24"/>
        </w:rPr>
        <w:t>altro marmo</w:t>
      </w:r>
      <w:r w:rsidR="009564D0">
        <w:rPr>
          <w:i/>
          <w:iCs/>
          <w:sz w:val="24"/>
          <w:szCs w:val="24"/>
        </w:rPr>
        <w:t xml:space="preserve"> colorito di rosso del paese </w:t>
      </w:r>
      <w:r w:rsidR="002F38B1">
        <w:rPr>
          <w:i/>
          <w:iCs/>
          <w:sz w:val="24"/>
          <w:szCs w:val="24"/>
        </w:rPr>
        <w:t>si mostrerà</w:t>
      </w:r>
      <w:r w:rsidR="009564D0">
        <w:rPr>
          <w:i/>
          <w:iCs/>
          <w:sz w:val="24"/>
          <w:szCs w:val="24"/>
        </w:rPr>
        <w:t xml:space="preserve"> a l’architetto il colore e si </w:t>
      </w:r>
      <w:r w:rsidR="002F38B1">
        <w:rPr>
          <w:i/>
          <w:iCs/>
          <w:sz w:val="24"/>
          <w:szCs w:val="24"/>
        </w:rPr>
        <w:t>potrà in</w:t>
      </w:r>
      <w:r w:rsidR="009564D0">
        <w:rPr>
          <w:i/>
          <w:iCs/>
          <w:sz w:val="24"/>
          <w:szCs w:val="24"/>
        </w:rPr>
        <w:t xml:space="preserve"> questo determinare restando </w:t>
      </w:r>
      <w:r w:rsidR="002F38B1">
        <w:rPr>
          <w:i/>
          <w:iCs/>
          <w:sz w:val="24"/>
          <w:szCs w:val="24"/>
        </w:rPr>
        <w:t>in suo</w:t>
      </w:r>
      <w:r w:rsidR="009564D0">
        <w:rPr>
          <w:i/>
          <w:iCs/>
          <w:sz w:val="24"/>
          <w:szCs w:val="24"/>
        </w:rPr>
        <w:t xml:space="preserve"> arbitrio di conce</w:t>
      </w:r>
      <w:r w:rsidR="0008327C">
        <w:rPr>
          <w:i/>
          <w:iCs/>
          <w:sz w:val="24"/>
          <w:szCs w:val="24"/>
        </w:rPr>
        <w:t>r</w:t>
      </w:r>
      <w:r w:rsidR="009564D0">
        <w:rPr>
          <w:i/>
          <w:iCs/>
          <w:sz w:val="24"/>
          <w:szCs w:val="24"/>
        </w:rPr>
        <w:t>tare con l’</w:t>
      </w:r>
      <w:r w:rsidR="002F38B1">
        <w:rPr>
          <w:i/>
          <w:iCs/>
          <w:sz w:val="24"/>
          <w:szCs w:val="24"/>
        </w:rPr>
        <w:t>impresarij</w:t>
      </w:r>
      <w:r w:rsidR="009564D0">
        <w:rPr>
          <w:i/>
          <w:iCs/>
          <w:sz w:val="24"/>
          <w:szCs w:val="24"/>
        </w:rPr>
        <w:t xml:space="preserve"> sopra questo capo nascendo dificoltà.</w:t>
      </w:r>
    </w:p>
    <w:p w14:paraId="0FA67D3B" w14:textId="77777777" w:rsidR="009564D0" w:rsidRDefault="009564D0" w:rsidP="006C5043">
      <w:pPr>
        <w:jc w:val="both"/>
        <w:rPr>
          <w:i/>
          <w:iCs/>
          <w:sz w:val="24"/>
          <w:szCs w:val="24"/>
        </w:rPr>
      </w:pPr>
      <w:r>
        <w:rPr>
          <w:i/>
          <w:iCs/>
          <w:sz w:val="24"/>
          <w:szCs w:val="24"/>
        </w:rPr>
        <w:t>Capitelli intagliati d’ordine composito a foglia di rovere ben trasforati e ricacciati di marmore biancho di carrara con tavola e calicoli lustrati i capitelli delle contro pilastri saranno dell istesso marmo di carrara 2° dimostra il disegnio lustrati e intagliati a tutta perfezione.</w:t>
      </w:r>
    </w:p>
    <w:p w14:paraId="31B0E1E1" w14:textId="598AA29F" w:rsidR="009564D0" w:rsidRDefault="009564D0" w:rsidP="006C5043">
      <w:pPr>
        <w:jc w:val="both"/>
        <w:rPr>
          <w:i/>
          <w:iCs/>
          <w:sz w:val="24"/>
          <w:szCs w:val="24"/>
        </w:rPr>
      </w:pPr>
      <w:r>
        <w:rPr>
          <w:i/>
          <w:iCs/>
          <w:sz w:val="24"/>
          <w:szCs w:val="24"/>
        </w:rPr>
        <w:t>Il contra pilastro della isolata colonna sarà di verde di susa dell più perfett</w:t>
      </w:r>
      <w:r w:rsidR="0008327C">
        <w:rPr>
          <w:i/>
          <w:iCs/>
          <w:sz w:val="24"/>
          <w:szCs w:val="24"/>
        </w:rPr>
        <w:t>o</w:t>
      </w:r>
      <w:r>
        <w:rPr>
          <w:i/>
          <w:iCs/>
          <w:sz w:val="24"/>
          <w:szCs w:val="24"/>
        </w:rPr>
        <w:t xml:space="preserve"> che si ritrova e sarà comesso in pezzo intiero acciò non si veda la comissura in opera con suo immo scapo e collarino.</w:t>
      </w:r>
    </w:p>
    <w:p w14:paraId="4EDA25D1" w14:textId="6D9DDBDE" w:rsidR="009564D0" w:rsidRDefault="009564D0" w:rsidP="006C5043">
      <w:pPr>
        <w:jc w:val="both"/>
        <w:rPr>
          <w:i/>
          <w:iCs/>
          <w:sz w:val="24"/>
          <w:szCs w:val="24"/>
        </w:rPr>
      </w:pPr>
      <w:r>
        <w:rPr>
          <w:i/>
          <w:iCs/>
          <w:sz w:val="24"/>
          <w:szCs w:val="24"/>
        </w:rPr>
        <w:t>Il pilastro laterale verso il mezzo sarà comesso parimente intiero e sarà di sara</w:t>
      </w:r>
      <w:r w:rsidR="0008327C">
        <w:rPr>
          <w:i/>
          <w:iCs/>
          <w:sz w:val="24"/>
          <w:szCs w:val="24"/>
        </w:rPr>
        <w:t>v</w:t>
      </w:r>
      <w:r>
        <w:rPr>
          <w:i/>
          <w:iCs/>
          <w:sz w:val="24"/>
          <w:szCs w:val="24"/>
        </w:rPr>
        <w:t>ezza lavorato per metà che facci lavoro l’istessa machia.</w:t>
      </w:r>
    </w:p>
    <w:p w14:paraId="171D02B1" w14:textId="547A1BF9" w:rsidR="009A4874" w:rsidRDefault="009564D0" w:rsidP="006C5043">
      <w:pPr>
        <w:jc w:val="both"/>
        <w:rPr>
          <w:i/>
          <w:iCs/>
          <w:sz w:val="24"/>
          <w:szCs w:val="24"/>
        </w:rPr>
      </w:pPr>
      <w:r>
        <w:rPr>
          <w:i/>
          <w:iCs/>
          <w:sz w:val="24"/>
          <w:szCs w:val="24"/>
        </w:rPr>
        <w:t xml:space="preserve">Sarà simile </w:t>
      </w:r>
      <w:r w:rsidR="009A4874">
        <w:rPr>
          <w:i/>
          <w:iCs/>
          <w:sz w:val="24"/>
          <w:szCs w:val="24"/>
        </w:rPr>
        <w:t>il mezo cont</w:t>
      </w:r>
      <w:r w:rsidR="0008327C">
        <w:rPr>
          <w:i/>
          <w:iCs/>
          <w:sz w:val="24"/>
          <w:szCs w:val="24"/>
        </w:rPr>
        <w:t>r</w:t>
      </w:r>
      <w:r w:rsidR="009A4874">
        <w:rPr>
          <w:i/>
          <w:iCs/>
          <w:sz w:val="24"/>
          <w:szCs w:val="24"/>
        </w:rPr>
        <w:t>a pilastro nella parte di fuori di sarave</w:t>
      </w:r>
      <w:r w:rsidR="0008327C">
        <w:rPr>
          <w:i/>
          <w:iCs/>
          <w:sz w:val="24"/>
          <w:szCs w:val="24"/>
        </w:rPr>
        <w:t>zz</w:t>
      </w:r>
      <w:r w:rsidR="009A4874">
        <w:rPr>
          <w:i/>
          <w:iCs/>
          <w:sz w:val="24"/>
          <w:szCs w:val="24"/>
        </w:rPr>
        <w:t>a ma della machia colorita e m</w:t>
      </w:r>
      <w:r w:rsidR="0008327C">
        <w:rPr>
          <w:i/>
          <w:iCs/>
          <w:sz w:val="24"/>
          <w:szCs w:val="24"/>
        </w:rPr>
        <w:t>inu</w:t>
      </w:r>
      <w:r w:rsidR="009A4874">
        <w:rPr>
          <w:i/>
          <w:iCs/>
          <w:sz w:val="24"/>
          <w:szCs w:val="24"/>
        </w:rPr>
        <w:t>ta la fascia che prende il semicircolo della tribuna che s’unisce con il sopra detto mezzo pilastro sarà di marmore biggio di frabosa.</w:t>
      </w:r>
    </w:p>
    <w:p w14:paraId="6BAB518C" w14:textId="77777777" w:rsidR="009A4874" w:rsidRDefault="009A4874" w:rsidP="006C5043">
      <w:pPr>
        <w:jc w:val="both"/>
        <w:rPr>
          <w:i/>
          <w:iCs/>
          <w:sz w:val="24"/>
          <w:szCs w:val="24"/>
        </w:rPr>
      </w:pPr>
      <w:r>
        <w:rPr>
          <w:i/>
          <w:iCs/>
          <w:sz w:val="24"/>
          <w:szCs w:val="24"/>
        </w:rPr>
        <w:t>La cornice dell basso rilievo che forma quadro sarà di giallo di verona il piedestallo o sodo che regge il rilievo dell basso rilievo.</w:t>
      </w:r>
    </w:p>
    <w:p w14:paraId="3ACEF7D5" w14:textId="0EE298B2" w:rsidR="009A4874" w:rsidRDefault="009A4874" w:rsidP="006C5043">
      <w:pPr>
        <w:jc w:val="both"/>
        <w:rPr>
          <w:i/>
          <w:iCs/>
          <w:sz w:val="24"/>
          <w:szCs w:val="24"/>
        </w:rPr>
      </w:pPr>
      <w:r>
        <w:rPr>
          <w:i/>
          <w:iCs/>
          <w:sz w:val="24"/>
          <w:szCs w:val="24"/>
        </w:rPr>
        <w:t>Il zocolo sarà di sara</w:t>
      </w:r>
      <w:r w:rsidR="0008327C">
        <w:rPr>
          <w:i/>
          <w:iCs/>
          <w:sz w:val="24"/>
          <w:szCs w:val="24"/>
        </w:rPr>
        <w:t>v</w:t>
      </w:r>
      <w:r>
        <w:rPr>
          <w:i/>
          <w:iCs/>
          <w:sz w:val="24"/>
          <w:szCs w:val="24"/>
        </w:rPr>
        <w:t>ezza della bella machia minuta.</w:t>
      </w:r>
    </w:p>
    <w:p w14:paraId="6338EDFD" w14:textId="77777777" w:rsidR="009A4874" w:rsidRDefault="009A4874" w:rsidP="006C5043">
      <w:pPr>
        <w:jc w:val="both"/>
        <w:rPr>
          <w:i/>
          <w:iCs/>
          <w:sz w:val="24"/>
          <w:szCs w:val="24"/>
        </w:rPr>
      </w:pPr>
      <w:r>
        <w:rPr>
          <w:i/>
          <w:iCs/>
          <w:sz w:val="24"/>
          <w:szCs w:val="24"/>
        </w:rPr>
        <w:t>La base sopra esso sarà di giallo di verona la fascia sopra detta base di giallo sarà di verde belissimo di susa con machie bianche.</w:t>
      </w:r>
    </w:p>
    <w:p w14:paraId="7453291F" w14:textId="34F4D567" w:rsidR="009A4874" w:rsidRDefault="009A4874" w:rsidP="006C5043">
      <w:pPr>
        <w:jc w:val="both"/>
        <w:rPr>
          <w:i/>
          <w:iCs/>
          <w:sz w:val="24"/>
          <w:szCs w:val="24"/>
        </w:rPr>
      </w:pPr>
      <w:r>
        <w:rPr>
          <w:i/>
          <w:iCs/>
          <w:sz w:val="24"/>
          <w:szCs w:val="24"/>
        </w:rPr>
        <w:lastRenderedPageBreak/>
        <w:t>Le fascie centina</w:t>
      </w:r>
      <w:r w:rsidR="0008327C">
        <w:rPr>
          <w:i/>
          <w:iCs/>
          <w:sz w:val="24"/>
          <w:szCs w:val="24"/>
        </w:rPr>
        <w:t>t</w:t>
      </w:r>
      <w:r>
        <w:rPr>
          <w:i/>
          <w:iCs/>
          <w:sz w:val="24"/>
          <w:szCs w:val="24"/>
        </w:rPr>
        <w:t>e con suoi listelli a forma di immi scapi saranno di persichino non rosso ma colorito dell paese e che sia bene unito.</w:t>
      </w:r>
    </w:p>
    <w:p w14:paraId="2557A8A1" w14:textId="77777777" w:rsidR="009A4874" w:rsidRDefault="009A4874" w:rsidP="006C5043">
      <w:pPr>
        <w:jc w:val="both"/>
        <w:rPr>
          <w:i/>
          <w:iCs/>
          <w:sz w:val="24"/>
          <w:szCs w:val="24"/>
        </w:rPr>
      </w:pPr>
      <w:r>
        <w:rPr>
          <w:i/>
          <w:iCs/>
          <w:sz w:val="24"/>
          <w:szCs w:val="24"/>
        </w:rPr>
        <w:t>La cornicetta di giallo di verona con suo listello di nero di como.</w:t>
      </w:r>
    </w:p>
    <w:p w14:paraId="5B3CEAC1" w14:textId="77777777" w:rsidR="009A4874" w:rsidRDefault="009A4874" w:rsidP="006C5043">
      <w:pPr>
        <w:jc w:val="both"/>
        <w:rPr>
          <w:i/>
          <w:iCs/>
          <w:sz w:val="24"/>
          <w:szCs w:val="24"/>
        </w:rPr>
      </w:pPr>
      <w:r>
        <w:rPr>
          <w:i/>
          <w:iCs/>
          <w:sz w:val="24"/>
          <w:szCs w:val="24"/>
        </w:rPr>
        <w:t>Riquadro di mezzo di mischio di francia lateralmente alla cornice dell basso rilievo di giallo di verona vi sarà una fascia che termina sopra a capitello carusato e sotto a voluta e questo sarà di mischio di francia con ornamenti di giallo di verona 2° dimostra il disegnio.</w:t>
      </w:r>
    </w:p>
    <w:p w14:paraId="071801AA" w14:textId="2C33E46A" w:rsidR="00AC2363" w:rsidRDefault="009A4874" w:rsidP="006C5043">
      <w:pPr>
        <w:jc w:val="both"/>
        <w:rPr>
          <w:i/>
          <w:iCs/>
          <w:sz w:val="24"/>
          <w:szCs w:val="24"/>
        </w:rPr>
      </w:pPr>
      <w:r>
        <w:rPr>
          <w:i/>
          <w:iCs/>
          <w:sz w:val="24"/>
          <w:szCs w:val="24"/>
        </w:rPr>
        <w:t xml:space="preserve">Il fondo tra la lesena e la cornice basso rilievo sarà di verde di susa </w:t>
      </w:r>
      <w:r w:rsidR="0008327C">
        <w:rPr>
          <w:i/>
          <w:iCs/>
          <w:sz w:val="24"/>
          <w:szCs w:val="24"/>
        </w:rPr>
        <w:t xml:space="preserve">di </w:t>
      </w:r>
      <w:r w:rsidR="00AC2363">
        <w:rPr>
          <w:i/>
          <w:iCs/>
          <w:sz w:val="24"/>
          <w:szCs w:val="24"/>
        </w:rPr>
        <w:t>ottimo colore e sarà di figura semicircolare 2° denota il disegnio.</w:t>
      </w:r>
    </w:p>
    <w:p w14:paraId="167D3B57" w14:textId="4172F42B" w:rsidR="00AC2363" w:rsidRDefault="00AC2363" w:rsidP="006C5043">
      <w:pPr>
        <w:jc w:val="both"/>
        <w:rPr>
          <w:i/>
          <w:iCs/>
          <w:sz w:val="24"/>
          <w:szCs w:val="24"/>
        </w:rPr>
      </w:pPr>
      <w:r>
        <w:rPr>
          <w:i/>
          <w:iCs/>
          <w:sz w:val="24"/>
          <w:szCs w:val="24"/>
        </w:rPr>
        <w:t xml:space="preserve">L’architrave con cornicetta semicircolare produce la prima cornice della </w:t>
      </w:r>
      <w:r w:rsidR="0008327C">
        <w:rPr>
          <w:i/>
          <w:iCs/>
          <w:sz w:val="24"/>
          <w:szCs w:val="24"/>
        </w:rPr>
        <w:t xml:space="preserve">grande </w:t>
      </w:r>
      <w:r>
        <w:rPr>
          <w:i/>
          <w:iCs/>
          <w:sz w:val="24"/>
          <w:szCs w:val="24"/>
        </w:rPr>
        <w:t>di sopra sarà di giallo di verona.</w:t>
      </w:r>
    </w:p>
    <w:p w14:paraId="65B88F61" w14:textId="1BBC72A3" w:rsidR="00AC2363" w:rsidRDefault="00AC2363" w:rsidP="006C5043">
      <w:pPr>
        <w:jc w:val="both"/>
        <w:rPr>
          <w:i/>
          <w:iCs/>
          <w:sz w:val="24"/>
          <w:szCs w:val="24"/>
        </w:rPr>
      </w:pPr>
      <w:r>
        <w:rPr>
          <w:i/>
          <w:iCs/>
          <w:sz w:val="24"/>
          <w:szCs w:val="24"/>
        </w:rPr>
        <w:t>Il freggio sarà di sara</w:t>
      </w:r>
      <w:r w:rsidR="0008327C">
        <w:rPr>
          <w:i/>
          <w:iCs/>
          <w:sz w:val="24"/>
          <w:szCs w:val="24"/>
        </w:rPr>
        <w:t>v</w:t>
      </w:r>
      <w:r>
        <w:rPr>
          <w:i/>
          <w:iCs/>
          <w:sz w:val="24"/>
          <w:szCs w:val="24"/>
        </w:rPr>
        <w:t>ezza della machia minuta e ben colorito.</w:t>
      </w:r>
    </w:p>
    <w:p w14:paraId="2FF05A3F" w14:textId="73544EE7" w:rsidR="00AC2363" w:rsidRDefault="00AC2363" w:rsidP="006C5043">
      <w:pPr>
        <w:jc w:val="both"/>
        <w:rPr>
          <w:i/>
          <w:iCs/>
          <w:sz w:val="24"/>
          <w:szCs w:val="24"/>
        </w:rPr>
      </w:pPr>
      <w:r>
        <w:rPr>
          <w:i/>
          <w:iCs/>
          <w:sz w:val="24"/>
          <w:szCs w:val="24"/>
        </w:rPr>
        <w:t>La gran cornice sarà di giallo di verona come parimente il conciolatoio che in forma angolare pro</w:t>
      </w:r>
      <w:r w:rsidR="0008327C">
        <w:rPr>
          <w:i/>
          <w:iCs/>
          <w:sz w:val="24"/>
          <w:szCs w:val="24"/>
        </w:rPr>
        <w:t>duc</w:t>
      </w:r>
      <w:r>
        <w:rPr>
          <w:i/>
          <w:iCs/>
          <w:sz w:val="24"/>
          <w:szCs w:val="24"/>
        </w:rPr>
        <w:t>e il finimento sarà dell’istesso marmore giallo di verona una fascia che contorna la cornice dell basso rilievo e architrave e finimento sarà di per</w:t>
      </w:r>
      <w:r w:rsidR="00D150F4">
        <w:rPr>
          <w:i/>
          <w:iCs/>
          <w:sz w:val="24"/>
          <w:szCs w:val="24"/>
        </w:rPr>
        <w:t>s</w:t>
      </w:r>
      <w:r>
        <w:rPr>
          <w:i/>
          <w:iCs/>
          <w:sz w:val="24"/>
          <w:szCs w:val="24"/>
        </w:rPr>
        <w:t>ichino dell paese non tantto rosso ma sia di uguale colore e bene messo a sieme.</w:t>
      </w:r>
    </w:p>
    <w:p w14:paraId="29CB0E4B" w14:textId="40129856" w:rsidR="00AC2363" w:rsidRDefault="00AC2363" w:rsidP="006C5043">
      <w:pPr>
        <w:jc w:val="both"/>
        <w:rPr>
          <w:i/>
          <w:iCs/>
          <w:sz w:val="24"/>
          <w:szCs w:val="24"/>
        </w:rPr>
      </w:pPr>
      <w:r>
        <w:rPr>
          <w:i/>
          <w:iCs/>
          <w:sz w:val="24"/>
          <w:szCs w:val="24"/>
        </w:rPr>
        <w:t xml:space="preserve">Il riquadro di mezzo sarà contornato con cornicetta di giallo di verona con listelli di nero di como e il campo sotto la </w:t>
      </w:r>
      <w:r w:rsidR="00D150F4">
        <w:rPr>
          <w:i/>
          <w:iCs/>
          <w:sz w:val="24"/>
          <w:szCs w:val="24"/>
        </w:rPr>
        <w:t xml:space="preserve">mezola </w:t>
      </w:r>
      <w:r>
        <w:rPr>
          <w:i/>
          <w:iCs/>
          <w:sz w:val="24"/>
          <w:szCs w:val="24"/>
        </w:rPr>
        <w:t>sarà di diaspro di sicilia ben colorito. La mezzola sarà di marmore biancho di carrara ben intagliata e tra</w:t>
      </w:r>
      <w:r w:rsidR="00D150F4">
        <w:rPr>
          <w:i/>
          <w:iCs/>
          <w:sz w:val="24"/>
          <w:szCs w:val="24"/>
        </w:rPr>
        <w:t>s</w:t>
      </w:r>
      <w:r>
        <w:rPr>
          <w:i/>
          <w:iCs/>
          <w:sz w:val="24"/>
          <w:szCs w:val="24"/>
        </w:rPr>
        <w:t>forata a parimente lustrata.</w:t>
      </w:r>
    </w:p>
    <w:p w14:paraId="14F42448" w14:textId="3454CECE" w:rsidR="00AC2363" w:rsidRDefault="00AC2363" w:rsidP="006C5043">
      <w:pPr>
        <w:jc w:val="both"/>
        <w:rPr>
          <w:i/>
          <w:iCs/>
          <w:sz w:val="24"/>
          <w:szCs w:val="24"/>
        </w:rPr>
      </w:pPr>
      <w:r>
        <w:rPr>
          <w:i/>
          <w:iCs/>
          <w:sz w:val="24"/>
          <w:szCs w:val="24"/>
        </w:rPr>
        <w:t>Il frontispicio semicircolare con risalti 2° il disegnio sarà di giallo di verona con la porzione dell freggio di sara</w:t>
      </w:r>
      <w:r w:rsidR="00D150F4">
        <w:rPr>
          <w:i/>
          <w:iCs/>
          <w:sz w:val="24"/>
          <w:szCs w:val="24"/>
        </w:rPr>
        <w:t>v</w:t>
      </w:r>
      <w:r>
        <w:rPr>
          <w:i/>
          <w:iCs/>
          <w:sz w:val="24"/>
          <w:szCs w:val="24"/>
        </w:rPr>
        <w:t>ezza di bon colore.</w:t>
      </w:r>
    </w:p>
    <w:p w14:paraId="59EF3C64" w14:textId="1D1E7D36" w:rsidR="00AC2363" w:rsidRDefault="00AC2363" w:rsidP="006C5043">
      <w:pPr>
        <w:jc w:val="both"/>
        <w:rPr>
          <w:i/>
          <w:iCs/>
          <w:sz w:val="24"/>
          <w:szCs w:val="24"/>
        </w:rPr>
      </w:pPr>
      <w:r>
        <w:rPr>
          <w:i/>
          <w:iCs/>
          <w:sz w:val="24"/>
          <w:szCs w:val="24"/>
        </w:rPr>
        <w:t>Il riquadro fra il finimento e frontispizio sarà di verde di susa dell più bel colorito con machie bianche e ben comesso e l</w:t>
      </w:r>
      <w:r w:rsidR="00D150F4">
        <w:rPr>
          <w:i/>
          <w:iCs/>
          <w:sz w:val="24"/>
          <w:szCs w:val="24"/>
        </w:rPr>
        <w:t>ustr</w:t>
      </w:r>
      <w:r>
        <w:rPr>
          <w:i/>
          <w:iCs/>
          <w:sz w:val="24"/>
          <w:szCs w:val="24"/>
        </w:rPr>
        <w:t>o.</w:t>
      </w:r>
    </w:p>
    <w:p w14:paraId="7F2AD112" w14:textId="5E15EC09" w:rsidR="00AC2363" w:rsidRDefault="00AC2363" w:rsidP="006C5043">
      <w:pPr>
        <w:jc w:val="both"/>
        <w:rPr>
          <w:i/>
          <w:iCs/>
          <w:sz w:val="24"/>
          <w:szCs w:val="24"/>
        </w:rPr>
      </w:pPr>
      <w:r>
        <w:rPr>
          <w:i/>
          <w:iCs/>
          <w:sz w:val="24"/>
          <w:szCs w:val="24"/>
        </w:rPr>
        <w:t>Tutti questi marmi coloriti saranno di ottimo e bon colore e di belle machie e saranno lavorate e comesse a tutta perfetione e lustrate a l’ultima bontà altrimente sarà in arbitrio dell uficio delle fabriche di Sa. Ma. mettere lustratori a perfetionarlli non g</w:t>
      </w:r>
      <w:r w:rsidR="00D150F4">
        <w:rPr>
          <w:i/>
          <w:iCs/>
          <w:sz w:val="24"/>
          <w:szCs w:val="24"/>
        </w:rPr>
        <w:t>ioca</w:t>
      </w:r>
      <w:r>
        <w:rPr>
          <w:i/>
          <w:iCs/>
          <w:sz w:val="24"/>
          <w:szCs w:val="24"/>
        </w:rPr>
        <w:t>ndo la scusa che non si pol far più lustro come è solito indurre.</w:t>
      </w:r>
    </w:p>
    <w:p w14:paraId="6B1CE7D5" w14:textId="2CFBC549" w:rsidR="00AC2363" w:rsidRDefault="00AC2363" w:rsidP="006C5043">
      <w:pPr>
        <w:jc w:val="both"/>
        <w:rPr>
          <w:i/>
          <w:iCs/>
          <w:sz w:val="24"/>
          <w:szCs w:val="24"/>
        </w:rPr>
      </w:pPr>
      <w:r>
        <w:rPr>
          <w:i/>
          <w:iCs/>
          <w:sz w:val="24"/>
          <w:szCs w:val="24"/>
        </w:rPr>
        <w:t>Le cornice di giallo non saranno solamente imp</w:t>
      </w:r>
      <w:r w:rsidR="00D150F4">
        <w:rPr>
          <w:i/>
          <w:iCs/>
          <w:sz w:val="24"/>
          <w:szCs w:val="24"/>
        </w:rPr>
        <w:t>i</w:t>
      </w:r>
      <w:r>
        <w:rPr>
          <w:i/>
          <w:iCs/>
          <w:sz w:val="24"/>
          <w:szCs w:val="24"/>
        </w:rPr>
        <w:t>lic</w:t>
      </w:r>
      <w:r w:rsidR="00D150F4">
        <w:rPr>
          <w:i/>
          <w:iCs/>
          <w:sz w:val="24"/>
          <w:szCs w:val="24"/>
        </w:rPr>
        <w:t>i</w:t>
      </w:r>
      <w:r>
        <w:rPr>
          <w:i/>
          <w:iCs/>
          <w:sz w:val="24"/>
          <w:szCs w:val="24"/>
        </w:rPr>
        <w:t>ati di piccole grosezze ma tutti sodi conforme dimostra la sacoma qui espressa e questo s’intende in tutte le cornice del detto altare.</w:t>
      </w:r>
    </w:p>
    <w:p w14:paraId="75F66C8D" w14:textId="284926EB" w:rsidR="00AC2363" w:rsidRDefault="00AC2363" w:rsidP="006C5043">
      <w:pPr>
        <w:jc w:val="both"/>
        <w:rPr>
          <w:i/>
          <w:iCs/>
          <w:sz w:val="24"/>
          <w:szCs w:val="24"/>
        </w:rPr>
      </w:pPr>
      <w:r>
        <w:rPr>
          <w:i/>
          <w:iCs/>
          <w:sz w:val="24"/>
          <w:szCs w:val="24"/>
        </w:rPr>
        <w:t>Le ca</w:t>
      </w:r>
      <w:r w:rsidR="00D150F4">
        <w:rPr>
          <w:i/>
          <w:iCs/>
          <w:sz w:val="24"/>
          <w:szCs w:val="24"/>
        </w:rPr>
        <w:t>r</w:t>
      </w:r>
      <w:r>
        <w:rPr>
          <w:i/>
          <w:iCs/>
          <w:sz w:val="24"/>
          <w:szCs w:val="24"/>
        </w:rPr>
        <w:t>taboni o angoli saranno bene uniti a tutta perfetione e senza lasciare spatio che poscia colla s’unisca de</w:t>
      </w:r>
      <w:r w:rsidR="00D150F4">
        <w:rPr>
          <w:i/>
          <w:iCs/>
          <w:sz w:val="24"/>
          <w:szCs w:val="24"/>
        </w:rPr>
        <w:t>v</w:t>
      </w:r>
      <w:r>
        <w:rPr>
          <w:i/>
          <w:iCs/>
          <w:sz w:val="24"/>
          <w:szCs w:val="24"/>
        </w:rPr>
        <w:t>e essere della medema pietra perfettamente unite.</w:t>
      </w:r>
    </w:p>
    <w:p w14:paraId="10ACB178" w14:textId="77777777" w:rsidR="00AC2363" w:rsidRDefault="00AC2363" w:rsidP="006C5043">
      <w:pPr>
        <w:jc w:val="both"/>
        <w:rPr>
          <w:i/>
          <w:iCs/>
          <w:sz w:val="24"/>
          <w:szCs w:val="24"/>
        </w:rPr>
      </w:pPr>
      <w:r>
        <w:rPr>
          <w:i/>
          <w:iCs/>
          <w:sz w:val="24"/>
          <w:szCs w:val="24"/>
        </w:rPr>
        <w:t>Le sacome saranno tagliati e disegniati dall architetto 2° richiede la bona architettura.</w:t>
      </w:r>
    </w:p>
    <w:p w14:paraId="4346B960" w14:textId="77777777" w:rsidR="00AC2363" w:rsidRDefault="00AC2363" w:rsidP="006C5043">
      <w:pPr>
        <w:jc w:val="both"/>
        <w:rPr>
          <w:i/>
          <w:iCs/>
          <w:sz w:val="24"/>
          <w:szCs w:val="24"/>
        </w:rPr>
      </w:pPr>
      <w:r>
        <w:rPr>
          <w:i/>
          <w:iCs/>
          <w:sz w:val="24"/>
          <w:szCs w:val="24"/>
        </w:rPr>
        <w:t>Saranno obligati di caricare e scaricare detti marmi e asistere alla condotta acciò per strada non si rompino i spicoli e in difetto saranno obligati rifarlli.</w:t>
      </w:r>
    </w:p>
    <w:p w14:paraId="0BF16C9F" w14:textId="77777777" w:rsidR="00AC2363" w:rsidRDefault="00AC2363" w:rsidP="006C5043">
      <w:pPr>
        <w:jc w:val="both"/>
        <w:rPr>
          <w:i/>
          <w:iCs/>
          <w:sz w:val="24"/>
          <w:szCs w:val="24"/>
        </w:rPr>
      </w:pPr>
      <w:r>
        <w:rPr>
          <w:i/>
          <w:iCs/>
          <w:sz w:val="24"/>
          <w:szCs w:val="24"/>
        </w:rPr>
        <w:t>La condotta da Torino a Soperga sarà a conto dell ofizio delle fabriche di Sa. Ma.</w:t>
      </w:r>
    </w:p>
    <w:p w14:paraId="4FD268C1" w14:textId="77777777" w:rsidR="008E4F03" w:rsidRDefault="00AC2363" w:rsidP="006C5043">
      <w:pPr>
        <w:jc w:val="both"/>
        <w:rPr>
          <w:i/>
          <w:iCs/>
          <w:sz w:val="24"/>
          <w:szCs w:val="24"/>
        </w:rPr>
      </w:pPr>
      <w:r>
        <w:rPr>
          <w:i/>
          <w:iCs/>
          <w:sz w:val="24"/>
          <w:szCs w:val="24"/>
        </w:rPr>
        <w:lastRenderedPageBreak/>
        <w:t xml:space="preserve">Saranno obligati di tirare in opera e mettere tutto quello che sarà </w:t>
      </w:r>
      <w:r w:rsidR="008E4F03">
        <w:rPr>
          <w:i/>
          <w:iCs/>
          <w:sz w:val="24"/>
          <w:szCs w:val="24"/>
        </w:rPr>
        <w:t>necesario a riserva solamente le grappe di ferro il muratore calcina materiale per collocare detto altare e legniame per li pontaggi.</w:t>
      </w:r>
    </w:p>
    <w:p w14:paraId="50294903" w14:textId="7C781A9F" w:rsidR="006C5043" w:rsidRDefault="008E4F03" w:rsidP="006C5043">
      <w:pPr>
        <w:jc w:val="both"/>
        <w:rPr>
          <w:i/>
          <w:iCs/>
          <w:sz w:val="24"/>
          <w:szCs w:val="24"/>
        </w:rPr>
      </w:pPr>
      <w:r>
        <w:rPr>
          <w:i/>
          <w:iCs/>
          <w:sz w:val="24"/>
          <w:szCs w:val="24"/>
        </w:rPr>
        <w:t>Il tutto sarà fatto per tutto l’anno e sarà a opera conaludata e approvata e sarà il lavoro perfetto secondo richiede la bona arte di scarpellini non ametendo nesuna scu</w:t>
      </w:r>
      <w:r w:rsidR="00D150F4">
        <w:rPr>
          <w:i/>
          <w:iCs/>
          <w:sz w:val="24"/>
          <w:szCs w:val="24"/>
        </w:rPr>
        <w:t>s</w:t>
      </w:r>
      <w:r>
        <w:rPr>
          <w:i/>
          <w:iCs/>
          <w:sz w:val="24"/>
          <w:szCs w:val="24"/>
        </w:rPr>
        <w:t>a per qual si sia acidente che possa asistere quasi in</w:t>
      </w:r>
      <w:r w:rsidR="00D150F4">
        <w:rPr>
          <w:i/>
          <w:iCs/>
          <w:sz w:val="24"/>
          <w:szCs w:val="24"/>
        </w:rPr>
        <w:t>pensat</w:t>
      </w:r>
      <w:r>
        <w:rPr>
          <w:i/>
          <w:iCs/>
          <w:sz w:val="24"/>
          <w:szCs w:val="24"/>
        </w:rPr>
        <w:t>o.</w:t>
      </w:r>
      <w:r w:rsidR="00000000">
        <w:rPr>
          <w:i/>
          <w:iCs/>
          <w:sz w:val="24"/>
          <w:szCs w:val="24"/>
        </w:rPr>
        <w:pict w14:anchorId="0947450D">
          <v:rect id="_x0000_i1487" style="width:0;height:1.5pt" o:hralign="center" o:hrstd="t" o:hr="t" fillcolor="#a0a0a0" stroked="f"/>
        </w:pict>
      </w:r>
    </w:p>
    <w:p w14:paraId="3E7D44DB" w14:textId="439E3107" w:rsidR="006C6909" w:rsidRDefault="006C6909" w:rsidP="006C5043">
      <w:pPr>
        <w:jc w:val="right"/>
        <w:rPr>
          <w:i/>
          <w:iCs/>
          <w:sz w:val="24"/>
          <w:szCs w:val="24"/>
        </w:rPr>
      </w:pPr>
      <w:r w:rsidRPr="006C6909">
        <w:rPr>
          <w:i/>
          <w:iCs/>
          <w:sz w:val="24"/>
          <w:szCs w:val="24"/>
        </w:rPr>
        <w:t>giorno di 1</w:t>
      </w:r>
      <w:r w:rsidR="006C5043">
        <w:rPr>
          <w:i/>
          <w:iCs/>
          <w:sz w:val="24"/>
          <w:szCs w:val="24"/>
        </w:rPr>
        <w:t>°</w:t>
      </w:r>
      <w:r w:rsidRPr="006C6909">
        <w:rPr>
          <w:i/>
          <w:iCs/>
          <w:sz w:val="24"/>
          <w:szCs w:val="24"/>
        </w:rPr>
        <w:t xml:space="preserve"> Marzo 1730</w:t>
      </w:r>
    </w:p>
    <w:p w14:paraId="4C26376A" w14:textId="77777777" w:rsidR="006C5043" w:rsidRDefault="006C6909" w:rsidP="006C5043">
      <w:pPr>
        <w:jc w:val="right"/>
        <w:rPr>
          <w:i/>
          <w:iCs/>
          <w:sz w:val="24"/>
          <w:szCs w:val="24"/>
        </w:rPr>
      </w:pPr>
      <w:r w:rsidRPr="006C6909">
        <w:rPr>
          <w:i/>
          <w:iCs/>
          <w:sz w:val="24"/>
          <w:szCs w:val="24"/>
        </w:rPr>
        <w:t>Cavaliere Don Filippo Juvarra Primo Architetto</w:t>
      </w:r>
      <w:r w:rsidR="00000000">
        <w:rPr>
          <w:i/>
          <w:iCs/>
          <w:sz w:val="24"/>
          <w:szCs w:val="24"/>
        </w:rPr>
        <w:pict w14:anchorId="09D43309">
          <v:rect id="_x0000_i1488" style="width:0;height:1.5pt" o:hralign="center" o:hrstd="t" o:hr="t" fillcolor="#a0a0a0" stroked="f"/>
        </w:pict>
      </w:r>
    </w:p>
    <w:p w14:paraId="3668B3CF" w14:textId="5AE2DC31" w:rsidR="006C6909" w:rsidRDefault="006C6909" w:rsidP="006C6909">
      <w:pPr>
        <w:jc w:val="both"/>
        <w:rPr>
          <w:sz w:val="24"/>
          <w:szCs w:val="24"/>
        </w:rPr>
      </w:pPr>
      <w:r w:rsidRPr="006C6909">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ll</w:t>
      </w:r>
      <w:r w:rsidRPr="006C6909">
        <w:rPr>
          <w:sz w:val="24"/>
          <w:szCs w:val="24"/>
        </w:rPr>
        <w:t>.</w:t>
      </w:r>
      <w:r>
        <w:rPr>
          <w:sz w:val="24"/>
          <w:szCs w:val="24"/>
        </w:rPr>
        <w:t xml:space="preserve"> 224-225-226</w:t>
      </w:r>
      <w:r w:rsidRPr="006C6909">
        <w:rPr>
          <w:sz w:val="24"/>
          <w:szCs w:val="24"/>
        </w:rPr>
        <w:t>.</w:t>
      </w:r>
    </w:p>
    <w:p w14:paraId="62B4E59D" w14:textId="38AC60C6" w:rsidR="00322AC4" w:rsidRPr="006A57A8" w:rsidRDefault="00322AC4" w:rsidP="00322AC4">
      <w:pPr>
        <w:rPr>
          <w:b/>
          <w:bCs/>
          <w:sz w:val="24"/>
          <w:szCs w:val="24"/>
        </w:rPr>
      </w:pPr>
    </w:p>
    <w:p w14:paraId="50D996E5" w14:textId="77777777" w:rsidR="00322AC4" w:rsidRPr="00477AED" w:rsidRDefault="00322AC4" w:rsidP="00322AC4">
      <w:pPr>
        <w:jc w:val="center"/>
        <w:rPr>
          <w:b/>
          <w:bCs/>
          <w:sz w:val="24"/>
          <w:szCs w:val="24"/>
        </w:rPr>
      </w:pPr>
      <w:r w:rsidRPr="00477AED">
        <w:rPr>
          <w:b/>
          <w:bCs/>
          <w:sz w:val="24"/>
          <w:szCs w:val="24"/>
        </w:rPr>
        <w:t>Instruzione per la balaustra di pietra di Gassino intorno alla Terrazza della Chiesa di Soperga da farsi nell’anno 1730 e adesso per l’anno 1731</w:t>
      </w:r>
      <w:r>
        <w:rPr>
          <w:i/>
          <w:iCs/>
          <w:sz w:val="24"/>
          <w:szCs w:val="24"/>
        </w:rPr>
        <w:pict w14:anchorId="0217E9F6">
          <v:rect id="_x0000_i1697" style="width:0;height:1.5pt" o:hralign="center" o:hrstd="t" o:hr="t" fillcolor="#a0a0a0" stroked="f"/>
        </w:pict>
      </w:r>
    </w:p>
    <w:p w14:paraId="467EA762" w14:textId="77777777" w:rsidR="00322AC4" w:rsidRPr="00D3662C" w:rsidRDefault="00322AC4" w:rsidP="00322AC4">
      <w:pPr>
        <w:jc w:val="both"/>
        <w:rPr>
          <w:sz w:val="24"/>
          <w:szCs w:val="24"/>
        </w:rPr>
      </w:pPr>
      <w:r w:rsidRPr="00D3662C">
        <w:rPr>
          <w:sz w:val="24"/>
          <w:szCs w:val="24"/>
        </w:rPr>
        <w:t xml:space="preserve">La detta balaustra sarà </w:t>
      </w:r>
      <w:r>
        <w:rPr>
          <w:sz w:val="24"/>
          <w:szCs w:val="24"/>
        </w:rPr>
        <w:t>2°</w:t>
      </w:r>
      <w:r w:rsidRPr="00D3662C">
        <w:rPr>
          <w:sz w:val="24"/>
          <w:szCs w:val="24"/>
        </w:rPr>
        <w:t xml:space="preserve"> la pianta con la scala di trabuchi, e l’elevazione secondo la scala di piedi fatta più in grande.</w:t>
      </w:r>
    </w:p>
    <w:p w14:paraId="03E82C6D" w14:textId="77777777" w:rsidR="00322AC4" w:rsidRPr="00D3662C" w:rsidRDefault="00322AC4" w:rsidP="00322AC4">
      <w:pPr>
        <w:jc w:val="both"/>
        <w:rPr>
          <w:sz w:val="24"/>
          <w:szCs w:val="24"/>
        </w:rPr>
      </w:pPr>
      <w:r w:rsidRPr="00D3662C">
        <w:rPr>
          <w:sz w:val="24"/>
          <w:szCs w:val="24"/>
        </w:rPr>
        <w:t>Sarà di pietra di Gassino senza tasselli e tufi pregiudiziali alla sodezza e bellezza dell’opera.</w:t>
      </w:r>
    </w:p>
    <w:p w14:paraId="7CFD128F" w14:textId="77777777" w:rsidR="00322AC4" w:rsidRPr="00D3662C" w:rsidRDefault="00322AC4" w:rsidP="00322AC4">
      <w:pPr>
        <w:jc w:val="both"/>
        <w:rPr>
          <w:sz w:val="24"/>
          <w:szCs w:val="24"/>
        </w:rPr>
      </w:pPr>
      <w:r w:rsidRPr="00D3662C">
        <w:rPr>
          <w:sz w:val="24"/>
          <w:szCs w:val="24"/>
        </w:rPr>
        <w:t>I piedestalli che sono nelle estremità di detta balaustra saranno con l’anima di muraglia e le pietre non saranno meno di onz. 9 di grosezza e le comissure saranno fatti di tutta perfezione.</w:t>
      </w:r>
    </w:p>
    <w:p w14:paraId="13BDE44C" w14:textId="77777777" w:rsidR="00322AC4" w:rsidRPr="00D3662C" w:rsidRDefault="00322AC4" w:rsidP="00322AC4">
      <w:pPr>
        <w:jc w:val="both"/>
        <w:rPr>
          <w:sz w:val="24"/>
          <w:szCs w:val="24"/>
        </w:rPr>
      </w:pPr>
      <w:r w:rsidRPr="00D3662C">
        <w:rPr>
          <w:sz w:val="24"/>
          <w:szCs w:val="24"/>
        </w:rPr>
        <w:t>Li contra pilastri ove non potrà entrare riquadro saranno liscie e sode, e tutte unite.</w:t>
      </w:r>
    </w:p>
    <w:p w14:paraId="76EC0442" w14:textId="77777777" w:rsidR="00322AC4" w:rsidRPr="00D3662C" w:rsidRDefault="00322AC4" w:rsidP="00322AC4">
      <w:pPr>
        <w:jc w:val="both"/>
        <w:rPr>
          <w:sz w:val="24"/>
          <w:szCs w:val="24"/>
        </w:rPr>
      </w:pPr>
      <w:r w:rsidRPr="00D3662C">
        <w:rPr>
          <w:sz w:val="24"/>
          <w:szCs w:val="24"/>
        </w:rPr>
        <w:t>Le base saranno tutti in un pezzo ove vi saranno sopra li balaustri con farvi il suo incastro quadrato o ritondo come si gudicherà meglio.</w:t>
      </w:r>
    </w:p>
    <w:p w14:paraId="576C5136" w14:textId="77777777" w:rsidR="00322AC4" w:rsidRPr="00D3662C" w:rsidRDefault="00322AC4" w:rsidP="00322AC4">
      <w:pPr>
        <w:jc w:val="both"/>
        <w:rPr>
          <w:sz w:val="24"/>
          <w:szCs w:val="24"/>
        </w:rPr>
      </w:pPr>
      <w:r w:rsidRPr="00D3662C">
        <w:rPr>
          <w:sz w:val="24"/>
          <w:szCs w:val="24"/>
        </w:rPr>
        <w:t>Le base di piedestalli possono esere in pezzi non meno di onz. 9 di grosezza.</w:t>
      </w:r>
    </w:p>
    <w:p w14:paraId="71745A8F" w14:textId="77777777" w:rsidR="00322AC4" w:rsidRPr="00D3662C" w:rsidRDefault="00322AC4" w:rsidP="00322AC4">
      <w:pPr>
        <w:jc w:val="both"/>
        <w:rPr>
          <w:sz w:val="24"/>
          <w:szCs w:val="24"/>
        </w:rPr>
      </w:pPr>
      <w:r w:rsidRPr="00D3662C">
        <w:rPr>
          <w:sz w:val="24"/>
          <w:szCs w:val="24"/>
        </w:rPr>
        <w:t>Li balaustri saranno con il piedestallo e sua cimasa quadrati e il resto dell balaustro ritondi perfetti.</w:t>
      </w:r>
    </w:p>
    <w:p w14:paraId="17C306E7" w14:textId="77777777" w:rsidR="00322AC4" w:rsidRPr="00D3662C" w:rsidRDefault="00322AC4" w:rsidP="00322AC4">
      <w:pPr>
        <w:jc w:val="both"/>
        <w:rPr>
          <w:sz w:val="24"/>
          <w:szCs w:val="24"/>
        </w:rPr>
      </w:pPr>
      <w:r w:rsidRPr="00D3662C">
        <w:rPr>
          <w:sz w:val="24"/>
          <w:szCs w:val="24"/>
        </w:rPr>
        <w:t xml:space="preserve">La cimasa sopra i piedestalli grandi saranno </w:t>
      </w:r>
      <w:r>
        <w:rPr>
          <w:sz w:val="24"/>
          <w:szCs w:val="24"/>
        </w:rPr>
        <w:t>2°</w:t>
      </w:r>
      <w:r w:rsidRPr="00D3662C">
        <w:rPr>
          <w:sz w:val="24"/>
          <w:szCs w:val="24"/>
        </w:rPr>
        <w:t xml:space="preserve"> la sacoma e i pezzi saranno grossi che siano uniti ne suoi cartaboni e angoli entranti.</w:t>
      </w:r>
    </w:p>
    <w:p w14:paraId="2FEC9593" w14:textId="77777777" w:rsidR="00322AC4" w:rsidRPr="00D3662C" w:rsidRDefault="00322AC4" w:rsidP="00322AC4">
      <w:pPr>
        <w:jc w:val="both"/>
        <w:rPr>
          <w:sz w:val="24"/>
          <w:szCs w:val="24"/>
        </w:rPr>
      </w:pPr>
      <w:r w:rsidRPr="00D3662C">
        <w:rPr>
          <w:sz w:val="24"/>
          <w:szCs w:val="24"/>
        </w:rPr>
        <w:t xml:space="preserve">La cimasa sopra li balaustri saranno tutti di un sol pezzo e saranno uniti nelli pilastrini con tutta esatezza e unione con qualche declivio sopra il piano </w:t>
      </w:r>
      <w:r>
        <w:rPr>
          <w:sz w:val="24"/>
          <w:szCs w:val="24"/>
        </w:rPr>
        <w:t>2°</w:t>
      </w:r>
      <w:r w:rsidRPr="00D3662C">
        <w:rPr>
          <w:sz w:val="24"/>
          <w:szCs w:val="24"/>
        </w:rPr>
        <w:t xml:space="preserve"> il profilo disegniato.</w:t>
      </w:r>
    </w:p>
    <w:p w14:paraId="2232F116" w14:textId="77777777" w:rsidR="00322AC4" w:rsidRPr="00D3662C" w:rsidRDefault="00322AC4" w:rsidP="00322AC4">
      <w:pPr>
        <w:jc w:val="both"/>
        <w:rPr>
          <w:sz w:val="24"/>
          <w:szCs w:val="24"/>
        </w:rPr>
      </w:pPr>
      <w:r w:rsidRPr="00D3662C">
        <w:rPr>
          <w:sz w:val="24"/>
          <w:szCs w:val="24"/>
        </w:rPr>
        <w:t>Sopra le cimase delli piedestalli vi sarà un zoccolo e questo sarà tutto in un sol pezzo per causa che coprerà la muraglia dal vivo del piedestallo e le comissure della sopra detta cimasa. Questo zoccolo sarà a tutti i piedestalli grandi e prenderanno il vivo o piombo dell piedestallo, e saranno risaltati ove fa risaltto, permettendo che ove fa risaltto si possa fare in più pezzi però saranno messe a coda di rondine.</w:t>
      </w:r>
    </w:p>
    <w:p w14:paraId="175793D0" w14:textId="77777777" w:rsidR="00322AC4" w:rsidRPr="00D3662C" w:rsidRDefault="00322AC4" w:rsidP="00322AC4">
      <w:pPr>
        <w:jc w:val="both"/>
        <w:rPr>
          <w:sz w:val="24"/>
          <w:szCs w:val="24"/>
        </w:rPr>
      </w:pPr>
      <w:r w:rsidRPr="00D3662C">
        <w:rPr>
          <w:sz w:val="24"/>
          <w:szCs w:val="24"/>
        </w:rPr>
        <w:lastRenderedPageBreak/>
        <w:t>Saranno obligati di fare tutti i bugi alle grappe o legaccie che saranno a coda di rondine, incastrarlle a filo della superficie.</w:t>
      </w:r>
    </w:p>
    <w:p w14:paraId="15CE5C98" w14:textId="77777777" w:rsidR="00322AC4" w:rsidRPr="00D3662C" w:rsidRDefault="00322AC4" w:rsidP="00322AC4">
      <w:pPr>
        <w:jc w:val="both"/>
        <w:rPr>
          <w:sz w:val="24"/>
          <w:szCs w:val="24"/>
        </w:rPr>
      </w:pPr>
      <w:r w:rsidRPr="00D3662C">
        <w:rPr>
          <w:sz w:val="24"/>
          <w:szCs w:val="24"/>
        </w:rPr>
        <w:t>Detti lavori saranno ben fatti e martellinati a tutta perfetione e sotilmente, con l’angoli retti e le sacome ben tirate, e dette sacome saranno riviste dall’Architetto.</w:t>
      </w:r>
    </w:p>
    <w:p w14:paraId="28C2F861" w14:textId="77777777" w:rsidR="00322AC4" w:rsidRPr="00D3662C" w:rsidRDefault="00322AC4" w:rsidP="00322AC4">
      <w:pPr>
        <w:jc w:val="both"/>
        <w:rPr>
          <w:sz w:val="24"/>
          <w:szCs w:val="24"/>
        </w:rPr>
      </w:pPr>
      <w:r w:rsidRPr="00D3662C">
        <w:rPr>
          <w:sz w:val="24"/>
          <w:szCs w:val="24"/>
        </w:rPr>
        <w:t>La condotta dalle cave di Gassino sino a Soperga saranno a conto dell’Ufizio delle fabriche di S.a M.a e saranno obligati al carico e discarico di dette pietre.</w:t>
      </w:r>
    </w:p>
    <w:p w14:paraId="5ABF6DD0" w14:textId="77777777" w:rsidR="00322AC4" w:rsidRPr="00D3662C" w:rsidRDefault="00322AC4" w:rsidP="00322AC4">
      <w:pPr>
        <w:jc w:val="both"/>
        <w:rPr>
          <w:sz w:val="24"/>
          <w:szCs w:val="24"/>
        </w:rPr>
      </w:pPr>
      <w:r w:rsidRPr="00D3662C">
        <w:rPr>
          <w:sz w:val="24"/>
          <w:szCs w:val="24"/>
        </w:rPr>
        <w:t>Si provederanno a conto dell Real Ufizio solamente condotte, mastro da muro, calcina, materiali e grappe di ferro, del resto è obligato l’impresario</w:t>
      </w:r>
      <w:r>
        <w:rPr>
          <w:sz w:val="24"/>
          <w:szCs w:val="24"/>
        </w:rPr>
        <w:t xml:space="preserve"> </w:t>
      </w:r>
      <w:r w:rsidRPr="00D3662C">
        <w:rPr>
          <w:sz w:val="24"/>
          <w:szCs w:val="24"/>
        </w:rPr>
        <w:t>farllo a suo conto. Si daranno boschami per farvi ponte occorendo, onde la tiratura e mittitura in opera sarà a loro conto.</w:t>
      </w:r>
    </w:p>
    <w:p w14:paraId="7CE4B6D3" w14:textId="77777777" w:rsidR="00322AC4" w:rsidRPr="00D3662C" w:rsidRDefault="00322AC4" w:rsidP="00322AC4">
      <w:pPr>
        <w:jc w:val="both"/>
        <w:rPr>
          <w:sz w:val="24"/>
          <w:szCs w:val="24"/>
        </w:rPr>
      </w:pPr>
      <w:r w:rsidRPr="00D3662C">
        <w:rPr>
          <w:sz w:val="24"/>
          <w:szCs w:val="24"/>
        </w:rPr>
        <w:t>Il tutto a tantto il trabucho lineale da misurarsi nella metà della cimasa di sopra in piano.</w:t>
      </w:r>
    </w:p>
    <w:p w14:paraId="6D46BCED" w14:textId="77777777" w:rsidR="00322AC4" w:rsidRDefault="00322AC4" w:rsidP="00322AC4">
      <w:pPr>
        <w:jc w:val="both"/>
        <w:rPr>
          <w:sz w:val="24"/>
          <w:szCs w:val="24"/>
        </w:rPr>
      </w:pPr>
      <w:r w:rsidRPr="00D3662C">
        <w:rPr>
          <w:sz w:val="24"/>
          <w:szCs w:val="24"/>
        </w:rPr>
        <w:t xml:space="preserve">Detto lavoro sarà ben fatto e </w:t>
      </w:r>
      <w:r>
        <w:rPr>
          <w:sz w:val="24"/>
          <w:szCs w:val="24"/>
        </w:rPr>
        <w:t>2°</w:t>
      </w:r>
      <w:r w:rsidRPr="00D3662C">
        <w:rPr>
          <w:sz w:val="24"/>
          <w:szCs w:val="24"/>
        </w:rPr>
        <w:t xml:space="preserve"> richiede la bona e perfetta arte di scarpellino, e </w:t>
      </w:r>
      <w:r>
        <w:rPr>
          <w:sz w:val="24"/>
          <w:szCs w:val="24"/>
        </w:rPr>
        <w:t>2°</w:t>
      </w:r>
      <w:r w:rsidRPr="00D3662C">
        <w:rPr>
          <w:sz w:val="24"/>
          <w:szCs w:val="24"/>
        </w:rPr>
        <w:t xml:space="preserve"> denota la pianta e elevazione a tutta opera conlaudata e approvata e la metà sarà finita per tutto Ottobre venturo e l'altra metà per tutto Agosto dell'anno 1731.</w:t>
      </w:r>
    </w:p>
    <w:p w14:paraId="4DCACF1A" w14:textId="77777777" w:rsidR="00322AC4" w:rsidRPr="00D3662C" w:rsidRDefault="00322AC4" w:rsidP="00322AC4">
      <w:pPr>
        <w:jc w:val="both"/>
        <w:rPr>
          <w:sz w:val="24"/>
          <w:szCs w:val="24"/>
        </w:rPr>
      </w:pPr>
      <w:r>
        <w:rPr>
          <w:i/>
          <w:iCs/>
          <w:sz w:val="24"/>
          <w:szCs w:val="24"/>
        </w:rPr>
        <w:pict w14:anchorId="6A774354">
          <v:rect id="_x0000_i1698" style="width:0;height:1.5pt" o:hralign="center" o:hrstd="t" o:hr="t" fillcolor="#a0a0a0" stroked="f"/>
        </w:pict>
      </w:r>
    </w:p>
    <w:p w14:paraId="7877EDC9" w14:textId="77777777" w:rsidR="00322AC4" w:rsidRPr="00D3662C" w:rsidRDefault="00322AC4" w:rsidP="00322AC4">
      <w:pPr>
        <w:jc w:val="right"/>
        <w:rPr>
          <w:sz w:val="24"/>
          <w:szCs w:val="24"/>
        </w:rPr>
      </w:pPr>
      <w:r w:rsidRPr="00D3662C">
        <w:rPr>
          <w:sz w:val="24"/>
          <w:szCs w:val="24"/>
        </w:rPr>
        <w:t>giorno di Primo Marzo 1730</w:t>
      </w:r>
    </w:p>
    <w:p w14:paraId="2BEA33F4" w14:textId="77777777" w:rsidR="00322AC4" w:rsidRDefault="00322AC4" w:rsidP="00322AC4">
      <w:pPr>
        <w:jc w:val="right"/>
        <w:rPr>
          <w:sz w:val="24"/>
          <w:szCs w:val="24"/>
        </w:rPr>
      </w:pPr>
      <w:r w:rsidRPr="00D3662C">
        <w:rPr>
          <w:sz w:val="24"/>
          <w:szCs w:val="24"/>
        </w:rPr>
        <w:t>Cavaliere Don Filippo Juvarra Primo Architetto</w:t>
      </w:r>
    </w:p>
    <w:p w14:paraId="52D7DBE6" w14:textId="77777777" w:rsidR="00322AC4" w:rsidRPr="00D3662C" w:rsidRDefault="00322AC4" w:rsidP="00322AC4">
      <w:pPr>
        <w:jc w:val="right"/>
        <w:rPr>
          <w:sz w:val="24"/>
          <w:szCs w:val="24"/>
        </w:rPr>
      </w:pPr>
      <w:r>
        <w:rPr>
          <w:i/>
          <w:iCs/>
          <w:sz w:val="24"/>
          <w:szCs w:val="24"/>
        </w:rPr>
        <w:pict w14:anchorId="7C5ED9DC">
          <v:rect id="_x0000_i1699" style="width:0;height:1.5pt" o:hralign="center" o:hrstd="t" o:hr="t" fillcolor="#a0a0a0" stroked="f"/>
        </w:pict>
      </w:r>
    </w:p>
    <w:p w14:paraId="3E1BF29A" w14:textId="77777777" w:rsidR="00322AC4" w:rsidRDefault="00322AC4" w:rsidP="00322AC4">
      <w:pPr>
        <w:jc w:val="both"/>
        <w:rPr>
          <w:sz w:val="24"/>
          <w:szCs w:val="24"/>
        </w:rPr>
      </w:pPr>
      <w:r w:rsidRPr="00D3662C">
        <w:rPr>
          <w:sz w:val="24"/>
          <w:szCs w:val="24"/>
        </w:rPr>
        <w:t>Sarà finita tutta per la metà di Novembre dell'anno 1731.</w:t>
      </w:r>
      <w:r>
        <w:rPr>
          <w:i/>
          <w:iCs/>
          <w:sz w:val="24"/>
          <w:szCs w:val="24"/>
        </w:rPr>
        <w:pict w14:anchorId="5DD8D6CA">
          <v:rect id="_x0000_i1700" style="width:0;height:1.5pt" o:hralign="center" o:hrstd="t" o:hr="t" fillcolor="#a0a0a0" stroked="f"/>
        </w:pict>
      </w:r>
    </w:p>
    <w:p w14:paraId="4137507F" w14:textId="480967A4" w:rsidR="00322AC4" w:rsidRDefault="00322AC4" w:rsidP="006C6909">
      <w:pPr>
        <w:jc w:val="both"/>
        <w:rPr>
          <w:sz w:val="24"/>
          <w:szCs w:val="24"/>
        </w:rPr>
      </w:pPr>
      <w:r>
        <w:rPr>
          <w:sz w:val="24"/>
          <w:szCs w:val="24"/>
        </w:rPr>
        <w:t>AST Mf vol. 1 1731 foll. 74-75.</w:t>
      </w:r>
    </w:p>
    <w:p w14:paraId="1C3782C2" w14:textId="77777777" w:rsidR="006C6909" w:rsidRPr="006C6909" w:rsidRDefault="006C6909" w:rsidP="006C6909">
      <w:pPr>
        <w:jc w:val="both"/>
        <w:rPr>
          <w:b/>
          <w:bCs/>
          <w:i/>
          <w:iCs/>
          <w:sz w:val="24"/>
          <w:szCs w:val="24"/>
        </w:rPr>
      </w:pPr>
    </w:p>
    <w:p w14:paraId="7003C464" w14:textId="77777777" w:rsidR="006C5043" w:rsidRDefault="006C6909" w:rsidP="006C5043">
      <w:pPr>
        <w:jc w:val="center"/>
        <w:rPr>
          <w:b/>
          <w:bCs/>
          <w:i/>
          <w:iCs/>
          <w:sz w:val="24"/>
          <w:szCs w:val="24"/>
        </w:rPr>
      </w:pPr>
      <w:r w:rsidRPr="006C6909">
        <w:rPr>
          <w:b/>
          <w:bCs/>
          <w:i/>
          <w:iCs/>
          <w:sz w:val="24"/>
          <w:szCs w:val="24"/>
        </w:rPr>
        <w:t>Instruzione per il Basso rilievo di Marmo che va situato nella Cappella Sotterranea della Chiesa Reale di Soperga</w:t>
      </w:r>
      <w:r w:rsidR="00000000">
        <w:rPr>
          <w:b/>
          <w:bCs/>
          <w:i/>
          <w:iCs/>
          <w:sz w:val="24"/>
          <w:szCs w:val="24"/>
        </w:rPr>
        <w:pict w14:anchorId="5757BA6A">
          <v:rect id="_x0000_i1489" style="width:0;height:1.5pt" o:hralign="center" o:hrstd="t" o:hr="t" fillcolor="#a0a0a0" stroked="f"/>
        </w:pict>
      </w:r>
    </w:p>
    <w:p w14:paraId="6A0FFE5B" w14:textId="169A978B" w:rsidR="006F2C82" w:rsidRDefault="006F2C82" w:rsidP="006C5043">
      <w:pPr>
        <w:jc w:val="both"/>
        <w:rPr>
          <w:i/>
          <w:iCs/>
          <w:sz w:val="24"/>
          <w:szCs w:val="24"/>
        </w:rPr>
      </w:pPr>
      <w:r>
        <w:rPr>
          <w:i/>
          <w:iCs/>
          <w:sz w:val="24"/>
          <w:szCs w:val="24"/>
        </w:rPr>
        <w:t>In questo basso rilievo sarà espresso la pietà cioè la gloriosa vergine con n</w:t>
      </w:r>
      <w:r w:rsidR="000C1844">
        <w:rPr>
          <w:i/>
          <w:iCs/>
          <w:sz w:val="24"/>
          <w:szCs w:val="24"/>
        </w:rPr>
        <w:t>ostro signore</w:t>
      </w:r>
      <w:r>
        <w:rPr>
          <w:i/>
          <w:iCs/>
          <w:sz w:val="24"/>
          <w:szCs w:val="24"/>
        </w:rPr>
        <w:t xml:space="preserve"> gesù christo mo</w:t>
      </w:r>
      <w:r w:rsidR="000C1844">
        <w:rPr>
          <w:i/>
          <w:iCs/>
          <w:sz w:val="24"/>
          <w:szCs w:val="24"/>
        </w:rPr>
        <w:t>rto</w:t>
      </w:r>
      <w:r>
        <w:rPr>
          <w:i/>
          <w:iCs/>
          <w:sz w:val="24"/>
          <w:szCs w:val="24"/>
        </w:rPr>
        <w:t xml:space="preserve"> in seno con il fondo la croce con alcuni cherubini e due putti </w:t>
      </w:r>
      <w:r w:rsidR="000C1844">
        <w:rPr>
          <w:i/>
          <w:iCs/>
          <w:sz w:val="24"/>
          <w:szCs w:val="24"/>
        </w:rPr>
        <w:t xml:space="preserve">saranno quasi di tutto rilievo che siano ben trasforati ricaciati e secondo il disegnio e bon </w:t>
      </w:r>
      <w:r>
        <w:rPr>
          <w:i/>
          <w:iCs/>
          <w:sz w:val="24"/>
          <w:szCs w:val="24"/>
        </w:rPr>
        <w:t xml:space="preserve">gusto del </w:t>
      </w:r>
      <w:r w:rsidR="000C1844">
        <w:rPr>
          <w:i/>
          <w:iCs/>
          <w:sz w:val="24"/>
          <w:szCs w:val="24"/>
        </w:rPr>
        <w:t>virtuos</w:t>
      </w:r>
      <w:r>
        <w:rPr>
          <w:i/>
          <w:iCs/>
          <w:sz w:val="24"/>
          <w:szCs w:val="24"/>
        </w:rPr>
        <w:t>o scultore.</w:t>
      </w:r>
    </w:p>
    <w:p w14:paraId="1C9C3294" w14:textId="7948C782" w:rsidR="006F2C82" w:rsidRDefault="006F2C82" w:rsidP="006C5043">
      <w:pPr>
        <w:jc w:val="both"/>
        <w:rPr>
          <w:i/>
          <w:iCs/>
          <w:sz w:val="24"/>
          <w:szCs w:val="24"/>
        </w:rPr>
      </w:pPr>
      <w:r>
        <w:rPr>
          <w:i/>
          <w:iCs/>
          <w:sz w:val="24"/>
          <w:szCs w:val="24"/>
        </w:rPr>
        <w:t>Il marmo sarà del bianco di carrara senza nesun p</w:t>
      </w:r>
      <w:r w:rsidR="000C1844">
        <w:rPr>
          <w:i/>
          <w:iCs/>
          <w:sz w:val="24"/>
          <w:szCs w:val="24"/>
        </w:rPr>
        <w:t>e</w:t>
      </w:r>
      <w:r>
        <w:rPr>
          <w:i/>
          <w:iCs/>
          <w:sz w:val="24"/>
          <w:szCs w:val="24"/>
        </w:rPr>
        <w:t>lo che possa fare deformità la vergine e il christo saranno tutti in un pezzo il fondo in altri pezzi secondo giudicherà il professore con questo che le commissure siano coperte.</w:t>
      </w:r>
    </w:p>
    <w:p w14:paraId="30E7895D" w14:textId="77777777" w:rsidR="006F2C82" w:rsidRDefault="006F2C82" w:rsidP="006C5043">
      <w:pPr>
        <w:jc w:val="both"/>
        <w:rPr>
          <w:i/>
          <w:iCs/>
          <w:sz w:val="24"/>
          <w:szCs w:val="24"/>
        </w:rPr>
      </w:pPr>
      <w:r>
        <w:rPr>
          <w:i/>
          <w:iCs/>
          <w:sz w:val="24"/>
          <w:szCs w:val="24"/>
        </w:rPr>
        <w:t>S’haverte che il colore di tutti i marmi s’accordino a sieme a tutta una tinta per far meglio che non ci siano raporti o di piedi o di mano.</w:t>
      </w:r>
    </w:p>
    <w:p w14:paraId="7C58C5B6" w14:textId="64154E89" w:rsidR="007E3C60" w:rsidRDefault="006F2C82" w:rsidP="006C5043">
      <w:pPr>
        <w:jc w:val="both"/>
        <w:rPr>
          <w:i/>
          <w:iCs/>
          <w:sz w:val="24"/>
          <w:szCs w:val="24"/>
        </w:rPr>
      </w:pPr>
      <w:r>
        <w:rPr>
          <w:i/>
          <w:iCs/>
          <w:sz w:val="24"/>
          <w:szCs w:val="24"/>
        </w:rPr>
        <w:t>Sarà obligato d’incas</w:t>
      </w:r>
      <w:r w:rsidR="000C1844">
        <w:rPr>
          <w:i/>
          <w:iCs/>
          <w:sz w:val="24"/>
          <w:szCs w:val="24"/>
        </w:rPr>
        <w:t>s</w:t>
      </w:r>
      <w:r>
        <w:rPr>
          <w:i/>
          <w:iCs/>
          <w:sz w:val="24"/>
          <w:szCs w:val="24"/>
        </w:rPr>
        <w:t>arlle a suo conto la condotta tantto delli marmi di carrara a roma e al suo</w:t>
      </w:r>
      <w:r w:rsidR="000C1844">
        <w:rPr>
          <w:i/>
          <w:iCs/>
          <w:sz w:val="24"/>
          <w:szCs w:val="24"/>
        </w:rPr>
        <w:t xml:space="preserve"> </w:t>
      </w:r>
      <w:r w:rsidR="007E3C60">
        <w:rPr>
          <w:i/>
          <w:iCs/>
          <w:sz w:val="24"/>
          <w:szCs w:val="24"/>
        </w:rPr>
        <w:t>studio quanto dallo studio a ripa grande e l’imba</w:t>
      </w:r>
      <w:r w:rsidR="000C1844">
        <w:rPr>
          <w:i/>
          <w:iCs/>
          <w:sz w:val="24"/>
          <w:szCs w:val="24"/>
        </w:rPr>
        <w:t>r</w:t>
      </w:r>
      <w:r w:rsidR="007E3C60">
        <w:rPr>
          <w:i/>
          <w:iCs/>
          <w:sz w:val="24"/>
          <w:szCs w:val="24"/>
        </w:rPr>
        <w:t>cho sino alla spiaggia di S. Pier d’a</w:t>
      </w:r>
      <w:r w:rsidR="000C1844">
        <w:rPr>
          <w:i/>
          <w:iCs/>
          <w:sz w:val="24"/>
          <w:szCs w:val="24"/>
        </w:rPr>
        <w:t>rena</w:t>
      </w:r>
      <w:r w:rsidR="007E3C60">
        <w:rPr>
          <w:i/>
          <w:iCs/>
          <w:sz w:val="24"/>
          <w:szCs w:val="24"/>
        </w:rPr>
        <w:t xml:space="preserve"> in genova sarà a conto di Sa. Ma. il pericolo della navigatione sino a Genova.</w:t>
      </w:r>
    </w:p>
    <w:p w14:paraId="5BBC1359" w14:textId="0365E647" w:rsidR="007E3C60" w:rsidRDefault="007E3C60" w:rsidP="006C5043">
      <w:pPr>
        <w:jc w:val="both"/>
        <w:rPr>
          <w:i/>
          <w:iCs/>
          <w:sz w:val="24"/>
          <w:szCs w:val="24"/>
        </w:rPr>
      </w:pPr>
      <w:r>
        <w:rPr>
          <w:i/>
          <w:iCs/>
          <w:sz w:val="24"/>
          <w:szCs w:val="24"/>
        </w:rPr>
        <w:lastRenderedPageBreak/>
        <w:t xml:space="preserve">Sarà obligato di fare accompagniare le casse da genova a soperga acciò non vengino rovinate o rotte dall imperizia delli condotieri e questo s’intende la solla asistenza personale dal giovane sarà obligato venire in persona a meterllo in opera sul posto e ivi ritoccarllo a levare i pontelli che si lasciano per maggior sicurezza del opera nelli viaggi i panni e carnagione saranno lustrati </w:t>
      </w:r>
      <w:r w:rsidR="000C1844">
        <w:rPr>
          <w:i/>
          <w:iCs/>
          <w:sz w:val="24"/>
          <w:szCs w:val="24"/>
        </w:rPr>
        <w:t>co</w:t>
      </w:r>
      <w:r>
        <w:rPr>
          <w:i/>
          <w:iCs/>
          <w:sz w:val="24"/>
          <w:szCs w:val="24"/>
        </w:rPr>
        <w:t>n tutta diligenza e bontà lasciando in libertà del cel</w:t>
      </w:r>
      <w:r w:rsidR="000C1844">
        <w:rPr>
          <w:i/>
          <w:iCs/>
          <w:sz w:val="24"/>
          <w:szCs w:val="24"/>
        </w:rPr>
        <w:t>ebr</w:t>
      </w:r>
      <w:r>
        <w:rPr>
          <w:i/>
          <w:iCs/>
          <w:sz w:val="24"/>
          <w:szCs w:val="24"/>
        </w:rPr>
        <w:t>e vi</w:t>
      </w:r>
      <w:r w:rsidR="000C1844">
        <w:rPr>
          <w:i/>
          <w:iCs/>
          <w:sz w:val="24"/>
          <w:szCs w:val="24"/>
        </w:rPr>
        <w:t>rtuos</w:t>
      </w:r>
      <w:r>
        <w:rPr>
          <w:i/>
          <w:iCs/>
          <w:sz w:val="24"/>
          <w:szCs w:val="24"/>
        </w:rPr>
        <w:t>o tutte l’alte perfezione acciò l’opera sia co</w:t>
      </w:r>
      <w:r w:rsidR="005D6A80">
        <w:rPr>
          <w:i/>
          <w:iCs/>
          <w:sz w:val="24"/>
          <w:szCs w:val="24"/>
        </w:rPr>
        <w:t>mpiu</w:t>
      </w:r>
      <w:r>
        <w:rPr>
          <w:i/>
          <w:iCs/>
          <w:sz w:val="24"/>
          <w:szCs w:val="24"/>
        </w:rPr>
        <w:t>ta e perfetta.</w:t>
      </w:r>
    </w:p>
    <w:p w14:paraId="1103B2AD" w14:textId="15DAB7F8" w:rsidR="006C5043" w:rsidRDefault="007E3C60" w:rsidP="006C5043">
      <w:pPr>
        <w:jc w:val="both"/>
        <w:rPr>
          <w:i/>
          <w:iCs/>
          <w:sz w:val="24"/>
          <w:szCs w:val="24"/>
        </w:rPr>
      </w:pPr>
      <w:r>
        <w:rPr>
          <w:i/>
          <w:iCs/>
          <w:sz w:val="24"/>
          <w:szCs w:val="24"/>
        </w:rPr>
        <w:t xml:space="preserve">Si desidera che sia finita e condotta in genova per l’ottobre del anno 1732 misura del basso rilievo altezza </w:t>
      </w:r>
      <w:r w:rsidR="005D6A80">
        <w:rPr>
          <w:i/>
          <w:iCs/>
          <w:sz w:val="24"/>
          <w:szCs w:val="24"/>
        </w:rPr>
        <w:t>piedi</w:t>
      </w:r>
      <w:r>
        <w:rPr>
          <w:i/>
          <w:iCs/>
          <w:sz w:val="24"/>
          <w:szCs w:val="24"/>
        </w:rPr>
        <w:t xml:space="preserve"> largezza </w:t>
      </w:r>
      <w:r w:rsidR="005D6A80">
        <w:rPr>
          <w:i/>
          <w:iCs/>
          <w:sz w:val="24"/>
          <w:szCs w:val="24"/>
        </w:rPr>
        <w:t xml:space="preserve">piedi </w:t>
      </w:r>
      <w:r>
        <w:rPr>
          <w:i/>
          <w:iCs/>
          <w:sz w:val="24"/>
          <w:szCs w:val="24"/>
        </w:rPr>
        <w:t>cioè altezza piedi 4</w:t>
      </w:r>
      <w:r w:rsidR="005D6A80">
        <w:rPr>
          <w:i/>
          <w:iCs/>
          <w:sz w:val="24"/>
          <w:szCs w:val="24"/>
        </w:rPr>
        <w:t xml:space="preserve"> onze </w:t>
      </w:r>
      <w:r>
        <w:rPr>
          <w:i/>
          <w:iCs/>
          <w:sz w:val="24"/>
          <w:szCs w:val="24"/>
        </w:rPr>
        <w:t>6 largezza piedi 2</w:t>
      </w:r>
      <w:r w:rsidR="005D6A80">
        <w:rPr>
          <w:i/>
          <w:iCs/>
          <w:sz w:val="24"/>
          <w:szCs w:val="24"/>
        </w:rPr>
        <w:t xml:space="preserve"> onze 6</w:t>
      </w:r>
      <w:r>
        <w:rPr>
          <w:i/>
          <w:iCs/>
          <w:sz w:val="24"/>
          <w:szCs w:val="24"/>
        </w:rPr>
        <w:t xml:space="preserve"> di piemonte.</w:t>
      </w:r>
      <w:r w:rsidR="00000000">
        <w:rPr>
          <w:i/>
          <w:iCs/>
          <w:sz w:val="24"/>
          <w:szCs w:val="24"/>
        </w:rPr>
        <w:pict w14:anchorId="5CFC60FE">
          <v:rect id="_x0000_i1490" style="width:0;height:1.5pt" o:hralign="center" o:hrstd="t" o:hr="t" fillcolor="#a0a0a0" stroked="f"/>
        </w:pict>
      </w:r>
    </w:p>
    <w:p w14:paraId="4E5317FE" w14:textId="5B92278A" w:rsidR="006C6909" w:rsidRDefault="006C6909" w:rsidP="006C5043">
      <w:pPr>
        <w:jc w:val="right"/>
        <w:rPr>
          <w:i/>
          <w:iCs/>
          <w:sz w:val="24"/>
          <w:szCs w:val="24"/>
        </w:rPr>
      </w:pPr>
      <w:r w:rsidRPr="006C6909">
        <w:rPr>
          <w:i/>
          <w:iCs/>
          <w:sz w:val="24"/>
          <w:szCs w:val="24"/>
        </w:rPr>
        <w:t>a 17 novembre 1730</w:t>
      </w:r>
    </w:p>
    <w:p w14:paraId="188B3FD1" w14:textId="77777777" w:rsidR="006C5043" w:rsidRDefault="006C6909" w:rsidP="006C5043">
      <w:pPr>
        <w:jc w:val="right"/>
        <w:rPr>
          <w:i/>
          <w:iCs/>
          <w:sz w:val="24"/>
          <w:szCs w:val="24"/>
        </w:rPr>
      </w:pPr>
      <w:r w:rsidRPr="006C6909">
        <w:rPr>
          <w:i/>
          <w:iCs/>
          <w:sz w:val="24"/>
          <w:szCs w:val="24"/>
        </w:rPr>
        <w:t>Cavaliere Don Filippo Juvarra Primo Architetto</w:t>
      </w:r>
      <w:r w:rsidR="00000000">
        <w:rPr>
          <w:i/>
          <w:iCs/>
          <w:sz w:val="24"/>
          <w:szCs w:val="24"/>
        </w:rPr>
        <w:pict w14:anchorId="26517AF1">
          <v:rect id="_x0000_i1491" style="width:0;height:1.5pt" o:hralign="center" o:hrstd="t" o:hr="t" fillcolor="#a0a0a0" stroked="f"/>
        </w:pict>
      </w:r>
    </w:p>
    <w:p w14:paraId="32C72A7B" w14:textId="55EA4CA5" w:rsidR="006C6909" w:rsidRDefault="006C6909" w:rsidP="006C6909">
      <w:pPr>
        <w:jc w:val="both"/>
        <w:rPr>
          <w:sz w:val="24"/>
          <w:szCs w:val="24"/>
        </w:rPr>
      </w:pPr>
      <w:r w:rsidRPr="006C6909">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w:t>
      </w:r>
      <w:r w:rsidRPr="006C6909">
        <w:rPr>
          <w:sz w:val="24"/>
          <w:szCs w:val="24"/>
        </w:rPr>
        <w:t>.</w:t>
      </w:r>
      <w:r>
        <w:rPr>
          <w:sz w:val="24"/>
          <w:szCs w:val="24"/>
        </w:rPr>
        <w:t xml:space="preserve"> 297</w:t>
      </w:r>
      <w:r w:rsidRPr="006C6909">
        <w:rPr>
          <w:sz w:val="24"/>
          <w:szCs w:val="24"/>
        </w:rPr>
        <w:t>.</w:t>
      </w:r>
    </w:p>
    <w:p w14:paraId="2DBDA473" w14:textId="77777777" w:rsidR="002B30CE" w:rsidRDefault="002B30CE" w:rsidP="006C6909">
      <w:pPr>
        <w:jc w:val="both"/>
        <w:rPr>
          <w:sz w:val="24"/>
          <w:szCs w:val="24"/>
        </w:rPr>
      </w:pPr>
    </w:p>
    <w:p w14:paraId="48481118" w14:textId="3F0C1578" w:rsidR="002B30CE" w:rsidRPr="00B86F2F" w:rsidRDefault="002B30CE" w:rsidP="002B30CE">
      <w:pPr>
        <w:jc w:val="center"/>
        <w:rPr>
          <w:sz w:val="28"/>
          <w:szCs w:val="28"/>
        </w:rPr>
      </w:pPr>
      <w:r>
        <w:rPr>
          <w:sz w:val="28"/>
          <w:szCs w:val="28"/>
        </w:rPr>
        <w:t>17</w:t>
      </w:r>
      <w:r>
        <w:rPr>
          <w:sz w:val="28"/>
          <w:szCs w:val="28"/>
        </w:rPr>
        <w:t>31</w:t>
      </w:r>
    </w:p>
    <w:p w14:paraId="6C640AF4" w14:textId="77777777" w:rsidR="002B30CE" w:rsidRDefault="002B30CE" w:rsidP="002B30CE">
      <w:pPr>
        <w:jc w:val="center"/>
        <w:rPr>
          <w:sz w:val="24"/>
          <w:szCs w:val="24"/>
        </w:rPr>
      </w:pPr>
      <w:r w:rsidRPr="00322AC4">
        <w:rPr>
          <w:b/>
          <w:bCs/>
          <w:sz w:val="24"/>
          <w:szCs w:val="24"/>
        </w:rPr>
        <w:t>Instruzione per la ferramenta della seraglia della porta principale della chiesa Reale di Soperga da farsi nel anno 1731</w:t>
      </w:r>
      <w:r>
        <w:rPr>
          <w:i/>
          <w:iCs/>
          <w:sz w:val="24"/>
          <w:szCs w:val="24"/>
        </w:rPr>
        <w:pict w14:anchorId="4E94BBEF">
          <v:rect id="_x0000_i1774" style="width:0;height:1.5pt" o:hralign="center" o:hrstd="t" o:hr="t" fillcolor="#a0a0a0" stroked="f"/>
        </w:pict>
      </w:r>
    </w:p>
    <w:p w14:paraId="55051F83" w14:textId="77777777" w:rsidR="002B30CE" w:rsidRDefault="002B30CE" w:rsidP="002B30CE">
      <w:pPr>
        <w:jc w:val="both"/>
        <w:rPr>
          <w:sz w:val="24"/>
          <w:szCs w:val="24"/>
        </w:rPr>
      </w:pPr>
      <w:r w:rsidRPr="001126D5">
        <w:rPr>
          <w:sz w:val="24"/>
          <w:szCs w:val="24"/>
        </w:rPr>
        <w:t xml:space="preserve">La ferramenta di detta porta sarà fatta di ferro d'Agusta cioè le varvelloni e li crochi saranno di ferro di ugual bontà. </w:t>
      </w:r>
    </w:p>
    <w:p w14:paraId="4096BB95" w14:textId="77777777" w:rsidR="002B30CE" w:rsidRDefault="002B30CE" w:rsidP="002B30CE">
      <w:pPr>
        <w:jc w:val="both"/>
        <w:rPr>
          <w:sz w:val="24"/>
          <w:szCs w:val="24"/>
        </w:rPr>
      </w:pPr>
      <w:r w:rsidRPr="001126D5">
        <w:rPr>
          <w:sz w:val="24"/>
          <w:szCs w:val="24"/>
        </w:rPr>
        <w:t xml:space="preserve">Sarà con li pivò bene limati perfetamente con le sue lomiere di bronzo che vanno incastrate nella pietra abasso, nella parte superiore li suoi pivò ritondi con due anelli di metallo e sua legatura di ferro acciò il pivò giochi con il mitallo, per fare che il gioco della porta si apri con faciltà e senza romore. Saranno detti pivò tantto soperiore che inferiori messi a piombo perfetto e asodati con chiodi arrivati con la sua testa a mandola bene incastrata in piano al legnio e di tutta sodezza e bontà. </w:t>
      </w:r>
    </w:p>
    <w:p w14:paraId="71A7188B" w14:textId="77777777" w:rsidR="002B30CE" w:rsidRDefault="002B30CE" w:rsidP="002B30CE">
      <w:pPr>
        <w:jc w:val="both"/>
        <w:rPr>
          <w:sz w:val="24"/>
          <w:szCs w:val="24"/>
        </w:rPr>
      </w:pPr>
      <w:r w:rsidRPr="001126D5">
        <w:rPr>
          <w:sz w:val="24"/>
          <w:szCs w:val="24"/>
        </w:rPr>
        <w:t xml:space="preserve">Terranno a sesto la detta porta n° 4 crochi con suoi anelli inchiodati con chiodi arrivati e detti crochi saranno di grosezza al meno tre quarti d'oncia e saranno fatti di tutta perfezione con l'anelloni limati che con la forcina si possono levare e mettere e saranno messe che tengino la porta in piano perfetto. </w:t>
      </w:r>
    </w:p>
    <w:p w14:paraId="32658F66" w14:textId="77777777" w:rsidR="002B30CE" w:rsidRDefault="002B30CE" w:rsidP="002B30CE">
      <w:pPr>
        <w:jc w:val="both"/>
        <w:rPr>
          <w:sz w:val="24"/>
          <w:szCs w:val="24"/>
        </w:rPr>
      </w:pPr>
      <w:r w:rsidRPr="001126D5">
        <w:rPr>
          <w:sz w:val="24"/>
          <w:szCs w:val="24"/>
        </w:rPr>
        <w:t xml:space="preserve">Per aprire la piccola porta vi saranno n° 4 vervelloni con cinque cernere per parte con il suo pivò di ferro limato a forma d'olivo e haveranno cinque chiodi arrivati per la parte della metà di detta varvella e saranno con la testa a mandola, e questi saranno a proporzione della grandezza della porta tantto nella grandezza che grosezza. </w:t>
      </w:r>
    </w:p>
    <w:p w14:paraId="7D3AFC1D" w14:textId="77777777" w:rsidR="002B30CE" w:rsidRPr="00A63A17" w:rsidRDefault="002B30CE" w:rsidP="002B30CE">
      <w:pPr>
        <w:jc w:val="both"/>
        <w:rPr>
          <w:sz w:val="24"/>
          <w:szCs w:val="24"/>
        </w:rPr>
      </w:pPr>
      <w:r w:rsidRPr="001126D5">
        <w:rPr>
          <w:sz w:val="24"/>
          <w:szCs w:val="24"/>
        </w:rPr>
        <w:t xml:space="preserve">Vi saranno due crochi che serino e rendino più sicura la detta portina della grosezza e fattura di quelli di sopra al quanto però più piccole, a detta </w:t>
      </w:r>
      <w:r w:rsidRPr="00A63A17">
        <w:rPr>
          <w:sz w:val="24"/>
          <w:szCs w:val="24"/>
        </w:rPr>
        <w:t xml:space="preserve">porta vi saranno due firuglie uno sopra e l'altro </w:t>
      </w:r>
      <w:r w:rsidRPr="00A63A17">
        <w:rPr>
          <w:sz w:val="24"/>
          <w:szCs w:val="24"/>
        </w:rPr>
        <w:lastRenderedPageBreak/>
        <w:t>sotto con la sua gaba lunga che con comodo si possa serrare di longezza e grosezza proporzionata a detta porta.</w:t>
      </w:r>
    </w:p>
    <w:p w14:paraId="5AE6F05A" w14:textId="77777777" w:rsidR="002B30CE" w:rsidRPr="00A63A17" w:rsidRDefault="002B30CE" w:rsidP="002B30CE">
      <w:pPr>
        <w:jc w:val="both"/>
        <w:rPr>
          <w:sz w:val="24"/>
          <w:szCs w:val="24"/>
        </w:rPr>
      </w:pPr>
      <w:r w:rsidRPr="00A63A17">
        <w:rPr>
          <w:sz w:val="24"/>
          <w:szCs w:val="24"/>
        </w:rPr>
        <w:t>Vi sarà una bona e perfetta serratura alla francese a due giri con ottima chiave ben limata che si serri nella parte interiore con tutta sicurezza.</w:t>
      </w:r>
    </w:p>
    <w:p w14:paraId="689F846F" w14:textId="77777777" w:rsidR="002B30CE" w:rsidRPr="00A63A17" w:rsidRDefault="002B30CE" w:rsidP="002B30CE">
      <w:pPr>
        <w:jc w:val="both"/>
        <w:rPr>
          <w:sz w:val="24"/>
          <w:szCs w:val="24"/>
        </w:rPr>
      </w:pPr>
      <w:r w:rsidRPr="00A63A17">
        <w:rPr>
          <w:sz w:val="24"/>
          <w:szCs w:val="24"/>
        </w:rPr>
        <w:t>Non si possono dare precise misure per questa ferramenta, dovendosi considerare dal artefice la grandezza della porta e qualità della seraglia la quale esendo a Soperga, è necesario che il partitante cosideri l'uscio, e a proporzione fare la sua ferramenta.</w:t>
      </w:r>
    </w:p>
    <w:p w14:paraId="4AA88B10" w14:textId="77777777" w:rsidR="002B30CE" w:rsidRDefault="002B30CE" w:rsidP="002B30CE">
      <w:pPr>
        <w:jc w:val="both"/>
        <w:rPr>
          <w:sz w:val="24"/>
          <w:szCs w:val="24"/>
        </w:rPr>
      </w:pPr>
      <w:r w:rsidRPr="00A63A17">
        <w:rPr>
          <w:sz w:val="24"/>
          <w:szCs w:val="24"/>
        </w:rPr>
        <w:t xml:space="preserve">Il tutto a opera conlaudata e perfetta. Sarà obligato a mettere in opera detta sua ferramenta ed asistere che facci bene aprire e serare quanto porta la sua arte solamente il tutto fatto </w:t>
      </w:r>
      <w:r>
        <w:rPr>
          <w:sz w:val="24"/>
          <w:szCs w:val="24"/>
        </w:rPr>
        <w:t>2°</w:t>
      </w:r>
      <w:r w:rsidRPr="00A63A17">
        <w:rPr>
          <w:sz w:val="24"/>
          <w:szCs w:val="24"/>
        </w:rPr>
        <w:t xml:space="preserve"> richiede la sua perfetta arte di bon Seragliere e operata con tutta sodezza e bontà.</w:t>
      </w:r>
    </w:p>
    <w:p w14:paraId="3EEBBE81" w14:textId="77777777" w:rsidR="002B30CE" w:rsidRPr="00A63A17" w:rsidRDefault="002B30CE" w:rsidP="002B30CE">
      <w:pPr>
        <w:jc w:val="both"/>
        <w:rPr>
          <w:sz w:val="24"/>
          <w:szCs w:val="24"/>
        </w:rPr>
      </w:pPr>
      <w:r>
        <w:rPr>
          <w:i/>
          <w:iCs/>
          <w:sz w:val="24"/>
          <w:szCs w:val="24"/>
        </w:rPr>
        <w:pict w14:anchorId="3AFA8CA0">
          <v:rect id="_x0000_i1775" style="width:0;height:1.5pt" o:hralign="center" o:hrstd="t" o:hr="t" fillcolor="#a0a0a0" stroked="f"/>
        </w:pict>
      </w:r>
    </w:p>
    <w:p w14:paraId="74F81E98" w14:textId="77777777" w:rsidR="002B30CE" w:rsidRPr="00A63A17" w:rsidRDefault="002B30CE" w:rsidP="002B30CE">
      <w:pPr>
        <w:jc w:val="right"/>
        <w:rPr>
          <w:sz w:val="24"/>
          <w:szCs w:val="24"/>
        </w:rPr>
      </w:pPr>
      <w:r w:rsidRPr="00A63A17">
        <w:rPr>
          <w:sz w:val="24"/>
          <w:szCs w:val="24"/>
        </w:rPr>
        <w:t>giorno di 26 Gennaro 1731</w:t>
      </w:r>
    </w:p>
    <w:p w14:paraId="6DBAB536" w14:textId="77777777" w:rsidR="002B30CE" w:rsidRDefault="002B30CE" w:rsidP="002B30CE">
      <w:pPr>
        <w:jc w:val="right"/>
        <w:rPr>
          <w:sz w:val="24"/>
          <w:szCs w:val="24"/>
        </w:rPr>
      </w:pPr>
      <w:r w:rsidRPr="00A63A17">
        <w:rPr>
          <w:sz w:val="24"/>
          <w:szCs w:val="24"/>
        </w:rPr>
        <w:t>Cavaliere Don Filippo Juvarra Primo Architetto</w:t>
      </w:r>
    </w:p>
    <w:p w14:paraId="2EC6CC88" w14:textId="77777777" w:rsidR="002B30CE" w:rsidRDefault="002B30CE" w:rsidP="002B30CE">
      <w:pPr>
        <w:jc w:val="right"/>
        <w:rPr>
          <w:sz w:val="24"/>
          <w:szCs w:val="24"/>
        </w:rPr>
      </w:pPr>
      <w:r>
        <w:rPr>
          <w:i/>
          <w:iCs/>
          <w:sz w:val="24"/>
          <w:szCs w:val="24"/>
        </w:rPr>
        <w:pict w14:anchorId="38F1B6EF">
          <v:rect id="_x0000_i1776" style="width:0;height:1.5pt" o:hralign="center" o:hrstd="t" o:hr="t" fillcolor="#a0a0a0" stroked="f"/>
        </w:pict>
      </w:r>
    </w:p>
    <w:p w14:paraId="1BA1573F" w14:textId="77777777" w:rsidR="002B30CE" w:rsidRDefault="002B30CE" w:rsidP="002B30CE">
      <w:pPr>
        <w:jc w:val="both"/>
        <w:rPr>
          <w:sz w:val="24"/>
          <w:szCs w:val="24"/>
        </w:rPr>
      </w:pPr>
      <w:r w:rsidRPr="00A63A17">
        <w:rPr>
          <w:sz w:val="24"/>
          <w:szCs w:val="24"/>
        </w:rPr>
        <w:t>a. Pivò con li l</w:t>
      </w:r>
      <w:r>
        <w:rPr>
          <w:sz w:val="24"/>
          <w:szCs w:val="24"/>
        </w:rPr>
        <w:t>umiere di metallo con suoi chiodi arrivati di soda e suficiente grosezza.</w:t>
      </w:r>
    </w:p>
    <w:p w14:paraId="179CDD90" w14:textId="77777777" w:rsidR="002B30CE" w:rsidRDefault="002B30CE" w:rsidP="002B30CE">
      <w:pPr>
        <w:jc w:val="both"/>
        <w:rPr>
          <w:sz w:val="24"/>
          <w:szCs w:val="24"/>
        </w:rPr>
      </w:pPr>
      <w:r>
        <w:rPr>
          <w:sz w:val="24"/>
          <w:szCs w:val="24"/>
        </w:rPr>
        <w:t>b. Crochi superiori con suoi anelli limati ben fatti.</w:t>
      </w:r>
    </w:p>
    <w:p w14:paraId="77EC9056" w14:textId="77777777" w:rsidR="002B30CE" w:rsidRDefault="002B30CE" w:rsidP="002B30CE">
      <w:pPr>
        <w:jc w:val="both"/>
        <w:rPr>
          <w:sz w:val="24"/>
          <w:szCs w:val="24"/>
        </w:rPr>
      </w:pPr>
      <w:r>
        <w:rPr>
          <w:sz w:val="24"/>
          <w:szCs w:val="24"/>
        </w:rPr>
        <w:t>c. Varvelloni con suoi chiodi arrivati</w:t>
      </w:r>
    </w:p>
    <w:p w14:paraId="496A27D5" w14:textId="77777777" w:rsidR="002B30CE" w:rsidRDefault="002B30CE" w:rsidP="002B30CE">
      <w:pPr>
        <w:jc w:val="both"/>
        <w:rPr>
          <w:sz w:val="24"/>
          <w:szCs w:val="24"/>
        </w:rPr>
      </w:pPr>
      <w:r>
        <w:rPr>
          <w:sz w:val="24"/>
          <w:szCs w:val="24"/>
        </w:rPr>
        <w:t>d. Crochi di sotto che fortificano la piccola porta</w:t>
      </w:r>
    </w:p>
    <w:p w14:paraId="0886E223" w14:textId="77777777" w:rsidR="002B30CE" w:rsidRDefault="002B30CE" w:rsidP="002B30CE">
      <w:pPr>
        <w:jc w:val="both"/>
        <w:rPr>
          <w:sz w:val="24"/>
          <w:szCs w:val="24"/>
        </w:rPr>
      </w:pPr>
      <w:r>
        <w:rPr>
          <w:sz w:val="24"/>
          <w:szCs w:val="24"/>
        </w:rPr>
        <w:t>e. Ferue uno sopra e l’altro sotto</w:t>
      </w:r>
    </w:p>
    <w:p w14:paraId="399DFE54" w14:textId="77777777" w:rsidR="002B30CE" w:rsidRDefault="002B30CE" w:rsidP="002B30CE">
      <w:pPr>
        <w:jc w:val="both"/>
        <w:rPr>
          <w:sz w:val="24"/>
          <w:szCs w:val="24"/>
        </w:rPr>
      </w:pPr>
      <w:r>
        <w:rPr>
          <w:sz w:val="24"/>
          <w:szCs w:val="24"/>
        </w:rPr>
        <w:t>f. Serratura a due giri</w:t>
      </w:r>
    </w:p>
    <w:p w14:paraId="7D32BD65" w14:textId="77777777" w:rsidR="002B30CE" w:rsidRPr="00A63A17" w:rsidRDefault="002B30CE" w:rsidP="002B30CE">
      <w:pPr>
        <w:jc w:val="both"/>
        <w:rPr>
          <w:sz w:val="24"/>
          <w:szCs w:val="24"/>
        </w:rPr>
      </w:pPr>
      <w:r>
        <w:rPr>
          <w:i/>
          <w:iCs/>
          <w:sz w:val="24"/>
          <w:szCs w:val="24"/>
        </w:rPr>
        <w:pict w14:anchorId="2C03BC60">
          <v:rect id="_x0000_i1777" style="width:0;height:1.5pt" o:hralign="center" o:hrstd="t" o:hr="t" fillcolor="#a0a0a0" stroked="f"/>
        </w:pict>
      </w:r>
    </w:p>
    <w:p w14:paraId="1E98C693" w14:textId="77777777" w:rsidR="002B30CE" w:rsidRPr="002B30CE" w:rsidRDefault="002B30CE" w:rsidP="002B30CE">
      <w:pPr>
        <w:jc w:val="both"/>
        <w:rPr>
          <w:sz w:val="24"/>
          <w:szCs w:val="24"/>
        </w:rPr>
      </w:pPr>
      <w:r w:rsidRPr="002B30CE">
        <w:rPr>
          <w:sz w:val="24"/>
          <w:szCs w:val="24"/>
        </w:rPr>
        <w:t>AST, Mf, ibid., fl. 26</w:t>
      </w:r>
    </w:p>
    <w:p w14:paraId="6606CB0B" w14:textId="77777777" w:rsidR="002B30CE" w:rsidRPr="002B30CE" w:rsidRDefault="002B30CE" w:rsidP="002B30CE">
      <w:pPr>
        <w:jc w:val="both"/>
        <w:rPr>
          <w:sz w:val="24"/>
          <w:szCs w:val="24"/>
        </w:rPr>
      </w:pPr>
    </w:p>
    <w:p w14:paraId="2DA85670" w14:textId="77777777" w:rsidR="002B30CE" w:rsidRDefault="002B30CE" w:rsidP="002B30CE">
      <w:pPr>
        <w:jc w:val="center"/>
        <w:rPr>
          <w:i/>
          <w:iCs/>
          <w:sz w:val="24"/>
          <w:szCs w:val="24"/>
        </w:rPr>
      </w:pPr>
      <w:r w:rsidRPr="00322AC4">
        <w:rPr>
          <w:b/>
          <w:bCs/>
          <w:i/>
          <w:iCs/>
          <w:sz w:val="24"/>
          <w:szCs w:val="24"/>
        </w:rPr>
        <w:t>Instruzione per li due rastelli di ferro per le porte che serrano le terazze nella Real Chiesa di Soperga da farsi in questo anno 1731</w:t>
      </w:r>
      <w:r>
        <w:rPr>
          <w:i/>
          <w:iCs/>
          <w:sz w:val="24"/>
          <w:szCs w:val="24"/>
        </w:rPr>
        <w:pict w14:anchorId="265E88A4">
          <v:rect id="_x0000_i1778" style="width:0;height:1.5pt" o:hralign="center" o:hrstd="t" o:hr="t" fillcolor="#a0a0a0" stroked="f"/>
        </w:pict>
      </w:r>
    </w:p>
    <w:p w14:paraId="2E08E0AE" w14:textId="77777777" w:rsidR="002B30CE" w:rsidRPr="004A1F1B" w:rsidRDefault="002B30CE" w:rsidP="002B30CE">
      <w:pPr>
        <w:jc w:val="both"/>
        <w:rPr>
          <w:i/>
          <w:iCs/>
        </w:rPr>
      </w:pPr>
      <w:r>
        <w:rPr>
          <w:i/>
          <w:iCs/>
          <w:sz w:val="24"/>
          <w:szCs w:val="24"/>
        </w:rPr>
        <w:t xml:space="preserve">Li rastelli di ferro saranno 2° il disegnio e saranno di ferro d’Augusta o di altro che sia del istessa bontà e qualità </w:t>
      </w:r>
      <w:r w:rsidRPr="00322AC4">
        <w:rPr>
          <w:i/>
          <w:iCs/>
          <w:sz w:val="24"/>
          <w:szCs w:val="24"/>
        </w:rPr>
        <w:t>da farsi vedere dal Ill.mo S.re Intendente Generale dalli conoscitori del Reggio Arsenale. Saranno lavorati a tutta perfezione con suoi tenoni e legaccie ben messe limati in certa maniera che facci perfetta l’opera.</w:t>
      </w:r>
    </w:p>
    <w:p w14:paraId="25A02C75" w14:textId="77777777" w:rsidR="002B30CE" w:rsidRPr="004A1F1B" w:rsidRDefault="002B30CE" w:rsidP="002B30CE">
      <w:pPr>
        <w:jc w:val="both"/>
        <w:rPr>
          <w:i/>
          <w:iCs/>
          <w:sz w:val="24"/>
          <w:szCs w:val="24"/>
        </w:rPr>
      </w:pPr>
      <w:r w:rsidRPr="004A1F1B">
        <w:rPr>
          <w:i/>
          <w:iCs/>
          <w:sz w:val="24"/>
          <w:szCs w:val="24"/>
        </w:rPr>
        <w:t>La grosezza delli ferri che fanno telaro saranno di 3 quarti d’oncia in circa. Le bachette liscie in piedi di meza oncia e l'altri ferri ovali sotili secondo l'uso di simile porte. Vi saranno 6 varvelli per porta con suoi poligi. Una bona e perfetta serratura a due giri e due forrietti con il piede lungo uno sopra e l'altro sotto, con suo incastro nella pietra.</w:t>
      </w:r>
    </w:p>
    <w:p w14:paraId="0CD655A8" w14:textId="77777777" w:rsidR="002B30CE" w:rsidRPr="004A1F1B" w:rsidRDefault="002B30CE" w:rsidP="002B30CE">
      <w:pPr>
        <w:jc w:val="both"/>
        <w:rPr>
          <w:i/>
          <w:iCs/>
          <w:sz w:val="24"/>
          <w:szCs w:val="24"/>
        </w:rPr>
      </w:pPr>
      <w:r w:rsidRPr="004A1F1B">
        <w:rPr>
          <w:i/>
          <w:iCs/>
          <w:sz w:val="24"/>
          <w:szCs w:val="24"/>
        </w:rPr>
        <w:lastRenderedPageBreak/>
        <w:t>La cimasa di sopra sarà ferma con due mezole laterali che con più facilità la reggono. Il ferro levato dal barrone sarà più legiero delle misure sopra cennato non facendo nesuna forza che altro per serrare il cancello.</w:t>
      </w:r>
    </w:p>
    <w:p w14:paraId="15A0B6A5" w14:textId="77777777" w:rsidR="002B30CE" w:rsidRDefault="002B30CE" w:rsidP="002B30CE">
      <w:pPr>
        <w:jc w:val="both"/>
        <w:rPr>
          <w:i/>
          <w:iCs/>
          <w:sz w:val="24"/>
          <w:szCs w:val="24"/>
        </w:rPr>
      </w:pPr>
      <w:r w:rsidRPr="004A1F1B">
        <w:rPr>
          <w:i/>
          <w:iCs/>
          <w:sz w:val="24"/>
          <w:szCs w:val="24"/>
        </w:rPr>
        <w:t xml:space="preserve">Il tutto ben fatto </w:t>
      </w:r>
      <w:r>
        <w:rPr>
          <w:i/>
          <w:iCs/>
          <w:sz w:val="24"/>
          <w:szCs w:val="24"/>
        </w:rPr>
        <w:t>2°</w:t>
      </w:r>
      <w:r w:rsidRPr="004A1F1B">
        <w:rPr>
          <w:i/>
          <w:iCs/>
          <w:sz w:val="24"/>
          <w:szCs w:val="24"/>
        </w:rPr>
        <w:t xml:space="preserve"> richiede l'arte di bon e perfetto ferraro, che stij a piombo perfetto e a opera conlaudata.</w:t>
      </w:r>
    </w:p>
    <w:p w14:paraId="518B9CA6" w14:textId="77777777" w:rsidR="002B30CE" w:rsidRPr="004A1F1B" w:rsidRDefault="002B30CE" w:rsidP="002B30CE">
      <w:pPr>
        <w:jc w:val="both"/>
        <w:rPr>
          <w:i/>
          <w:iCs/>
          <w:sz w:val="24"/>
          <w:szCs w:val="24"/>
        </w:rPr>
      </w:pPr>
      <w:r>
        <w:rPr>
          <w:i/>
          <w:iCs/>
          <w:sz w:val="24"/>
          <w:szCs w:val="24"/>
        </w:rPr>
        <w:pict w14:anchorId="13ACC649">
          <v:rect id="_x0000_i1779" style="width:0;height:1.5pt" o:hralign="center" o:hrstd="t" o:hr="t" fillcolor="#a0a0a0" stroked="f"/>
        </w:pict>
      </w:r>
    </w:p>
    <w:p w14:paraId="74057BCC" w14:textId="77777777" w:rsidR="002B30CE" w:rsidRPr="004A1F1B" w:rsidRDefault="002B30CE" w:rsidP="002B30CE">
      <w:pPr>
        <w:jc w:val="right"/>
        <w:rPr>
          <w:i/>
          <w:iCs/>
          <w:sz w:val="24"/>
          <w:szCs w:val="24"/>
        </w:rPr>
      </w:pPr>
      <w:r w:rsidRPr="004A1F1B">
        <w:rPr>
          <w:i/>
          <w:iCs/>
          <w:sz w:val="24"/>
          <w:szCs w:val="24"/>
        </w:rPr>
        <w:t>giorno di 26 Gennaro 1731</w:t>
      </w:r>
    </w:p>
    <w:p w14:paraId="116B25BE" w14:textId="77777777" w:rsidR="002B30CE" w:rsidRDefault="002B30CE" w:rsidP="002B30CE">
      <w:pPr>
        <w:jc w:val="right"/>
        <w:rPr>
          <w:i/>
          <w:iCs/>
          <w:sz w:val="24"/>
          <w:szCs w:val="24"/>
        </w:rPr>
      </w:pPr>
      <w:r w:rsidRPr="004A1F1B">
        <w:rPr>
          <w:i/>
          <w:iCs/>
          <w:sz w:val="24"/>
          <w:szCs w:val="24"/>
        </w:rPr>
        <w:t>Cavaliere Don Filippo Juvarra Primo Architetto</w:t>
      </w:r>
    </w:p>
    <w:p w14:paraId="56939B66" w14:textId="77777777" w:rsidR="002B30CE" w:rsidRPr="004A1F1B" w:rsidRDefault="002B30CE" w:rsidP="002B30CE">
      <w:pPr>
        <w:jc w:val="right"/>
        <w:rPr>
          <w:i/>
          <w:iCs/>
          <w:sz w:val="24"/>
          <w:szCs w:val="24"/>
        </w:rPr>
      </w:pPr>
      <w:r>
        <w:rPr>
          <w:i/>
          <w:iCs/>
          <w:sz w:val="24"/>
          <w:szCs w:val="24"/>
        </w:rPr>
        <w:pict w14:anchorId="663F95AA">
          <v:rect id="_x0000_i1780" style="width:0;height:1.5pt" o:hralign="center" o:hrstd="t" o:hr="t" fillcolor="#a0a0a0" stroked="f"/>
        </w:pict>
      </w:r>
    </w:p>
    <w:p w14:paraId="77BD8CCA" w14:textId="77777777" w:rsidR="002B30CE" w:rsidRPr="002B30CE" w:rsidRDefault="002B30CE" w:rsidP="002B30CE">
      <w:pPr>
        <w:jc w:val="both"/>
        <w:rPr>
          <w:i/>
          <w:iCs/>
          <w:sz w:val="24"/>
          <w:szCs w:val="24"/>
        </w:rPr>
      </w:pPr>
      <w:r w:rsidRPr="002B30CE">
        <w:rPr>
          <w:i/>
          <w:iCs/>
          <w:sz w:val="24"/>
          <w:szCs w:val="24"/>
        </w:rPr>
        <w:t>(AST, Mf, ibid., fol. 70)</w:t>
      </w:r>
    </w:p>
    <w:p w14:paraId="3DCF2170" w14:textId="77777777" w:rsidR="002B30CE" w:rsidRDefault="002B30CE" w:rsidP="002B30CE">
      <w:pPr>
        <w:jc w:val="both"/>
        <w:rPr>
          <w:i/>
          <w:iCs/>
          <w:sz w:val="24"/>
          <w:szCs w:val="24"/>
        </w:rPr>
      </w:pPr>
    </w:p>
    <w:p w14:paraId="537670F8" w14:textId="77777777" w:rsidR="00E237FC" w:rsidRDefault="00E237FC" w:rsidP="00E237FC">
      <w:pPr>
        <w:jc w:val="center"/>
        <w:rPr>
          <w:sz w:val="24"/>
          <w:szCs w:val="24"/>
        </w:rPr>
      </w:pPr>
      <w:r w:rsidRPr="00322AC4">
        <w:rPr>
          <w:b/>
          <w:bCs/>
          <w:sz w:val="24"/>
          <w:szCs w:val="24"/>
        </w:rPr>
        <w:t>Instruzione per finire le due porte di pietra di Gassino che serrano la cinta delle terazze alla Real fabricha di Soperga da farsi in questo anno 1731</w:t>
      </w:r>
      <w:r>
        <w:rPr>
          <w:i/>
          <w:iCs/>
          <w:sz w:val="24"/>
          <w:szCs w:val="24"/>
        </w:rPr>
        <w:pict w14:anchorId="63F8A46D">
          <v:rect id="_x0000_i1794" style="width:0;height:1.5pt" o:hralign="center" o:hrstd="t" o:hr="t" fillcolor="#a0a0a0" stroked="f"/>
        </w:pict>
      </w:r>
    </w:p>
    <w:p w14:paraId="01D8B210" w14:textId="77777777" w:rsidR="00E237FC" w:rsidRPr="00A63A17" w:rsidRDefault="00E237FC" w:rsidP="00E237FC">
      <w:pPr>
        <w:jc w:val="both"/>
        <w:rPr>
          <w:sz w:val="24"/>
          <w:szCs w:val="24"/>
        </w:rPr>
      </w:pPr>
      <w:r w:rsidRPr="00A63A17">
        <w:rPr>
          <w:sz w:val="24"/>
          <w:szCs w:val="24"/>
        </w:rPr>
        <w:t xml:space="preserve">Le dette due porte saranno </w:t>
      </w:r>
      <w:r>
        <w:rPr>
          <w:sz w:val="24"/>
          <w:szCs w:val="24"/>
        </w:rPr>
        <w:t xml:space="preserve">2° </w:t>
      </w:r>
      <w:r w:rsidRPr="00A63A17">
        <w:rPr>
          <w:sz w:val="24"/>
          <w:szCs w:val="24"/>
        </w:rPr>
        <w:t xml:space="preserve">il disegnio e saranno di pietra di Gassino ben martilinate e scorniciate </w:t>
      </w:r>
      <w:r>
        <w:rPr>
          <w:sz w:val="24"/>
          <w:szCs w:val="24"/>
        </w:rPr>
        <w:t>2°</w:t>
      </w:r>
      <w:r w:rsidRPr="00A63A17">
        <w:rPr>
          <w:sz w:val="24"/>
          <w:szCs w:val="24"/>
        </w:rPr>
        <w:t xml:space="preserve"> denota il disegnio e le sacome saranno rivisti prima dall’Architetto. La grosezza della pietra non sarà più che onz. 9, acetuando li cornicioni che saranno di tutte le parte come parimente i frontispizij e vasi.</w:t>
      </w:r>
    </w:p>
    <w:p w14:paraId="7133CCBA" w14:textId="77777777" w:rsidR="00E237FC" w:rsidRPr="00A63A17" w:rsidRDefault="00E237FC" w:rsidP="00E237FC">
      <w:pPr>
        <w:jc w:val="both"/>
        <w:rPr>
          <w:sz w:val="24"/>
          <w:szCs w:val="24"/>
        </w:rPr>
      </w:pPr>
      <w:r w:rsidRPr="00A63A17">
        <w:rPr>
          <w:sz w:val="24"/>
          <w:szCs w:val="24"/>
        </w:rPr>
        <w:t>Saranno obligati di scorniciarlli perfettamente, e martilinarlli sotilmente e non vi saranno tufi o taselli che portino diformità ma pezzi sodi.</w:t>
      </w:r>
    </w:p>
    <w:p w14:paraId="6B41EF42" w14:textId="77777777" w:rsidR="00E237FC" w:rsidRDefault="00E237FC" w:rsidP="00E237FC">
      <w:pPr>
        <w:jc w:val="both"/>
        <w:rPr>
          <w:sz w:val="24"/>
          <w:szCs w:val="24"/>
        </w:rPr>
      </w:pPr>
      <w:r w:rsidRPr="00A63A17">
        <w:rPr>
          <w:sz w:val="24"/>
          <w:szCs w:val="24"/>
        </w:rPr>
        <w:t xml:space="preserve">Saranno obligati a meterlli in opera </w:t>
      </w:r>
      <w:r>
        <w:rPr>
          <w:sz w:val="24"/>
          <w:szCs w:val="24"/>
        </w:rPr>
        <w:t>2°</w:t>
      </w:r>
      <w:r w:rsidRPr="00A63A17">
        <w:rPr>
          <w:sz w:val="24"/>
          <w:szCs w:val="24"/>
        </w:rPr>
        <w:t xml:space="preserve"> porta l'arte di Scarpelino, con fare i buchi per le chiavette, e i pezzi che siano ben comesse a cartabone, il tutto a opera conlaudata e approvata da bono e perfetto Scarpelino e </w:t>
      </w:r>
      <w:r>
        <w:rPr>
          <w:sz w:val="24"/>
          <w:szCs w:val="24"/>
        </w:rPr>
        <w:t>2°</w:t>
      </w:r>
      <w:r w:rsidRPr="00A63A17">
        <w:rPr>
          <w:sz w:val="24"/>
          <w:szCs w:val="24"/>
        </w:rPr>
        <w:t xml:space="preserve"> richiede la perfetta Arte tantto nella sodezza che bontà di lavoro.</w:t>
      </w:r>
    </w:p>
    <w:p w14:paraId="5B84B947" w14:textId="77777777" w:rsidR="00E237FC" w:rsidRPr="00A63A17" w:rsidRDefault="00E237FC" w:rsidP="00E237FC">
      <w:pPr>
        <w:jc w:val="both"/>
        <w:rPr>
          <w:sz w:val="24"/>
          <w:szCs w:val="24"/>
        </w:rPr>
      </w:pPr>
      <w:r>
        <w:rPr>
          <w:i/>
          <w:iCs/>
          <w:sz w:val="24"/>
          <w:szCs w:val="24"/>
        </w:rPr>
        <w:pict w14:anchorId="54C8C562">
          <v:rect id="_x0000_i1795" style="width:0;height:1.5pt" o:hralign="center" o:hrstd="t" o:hr="t" fillcolor="#a0a0a0" stroked="f"/>
        </w:pict>
      </w:r>
    </w:p>
    <w:p w14:paraId="0DC4ADD7" w14:textId="77777777" w:rsidR="00E237FC" w:rsidRPr="00A63A17" w:rsidRDefault="00E237FC" w:rsidP="00E237FC">
      <w:pPr>
        <w:jc w:val="right"/>
        <w:rPr>
          <w:sz w:val="24"/>
          <w:szCs w:val="24"/>
        </w:rPr>
      </w:pPr>
      <w:r w:rsidRPr="00A63A17">
        <w:rPr>
          <w:sz w:val="24"/>
          <w:szCs w:val="24"/>
        </w:rPr>
        <w:t>giorno di 26 Gennaro 1731</w:t>
      </w:r>
    </w:p>
    <w:p w14:paraId="4D4DCACD" w14:textId="77777777" w:rsidR="00E237FC" w:rsidRDefault="00E237FC" w:rsidP="00E237FC">
      <w:pPr>
        <w:jc w:val="right"/>
        <w:rPr>
          <w:sz w:val="24"/>
          <w:szCs w:val="24"/>
        </w:rPr>
      </w:pPr>
      <w:r w:rsidRPr="00A63A17">
        <w:rPr>
          <w:sz w:val="24"/>
          <w:szCs w:val="24"/>
        </w:rPr>
        <w:t>Cavaliere Don Filippo Juvarra Primo Architetto</w:t>
      </w:r>
    </w:p>
    <w:p w14:paraId="3C69EF11" w14:textId="77777777" w:rsidR="00E237FC" w:rsidRPr="00A63A17" w:rsidRDefault="00E237FC" w:rsidP="00E237FC">
      <w:pPr>
        <w:jc w:val="right"/>
        <w:rPr>
          <w:sz w:val="24"/>
          <w:szCs w:val="24"/>
        </w:rPr>
      </w:pPr>
      <w:r>
        <w:rPr>
          <w:i/>
          <w:iCs/>
          <w:sz w:val="24"/>
          <w:szCs w:val="24"/>
        </w:rPr>
        <w:pict w14:anchorId="35492DFF">
          <v:rect id="_x0000_i1796" style="width:0;height:1.5pt" o:hralign="center" o:hrstd="t" o:hr="t" fillcolor="#a0a0a0" stroked="f"/>
        </w:pict>
      </w:r>
    </w:p>
    <w:p w14:paraId="47053BC9" w14:textId="77777777" w:rsidR="00E237FC" w:rsidRPr="00E237FC" w:rsidRDefault="00E237FC" w:rsidP="00E237FC">
      <w:pPr>
        <w:jc w:val="both"/>
        <w:rPr>
          <w:i/>
          <w:iCs/>
          <w:sz w:val="24"/>
          <w:szCs w:val="24"/>
        </w:rPr>
      </w:pPr>
      <w:r w:rsidRPr="00E237FC">
        <w:rPr>
          <w:i/>
          <w:iCs/>
          <w:sz w:val="24"/>
          <w:szCs w:val="24"/>
        </w:rPr>
        <w:t>AST, Mf, ibid., fol. 73</w:t>
      </w:r>
    </w:p>
    <w:p w14:paraId="022F92F9" w14:textId="77777777" w:rsidR="00E237FC" w:rsidRDefault="00E237FC" w:rsidP="002B30CE">
      <w:pPr>
        <w:jc w:val="center"/>
        <w:rPr>
          <w:b/>
          <w:bCs/>
          <w:i/>
          <w:iCs/>
          <w:sz w:val="24"/>
          <w:szCs w:val="24"/>
        </w:rPr>
      </w:pPr>
    </w:p>
    <w:p w14:paraId="4E42897F" w14:textId="2ED37B57" w:rsidR="002B30CE" w:rsidRDefault="002B30CE" w:rsidP="002B30CE">
      <w:pPr>
        <w:jc w:val="center"/>
        <w:rPr>
          <w:b/>
          <w:bCs/>
          <w:i/>
          <w:iCs/>
          <w:sz w:val="24"/>
          <w:szCs w:val="24"/>
        </w:rPr>
      </w:pPr>
      <w:r w:rsidRPr="004A1F1B">
        <w:rPr>
          <w:b/>
          <w:bCs/>
          <w:i/>
          <w:iCs/>
          <w:sz w:val="24"/>
          <w:szCs w:val="24"/>
        </w:rPr>
        <w:t>Instruzione per la metitura in opera delle lose nel Atrio della Real Chiesa di Soperga da farsi in questo anno 1731</w:t>
      </w:r>
    </w:p>
    <w:p w14:paraId="69A1B5BC" w14:textId="77777777" w:rsidR="002B30CE" w:rsidRPr="004A1F1B" w:rsidRDefault="002B30CE" w:rsidP="002B30CE">
      <w:pPr>
        <w:jc w:val="center"/>
        <w:rPr>
          <w:b/>
          <w:bCs/>
          <w:i/>
          <w:iCs/>
          <w:sz w:val="24"/>
          <w:szCs w:val="24"/>
        </w:rPr>
      </w:pPr>
      <w:r>
        <w:rPr>
          <w:i/>
          <w:iCs/>
          <w:sz w:val="24"/>
          <w:szCs w:val="24"/>
        </w:rPr>
        <w:pict w14:anchorId="305D8EF9">
          <v:rect id="_x0000_i1781" style="width:0;height:1.5pt" o:hralign="center" o:hrstd="t" o:hr="t" fillcolor="#a0a0a0" stroked="f"/>
        </w:pict>
      </w:r>
    </w:p>
    <w:p w14:paraId="7BC5DD03" w14:textId="77777777" w:rsidR="002B30CE" w:rsidRDefault="002B30CE" w:rsidP="002B30CE">
      <w:pPr>
        <w:jc w:val="both"/>
        <w:rPr>
          <w:i/>
          <w:iCs/>
          <w:sz w:val="24"/>
          <w:szCs w:val="24"/>
        </w:rPr>
      </w:pPr>
      <w:r w:rsidRPr="004A1F1B">
        <w:rPr>
          <w:i/>
          <w:iCs/>
          <w:sz w:val="24"/>
          <w:szCs w:val="24"/>
        </w:rPr>
        <w:t xml:space="preserve">Le lose che saranno profilati secondo l’istruzione saranno dati o sul posto o nelle vicinaze della fabricha. Saranno obligati prenderlli e mettere in opera con alquanto di declivio verso le colonne. Saranno tenuti di spianare il piano perfetto di calcinacci e baterllo con maza di legnio </w:t>
      </w:r>
      <w:r w:rsidRPr="004A1F1B">
        <w:rPr>
          <w:i/>
          <w:iCs/>
          <w:sz w:val="24"/>
          <w:szCs w:val="24"/>
        </w:rPr>
        <w:lastRenderedPageBreak/>
        <w:t xml:space="preserve">e poscia in bona e grassa calcina di Soperga meterlli in opera con le comisure che una picola e sotile ligniola non si vede, se vi sarà qualche losa scantonata non la doveranno mettere in opera, sarà a livello perfetto e in torno faranno la sua guida delle lunge lose che si haveranno provisti dal Partitante. Il tutto perfettamente lavorato e a opera conlaudata, e </w:t>
      </w:r>
      <w:r>
        <w:rPr>
          <w:i/>
          <w:iCs/>
          <w:sz w:val="24"/>
          <w:szCs w:val="24"/>
        </w:rPr>
        <w:t xml:space="preserve">2° </w:t>
      </w:r>
      <w:r w:rsidRPr="004A1F1B">
        <w:rPr>
          <w:i/>
          <w:iCs/>
          <w:sz w:val="24"/>
          <w:szCs w:val="24"/>
        </w:rPr>
        <w:t>richiede l'arte di bono e perfetto operaro.</w:t>
      </w:r>
    </w:p>
    <w:p w14:paraId="70BCB59F" w14:textId="77777777" w:rsidR="002B30CE" w:rsidRPr="004A1F1B" w:rsidRDefault="002B30CE" w:rsidP="002B30CE">
      <w:pPr>
        <w:jc w:val="both"/>
        <w:rPr>
          <w:i/>
          <w:iCs/>
          <w:sz w:val="24"/>
          <w:szCs w:val="24"/>
        </w:rPr>
      </w:pPr>
      <w:r>
        <w:rPr>
          <w:i/>
          <w:iCs/>
          <w:sz w:val="24"/>
          <w:szCs w:val="24"/>
        </w:rPr>
        <w:pict w14:anchorId="1042B5BC">
          <v:rect id="_x0000_i1782" style="width:0;height:1.5pt" o:hralign="center" o:hrstd="t" o:hr="t" fillcolor="#a0a0a0" stroked="f"/>
        </w:pict>
      </w:r>
    </w:p>
    <w:p w14:paraId="12908695" w14:textId="77777777" w:rsidR="002B30CE" w:rsidRPr="004A1F1B" w:rsidRDefault="002B30CE" w:rsidP="002B30CE">
      <w:pPr>
        <w:jc w:val="right"/>
        <w:rPr>
          <w:i/>
          <w:iCs/>
          <w:sz w:val="24"/>
          <w:szCs w:val="24"/>
        </w:rPr>
      </w:pPr>
      <w:r w:rsidRPr="004A1F1B">
        <w:rPr>
          <w:i/>
          <w:iCs/>
          <w:sz w:val="24"/>
          <w:szCs w:val="24"/>
        </w:rPr>
        <w:t>giorno di 26 Gennaro 1731</w:t>
      </w:r>
    </w:p>
    <w:p w14:paraId="4D87B24F" w14:textId="77777777" w:rsidR="002B30CE" w:rsidRDefault="002B30CE" w:rsidP="002B30CE">
      <w:pPr>
        <w:jc w:val="right"/>
        <w:rPr>
          <w:i/>
          <w:iCs/>
          <w:sz w:val="24"/>
          <w:szCs w:val="24"/>
        </w:rPr>
      </w:pPr>
      <w:r w:rsidRPr="004A1F1B">
        <w:rPr>
          <w:i/>
          <w:iCs/>
          <w:sz w:val="24"/>
          <w:szCs w:val="24"/>
        </w:rPr>
        <w:t>Cavaliere Don Filippo Juvarra Primo Architetto</w:t>
      </w:r>
    </w:p>
    <w:p w14:paraId="69D052AB" w14:textId="77777777" w:rsidR="002B30CE" w:rsidRPr="004A1F1B" w:rsidRDefault="002B30CE" w:rsidP="002B30CE">
      <w:pPr>
        <w:jc w:val="right"/>
        <w:rPr>
          <w:i/>
          <w:iCs/>
          <w:sz w:val="24"/>
          <w:szCs w:val="24"/>
        </w:rPr>
      </w:pPr>
      <w:r>
        <w:rPr>
          <w:i/>
          <w:iCs/>
          <w:sz w:val="24"/>
          <w:szCs w:val="24"/>
        </w:rPr>
        <w:pict w14:anchorId="6A42A784">
          <v:rect id="_x0000_i1783" style="width:0;height:1.5pt" o:hralign="center" o:hrstd="t" o:hr="t" fillcolor="#a0a0a0" stroked="f"/>
        </w:pict>
      </w:r>
    </w:p>
    <w:p w14:paraId="78005F61" w14:textId="77777777" w:rsidR="002B30CE" w:rsidRPr="004A1F1B" w:rsidRDefault="002B30CE" w:rsidP="002B30CE">
      <w:pPr>
        <w:jc w:val="both"/>
        <w:rPr>
          <w:i/>
          <w:iCs/>
          <w:sz w:val="24"/>
          <w:szCs w:val="24"/>
        </w:rPr>
      </w:pPr>
      <w:r w:rsidRPr="004A1F1B">
        <w:rPr>
          <w:i/>
          <w:iCs/>
          <w:sz w:val="24"/>
          <w:szCs w:val="24"/>
        </w:rPr>
        <w:t>(AST, Mf, ibid., fol. 118)</w:t>
      </w:r>
    </w:p>
    <w:p w14:paraId="415816B5" w14:textId="77777777" w:rsidR="002B30CE" w:rsidRPr="004A1F1B" w:rsidRDefault="002B30CE" w:rsidP="002B30CE">
      <w:pPr>
        <w:jc w:val="both"/>
        <w:rPr>
          <w:sz w:val="24"/>
          <w:szCs w:val="24"/>
        </w:rPr>
      </w:pPr>
    </w:p>
    <w:p w14:paraId="6B6BEB01" w14:textId="77777777" w:rsidR="002B30CE" w:rsidRDefault="002B30CE" w:rsidP="002B30CE">
      <w:pPr>
        <w:jc w:val="center"/>
        <w:rPr>
          <w:b/>
          <w:bCs/>
          <w:sz w:val="24"/>
          <w:szCs w:val="24"/>
        </w:rPr>
      </w:pPr>
      <w:r w:rsidRPr="004A1F1B">
        <w:rPr>
          <w:b/>
          <w:bCs/>
          <w:sz w:val="24"/>
          <w:szCs w:val="24"/>
        </w:rPr>
        <w:t>Instruzione per il coprimento di piombo sopra la balaustra del atrio da farsi nella Real Chiesa di Soperga in questo anno 1731</w:t>
      </w:r>
    </w:p>
    <w:p w14:paraId="2623699F" w14:textId="77777777" w:rsidR="002B30CE" w:rsidRPr="004A1F1B" w:rsidRDefault="002B30CE" w:rsidP="002B30CE">
      <w:pPr>
        <w:jc w:val="center"/>
        <w:rPr>
          <w:b/>
          <w:bCs/>
          <w:sz w:val="24"/>
          <w:szCs w:val="24"/>
        </w:rPr>
      </w:pPr>
      <w:r>
        <w:rPr>
          <w:i/>
          <w:iCs/>
          <w:sz w:val="24"/>
          <w:szCs w:val="24"/>
        </w:rPr>
        <w:pict w14:anchorId="1A2151F7">
          <v:rect id="_x0000_i1784" style="width:0;height:1.5pt" o:hralign="center" o:hrstd="t" o:hr="t" fillcolor="#a0a0a0" stroked="f"/>
        </w:pict>
      </w:r>
    </w:p>
    <w:p w14:paraId="3797ADBD" w14:textId="77777777" w:rsidR="002B30CE" w:rsidRPr="004A1F1B" w:rsidRDefault="002B30CE" w:rsidP="002B30CE">
      <w:pPr>
        <w:jc w:val="both"/>
        <w:rPr>
          <w:sz w:val="24"/>
          <w:szCs w:val="24"/>
        </w:rPr>
      </w:pPr>
      <w:r w:rsidRPr="004A1F1B">
        <w:rPr>
          <w:sz w:val="24"/>
          <w:szCs w:val="24"/>
        </w:rPr>
        <w:t>Il piombo che sarà in lastra, non solamente gettato su la pietra ma doppo martelinato con martello in piano e unito, sarà della grosezza che un rubbio il piede quadrato, cioè 36 piedi per trabucho quadrato in conseguenza rubij 36 per trabucho e pesando maggiormente perderanno la sua fattura, altre voltte pratichato il simile patto in detta Reale Fabricha.</w:t>
      </w:r>
    </w:p>
    <w:p w14:paraId="50F0EF3F" w14:textId="77777777" w:rsidR="002B30CE" w:rsidRPr="004A1F1B" w:rsidRDefault="002B30CE" w:rsidP="002B30CE">
      <w:pPr>
        <w:jc w:val="both"/>
        <w:rPr>
          <w:sz w:val="24"/>
          <w:szCs w:val="24"/>
        </w:rPr>
      </w:pPr>
      <w:r w:rsidRPr="004A1F1B">
        <w:rPr>
          <w:sz w:val="24"/>
          <w:szCs w:val="24"/>
        </w:rPr>
        <w:t>Sarà con il suo rivolto in fuori e nelle comisure sarà bene stagniato con stagnio fino, e ove sarà necesario di raddoppiare la lastra sarà cavalcato la quantità che solamente richiede l'arte, ove vi sarà necesario mettere chiodi saranno con la testa larga e staginato sopra.</w:t>
      </w:r>
    </w:p>
    <w:p w14:paraId="46171795" w14:textId="77777777" w:rsidR="002B30CE" w:rsidRDefault="002B30CE" w:rsidP="002B30CE">
      <w:pPr>
        <w:jc w:val="both"/>
        <w:rPr>
          <w:sz w:val="24"/>
          <w:szCs w:val="24"/>
        </w:rPr>
      </w:pPr>
      <w:r w:rsidRPr="004A1F1B">
        <w:rPr>
          <w:sz w:val="24"/>
          <w:szCs w:val="24"/>
        </w:rPr>
        <w:t xml:space="preserve">Faranno tutto il giro tantto retto che semicircolare il tutto ben fatto a opera conlaudata e approvata e </w:t>
      </w:r>
      <w:r>
        <w:rPr>
          <w:sz w:val="24"/>
          <w:szCs w:val="24"/>
        </w:rPr>
        <w:t>2°</w:t>
      </w:r>
      <w:r w:rsidRPr="004A1F1B">
        <w:rPr>
          <w:sz w:val="24"/>
          <w:szCs w:val="24"/>
        </w:rPr>
        <w:t xml:space="preserve"> richiede la bona e perfetta arte di Tollaro.</w:t>
      </w:r>
    </w:p>
    <w:p w14:paraId="7EF084D8" w14:textId="77777777" w:rsidR="002B30CE" w:rsidRDefault="002B30CE" w:rsidP="002B30CE">
      <w:pPr>
        <w:jc w:val="both"/>
        <w:rPr>
          <w:sz w:val="24"/>
          <w:szCs w:val="24"/>
        </w:rPr>
      </w:pPr>
      <w:r>
        <w:rPr>
          <w:sz w:val="24"/>
          <w:szCs w:val="24"/>
        </w:rPr>
        <w:t>Li pontaggi saranno a loro conto tantto nel farlli che disfarlli si provederà il legniame per farlli.</w:t>
      </w:r>
    </w:p>
    <w:p w14:paraId="6C254AE0" w14:textId="77777777" w:rsidR="002B30CE" w:rsidRDefault="002B30CE" w:rsidP="002B30CE">
      <w:pPr>
        <w:jc w:val="both"/>
        <w:rPr>
          <w:sz w:val="24"/>
          <w:szCs w:val="24"/>
        </w:rPr>
      </w:pPr>
      <w:r>
        <w:rPr>
          <w:i/>
          <w:iCs/>
          <w:sz w:val="24"/>
          <w:szCs w:val="24"/>
        </w:rPr>
        <w:pict w14:anchorId="0B52307F">
          <v:rect id="_x0000_i1785" style="width:0;height:1.5pt" o:hralign="center" o:hrstd="t" o:hr="t" fillcolor="#a0a0a0" stroked="f"/>
        </w:pict>
      </w:r>
    </w:p>
    <w:p w14:paraId="6DB66FAE" w14:textId="77777777" w:rsidR="002B30CE" w:rsidRDefault="002B30CE" w:rsidP="002B30CE">
      <w:pPr>
        <w:jc w:val="right"/>
        <w:rPr>
          <w:sz w:val="24"/>
          <w:szCs w:val="24"/>
        </w:rPr>
      </w:pPr>
      <w:r>
        <w:rPr>
          <w:sz w:val="24"/>
          <w:szCs w:val="24"/>
        </w:rPr>
        <w:t>Giorno di 26 Gennaro 1731</w:t>
      </w:r>
    </w:p>
    <w:p w14:paraId="0AE74D3E" w14:textId="77777777" w:rsidR="002B30CE" w:rsidRDefault="002B30CE" w:rsidP="002B30CE">
      <w:pPr>
        <w:jc w:val="right"/>
        <w:rPr>
          <w:i/>
          <w:iCs/>
          <w:sz w:val="24"/>
          <w:szCs w:val="24"/>
        </w:rPr>
      </w:pPr>
      <w:r w:rsidRPr="004A1F1B">
        <w:rPr>
          <w:i/>
          <w:iCs/>
          <w:sz w:val="24"/>
          <w:szCs w:val="24"/>
        </w:rPr>
        <w:t>Cavaliere Don Filippo Juvarra Primo Architetto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