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892C7" w14:textId="7AC9F513" w:rsidR="00B47D9B" w:rsidRPr="003B01E4" w:rsidRDefault="00347A0A" w:rsidP="00BC0042">
      <w:pPr>
        <w:rPr>
          <w:b/>
          <w:bCs/>
          <w:sz w:val="28"/>
          <w:szCs w:val="28"/>
        </w:rPr>
      </w:pPr>
      <w:r w:rsidRPr="003B01E4">
        <w:rPr>
          <w:b/>
          <w:bCs/>
          <w:sz w:val="28"/>
          <w:szCs w:val="28"/>
        </w:rPr>
        <w:t>ISTRUZIONI</w:t>
      </w:r>
      <w:r w:rsidR="00945783" w:rsidRPr="003B01E4">
        <w:rPr>
          <w:b/>
          <w:bCs/>
          <w:sz w:val="28"/>
          <w:szCs w:val="28"/>
        </w:rPr>
        <w:t xml:space="preserve"> | Venaria</w:t>
      </w:r>
      <w:r w:rsidR="00957309" w:rsidRPr="003B01E4">
        <w:rPr>
          <w:b/>
          <w:bCs/>
          <w:sz w:val="28"/>
          <w:szCs w:val="28"/>
        </w:rPr>
        <w:t xml:space="preserve"> Reale</w:t>
      </w:r>
    </w:p>
    <w:p w14:paraId="7FC20975" w14:textId="58FB778E" w:rsidR="00945783" w:rsidRPr="00945783" w:rsidRDefault="00945783" w:rsidP="00945783">
      <w:pPr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="002E39E6">
        <w:rPr>
          <w:sz w:val="28"/>
          <w:szCs w:val="28"/>
        </w:rPr>
        <w:t>16</w:t>
      </w:r>
    </w:p>
    <w:p w14:paraId="302B4A74" w14:textId="77777777" w:rsidR="00957309" w:rsidRDefault="00733B12" w:rsidP="00957309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 xml:space="preserve">Instruzione per bene eseguire il disegnio della fabricha </w:t>
      </w:r>
      <w:r w:rsidR="00B47D9B" w:rsidRPr="0087247B">
        <w:rPr>
          <w:b/>
          <w:bCs/>
          <w:i/>
          <w:iCs/>
          <w:sz w:val="24"/>
          <w:szCs w:val="24"/>
        </w:rPr>
        <w:t>novamente da farsi</w:t>
      </w:r>
      <w:r w:rsidR="00957309">
        <w:rPr>
          <w:b/>
          <w:bCs/>
          <w:i/>
          <w:iCs/>
          <w:sz w:val="24"/>
          <w:szCs w:val="24"/>
        </w:rPr>
        <w:t xml:space="preserve"> </w:t>
      </w:r>
      <w:r w:rsidR="00B47D9B" w:rsidRPr="0087247B">
        <w:rPr>
          <w:b/>
          <w:bCs/>
          <w:i/>
          <w:iCs/>
          <w:sz w:val="24"/>
          <w:szCs w:val="24"/>
        </w:rPr>
        <w:t>per la Chiesa Parrochiale e Cappella Reggia della Real Venaria</w:t>
      </w:r>
      <w:r w:rsidR="00000000">
        <w:rPr>
          <w:i/>
          <w:iCs/>
          <w:sz w:val="24"/>
          <w:szCs w:val="24"/>
        </w:rPr>
        <w:pict w14:anchorId="69642BE5">
          <v:rect id="_x0000_i1025" style="width:0;height:1.5pt" o:hralign="center" o:hrstd="t" o:hr="t" fillcolor="#a0a0a0" stroked="f"/>
        </w:pict>
      </w:r>
    </w:p>
    <w:p w14:paraId="29840AE3" w14:textId="5C02E9F7" w:rsidR="003E5E6A" w:rsidRPr="0087247B" w:rsidRDefault="00733B12" w:rsidP="00C12063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1°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</w:t>
      </w:r>
      <w:r w:rsidR="003E5E6A" w:rsidRPr="0087247B">
        <w:rPr>
          <w:i/>
          <w:iCs/>
          <w:sz w:val="24"/>
          <w:szCs w:val="24"/>
        </w:rPr>
        <w:t>Primo si formerano tutti i cavi di terra 2° il disegnio e pianta geometrica che gli sarà data e doppo aver fatto detti cavi che siano ben livelati e in piano e trovandosi il terreno disuguale di bontà e sodeza si deve a</w:t>
      </w:r>
      <w:r w:rsidR="00957309">
        <w:rPr>
          <w:i/>
          <w:iCs/>
          <w:sz w:val="24"/>
          <w:szCs w:val="24"/>
        </w:rPr>
        <w:t>ff</w:t>
      </w:r>
      <w:r w:rsidR="003E5E6A" w:rsidRPr="0087247B">
        <w:rPr>
          <w:i/>
          <w:iCs/>
          <w:sz w:val="24"/>
          <w:szCs w:val="24"/>
        </w:rPr>
        <w:t xml:space="preserve">assare 2° sarà necesario per trovare il terreno vergine e bon fondo come anche i fondamenti de quatro piloni che reggono </w:t>
      </w:r>
      <w:r w:rsidR="00ED2BC9" w:rsidRPr="0087247B">
        <w:rPr>
          <w:i/>
          <w:iCs/>
          <w:sz w:val="24"/>
          <w:szCs w:val="24"/>
        </w:rPr>
        <w:t>l</w:t>
      </w:r>
      <w:r w:rsidR="003E5E6A" w:rsidRPr="0087247B">
        <w:rPr>
          <w:i/>
          <w:iCs/>
          <w:sz w:val="24"/>
          <w:szCs w:val="24"/>
        </w:rPr>
        <w:t xml:space="preserve">a </w:t>
      </w:r>
      <w:r w:rsidR="00957309">
        <w:rPr>
          <w:i/>
          <w:iCs/>
          <w:sz w:val="24"/>
          <w:szCs w:val="24"/>
        </w:rPr>
        <w:t>c</w:t>
      </w:r>
      <w:r w:rsidR="003E5E6A" w:rsidRPr="0087247B">
        <w:rPr>
          <w:i/>
          <w:iCs/>
          <w:sz w:val="24"/>
          <w:szCs w:val="24"/>
        </w:rPr>
        <w:t>upola siano più profondi 2° stabilerà l’Architetto s’averte che detti afassamenti sempre siano ben livelati</w:t>
      </w:r>
      <w:r w:rsidR="00957309">
        <w:rPr>
          <w:i/>
          <w:iCs/>
          <w:sz w:val="24"/>
          <w:szCs w:val="24"/>
        </w:rPr>
        <w:t xml:space="preserve"> </w:t>
      </w:r>
      <w:r w:rsidR="003E5E6A" w:rsidRPr="0087247B">
        <w:rPr>
          <w:i/>
          <w:iCs/>
          <w:sz w:val="24"/>
          <w:szCs w:val="24"/>
        </w:rPr>
        <w:t>e in piano come parimente qual si sia altro.</w:t>
      </w:r>
    </w:p>
    <w:p w14:paraId="0FAADC4A" w14:textId="22E82011" w:rsidR="00AE26FC" w:rsidRPr="0087247B" w:rsidRDefault="000C1702" w:rsidP="00C12063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2°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Le muraglie di </w:t>
      </w:r>
      <w:r w:rsidR="00957309">
        <w:rPr>
          <w:i/>
          <w:iCs/>
          <w:sz w:val="24"/>
          <w:szCs w:val="24"/>
        </w:rPr>
        <w:t xml:space="preserve">detti </w:t>
      </w:r>
      <w:r w:rsidRPr="0087247B">
        <w:rPr>
          <w:i/>
          <w:iCs/>
          <w:sz w:val="24"/>
          <w:szCs w:val="24"/>
        </w:rPr>
        <w:t>fondamenti saran</w:t>
      </w:r>
      <w:r w:rsidR="0095730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>o constru</w:t>
      </w:r>
      <w:r w:rsidR="00ED2BC9" w:rsidRPr="0087247B">
        <w:rPr>
          <w:i/>
          <w:iCs/>
          <w:sz w:val="24"/>
          <w:szCs w:val="24"/>
        </w:rPr>
        <w:t>tte</w:t>
      </w:r>
      <w:r w:rsidRPr="0087247B">
        <w:rPr>
          <w:i/>
          <w:iCs/>
          <w:sz w:val="24"/>
          <w:szCs w:val="24"/>
        </w:rPr>
        <w:t xml:space="preserve"> con </w:t>
      </w:r>
      <w:r w:rsidR="00ED2BC9" w:rsidRPr="0087247B">
        <w:rPr>
          <w:i/>
          <w:iCs/>
          <w:sz w:val="24"/>
          <w:szCs w:val="24"/>
        </w:rPr>
        <w:t>sca</w:t>
      </w:r>
      <w:r w:rsidR="00957309">
        <w:rPr>
          <w:i/>
          <w:iCs/>
          <w:sz w:val="24"/>
          <w:szCs w:val="24"/>
        </w:rPr>
        <w:t>nze</w:t>
      </w:r>
      <w:r w:rsidR="00ED2BC9" w:rsidRPr="0087247B">
        <w:rPr>
          <w:i/>
          <w:iCs/>
          <w:sz w:val="24"/>
          <w:szCs w:val="24"/>
        </w:rPr>
        <w:t>li di pietre grosse e li</w:t>
      </w:r>
      <w:r w:rsidR="00957309">
        <w:rPr>
          <w:i/>
          <w:iCs/>
          <w:sz w:val="24"/>
          <w:szCs w:val="24"/>
        </w:rPr>
        <w:t xml:space="preserve"> detti</w:t>
      </w:r>
      <w:r w:rsidR="00ED2BC9" w:rsidRPr="0087247B">
        <w:rPr>
          <w:i/>
          <w:iCs/>
          <w:sz w:val="24"/>
          <w:szCs w:val="24"/>
        </w:rPr>
        <w:t xml:space="preserve"> saranno d’altezza oncie otto e doppo la sua cintura di mattoni che li </w:t>
      </w:r>
      <w:r w:rsidR="00C523D0" w:rsidRPr="0087247B">
        <w:rPr>
          <w:i/>
          <w:iCs/>
          <w:sz w:val="24"/>
          <w:szCs w:val="24"/>
        </w:rPr>
        <w:t>lig</w:t>
      </w:r>
      <w:r w:rsidR="00957309">
        <w:rPr>
          <w:i/>
          <w:iCs/>
          <w:sz w:val="24"/>
          <w:szCs w:val="24"/>
        </w:rPr>
        <w:t>eran</w:t>
      </w:r>
      <w:r w:rsidR="00C523D0" w:rsidRPr="0087247B">
        <w:rPr>
          <w:i/>
          <w:iCs/>
          <w:sz w:val="24"/>
          <w:szCs w:val="24"/>
        </w:rPr>
        <w:t>no e te</w:t>
      </w:r>
      <w:r w:rsidR="00957309">
        <w:rPr>
          <w:i/>
          <w:iCs/>
          <w:sz w:val="24"/>
          <w:szCs w:val="24"/>
        </w:rPr>
        <w:t>rr</w:t>
      </w:r>
      <w:r w:rsidR="00C523D0" w:rsidRPr="0087247B">
        <w:rPr>
          <w:i/>
          <w:iCs/>
          <w:sz w:val="24"/>
          <w:szCs w:val="24"/>
        </w:rPr>
        <w:t>ano tutta la largeza del muro</w:t>
      </w:r>
      <w:r w:rsidR="00957309">
        <w:rPr>
          <w:i/>
          <w:iCs/>
          <w:sz w:val="24"/>
          <w:szCs w:val="24"/>
        </w:rPr>
        <w:t xml:space="preserve"> </w:t>
      </w:r>
      <w:r w:rsidR="00C523D0" w:rsidRPr="0087247B">
        <w:rPr>
          <w:i/>
          <w:iCs/>
          <w:sz w:val="24"/>
          <w:szCs w:val="24"/>
        </w:rPr>
        <w:t>s’averte che per la perfezione di detti sca</w:t>
      </w:r>
      <w:r w:rsidR="00957309">
        <w:rPr>
          <w:i/>
          <w:iCs/>
          <w:sz w:val="24"/>
          <w:szCs w:val="24"/>
        </w:rPr>
        <w:t>nze</w:t>
      </w:r>
      <w:r w:rsidR="00C523D0" w:rsidRPr="0087247B">
        <w:rPr>
          <w:i/>
          <w:iCs/>
          <w:sz w:val="24"/>
          <w:szCs w:val="24"/>
        </w:rPr>
        <w:t xml:space="preserve">li d’altezza oncie 8 siano ben murati e le pietre grosse ben scagiate e messe in piano e battute con il martello interiormente e esteriormente con bona calcina forte di Soperga e bona sabia grisa del Torente </w:t>
      </w:r>
      <w:r w:rsidR="00B92778" w:rsidRPr="0087247B">
        <w:rPr>
          <w:i/>
          <w:iCs/>
          <w:sz w:val="24"/>
          <w:szCs w:val="24"/>
        </w:rPr>
        <w:t>Ceronda che sij ben lavata e purgata senza terra ne altra sabia prodotta d’altro fiume e la ce</w:t>
      </w:r>
      <w:r w:rsidR="006329CB">
        <w:rPr>
          <w:i/>
          <w:iCs/>
          <w:sz w:val="24"/>
          <w:szCs w:val="24"/>
        </w:rPr>
        <w:t>nn</w:t>
      </w:r>
      <w:r w:rsidR="00B92778" w:rsidRPr="0087247B">
        <w:rPr>
          <w:i/>
          <w:iCs/>
          <w:sz w:val="24"/>
          <w:szCs w:val="24"/>
        </w:rPr>
        <w:t xml:space="preserve">ata sabia sia sopra tutto ben purgata e impastata con la calcina forte in ordine a la quantità sia solamente due </w:t>
      </w:r>
      <w:r w:rsidR="006329CB">
        <w:rPr>
          <w:i/>
          <w:iCs/>
          <w:sz w:val="24"/>
          <w:szCs w:val="24"/>
        </w:rPr>
        <w:t>3i</w:t>
      </w:r>
      <w:r w:rsidR="00B92778" w:rsidRPr="0087247B">
        <w:rPr>
          <w:i/>
          <w:iCs/>
          <w:sz w:val="24"/>
          <w:szCs w:val="24"/>
        </w:rPr>
        <w:t xml:space="preserve"> di sabia e un 3° di calcina e in ogni centura</w:t>
      </w:r>
      <w:r w:rsidR="006329CB">
        <w:rPr>
          <w:i/>
          <w:iCs/>
          <w:sz w:val="24"/>
          <w:szCs w:val="24"/>
        </w:rPr>
        <w:t xml:space="preserve"> </w:t>
      </w:r>
      <w:r w:rsidR="00B92778" w:rsidRPr="0087247B">
        <w:rPr>
          <w:i/>
          <w:iCs/>
          <w:sz w:val="24"/>
          <w:szCs w:val="24"/>
        </w:rPr>
        <w:t>ci sia la sua calcinata per tutta la grosezza della muraglia</w:t>
      </w:r>
      <w:r w:rsidR="006329CB">
        <w:rPr>
          <w:i/>
          <w:iCs/>
          <w:sz w:val="24"/>
          <w:szCs w:val="24"/>
        </w:rPr>
        <w:t xml:space="preserve"> </w:t>
      </w:r>
      <w:r w:rsidR="00B92778" w:rsidRPr="0087247B">
        <w:rPr>
          <w:i/>
          <w:iCs/>
          <w:sz w:val="24"/>
          <w:szCs w:val="24"/>
        </w:rPr>
        <w:t xml:space="preserve">e che le centure di mattoni sempre </w:t>
      </w:r>
      <w:r w:rsidR="00AE26FC" w:rsidRPr="0087247B">
        <w:rPr>
          <w:i/>
          <w:iCs/>
          <w:sz w:val="24"/>
          <w:szCs w:val="24"/>
        </w:rPr>
        <w:t>siano in piano perfetto per tutta l’esten</w:t>
      </w:r>
      <w:r w:rsidR="006329CB">
        <w:rPr>
          <w:i/>
          <w:iCs/>
          <w:sz w:val="24"/>
          <w:szCs w:val="24"/>
        </w:rPr>
        <w:t>z</w:t>
      </w:r>
      <w:r w:rsidR="00AE26FC" w:rsidRPr="0087247B">
        <w:rPr>
          <w:i/>
          <w:iCs/>
          <w:sz w:val="24"/>
          <w:szCs w:val="24"/>
        </w:rPr>
        <w:t xml:space="preserve">ione della muraglia e di mano in mano che s’andrà alzando detta fondamenta si riempirà di bona terra ben pista e battuta e in ciò si deve osservare diligenza per impedire l’aque piovane che </w:t>
      </w:r>
      <w:r w:rsidR="009A4DF2" w:rsidRPr="0087247B">
        <w:rPr>
          <w:i/>
          <w:iCs/>
          <w:sz w:val="24"/>
          <w:szCs w:val="24"/>
        </w:rPr>
        <w:t>pot</w:t>
      </w:r>
      <w:r w:rsidR="006329CB">
        <w:rPr>
          <w:i/>
          <w:iCs/>
          <w:sz w:val="24"/>
          <w:szCs w:val="24"/>
        </w:rPr>
        <w:t>rebono</w:t>
      </w:r>
      <w:r w:rsidR="009A4DF2" w:rsidRPr="0087247B">
        <w:rPr>
          <w:i/>
          <w:iCs/>
          <w:sz w:val="24"/>
          <w:szCs w:val="24"/>
        </w:rPr>
        <w:t xml:space="preserve"> </w:t>
      </w:r>
      <w:r w:rsidR="00AE26FC" w:rsidRPr="0087247B">
        <w:rPr>
          <w:i/>
          <w:iCs/>
          <w:sz w:val="24"/>
          <w:szCs w:val="24"/>
        </w:rPr>
        <w:t xml:space="preserve">danegiare la </w:t>
      </w:r>
      <w:r w:rsidR="009A4DF2" w:rsidRPr="0087247B">
        <w:rPr>
          <w:i/>
          <w:iCs/>
          <w:sz w:val="24"/>
          <w:szCs w:val="24"/>
        </w:rPr>
        <w:t>sodeza di d</w:t>
      </w:r>
      <w:r w:rsidR="006329CB">
        <w:rPr>
          <w:i/>
          <w:iCs/>
          <w:sz w:val="24"/>
          <w:szCs w:val="24"/>
        </w:rPr>
        <w:t>ett</w:t>
      </w:r>
      <w:r w:rsidR="009A4DF2" w:rsidRPr="0087247B">
        <w:rPr>
          <w:i/>
          <w:iCs/>
          <w:sz w:val="24"/>
          <w:szCs w:val="24"/>
        </w:rPr>
        <w:t>a muraglia.</w:t>
      </w:r>
    </w:p>
    <w:p w14:paraId="772B2E8A" w14:textId="2E57C0AE" w:rsidR="009A4DF2" w:rsidRPr="0087247B" w:rsidRDefault="009A4DF2" w:rsidP="00C12063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3°</w:t>
      </w:r>
      <w:r w:rsidR="00957309">
        <w:rPr>
          <w:i/>
          <w:iCs/>
          <w:sz w:val="24"/>
          <w:szCs w:val="24"/>
        </w:rPr>
        <w:t>.</w:t>
      </w:r>
      <w:r w:rsidR="00B96908" w:rsidRPr="0087247B">
        <w:rPr>
          <w:i/>
          <w:iCs/>
          <w:sz w:val="24"/>
          <w:szCs w:val="24"/>
        </w:rPr>
        <w:t xml:space="preserve"> Saranno constru</w:t>
      </w:r>
      <w:r w:rsidR="006329CB">
        <w:rPr>
          <w:i/>
          <w:iCs/>
          <w:sz w:val="24"/>
          <w:szCs w:val="24"/>
        </w:rPr>
        <w:t>t</w:t>
      </w:r>
      <w:r w:rsidR="00B96908" w:rsidRPr="0087247B">
        <w:rPr>
          <w:i/>
          <w:iCs/>
          <w:sz w:val="24"/>
          <w:szCs w:val="24"/>
        </w:rPr>
        <w:t>te le muraglie sopra terra 2° la pianta</w:t>
      </w:r>
      <w:r w:rsidR="006329CB">
        <w:rPr>
          <w:i/>
          <w:iCs/>
          <w:sz w:val="24"/>
          <w:szCs w:val="24"/>
        </w:rPr>
        <w:t xml:space="preserve"> </w:t>
      </w:r>
      <w:r w:rsidR="00B96908" w:rsidRPr="0087247B">
        <w:rPr>
          <w:i/>
          <w:iCs/>
          <w:sz w:val="24"/>
          <w:szCs w:val="24"/>
        </w:rPr>
        <w:t>co</w:t>
      </w:r>
      <w:r w:rsidR="006329CB">
        <w:rPr>
          <w:i/>
          <w:iCs/>
          <w:sz w:val="24"/>
          <w:szCs w:val="24"/>
        </w:rPr>
        <w:t>n</w:t>
      </w:r>
      <w:r w:rsidR="00B96908" w:rsidRPr="0087247B">
        <w:rPr>
          <w:i/>
          <w:iCs/>
          <w:sz w:val="24"/>
          <w:szCs w:val="24"/>
        </w:rPr>
        <w:t xml:space="preserve"> lasciare il ritaglio come ci sarà ordinato</w:t>
      </w:r>
      <w:r w:rsidR="006329CB">
        <w:rPr>
          <w:i/>
          <w:iCs/>
          <w:sz w:val="24"/>
          <w:szCs w:val="24"/>
        </w:rPr>
        <w:t xml:space="preserve"> </w:t>
      </w:r>
      <w:r w:rsidR="00B96908" w:rsidRPr="0087247B">
        <w:rPr>
          <w:i/>
          <w:iCs/>
          <w:sz w:val="24"/>
          <w:szCs w:val="24"/>
        </w:rPr>
        <w:t xml:space="preserve">di muri incamisati di mattoni di oncie 4 ½ il rimanente della loro grosezza, siano di scamoli di pietra ben </w:t>
      </w:r>
      <w:r w:rsidR="006329CB">
        <w:rPr>
          <w:i/>
          <w:iCs/>
          <w:sz w:val="24"/>
          <w:szCs w:val="24"/>
        </w:rPr>
        <w:t>rotte</w:t>
      </w:r>
      <w:r w:rsidR="00B96908" w:rsidRPr="0087247B">
        <w:rPr>
          <w:i/>
          <w:iCs/>
          <w:sz w:val="24"/>
          <w:szCs w:val="24"/>
        </w:rPr>
        <w:t xml:space="preserve"> e messe in piano co</w:t>
      </w:r>
      <w:r w:rsidR="006329CB">
        <w:rPr>
          <w:i/>
          <w:iCs/>
          <w:sz w:val="24"/>
          <w:szCs w:val="24"/>
        </w:rPr>
        <w:t>n</w:t>
      </w:r>
      <w:r w:rsidR="00B96908" w:rsidRPr="0087247B">
        <w:rPr>
          <w:i/>
          <w:iCs/>
          <w:sz w:val="24"/>
          <w:szCs w:val="24"/>
        </w:rPr>
        <w:t xml:space="preserve"> sua cintura di mattoni</w:t>
      </w:r>
      <w:r w:rsidR="006329CB">
        <w:rPr>
          <w:i/>
          <w:iCs/>
          <w:sz w:val="24"/>
          <w:szCs w:val="24"/>
        </w:rPr>
        <w:t xml:space="preserve"> </w:t>
      </w:r>
      <w:r w:rsidR="00B96908" w:rsidRPr="0087247B">
        <w:rPr>
          <w:i/>
          <w:iCs/>
          <w:sz w:val="24"/>
          <w:szCs w:val="24"/>
        </w:rPr>
        <w:t>e l’atezza delli sca</w:t>
      </w:r>
      <w:r w:rsidR="006329CB">
        <w:rPr>
          <w:i/>
          <w:iCs/>
          <w:sz w:val="24"/>
          <w:szCs w:val="24"/>
        </w:rPr>
        <w:t>nze</w:t>
      </w:r>
      <w:r w:rsidR="00B96908" w:rsidRPr="0087247B">
        <w:rPr>
          <w:i/>
          <w:iCs/>
          <w:sz w:val="24"/>
          <w:szCs w:val="24"/>
        </w:rPr>
        <w:t xml:space="preserve">li di oncie otto e le centure sempre s’averte che siano in piano e ben calcinate a riserva de </w:t>
      </w:r>
      <w:r w:rsidR="006329CB">
        <w:rPr>
          <w:i/>
          <w:iCs/>
          <w:sz w:val="24"/>
          <w:szCs w:val="24"/>
        </w:rPr>
        <w:t>p</w:t>
      </w:r>
      <w:r w:rsidR="00B96908" w:rsidRPr="0087247B">
        <w:rPr>
          <w:i/>
          <w:iCs/>
          <w:sz w:val="24"/>
          <w:szCs w:val="24"/>
        </w:rPr>
        <w:t>ilastri, cornici spalette de porte e finestre volte, e sordini a</w:t>
      </w:r>
      <w:r w:rsidR="006329CB">
        <w:rPr>
          <w:i/>
          <w:iCs/>
          <w:sz w:val="24"/>
          <w:szCs w:val="24"/>
        </w:rPr>
        <w:t>rchi</w:t>
      </w:r>
      <w:r w:rsidR="00B96908" w:rsidRPr="0087247B">
        <w:rPr>
          <w:i/>
          <w:iCs/>
          <w:sz w:val="24"/>
          <w:szCs w:val="24"/>
        </w:rPr>
        <w:t xml:space="preserve"> nella grosezza de muri siano tutti di </w:t>
      </w:r>
      <w:r w:rsidR="00E862EB" w:rsidRPr="0087247B">
        <w:rPr>
          <w:i/>
          <w:iCs/>
          <w:sz w:val="24"/>
          <w:szCs w:val="24"/>
        </w:rPr>
        <w:t>mattoni ben lavorati e constru</w:t>
      </w:r>
      <w:r w:rsidR="006329CB">
        <w:rPr>
          <w:i/>
          <w:iCs/>
          <w:sz w:val="24"/>
          <w:szCs w:val="24"/>
        </w:rPr>
        <w:t>t</w:t>
      </w:r>
      <w:r w:rsidR="00E862EB" w:rsidRPr="0087247B">
        <w:rPr>
          <w:i/>
          <w:iCs/>
          <w:sz w:val="24"/>
          <w:szCs w:val="24"/>
        </w:rPr>
        <w:t>ti di bona calcina e bona sabia come sopra s’a detto avertendo che i mattoni siano ben cotti e stagionati si deve nelli sca</w:t>
      </w:r>
      <w:r w:rsidR="006329CB">
        <w:rPr>
          <w:i/>
          <w:iCs/>
          <w:sz w:val="24"/>
          <w:szCs w:val="24"/>
        </w:rPr>
        <w:t>nze</w:t>
      </w:r>
      <w:r w:rsidR="00E862EB" w:rsidRPr="0087247B">
        <w:rPr>
          <w:i/>
          <w:iCs/>
          <w:sz w:val="24"/>
          <w:szCs w:val="24"/>
        </w:rPr>
        <w:t>li di pietra sopra d</w:t>
      </w:r>
      <w:r w:rsidR="006329CB">
        <w:rPr>
          <w:i/>
          <w:iCs/>
          <w:sz w:val="24"/>
          <w:szCs w:val="24"/>
        </w:rPr>
        <w:t>etti</w:t>
      </w:r>
      <w:r w:rsidR="00E862EB" w:rsidRPr="0087247B">
        <w:rPr>
          <w:i/>
          <w:iCs/>
          <w:sz w:val="24"/>
          <w:szCs w:val="24"/>
        </w:rPr>
        <w:t xml:space="preserve"> mescolare qualche testa di mattone vechio e altri rottami per redere i sca</w:t>
      </w:r>
      <w:r w:rsidR="006329CB">
        <w:rPr>
          <w:i/>
          <w:iCs/>
          <w:sz w:val="24"/>
          <w:szCs w:val="24"/>
        </w:rPr>
        <w:t>nze</w:t>
      </w:r>
      <w:r w:rsidR="00E862EB" w:rsidRPr="0087247B">
        <w:rPr>
          <w:i/>
          <w:iCs/>
          <w:sz w:val="24"/>
          <w:szCs w:val="24"/>
        </w:rPr>
        <w:t>li più sodi e stabili che le pietre delli sca</w:t>
      </w:r>
      <w:r w:rsidR="006329CB">
        <w:rPr>
          <w:i/>
          <w:iCs/>
          <w:sz w:val="24"/>
          <w:szCs w:val="24"/>
        </w:rPr>
        <w:t>nze</w:t>
      </w:r>
      <w:r w:rsidR="00E862EB" w:rsidRPr="0087247B">
        <w:rPr>
          <w:i/>
          <w:iCs/>
          <w:sz w:val="24"/>
          <w:szCs w:val="24"/>
        </w:rPr>
        <w:t>li e mattoni restino bene nella calcina e che fra un mattone e l’altro no</w:t>
      </w:r>
      <w:r w:rsidR="006329CB">
        <w:rPr>
          <w:i/>
          <w:iCs/>
          <w:sz w:val="24"/>
          <w:szCs w:val="24"/>
        </w:rPr>
        <w:t>n</w:t>
      </w:r>
      <w:r w:rsidR="00E862EB" w:rsidRPr="0087247B">
        <w:rPr>
          <w:i/>
          <w:iCs/>
          <w:sz w:val="24"/>
          <w:szCs w:val="24"/>
        </w:rPr>
        <w:t xml:space="preserve"> ci sia più che un quarto d’oncia di calcina e che in ogni tre corsi di mattoni facino la sua calcinata per tutta la grosezza del muro si formeranno tutte le volt</w:t>
      </w:r>
      <w:r w:rsidR="006329CB">
        <w:rPr>
          <w:i/>
          <w:iCs/>
          <w:sz w:val="24"/>
          <w:szCs w:val="24"/>
        </w:rPr>
        <w:t>t</w:t>
      </w:r>
      <w:r w:rsidR="00E862EB" w:rsidRPr="0087247B">
        <w:rPr>
          <w:i/>
          <w:iCs/>
          <w:sz w:val="24"/>
          <w:szCs w:val="24"/>
        </w:rPr>
        <w:t>e, voltini, sordini pilastri, e altre cose simile, con calcina già sopra d</w:t>
      </w:r>
      <w:r w:rsidR="006329CB">
        <w:rPr>
          <w:i/>
          <w:iCs/>
          <w:sz w:val="24"/>
          <w:szCs w:val="24"/>
        </w:rPr>
        <w:t>ett</w:t>
      </w:r>
      <w:r w:rsidR="00E862EB" w:rsidRPr="0087247B">
        <w:rPr>
          <w:i/>
          <w:iCs/>
          <w:sz w:val="24"/>
          <w:szCs w:val="24"/>
        </w:rPr>
        <w:t>a e ben crivelata e li voltini delle aperture o siano porte e finestre si faranno co</w:t>
      </w:r>
      <w:r w:rsidR="006329CB">
        <w:rPr>
          <w:i/>
          <w:iCs/>
          <w:sz w:val="24"/>
          <w:szCs w:val="24"/>
        </w:rPr>
        <w:t>n</w:t>
      </w:r>
      <w:r w:rsidR="00E862EB" w:rsidRPr="0087247B">
        <w:rPr>
          <w:i/>
          <w:iCs/>
          <w:sz w:val="24"/>
          <w:szCs w:val="24"/>
        </w:rPr>
        <w:t xml:space="preserve"> mattoni ben cotti d’altezza oncie 6 o sij d’un mattone di punta formando la monta de medesimi 2° verrà portata dal disegnio e profil</w:t>
      </w:r>
      <w:r w:rsidR="006329CB">
        <w:rPr>
          <w:i/>
          <w:iCs/>
          <w:sz w:val="24"/>
          <w:szCs w:val="24"/>
        </w:rPr>
        <w:t>o</w:t>
      </w:r>
      <w:r w:rsidR="00E862EB" w:rsidRPr="0087247B">
        <w:rPr>
          <w:i/>
          <w:iCs/>
          <w:sz w:val="24"/>
          <w:szCs w:val="24"/>
        </w:rPr>
        <w:t xml:space="preserve"> sopra quali si faranno i suoi sordini che abbiano tutta monta con le loro </w:t>
      </w:r>
      <w:r w:rsidR="000F386C" w:rsidRPr="0087247B">
        <w:rPr>
          <w:i/>
          <w:iCs/>
          <w:sz w:val="24"/>
          <w:szCs w:val="24"/>
        </w:rPr>
        <w:t>imposte laterali alle d</w:t>
      </w:r>
      <w:r w:rsidR="00C12063">
        <w:rPr>
          <w:i/>
          <w:iCs/>
          <w:sz w:val="24"/>
          <w:szCs w:val="24"/>
        </w:rPr>
        <w:t>ett</w:t>
      </w:r>
      <w:r w:rsidR="000F386C" w:rsidRPr="0087247B">
        <w:rPr>
          <w:i/>
          <w:iCs/>
          <w:sz w:val="24"/>
          <w:szCs w:val="24"/>
        </w:rPr>
        <w:t>e spaline abbiano un avanzamento maggiore interiormente delle medem</w:t>
      </w:r>
      <w:r w:rsidR="00C12063">
        <w:rPr>
          <w:i/>
          <w:iCs/>
          <w:sz w:val="24"/>
          <w:szCs w:val="24"/>
        </w:rPr>
        <w:t>i</w:t>
      </w:r>
      <w:r w:rsidR="000F386C" w:rsidRPr="0087247B">
        <w:rPr>
          <w:i/>
          <w:iCs/>
          <w:sz w:val="24"/>
          <w:szCs w:val="24"/>
        </w:rPr>
        <w:t xml:space="preserve"> spallete d’oncie nove i quali sordini saranno fatti con mattoni novi e ben stagionati d’altezza on</w:t>
      </w:r>
      <w:r w:rsidR="00C12063">
        <w:rPr>
          <w:i/>
          <w:iCs/>
          <w:sz w:val="24"/>
          <w:szCs w:val="24"/>
        </w:rPr>
        <w:t>z</w:t>
      </w:r>
      <w:r w:rsidR="000F386C" w:rsidRPr="0087247B">
        <w:rPr>
          <w:i/>
          <w:iCs/>
          <w:sz w:val="24"/>
          <w:szCs w:val="24"/>
        </w:rPr>
        <w:t xml:space="preserve">ie 6 traversando con </w:t>
      </w:r>
      <w:r w:rsidR="00C12063">
        <w:rPr>
          <w:i/>
          <w:iCs/>
          <w:sz w:val="24"/>
          <w:szCs w:val="24"/>
        </w:rPr>
        <w:t>a</w:t>
      </w:r>
      <w:r w:rsidR="000F386C" w:rsidRPr="0087247B">
        <w:rPr>
          <w:i/>
          <w:iCs/>
          <w:sz w:val="24"/>
          <w:szCs w:val="24"/>
        </w:rPr>
        <w:t>ssi tutta la grosezza della muraglia s’averte che se l’Architetto stima necesario a la sodezza del opera in qualche parte ingrosare detti archi o sordini di tutta monta</w:t>
      </w:r>
      <w:r w:rsidR="00C12063">
        <w:rPr>
          <w:i/>
          <w:iCs/>
          <w:sz w:val="24"/>
          <w:szCs w:val="24"/>
        </w:rPr>
        <w:t xml:space="preserve"> </w:t>
      </w:r>
      <w:r w:rsidR="000F386C" w:rsidRPr="0087247B">
        <w:rPr>
          <w:i/>
          <w:iCs/>
          <w:sz w:val="24"/>
          <w:szCs w:val="24"/>
        </w:rPr>
        <w:t>sia a suo bene placito e si farà 2°</w:t>
      </w:r>
      <w:r w:rsidR="00C12063">
        <w:rPr>
          <w:i/>
          <w:iCs/>
          <w:sz w:val="24"/>
          <w:szCs w:val="24"/>
        </w:rPr>
        <w:t xml:space="preserve"> </w:t>
      </w:r>
      <w:r w:rsidR="000F386C" w:rsidRPr="0087247B">
        <w:rPr>
          <w:i/>
          <w:iCs/>
          <w:sz w:val="24"/>
          <w:szCs w:val="24"/>
        </w:rPr>
        <w:t>la sua ordinanza.</w:t>
      </w:r>
    </w:p>
    <w:p w14:paraId="09182F4E" w14:textId="16CA3CE0" w:rsidR="00745613" w:rsidRPr="0087247B" w:rsidRDefault="000F386C" w:rsidP="00C12063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lastRenderedPageBreak/>
        <w:t>4°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Tutte le vol</w:t>
      </w:r>
      <w:r w:rsidR="00C12063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>te chi si faranno tant</w:t>
      </w:r>
      <w:r w:rsidR="00C12063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>o delle tribune</w:t>
      </w:r>
      <w:r w:rsidR="00C12063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e capelle </w:t>
      </w:r>
      <w:r w:rsidR="00C12063">
        <w:rPr>
          <w:i/>
          <w:iCs/>
          <w:sz w:val="24"/>
          <w:szCs w:val="24"/>
        </w:rPr>
        <w:t>c</w:t>
      </w:r>
      <w:r w:rsidRPr="0087247B">
        <w:rPr>
          <w:i/>
          <w:iCs/>
          <w:sz w:val="24"/>
          <w:szCs w:val="24"/>
        </w:rPr>
        <w:t xml:space="preserve">horo e </w:t>
      </w:r>
      <w:r w:rsidR="00C12063">
        <w:rPr>
          <w:i/>
          <w:iCs/>
          <w:sz w:val="24"/>
          <w:szCs w:val="24"/>
        </w:rPr>
        <w:t>c</w:t>
      </w:r>
      <w:r w:rsidRPr="0087247B">
        <w:rPr>
          <w:i/>
          <w:iCs/>
          <w:sz w:val="24"/>
          <w:szCs w:val="24"/>
        </w:rPr>
        <w:t xml:space="preserve">hiesa cupola e </w:t>
      </w:r>
      <w:r w:rsidR="00C12063">
        <w:rPr>
          <w:i/>
          <w:iCs/>
          <w:sz w:val="24"/>
          <w:szCs w:val="24"/>
        </w:rPr>
        <w:t>l</w:t>
      </w:r>
      <w:r w:rsidRPr="0087247B">
        <w:rPr>
          <w:i/>
          <w:iCs/>
          <w:sz w:val="24"/>
          <w:szCs w:val="24"/>
        </w:rPr>
        <w:t>anternino</w:t>
      </w:r>
      <w:r w:rsidR="00C12063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sarano fatte con mattoni novi ben cotti e stagionati con ottima calcina ben crivelata e sabia perfetta come sopra e i mattoni prima di </w:t>
      </w:r>
      <w:r w:rsidR="00745613" w:rsidRPr="0087247B">
        <w:rPr>
          <w:i/>
          <w:iCs/>
          <w:sz w:val="24"/>
          <w:szCs w:val="24"/>
        </w:rPr>
        <w:t>meterlli in opera sarano ben bagniati e ada</w:t>
      </w:r>
      <w:r w:rsidR="00C12063">
        <w:rPr>
          <w:i/>
          <w:iCs/>
          <w:sz w:val="24"/>
          <w:szCs w:val="24"/>
        </w:rPr>
        <w:t>g</w:t>
      </w:r>
      <w:r w:rsidR="00745613" w:rsidRPr="0087247B">
        <w:rPr>
          <w:i/>
          <w:iCs/>
          <w:sz w:val="24"/>
          <w:szCs w:val="24"/>
        </w:rPr>
        <w:t>uati la forma delle volt</w:t>
      </w:r>
      <w:r w:rsidR="00C12063">
        <w:rPr>
          <w:i/>
          <w:iCs/>
          <w:sz w:val="24"/>
          <w:szCs w:val="24"/>
        </w:rPr>
        <w:t>t</w:t>
      </w:r>
      <w:r w:rsidR="00745613" w:rsidRPr="0087247B">
        <w:rPr>
          <w:i/>
          <w:iCs/>
          <w:sz w:val="24"/>
          <w:szCs w:val="24"/>
        </w:rPr>
        <w:t xml:space="preserve">e sarà 2° gli si darà il disegnio e monta come anche la loro grosezza e l’ornamenti che </w:t>
      </w:r>
      <w:r w:rsidR="00C12063">
        <w:rPr>
          <w:i/>
          <w:iCs/>
          <w:sz w:val="24"/>
          <w:szCs w:val="24"/>
        </w:rPr>
        <w:t>risaltano</w:t>
      </w:r>
      <w:r w:rsidR="00EB57AD" w:rsidRPr="0087247B">
        <w:rPr>
          <w:i/>
          <w:iCs/>
          <w:sz w:val="24"/>
          <w:szCs w:val="24"/>
        </w:rPr>
        <w:t xml:space="preserve"> </w:t>
      </w:r>
      <w:r w:rsidR="00745613" w:rsidRPr="0087247B">
        <w:rPr>
          <w:i/>
          <w:iCs/>
          <w:sz w:val="24"/>
          <w:szCs w:val="24"/>
        </w:rPr>
        <w:t xml:space="preserve">siano quanto più si pote farsi nel medemo tempo </w:t>
      </w:r>
      <w:r w:rsidR="00C12063">
        <w:rPr>
          <w:i/>
          <w:iCs/>
          <w:sz w:val="24"/>
          <w:szCs w:val="24"/>
        </w:rPr>
        <w:t>ac</w:t>
      </w:r>
      <w:r w:rsidR="00745613" w:rsidRPr="0087247B">
        <w:rPr>
          <w:i/>
          <w:iCs/>
          <w:sz w:val="24"/>
          <w:szCs w:val="24"/>
        </w:rPr>
        <w:t xml:space="preserve">ciò l’agetti restino sordi quanto il </w:t>
      </w:r>
      <w:r w:rsidR="00C12063">
        <w:rPr>
          <w:i/>
          <w:iCs/>
          <w:sz w:val="24"/>
          <w:szCs w:val="24"/>
        </w:rPr>
        <w:t xml:space="preserve">leveranno </w:t>
      </w:r>
      <w:r w:rsidR="00745613" w:rsidRPr="0087247B">
        <w:rPr>
          <w:i/>
          <w:iCs/>
          <w:sz w:val="24"/>
          <w:szCs w:val="24"/>
        </w:rPr>
        <w:t>le stabiliture con punte di mattoni 2° sarà la necesità del disegnio.</w:t>
      </w:r>
    </w:p>
    <w:p w14:paraId="2C64142A" w14:textId="27825865" w:rsidR="000F386C" w:rsidRPr="0087247B" w:rsidRDefault="00EB57AD" w:rsidP="00C12063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5°</w:t>
      </w:r>
      <w:r w:rsidR="00957309">
        <w:rPr>
          <w:i/>
          <w:iCs/>
          <w:sz w:val="24"/>
          <w:szCs w:val="24"/>
        </w:rPr>
        <w:t xml:space="preserve">. </w:t>
      </w:r>
      <w:r w:rsidRPr="0087247B">
        <w:rPr>
          <w:i/>
          <w:iCs/>
          <w:sz w:val="24"/>
          <w:szCs w:val="24"/>
        </w:rPr>
        <w:t>Li rilievi di d</w:t>
      </w:r>
      <w:r w:rsidR="00C12063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>a opera saranno tutti fatti di mattoni novi ben murati come sopra</w:t>
      </w:r>
      <w:r w:rsidR="00C12063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s’averte che le sacome o profili delle cornice siano ben profilati e cotti e bene uniti a sieme e sempre siano a livello e in piano perfetto come parimente le linee perpendicolare </w:t>
      </w:r>
      <w:r w:rsidR="00C12063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>el cornice principale siano le co</w:t>
      </w:r>
      <w:r w:rsidR="00C12063">
        <w:rPr>
          <w:i/>
          <w:iCs/>
          <w:sz w:val="24"/>
          <w:szCs w:val="24"/>
        </w:rPr>
        <w:t>nso</w:t>
      </w:r>
      <w:r w:rsidRPr="0087247B">
        <w:rPr>
          <w:i/>
          <w:iCs/>
          <w:sz w:val="24"/>
          <w:szCs w:val="24"/>
        </w:rPr>
        <w:t>le di sarizzo ben messe nella grosezza del muro e sopra esse i libice 2°</w:t>
      </w:r>
      <w:r w:rsidR="00C12063">
        <w:rPr>
          <w:i/>
          <w:iCs/>
          <w:sz w:val="24"/>
          <w:szCs w:val="24"/>
        </w:rPr>
        <w:t xml:space="preserve"> il</w:t>
      </w:r>
      <w:r w:rsidRPr="0087247B">
        <w:rPr>
          <w:i/>
          <w:iCs/>
          <w:sz w:val="24"/>
          <w:szCs w:val="24"/>
        </w:rPr>
        <w:t xml:space="preserve"> sporto che sarà dato alla cornice e tutto ben lavorato e con bona calcina e perfetta sabia e de l’angoli siano sempre a squadra tutta opera co</w:t>
      </w:r>
      <w:r w:rsidR="00BF0C28" w:rsidRPr="0087247B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>laudata.</w:t>
      </w:r>
    </w:p>
    <w:p w14:paraId="4E40B9D4" w14:textId="05231A68" w:rsidR="00EB57AD" w:rsidRPr="0087247B" w:rsidRDefault="00EB57AD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6°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Nel piano p</w:t>
      </w:r>
      <w:r w:rsidR="00C12063">
        <w:rPr>
          <w:i/>
          <w:iCs/>
          <w:sz w:val="24"/>
          <w:szCs w:val="24"/>
        </w:rPr>
        <w:t>rim</w:t>
      </w:r>
      <w:r w:rsidRPr="0087247B">
        <w:rPr>
          <w:i/>
          <w:iCs/>
          <w:sz w:val="24"/>
          <w:szCs w:val="24"/>
        </w:rPr>
        <w:t xml:space="preserve">o della piazza sia la prima cinta alta oncie 18 di sarizzo il quale sarà bene </w:t>
      </w:r>
      <w:r w:rsidR="007B57CD">
        <w:rPr>
          <w:i/>
          <w:iCs/>
          <w:sz w:val="24"/>
          <w:szCs w:val="24"/>
        </w:rPr>
        <w:t>co</w:t>
      </w:r>
      <w:r w:rsidR="00BF0C28" w:rsidRPr="0087247B">
        <w:rPr>
          <w:i/>
          <w:iCs/>
          <w:sz w:val="24"/>
          <w:szCs w:val="24"/>
        </w:rPr>
        <w:t>messo e di grosezza 6 in 7 oncie e detta cinta o primo zoccolo sia ben murato e messo a ri</w:t>
      </w:r>
      <w:r w:rsidR="007B57CD">
        <w:rPr>
          <w:i/>
          <w:iCs/>
          <w:sz w:val="24"/>
          <w:szCs w:val="24"/>
        </w:rPr>
        <w:t>gore</w:t>
      </w:r>
      <w:r w:rsidR="00BF0C28" w:rsidRPr="0087247B">
        <w:rPr>
          <w:i/>
          <w:iCs/>
          <w:sz w:val="24"/>
          <w:szCs w:val="24"/>
        </w:rPr>
        <w:t xml:space="preserve"> con l</w:t>
      </w:r>
      <w:r w:rsidR="007B57CD">
        <w:rPr>
          <w:i/>
          <w:iCs/>
          <w:sz w:val="24"/>
          <w:szCs w:val="24"/>
        </w:rPr>
        <w:t>a</w:t>
      </w:r>
      <w:r w:rsidR="00BF0C28" w:rsidRPr="0087247B">
        <w:rPr>
          <w:i/>
          <w:iCs/>
          <w:sz w:val="24"/>
          <w:szCs w:val="24"/>
        </w:rPr>
        <w:t xml:space="preserve"> muraglia e in qualche angolo qualche staffa di ferro ben verniciato che deve essere il primo piede di tutta l’opera e q</w:t>
      </w:r>
      <w:r w:rsidR="007B57CD">
        <w:rPr>
          <w:i/>
          <w:iCs/>
          <w:sz w:val="24"/>
          <w:szCs w:val="24"/>
        </w:rPr>
        <w:t>uest</w:t>
      </w:r>
      <w:r w:rsidR="00BF0C28" w:rsidRPr="0087247B">
        <w:rPr>
          <w:i/>
          <w:iCs/>
          <w:sz w:val="24"/>
          <w:szCs w:val="24"/>
        </w:rPr>
        <w:t>o in</w:t>
      </w:r>
      <w:r w:rsidR="007B57CD">
        <w:rPr>
          <w:i/>
          <w:iCs/>
          <w:sz w:val="24"/>
          <w:szCs w:val="24"/>
        </w:rPr>
        <w:t>tendo</w:t>
      </w:r>
      <w:r w:rsidR="00BF0C28" w:rsidRPr="0087247B">
        <w:rPr>
          <w:i/>
          <w:iCs/>
          <w:sz w:val="24"/>
          <w:szCs w:val="24"/>
        </w:rPr>
        <w:t xml:space="preserve"> esteriormente ma il zocolo in</w:t>
      </w:r>
      <w:r w:rsidR="007B57CD">
        <w:rPr>
          <w:i/>
          <w:iCs/>
          <w:sz w:val="24"/>
          <w:szCs w:val="24"/>
        </w:rPr>
        <w:t>teriore</w:t>
      </w:r>
      <w:r w:rsidR="00BF0C28" w:rsidRPr="0087247B">
        <w:rPr>
          <w:i/>
          <w:iCs/>
          <w:sz w:val="24"/>
          <w:szCs w:val="24"/>
        </w:rPr>
        <w:t xml:space="preserve"> deve essere oncie 15 di pietra di </w:t>
      </w:r>
      <w:r w:rsidR="007B57CD">
        <w:rPr>
          <w:i/>
          <w:iCs/>
          <w:sz w:val="24"/>
          <w:szCs w:val="24"/>
        </w:rPr>
        <w:t>gassino</w:t>
      </w:r>
      <w:r w:rsidR="00BF0C28" w:rsidRPr="0087247B">
        <w:rPr>
          <w:i/>
          <w:iCs/>
          <w:sz w:val="24"/>
          <w:szCs w:val="24"/>
        </w:rPr>
        <w:t xml:space="preserve"> ben pulito e lustrato e che giri 2° fa il disegnio delle lasene di tutta la Chiesa tutta opera conlaudata.</w:t>
      </w:r>
    </w:p>
    <w:p w14:paraId="53569D97" w14:textId="02D4B901" w:rsidR="00BF0C28" w:rsidRPr="0087247B" w:rsidRDefault="00BF0C28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7°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</w:t>
      </w:r>
      <w:r w:rsidR="002D77F1" w:rsidRPr="0087247B">
        <w:rPr>
          <w:i/>
          <w:iCs/>
          <w:sz w:val="24"/>
          <w:szCs w:val="24"/>
        </w:rPr>
        <w:t>Saranno tenute me</w:t>
      </w:r>
      <w:r w:rsidR="00C26532">
        <w:rPr>
          <w:i/>
          <w:iCs/>
          <w:sz w:val="24"/>
          <w:szCs w:val="24"/>
        </w:rPr>
        <w:t>ttere</w:t>
      </w:r>
      <w:r w:rsidR="002D77F1" w:rsidRPr="0087247B">
        <w:rPr>
          <w:i/>
          <w:iCs/>
          <w:sz w:val="24"/>
          <w:szCs w:val="24"/>
        </w:rPr>
        <w:t xml:space="preserve"> tutte le catene di ferro o radice di legnio in quella parte piu necesaria alla stabilità e sodezza del </w:t>
      </w:r>
      <w:r w:rsidR="00C26532">
        <w:rPr>
          <w:i/>
          <w:iCs/>
          <w:sz w:val="24"/>
          <w:szCs w:val="24"/>
        </w:rPr>
        <w:t>e</w:t>
      </w:r>
      <w:r w:rsidR="002D77F1" w:rsidRPr="0087247B">
        <w:rPr>
          <w:i/>
          <w:iCs/>
          <w:sz w:val="24"/>
          <w:szCs w:val="24"/>
        </w:rPr>
        <w:t>dificio e in q</w:t>
      </w:r>
      <w:r w:rsidR="00C26532">
        <w:rPr>
          <w:i/>
          <w:iCs/>
          <w:sz w:val="24"/>
          <w:szCs w:val="24"/>
        </w:rPr>
        <w:t>uest</w:t>
      </w:r>
      <w:r w:rsidR="002D77F1" w:rsidRPr="0087247B">
        <w:rPr>
          <w:i/>
          <w:iCs/>
          <w:sz w:val="24"/>
          <w:szCs w:val="24"/>
        </w:rPr>
        <w:t xml:space="preserve">o saranno messe 2° saranno ordinati dal Architetto. </w:t>
      </w:r>
    </w:p>
    <w:p w14:paraId="70F3CCC0" w14:textId="65DC71AF" w:rsidR="00922B27" w:rsidRPr="0087247B" w:rsidRDefault="002D77F1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8°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Si misureranno tutte le m</w:t>
      </w:r>
      <w:r w:rsidR="00C26532">
        <w:rPr>
          <w:i/>
          <w:iCs/>
          <w:sz w:val="24"/>
          <w:szCs w:val="24"/>
        </w:rPr>
        <w:t>uraglie</w:t>
      </w:r>
      <w:r w:rsidRPr="0087247B">
        <w:rPr>
          <w:i/>
          <w:iCs/>
          <w:sz w:val="24"/>
          <w:szCs w:val="24"/>
        </w:rPr>
        <w:t xml:space="preserve"> di mattoni tant</w:t>
      </w:r>
      <w:r w:rsidR="00C26532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 xml:space="preserve">o delle volte, pilastri, </w:t>
      </w:r>
      <w:r w:rsidR="00922B27" w:rsidRPr="0087247B">
        <w:rPr>
          <w:i/>
          <w:iCs/>
          <w:sz w:val="24"/>
          <w:szCs w:val="24"/>
        </w:rPr>
        <w:t>stibij, e qual</w:t>
      </w:r>
      <w:r w:rsidR="00C26532">
        <w:rPr>
          <w:i/>
          <w:iCs/>
          <w:sz w:val="24"/>
          <w:szCs w:val="24"/>
        </w:rPr>
        <w:t xml:space="preserve"> </w:t>
      </w:r>
      <w:r w:rsidR="00922B27" w:rsidRPr="0087247B">
        <w:rPr>
          <w:i/>
          <w:iCs/>
          <w:sz w:val="24"/>
          <w:szCs w:val="24"/>
        </w:rPr>
        <w:t>si sia muraglia calculata per la grosezza d’oncie 10 e si faranno li difalchi di qualunque apertura o vano di porte e finestre</w:t>
      </w:r>
      <w:r w:rsidR="00C26532">
        <w:rPr>
          <w:i/>
          <w:iCs/>
          <w:sz w:val="24"/>
          <w:szCs w:val="24"/>
        </w:rPr>
        <w:t xml:space="preserve"> </w:t>
      </w:r>
      <w:r w:rsidR="00922B27" w:rsidRPr="0087247B">
        <w:rPr>
          <w:i/>
          <w:iCs/>
          <w:sz w:val="24"/>
          <w:szCs w:val="24"/>
        </w:rPr>
        <w:t>e buchi di po</w:t>
      </w:r>
      <w:r w:rsidR="00C26532">
        <w:rPr>
          <w:i/>
          <w:iCs/>
          <w:sz w:val="24"/>
          <w:szCs w:val="24"/>
        </w:rPr>
        <w:t>r</w:t>
      </w:r>
      <w:r w:rsidR="00922B27" w:rsidRPr="0087247B">
        <w:rPr>
          <w:i/>
          <w:iCs/>
          <w:sz w:val="24"/>
          <w:szCs w:val="24"/>
        </w:rPr>
        <w:t>te ciò mediante il prezzo che si converrà con l’Impresarij.</w:t>
      </w:r>
    </w:p>
    <w:p w14:paraId="6642584C" w14:textId="263378C0" w:rsidR="00922B27" w:rsidRPr="0087247B" w:rsidRDefault="00922B27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9°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Si terranno sopra i ponti nel maggior caldo i suoi ceb</w:t>
      </w:r>
      <w:r w:rsidR="00C26532">
        <w:rPr>
          <w:i/>
          <w:iCs/>
          <w:sz w:val="24"/>
          <w:szCs w:val="24"/>
        </w:rPr>
        <w:t>r</w:t>
      </w:r>
      <w:r w:rsidRPr="0087247B">
        <w:rPr>
          <w:i/>
          <w:iCs/>
          <w:sz w:val="24"/>
          <w:szCs w:val="24"/>
        </w:rPr>
        <w:t xml:space="preserve">i pieni d’aqua acciò sempre s’adaquino tutti i </w:t>
      </w:r>
      <w:r w:rsidR="007133C8" w:rsidRPr="0087247B">
        <w:rPr>
          <w:i/>
          <w:iCs/>
          <w:sz w:val="24"/>
          <w:szCs w:val="24"/>
        </w:rPr>
        <w:t>muri e i mattoni inazi di meterlli in opera siano bene abagniati.</w:t>
      </w:r>
    </w:p>
    <w:p w14:paraId="0427999A" w14:textId="2E28B5AA" w:rsidR="007133C8" w:rsidRPr="0087247B" w:rsidRDefault="007133C8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10°</w:t>
      </w:r>
      <w:r w:rsidR="00957309">
        <w:rPr>
          <w:i/>
          <w:iCs/>
          <w:sz w:val="24"/>
          <w:szCs w:val="24"/>
        </w:rPr>
        <w:t xml:space="preserve">. </w:t>
      </w:r>
      <w:r w:rsidRPr="0087247B">
        <w:rPr>
          <w:i/>
          <w:iCs/>
          <w:sz w:val="24"/>
          <w:szCs w:val="24"/>
        </w:rPr>
        <w:t>Sarà tenuto il Capo Maestro, o sij Impresario di detta opera, d’oservare e fare oservare esattamente</w:t>
      </w:r>
      <w:r w:rsidR="00C26532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i disegni</w:t>
      </w:r>
      <w:r w:rsidR="00C26532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e profili che gli saranno dati</w:t>
      </w:r>
      <w:r w:rsidR="00C26532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sottoscriti dal Architetto avertendo che sarà parimente tenuto a qualche mutazione o ordinata da S</w:t>
      </w:r>
      <w:r w:rsidR="00C26532">
        <w:rPr>
          <w:i/>
          <w:iCs/>
          <w:sz w:val="24"/>
          <w:szCs w:val="24"/>
        </w:rPr>
        <w:t>a.</w:t>
      </w:r>
      <w:r w:rsidRPr="0087247B">
        <w:rPr>
          <w:i/>
          <w:iCs/>
          <w:sz w:val="24"/>
          <w:szCs w:val="24"/>
        </w:rPr>
        <w:t xml:space="preserve"> M</w:t>
      </w:r>
      <w:r w:rsidR="00C26532">
        <w:rPr>
          <w:i/>
          <w:iCs/>
          <w:sz w:val="24"/>
          <w:szCs w:val="24"/>
        </w:rPr>
        <w:t>a.</w:t>
      </w:r>
      <w:r w:rsidRPr="0087247B">
        <w:rPr>
          <w:i/>
          <w:iCs/>
          <w:sz w:val="24"/>
          <w:szCs w:val="24"/>
        </w:rPr>
        <w:t xml:space="preserve"> o vero dal Architetto senza grave dispendio</w:t>
      </w:r>
      <w:r w:rsidR="00C26532">
        <w:rPr>
          <w:i/>
          <w:iCs/>
          <w:sz w:val="24"/>
          <w:szCs w:val="24"/>
        </w:rPr>
        <w:t xml:space="preserve"> e</w:t>
      </w:r>
      <w:r w:rsidRPr="0087247B">
        <w:rPr>
          <w:i/>
          <w:iCs/>
          <w:sz w:val="24"/>
          <w:szCs w:val="24"/>
        </w:rPr>
        <w:t xml:space="preserve"> mutazione del disegnio</w:t>
      </w:r>
      <w:r w:rsidR="00C26532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in mancanza che no</w:t>
      </w:r>
      <w:r w:rsidR="00C26532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si troveranno le misure 2° il disegnio sarà tenuto a sue proprie spese disfarne tutta quella parte mancante e rifa</w:t>
      </w:r>
      <w:r w:rsidR="00C26532">
        <w:rPr>
          <w:i/>
          <w:iCs/>
          <w:sz w:val="24"/>
          <w:szCs w:val="24"/>
        </w:rPr>
        <w:t>r</w:t>
      </w:r>
      <w:r w:rsidRPr="0087247B">
        <w:rPr>
          <w:i/>
          <w:iCs/>
          <w:sz w:val="24"/>
          <w:szCs w:val="24"/>
        </w:rPr>
        <w:t>lle 2° il disegnio che gli fu dato.</w:t>
      </w:r>
    </w:p>
    <w:p w14:paraId="191389B8" w14:textId="00036C46" w:rsidR="007133C8" w:rsidRPr="0087247B" w:rsidRDefault="007133C8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11°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Devono l’Impresarij metter Maestri che siano boni, e capaci di tal opera, e in mancanza di qualche cosa, siano i detti tenuti a tutte le spese.</w:t>
      </w:r>
    </w:p>
    <w:p w14:paraId="064BB309" w14:textId="6625AAA5" w:rsidR="007133C8" w:rsidRPr="0087247B" w:rsidRDefault="007133C8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12°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Si formeranno tutte le stabiliture, infrascature, ben dritte e a piombo, con rigo</w:t>
      </w:r>
      <w:r w:rsidR="00C26532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>i a la forma Italiana; e suoi spigoli ben fatti, l’infrascature saranno fatti con calcina forte, e sabia gr</w:t>
      </w:r>
      <w:r w:rsidR="00C26532">
        <w:rPr>
          <w:i/>
          <w:iCs/>
          <w:sz w:val="24"/>
          <w:szCs w:val="24"/>
        </w:rPr>
        <w:t>is</w:t>
      </w:r>
      <w:r w:rsidRPr="0087247B">
        <w:rPr>
          <w:i/>
          <w:iCs/>
          <w:sz w:val="24"/>
          <w:szCs w:val="24"/>
        </w:rPr>
        <w:t>a, e metà rossa di cava, e le stabiliture co</w:t>
      </w:r>
      <w:r w:rsidR="00C26532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calcina </w:t>
      </w:r>
      <w:r w:rsidR="00E507D3" w:rsidRPr="0087247B">
        <w:rPr>
          <w:i/>
          <w:iCs/>
          <w:sz w:val="24"/>
          <w:szCs w:val="24"/>
        </w:rPr>
        <w:t>dolce sabia grisa ben granita del Fiume Stura, ben sode e pulite; si formeranno tutte le quadrature delle porte, e finestre, e l</w:t>
      </w:r>
      <w:r w:rsidR="00C26532">
        <w:rPr>
          <w:i/>
          <w:iCs/>
          <w:sz w:val="24"/>
          <w:szCs w:val="24"/>
        </w:rPr>
        <w:t>esenamenti</w:t>
      </w:r>
      <w:r w:rsidR="00E507D3" w:rsidRPr="0087247B">
        <w:rPr>
          <w:i/>
          <w:iCs/>
          <w:sz w:val="24"/>
          <w:szCs w:val="24"/>
        </w:rPr>
        <w:t>, e archi, e volte, e altre cose simile, con gesso e calcina, ben a piombo e tutto a livello 2° ci sarà d</w:t>
      </w:r>
      <w:r w:rsidR="00C26532">
        <w:rPr>
          <w:i/>
          <w:iCs/>
          <w:sz w:val="24"/>
          <w:szCs w:val="24"/>
        </w:rPr>
        <w:t>a</w:t>
      </w:r>
      <w:r w:rsidR="00E507D3" w:rsidRPr="0087247B">
        <w:rPr>
          <w:i/>
          <w:iCs/>
          <w:sz w:val="24"/>
          <w:szCs w:val="24"/>
        </w:rPr>
        <w:t>to il disegnio et in mancanza del che, saranno tenuti i Capi maestri o Impresarij, a rifa</w:t>
      </w:r>
      <w:r w:rsidR="00C26532">
        <w:rPr>
          <w:i/>
          <w:iCs/>
          <w:sz w:val="24"/>
          <w:szCs w:val="24"/>
        </w:rPr>
        <w:t>r</w:t>
      </w:r>
      <w:r w:rsidR="00E507D3" w:rsidRPr="0087247B">
        <w:rPr>
          <w:i/>
          <w:iCs/>
          <w:sz w:val="24"/>
          <w:szCs w:val="24"/>
        </w:rPr>
        <w:t>lli a loro spese come parimente, tutti i mancamenti che si vedranno in d</w:t>
      </w:r>
      <w:r w:rsidR="00C26532">
        <w:rPr>
          <w:i/>
          <w:iCs/>
          <w:sz w:val="24"/>
          <w:szCs w:val="24"/>
        </w:rPr>
        <w:t>ett</w:t>
      </w:r>
      <w:r w:rsidR="00E507D3" w:rsidRPr="0087247B">
        <w:rPr>
          <w:i/>
          <w:iCs/>
          <w:sz w:val="24"/>
          <w:szCs w:val="24"/>
        </w:rPr>
        <w:t>a opera.</w:t>
      </w:r>
    </w:p>
    <w:p w14:paraId="293D19F9" w14:textId="4463605C" w:rsidR="00957309" w:rsidRDefault="00E507D3" w:rsidP="00ED790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lastRenderedPageBreak/>
        <w:t>13°</w:t>
      </w:r>
      <w:r w:rsidR="00957309">
        <w:rPr>
          <w:i/>
          <w:iCs/>
          <w:sz w:val="24"/>
          <w:szCs w:val="24"/>
        </w:rPr>
        <w:t>.</w:t>
      </w:r>
      <w:r w:rsidRPr="0087247B">
        <w:rPr>
          <w:i/>
          <w:iCs/>
          <w:sz w:val="24"/>
          <w:szCs w:val="24"/>
        </w:rPr>
        <w:t xml:space="preserve"> I sterniti di quadrettoni stilati, e altri legati, e rigati, li quali saranno ben cotti e stagionati, ben legati e piani nella loro superficie, li sterniti stilati d</w:t>
      </w:r>
      <w:r w:rsidR="00C26532">
        <w:rPr>
          <w:i/>
          <w:iCs/>
          <w:sz w:val="24"/>
          <w:szCs w:val="24"/>
        </w:rPr>
        <w:t>eventino</w:t>
      </w:r>
      <w:r w:rsidRPr="0087247B">
        <w:rPr>
          <w:i/>
          <w:iCs/>
          <w:sz w:val="24"/>
          <w:szCs w:val="24"/>
        </w:rPr>
        <w:t xml:space="preserve"> tagia</w:t>
      </w:r>
      <w:r w:rsidR="00C26532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>i sotto squadra, e ben comessi uno co</w:t>
      </w:r>
      <w:r w:rsidR="00C26532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l’altro, senza fessura alcuna, e il rimanente dei sterniti rigati, saranno nelle sue commesure uniti che no</w:t>
      </w:r>
      <w:r w:rsidR="00D56180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resti altro, che una grosezza di spago</w:t>
      </w:r>
      <w:r w:rsidR="00050E12" w:rsidRPr="0087247B">
        <w:rPr>
          <w:i/>
          <w:iCs/>
          <w:sz w:val="24"/>
          <w:szCs w:val="24"/>
        </w:rPr>
        <w:t xml:space="preserve"> più </w:t>
      </w:r>
      <w:r w:rsidR="00D56180">
        <w:rPr>
          <w:i/>
          <w:iCs/>
          <w:sz w:val="24"/>
          <w:szCs w:val="24"/>
        </w:rPr>
        <w:t>sott</w:t>
      </w:r>
      <w:r w:rsidR="00050E12" w:rsidRPr="0087247B">
        <w:rPr>
          <w:i/>
          <w:iCs/>
          <w:sz w:val="24"/>
          <w:szCs w:val="24"/>
        </w:rPr>
        <w:t>o meno che più, il tutto ben murato co</w:t>
      </w:r>
      <w:r w:rsidR="00D56180">
        <w:rPr>
          <w:i/>
          <w:iCs/>
          <w:sz w:val="24"/>
          <w:szCs w:val="24"/>
        </w:rPr>
        <w:t>n</w:t>
      </w:r>
      <w:r w:rsidR="00050E12" w:rsidRPr="0087247B">
        <w:rPr>
          <w:i/>
          <w:iCs/>
          <w:sz w:val="24"/>
          <w:szCs w:val="24"/>
        </w:rPr>
        <w:t xml:space="preserve"> calcina forte di Superga e sabia grisa della qualità sopra nominata; s’averte che i quadrettoni in</w:t>
      </w:r>
      <w:r w:rsidR="00D56180">
        <w:rPr>
          <w:i/>
          <w:iCs/>
          <w:sz w:val="24"/>
          <w:szCs w:val="24"/>
        </w:rPr>
        <w:t>azi</w:t>
      </w:r>
      <w:r w:rsidR="00050E12" w:rsidRPr="0087247B">
        <w:rPr>
          <w:i/>
          <w:iCs/>
          <w:sz w:val="24"/>
          <w:szCs w:val="24"/>
        </w:rPr>
        <w:t xml:space="preserve"> di metterli in opera, si tengino nel aqua che restino bene adaquati e quanto si deve otenere co</w:t>
      </w:r>
      <w:r w:rsidR="00D56180">
        <w:rPr>
          <w:i/>
          <w:iCs/>
          <w:sz w:val="24"/>
          <w:szCs w:val="24"/>
        </w:rPr>
        <w:t>n</w:t>
      </w:r>
      <w:r w:rsidR="00050E12" w:rsidRPr="0087247B">
        <w:rPr>
          <w:i/>
          <w:iCs/>
          <w:sz w:val="24"/>
          <w:szCs w:val="24"/>
        </w:rPr>
        <w:t xml:space="preserve"> puntualità.</w:t>
      </w:r>
      <w:r w:rsidR="00000000">
        <w:rPr>
          <w:i/>
          <w:iCs/>
          <w:sz w:val="24"/>
          <w:szCs w:val="24"/>
        </w:rPr>
        <w:pict w14:anchorId="685CBDC5">
          <v:rect id="_x0000_i1026" style="width:0;height:1.5pt" o:hralign="center" o:hrstd="t" o:hr="t" fillcolor="#a0a0a0" stroked="f"/>
        </w:pict>
      </w:r>
    </w:p>
    <w:p w14:paraId="018DF647" w14:textId="0A458CF4" w:rsidR="00B16CDA" w:rsidRPr="0087247B" w:rsidRDefault="00B16CDA" w:rsidP="0095730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a 8 Marzo 1716</w:t>
      </w:r>
    </w:p>
    <w:p w14:paraId="18EAFF01" w14:textId="77777777" w:rsidR="00957309" w:rsidRDefault="00B16CDA" w:rsidP="0095730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3441126A">
          <v:rect id="_x0000_i1027" style="width:0;height:1.5pt" o:hralign="center" o:hrstd="t" o:hr="t" fillcolor="#a0a0a0" stroked="f"/>
        </w:pict>
      </w:r>
    </w:p>
    <w:p w14:paraId="4AF4DABE" w14:textId="30CBE3B2" w:rsidR="0087247B" w:rsidRDefault="00B16CDA" w:rsidP="00957309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3 (1715-1716)</w:t>
      </w:r>
      <w:r w:rsidR="00B772F9" w:rsidRPr="0087247B">
        <w:rPr>
          <w:sz w:val="24"/>
          <w:szCs w:val="24"/>
        </w:rPr>
        <w:t xml:space="preserve"> | foll. 81-82- 83.</w:t>
      </w:r>
    </w:p>
    <w:p w14:paraId="37C8381B" w14:textId="77777777" w:rsidR="0087247B" w:rsidRDefault="0087247B" w:rsidP="00C14AEB">
      <w:pPr>
        <w:rPr>
          <w:sz w:val="24"/>
          <w:szCs w:val="24"/>
        </w:rPr>
      </w:pPr>
    </w:p>
    <w:p w14:paraId="16C7A975" w14:textId="57722113" w:rsidR="00B602D6" w:rsidRPr="00945783" w:rsidRDefault="00B602D6" w:rsidP="00B602D6">
      <w:pPr>
        <w:jc w:val="center"/>
        <w:rPr>
          <w:sz w:val="28"/>
          <w:szCs w:val="28"/>
        </w:rPr>
      </w:pPr>
      <w:r>
        <w:rPr>
          <w:sz w:val="28"/>
          <w:szCs w:val="28"/>
        </w:rPr>
        <w:t>1717</w:t>
      </w:r>
    </w:p>
    <w:p w14:paraId="25473B62" w14:textId="2C3CE920" w:rsidR="00C14AEB" w:rsidRPr="0087247B" w:rsidRDefault="00C14AEB" w:rsidP="001661A6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>Instruzione per i lavori per la Reggia Galleria della Venaria</w:t>
      </w:r>
      <w:r w:rsidR="00000000">
        <w:rPr>
          <w:i/>
          <w:iCs/>
          <w:sz w:val="24"/>
          <w:szCs w:val="24"/>
        </w:rPr>
        <w:pict w14:anchorId="7D3316EB">
          <v:rect id="_x0000_i1028" style="width:0;height:1.5pt" o:hralign="center" o:hrstd="t" o:hr="t" fillcolor="#a0a0a0" stroked="f"/>
        </w:pict>
      </w:r>
    </w:p>
    <w:p w14:paraId="60A6B5C5" w14:textId="1758AE66" w:rsidR="00C14AEB" w:rsidRPr="0087247B" w:rsidRDefault="00C14AEB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Si deve disfare il coperto che al presente si trova e alzar</w:t>
      </w:r>
      <w:r w:rsidR="00ED790A">
        <w:rPr>
          <w:i/>
          <w:iCs/>
          <w:sz w:val="24"/>
          <w:szCs w:val="24"/>
        </w:rPr>
        <w:t>l</w:t>
      </w:r>
      <w:r w:rsidRPr="0087247B">
        <w:rPr>
          <w:i/>
          <w:iCs/>
          <w:sz w:val="24"/>
          <w:szCs w:val="24"/>
        </w:rPr>
        <w:t xml:space="preserve">lo alla misura delle cavriate che sono murate a </w:t>
      </w:r>
      <w:r w:rsidR="00ED790A">
        <w:rPr>
          <w:i/>
          <w:iCs/>
          <w:sz w:val="24"/>
          <w:szCs w:val="24"/>
        </w:rPr>
        <w:t>gr</w:t>
      </w:r>
      <w:r w:rsidRPr="0087247B">
        <w:rPr>
          <w:i/>
          <w:iCs/>
          <w:sz w:val="24"/>
          <w:szCs w:val="24"/>
        </w:rPr>
        <w:t>isa di chiave, e metterne del altre dove saranno necessarij co</w:t>
      </w:r>
      <w:r w:rsidR="00ED790A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suoi </w:t>
      </w:r>
      <w:r w:rsidR="00ED790A">
        <w:rPr>
          <w:i/>
          <w:iCs/>
          <w:sz w:val="24"/>
          <w:szCs w:val="24"/>
        </w:rPr>
        <w:t>paradossi</w:t>
      </w:r>
      <w:r w:rsidR="00BF2C4C" w:rsidRPr="0087247B">
        <w:rPr>
          <w:i/>
          <w:iCs/>
          <w:sz w:val="24"/>
          <w:szCs w:val="24"/>
        </w:rPr>
        <w:t xml:space="preserve"> e saette </w:t>
      </w:r>
      <w:r w:rsidR="00ED790A">
        <w:rPr>
          <w:i/>
          <w:iCs/>
          <w:sz w:val="24"/>
          <w:szCs w:val="24"/>
        </w:rPr>
        <w:t>o</w:t>
      </w:r>
      <w:r w:rsidR="00427E2E" w:rsidRPr="0087247B">
        <w:rPr>
          <w:i/>
          <w:iCs/>
          <w:sz w:val="24"/>
          <w:szCs w:val="24"/>
        </w:rPr>
        <w:t xml:space="preserve"> bone remi, e listelli, e soplire al rifacimento di d</w:t>
      </w:r>
      <w:r w:rsidR="00ED790A">
        <w:rPr>
          <w:i/>
          <w:iCs/>
          <w:sz w:val="24"/>
          <w:szCs w:val="24"/>
        </w:rPr>
        <w:t>ett</w:t>
      </w:r>
      <w:r w:rsidR="00427E2E" w:rsidRPr="0087247B">
        <w:rPr>
          <w:i/>
          <w:iCs/>
          <w:sz w:val="24"/>
          <w:szCs w:val="24"/>
        </w:rPr>
        <w:t>o coperto dove sarà necessario e ordinato dal Architetto, o soprastante.</w:t>
      </w:r>
    </w:p>
    <w:p w14:paraId="04A07CDD" w14:textId="0A9C2356" w:rsidR="00427E2E" w:rsidRPr="0087247B" w:rsidRDefault="00427E2E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Tutto il legniame che sarà necessario si provederà 2° l’altre qualità siano tenuti di mettere in opera un un canalone di piombo </w:t>
      </w:r>
      <w:r w:rsidR="00F3195B" w:rsidRPr="0087247B">
        <w:rPr>
          <w:i/>
          <w:iCs/>
          <w:sz w:val="24"/>
          <w:szCs w:val="24"/>
        </w:rPr>
        <w:t>per scudo di d</w:t>
      </w:r>
      <w:r w:rsidR="00ED790A">
        <w:rPr>
          <w:i/>
          <w:iCs/>
          <w:sz w:val="24"/>
          <w:szCs w:val="24"/>
        </w:rPr>
        <w:t>ett</w:t>
      </w:r>
      <w:r w:rsidR="00F3195B" w:rsidRPr="0087247B">
        <w:rPr>
          <w:i/>
          <w:iCs/>
          <w:sz w:val="24"/>
          <w:szCs w:val="24"/>
        </w:rPr>
        <w:t>o coperto nella parte interiore co</w:t>
      </w:r>
      <w:r w:rsidR="00ED790A">
        <w:rPr>
          <w:i/>
          <w:iCs/>
          <w:sz w:val="24"/>
          <w:szCs w:val="24"/>
        </w:rPr>
        <w:t>n</w:t>
      </w:r>
      <w:r w:rsidR="00F3195B" w:rsidRPr="0087247B">
        <w:rPr>
          <w:i/>
          <w:iCs/>
          <w:sz w:val="24"/>
          <w:szCs w:val="24"/>
        </w:rPr>
        <w:t xml:space="preserve"> fare i suoi bugi onde sarà indicato per l’es</w:t>
      </w:r>
      <w:r w:rsidR="00ED790A">
        <w:rPr>
          <w:i/>
          <w:iCs/>
          <w:sz w:val="24"/>
          <w:szCs w:val="24"/>
        </w:rPr>
        <w:t>timo</w:t>
      </w:r>
      <w:r w:rsidR="00F3195B" w:rsidRPr="0087247B">
        <w:rPr>
          <w:i/>
          <w:iCs/>
          <w:sz w:val="24"/>
          <w:szCs w:val="24"/>
        </w:rPr>
        <w:t xml:space="preserve"> dell aque.</w:t>
      </w:r>
    </w:p>
    <w:p w14:paraId="1ECD1F6B" w14:textId="2067AD8A" w:rsidR="00F3195B" w:rsidRPr="0087247B" w:rsidRDefault="00F3195B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Sopra la grosezza del muro si farà </w:t>
      </w:r>
      <w:r w:rsidR="00ED790A">
        <w:rPr>
          <w:i/>
          <w:iCs/>
          <w:sz w:val="24"/>
          <w:szCs w:val="24"/>
        </w:rPr>
        <w:t xml:space="preserve">nella </w:t>
      </w:r>
      <w:r w:rsidRPr="0087247B">
        <w:rPr>
          <w:i/>
          <w:iCs/>
          <w:sz w:val="24"/>
          <w:szCs w:val="24"/>
        </w:rPr>
        <w:t xml:space="preserve">parte interiore che guarda verso il coperto, una </w:t>
      </w:r>
      <w:r w:rsidR="00ED790A">
        <w:rPr>
          <w:i/>
          <w:iCs/>
          <w:sz w:val="24"/>
          <w:szCs w:val="24"/>
        </w:rPr>
        <w:t>g</w:t>
      </w:r>
      <w:r w:rsidRPr="0087247B">
        <w:rPr>
          <w:i/>
          <w:iCs/>
          <w:sz w:val="24"/>
          <w:szCs w:val="24"/>
        </w:rPr>
        <w:t>olezza e sopra dessa si coperà di coppi e canali che p</w:t>
      </w:r>
      <w:r w:rsidR="00ED790A">
        <w:rPr>
          <w:i/>
          <w:iCs/>
          <w:sz w:val="24"/>
          <w:szCs w:val="24"/>
        </w:rPr>
        <w:t>osa prima</w:t>
      </w:r>
      <w:r w:rsidRPr="0087247B">
        <w:rPr>
          <w:i/>
          <w:iCs/>
          <w:sz w:val="24"/>
          <w:szCs w:val="24"/>
        </w:rPr>
        <w:t xml:space="preserve"> sopra d</w:t>
      </w:r>
      <w:r w:rsidR="00ED790A">
        <w:rPr>
          <w:i/>
          <w:iCs/>
          <w:sz w:val="24"/>
          <w:szCs w:val="24"/>
        </w:rPr>
        <w:t>etto</w:t>
      </w:r>
      <w:r w:rsidRPr="0087247B">
        <w:rPr>
          <w:i/>
          <w:iCs/>
          <w:sz w:val="24"/>
          <w:szCs w:val="24"/>
        </w:rPr>
        <w:t xml:space="preserve"> tetto, e po</w:t>
      </w:r>
      <w:r w:rsidR="009B5129">
        <w:rPr>
          <w:i/>
          <w:iCs/>
          <w:sz w:val="24"/>
          <w:szCs w:val="24"/>
        </w:rPr>
        <w:t>sa</w:t>
      </w:r>
      <w:r w:rsidRPr="0087247B">
        <w:rPr>
          <w:i/>
          <w:iCs/>
          <w:sz w:val="24"/>
          <w:szCs w:val="24"/>
        </w:rPr>
        <w:t xml:space="preserve"> di fuori del cornicione esteriore di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>a Galleria.</w:t>
      </w:r>
    </w:p>
    <w:p w14:paraId="6996DB37" w14:textId="340EA9B3" w:rsidR="00C14AEB" w:rsidRPr="0087247B" w:rsidRDefault="00F3195B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Ci saranno soministrati i coppi e canali che saranno necesarij in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>o coperto, e coprimento di muraglia sopra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>a come anche tutti i ferri che saranno necesarij per rendere ben sodo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>o coperto.</w:t>
      </w:r>
    </w:p>
    <w:p w14:paraId="425A6CB1" w14:textId="3F43B347" w:rsidR="00C14AEB" w:rsidRPr="0087247B" w:rsidRDefault="00C14AEB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Saranno obligati di s</w:t>
      </w:r>
      <w:r w:rsidR="009B5129">
        <w:rPr>
          <w:i/>
          <w:iCs/>
          <w:sz w:val="24"/>
          <w:szCs w:val="24"/>
        </w:rPr>
        <w:t>g</w:t>
      </w:r>
      <w:r w:rsidRPr="0087247B">
        <w:rPr>
          <w:i/>
          <w:iCs/>
          <w:sz w:val="24"/>
          <w:szCs w:val="24"/>
        </w:rPr>
        <w:t>uariare le f</w:t>
      </w:r>
      <w:r w:rsidR="00F3195B" w:rsidRPr="0087247B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>nestre superiori e nella parte interiore della Galleria renderl</w:t>
      </w:r>
      <w:r w:rsidR="00613D24" w:rsidRPr="0087247B">
        <w:rPr>
          <w:i/>
          <w:iCs/>
          <w:sz w:val="24"/>
          <w:szCs w:val="24"/>
        </w:rPr>
        <w:t>l</w:t>
      </w:r>
      <w:r w:rsidRPr="0087247B">
        <w:rPr>
          <w:i/>
          <w:iCs/>
          <w:sz w:val="24"/>
          <w:szCs w:val="24"/>
        </w:rPr>
        <w:t>e unite, e nel di fuori lasciarl</w:t>
      </w:r>
      <w:r w:rsidR="00613D24" w:rsidRPr="0087247B">
        <w:rPr>
          <w:i/>
          <w:iCs/>
          <w:sz w:val="24"/>
          <w:szCs w:val="24"/>
        </w:rPr>
        <w:t>li</w:t>
      </w:r>
      <w:r w:rsidRPr="0087247B">
        <w:rPr>
          <w:i/>
          <w:iCs/>
          <w:sz w:val="24"/>
          <w:szCs w:val="24"/>
        </w:rPr>
        <w:t xml:space="preserve"> come sono, quadrat</w:t>
      </w:r>
      <w:r w:rsidR="00613D24" w:rsidRPr="0087247B">
        <w:rPr>
          <w:i/>
          <w:iCs/>
          <w:sz w:val="24"/>
          <w:szCs w:val="24"/>
        </w:rPr>
        <w:t xml:space="preserve">i </w:t>
      </w:r>
      <w:r w:rsidRPr="0087247B">
        <w:rPr>
          <w:i/>
          <w:iCs/>
          <w:sz w:val="24"/>
          <w:szCs w:val="24"/>
        </w:rPr>
        <w:t xml:space="preserve">e </w:t>
      </w:r>
      <w:r w:rsidR="00613D24" w:rsidRPr="0087247B">
        <w:rPr>
          <w:i/>
          <w:iCs/>
          <w:sz w:val="24"/>
          <w:szCs w:val="24"/>
        </w:rPr>
        <w:t xml:space="preserve">gli </w:t>
      </w:r>
      <w:r w:rsidRPr="0087247B">
        <w:rPr>
          <w:i/>
          <w:iCs/>
          <w:sz w:val="24"/>
          <w:szCs w:val="24"/>
        </w:rPr>
        <w:t>s</w:t>
      </w:r>
      <w:r w:rsidR="00613D24" w:rsidRPr="0087247B">
        <w:rPr>
          <w:i/>
          <w:iCs/>
          <w:sz w:val="24"/>
          <w:szCs w:val="24"/>
        </w:rPr>
        <w:t>’</w:t>
      </w:r>
      <w:r w:rsidRPr="0087247B">
        <w:rPr>
          <w:i/>
          <w:iCs/>
          <w:sz w:val="24"/>
          <w:szCs w:val="24"/>
        </w:rPr>
        <w:t xml:space="preserve">indicherà sul posto la maniera che si desiderano o </w:t>
      </w:r>
      <w:r w:rsidR="00613D24" w:rsidRPr="0087247B">
        <w:rPr>
          <w:i/>
          <w:iCs/>
          <w:sz w:val="24"/>
          <w:szCs w:val="24"/>
        </w:rPr>
        <w:t xml:space="preserve">2° il disegnio del </w:t>
      </w:r>
      <w:r w:rsidRPr="0087247B">
        <w:rPr>
          <w:i/>
          <w:iCs/>
          <w:sz w:val="24"/>
          <w:szCs w:val="24"/>
        </w:rPr>
        <w:t>Architetto.</w:t>
      </w:r>
    </w:p>
    <w:p w14:paraId="025CE53B" w14:textId="29FF5D49" w:rsidR="00613D24" w:rsidRPr="0087247B" w:rsidRDefault="00C14AEB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Faranno parimente di mol</w:t>
      </w:r>
      <w:r w:rsidR="009B5129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>te p</w:t>
      </w:r>
      <w:r w:rsidR="009B5129">
        <w:rPr>
          <w:i/>
          <w:iCs/>
          <w:sz w:val="24"/>
          <w:szCs w:val="24"/>
        </w:rPr>
        <w:t>a</w:t>
      </w:r>
      <w:r w:rsidRPr="0087247B">
        <w:rPr>
          <w:i/>
          <w:iCs/>
          <w:sz w:val="24"/>
          <w:szCs w:val="24"/>
        </w:rPr>
        <w:t>rte i squari per impostare la volta e in luogo che sarà necessario.</w:t>
      </w:r>
    </w:p>
    <w:p w14:paraId="7CF5D374" w14:textId="78C9ABD9" w:rsidR="00613D24" w:rsidRPr="0087247B" w:rsidRDefault="00613D24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Si farà la gran volta, quasi a tutta monta co</w:t>
      </w:r>
      <w:r w:rsidR="009B512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suoi lunette circolare che </w:t>
      </w:r>
      <w:r w:rsidR="003237C2" w:rsidRPr="0087247B">
        <w:rPr>
          <w:i/>
          <w:iCs/>
          <w:sz w:val="24"/>
          <w:szCs w:val="24"/>
        </w:rPr>
        <w:t>vengano</w:t>
      </w:r>
      <w:r w:rsidRPr="0087247B">
        <w:rPr>
          <w:i/>
          <w:iCs/>
          <w:sz w:val="24"/>
          <w:szCs w:val="24"/>
        </w:rPr>
        <w:t xml:space="preserve"> sopra le f</w:t>
      </w:r>
      <w:r w:rsidR="003237C2" w:rsidRPr="0087247B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>nestre d</w:t>
      </w:r>
      <w:r w:rsidR="003237C2" w:rsidRPr="0087247B">
        <w:rPr>
          <w:i/>
          <w:iCs/>
          <w:sz w:val="24"/>
          <w:szCs w:val="24"/>
        </w:rPr>
        <w:t>e o</w:t>
      </w:r>
      <w:r w:rsidR="003F5D9A" w:rsidRPr="0087247B">
        <w:rPr>
          <w:i/>
          <w:iCs/>
          <w:sz w:val="24"/>
          <w:szCs w:val="24"/>
        </w:rPr>
        <w:t>val</w:t>
      </w:r>
      <w:r w:rsidR="003237C2" w:rsidRPr="0087247B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 xml:space="preserve"> di mattoni </w:t>
      </w:r>
      <w:r w:rsidR="003237C2" w:rsidRPr="0087247B">
        <w:rPr>
          <w:i/>
          <w:iCs/>
          <w:sz w:val="24"/>
          <w:szCs w:val="24"/>
        </w:rPr>
        <w:t xml:space="preserve">di </w:t>
      </w:r>
      <w:r w:rsidRPr="0087247B">
        <w:rPr>
          <w:i/>
          <w:iCs/>
          <w:sz w:val="24"/>
          <w:szCs w:val="24"/>
        </w:rPr>
        <w:t>novo campione cioè di larg</w:t>
      </w:r>
      <w:r w:rsidR="009B5129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 xml:space="preserve">zza </w:t>
      </w:r>
      <w:r w:rsidR="003F5D9A" w:rsidRPr="0087247B">
        <w:rPr>
          <w:i/>
          <w:iCs/>
          <w:sz w:val="24"/>
          <w:szCs w:val="24"/>
        </w:rPr>
        <w:t>on</w:t>
      </w:r>
      <w:r w:rsidR="009B5129">
        <w:rPr>
          <w:i/>
          <w:iCs/>
          <w:sz w:val="24"/>
          <w:szCs w:val="24"/>
        </w:rPr>
        <w:t>z</w:t>
      </w:r>
      <w:r w:rsidR="003F5D9A" w:rsidRPr="0087247B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 xml:space="preserve"> </w:t>
      </w:r>
      <w:r w:rsidR="009B5129">
        <w:rPr>
          <w:i/>
          <w:iCs/>
          <w:sz w:val="24"/>
          <w:szCs w:val="24"/>
        </w:rPr>
        <w:t>4</w:t>
      </w:r>
      <w:r w:rsidR="003237C2" w:rsidRPr="0087247B">
        <w:rPr>
          <w:i/>
          <w:iCs/>
          <w:sz w:val="24"/>
          <w:szCs w:val="24"/>
        </w:rPr>
        <w:t xml:space="preserve"> altezza</w:t>
      </w:r>
      <w:r w:rsidRPr="0087247B">
        <w:rPr>
          <w:i/>
          <w:iCs/>
          <w:sz w:val="24"/>
          <w:szCs w:val="24"/>
        </w:rPr>
        <w:t xml:space="preserve"> 8 e grosezza </w:t>
      </w:r>
      <w:r w:rsidR="009B5129">
        <w:rPr>
          <w:i/>
          <w:iCs/>
          <w:sz w:val="24"/>
          <w:szCs w:val="24"/>
        </w:rPr>
        <w:t xml:space="preserve">1 </w:t>
      </w:r>
      <w:r w:rsidRPr="0087247B">
        <w:rPr>
          <w:i/>
          <w:iCs/>
          <w:sz w:val="24"/>
          <w:szCs w:val="24"/>
        </w:rPr>
        <w:t>½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 xml:space="preserve">a </w:t>
      </w:r>
      <w:r w:rsidR="009B5129">
        <w:rPr>
          <w:i/>
          <w:iCs/>
          <w:sz w:val="24"/>
          <w:szCs w:val="24"/>
        </w:rPr>
        <w:t>volt</w:t>
      </w:r>
      <w:r w:rsidRPr="0087247B">
        <w:rPr>
          <w:i/>
          <w:iCs/>
          <w:sz w:val="24"/>
          <w:szCs w:val="24"/>
        </w:rPr>
        <w:t xml:space="preserve">a sarà di </w:t>
      </w:r>
      <w:r w:rsidR="00281208" w:rsidRPr="0087247B">
        <w:rPr>
          <w:i/>
          <w:iCs/>
          <w:sz w:val="24"/>
          <w:szCs w:val="24"/>
        </w:rPr>
        <w:t>p</w:t>
      </w:r>
      <w:r w:rsidR="009B5129">
        <w:rPr>
          <w:i/>
          <w:iCs/>
          <w:sz w:val="24"/>
          <w:szCs w:val="24"/>
        </w:rPr>
        <w:t>unta</w:t>
      </w:r>
      <w:r w:rsidRPr="0087247B">
        <w:rPr>
          <w:i/>
          <w:iCs/>
          <w:sz w:val="24"/>
          <w:szCs w:val="24"/>
        </w:rPr>
        <w:t xml:space="preserve"> de detti mattoni; co</w:t>
      </w:r>
      <w:r w:rsidR="009B512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farvi i suoi rinfianchi nel muro de pilastri, e se ne faranno  </w:t>
      </w:r>
      <w:r w:rsidR="00281208" w:rsidRPr="0087247B">
        <w:rPr>
          <w:i/>
          <w:iCs/>
          <w:sz w:val="24"/>
          <w:szCs w:val="24"/>
        </w:rPr>
        <w:t xml:space="preserve">due </w:t>
      </w:r>
      <w:r w:rsidRPr="0087247B">
        <w:rPr>
          <w:i/>
          <w:iCs/>
          <w:sz w:val="24"/>
          <w:szCs w:val="24"/>
        </w:rPr>
        <w:lastRenderedPageBreak/>
        <w:t xml:space="preserve">per pilastro cioè sopra il muro del </w:t>
      </w:r>
      <w:r w:rsidR="009B5129">
        <w:rPr>
          <w:i/>
          <w:iCs/>
          <w:sz w:val="24"/>
          <w:szCs w:val="24"/>
        </w:rPr>
        <w:t>spicolo</w:t>
      </w:r>
      <w:r w:rsidR="00281208" w:rsidRPr="0087247B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della finestra in </w:t>
      </w:r>
      <w:r w:rsidR="003237C2" w:rsidRPr="0087247B">
        <w:rPr>
          <w:i/>
          <w:iCs/>
          <w:sz w:val="24"/>
          <w:szCs w:val="24"/>
        </w:rPr>
        <w:t>dentro</w:t>
      </w:r>
      <w:r w:rsidRPr="0087247B">
        <w:rPr>
          <w:i/>
          <w:iCs/>
          <w:sz w:val="24"/>
          <w:szCs w:val="24"/>
        </w:rPr>
        <w:t xml:space="preserve"> del pilastro</w:t>
      </w:r>
      <w:r w:rsidR="003237C2" w:rsidRPr="0087247B">
        <w:rPr>
          <w:i/>
          <w:iCs/>
          <w:sz w:val="24"/>
          <w:szCs w:val="24"/>
        </w:rPr>
        <w:t>;</w:t>
      </w:r>
      <w:r w:rsidRPr="0087247B">
        <w:rPr>
          <w:i/>
          <w:iCs/>
          <w:sz w:val="24"/>
          <w:szCs w:val="24"/>
        </w:rPr>
        <w:t xml:space="preserve"> sarà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>a volta ben infasciata nella parte di sopra verso il coperto.</w:t>
      </w:r>
    </w:p>
    <w:p w14:paraId="6008739A" w14:textId="77DB5CA2" w:rsidR="00281208" w:rsidRPr="0087247B" w:rsidRDefault="00281208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Che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 xml:space="preserve">a volta si facci solamente in </w:t>
      </w:r>
      <w:r w:rsidR="009B5129">
        <w:rPr>
          <w:i/>
          <w:iCs/>
          <w:sz w:val="24"/>
          <w:szCs w:val="24"/>
        </w:rPr>
        <w:t>3e</w:t>
      </w:r>
      <w:r w:rsidRPr="0087247B">
        <w:rPr>
          <w:i/>
          <w:iCs/>
          <w:sz w:val="24"/>
          <w:szCs w:val="24"/>
        </w:rPr>
        <w:t xml:space="preserve"> volte </w:t>
      </w:r>
      <w:r w:rsidR="00613D24" w:rsidRPr="0087247B">
        <w:rPr>
          <w:i/>
          <w:iCs/>
          <w:sz w:val="24"/>
          <w:szCs w:val="24"/>
        </w:rPr>
        <w:t xml:space="preserve"> e senza nesuno abbassamento, o alzamento nel </w:t>
      </w:r>
      <w:r w:rsidR="009B5129">
        <w:rPr>
          <w:i/>
          <w:iCs/>
          <w:sz w:val="24"/>
          <w:szCs w:val="24"/>
        </w:rPr>
        <w:t>unire</w:t>
      </w:r>
      <w:r w:rsidR="00613D24" w:rsidRPr="0087247B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 xml:space="preserve">e </w:t>
      </w:r>
      <w:r w:rsidR="009B5129">
        <w:rPr>
          <w:i/>
          <w:iCs/>
          <w:sz w:val="24"/>
          <w:szCs w:val="24"/>
        </w:rPr>
        <w:t>3e</w:t>
      </w:r>
      <w:r w:rsidRPr="0087247B">
        <w:rPr>
          <w:i/>
          <w:iCs/>
          <w:sz w:val="24"/>
          <w:szCs w:val="24"/>
        </w:rPr>
        <w:t xml:space="preserve"> parte co</w:t>
      </w:r>
      <w:r w:rsidR="009B512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bona armatura e ben lavorata co</w:t>
      </w:r>
      <w:r w:rsidR="009B512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pochissima calcina f</w:t>
      </w:r>
      <w:r w:rsidR="009B5129">
        <w:rPr>
          <w:i/>
          <w:iCs/>
          <w:sz w:val="24"/>
          <w:szCs w:val="24"/>
        </w:rPr>
        <w:t>r</w:t>
      </w:r>
      <w:r w:rsidRPr="0087247B">
        <w:rPr>
          <w:i/>
          <w:iCs/>
          <w:sz w:val="24"/>
          <w:szCs w:val="24"/>
        </w:rPr>
        <w:t>a un mattone e l’altro no</w:t>
      </w:r>
      <w:r w:rsidR="009B512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pasando mai la 3a parte d’un on</w:t>
      </w:r>
      <w:r w:rsidR="009B5129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a, che detta calcina sia della meglio qualità co</w:t>
      </w:r>
      <w:r w:rsidR="009B5129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bona sabbia e crivelata sotilissima acci</w:t>
      </w:r>
      <w:r w:rsidR="009B5129">
        <w:rPr>
          <w:i/>
          <w:iCs/>
          <w:sz w:val="24"/>
          <w:szCs w:val="24"/>
        </w:rPr>
        <w:t>ò</w:t>
      </w:r>
      <w:r w:rsidRPr="0087247B">
        <w:rPr>
          <w:i/>
          <w:iCs/>
          <w:sz w:val="24"/>
          <w:szCs w:val="24"/>
        </w:rPr>
        <w:t xml:space="preserve"> si possa avere messa dal 3o d’on</w:t>
      </w:r>
      <w:r w:rsidR="009B5129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a di calcina altrimenti si avrà luogo la </w:t>
      </w:r>
      <w:r w:rsidR="009B5129">
        <w:rPr>
          <w:i/>
          <w:iCs/>
          <w:sz w:val="24"/>
          <w:szCs w:val="24"/>
        </w:rPr>
        <w:t>colaudazione</w:t>
      </w:r>
      <w:r w:rsidRPr="0087247B">
        <w:rPr>
          <w:i/>
          <w:iCs/>
          <w:sz w:val="24"/>
          <w:szCs w:val="24"/>
        </w:rPr>
        <w:t>.</w:t>
      </w:r>
    </w:p>
    <w:p w14:paraId="09B439E9" w14:textId="6C14056F" w:rsidR="003237C2" w:rsidRPr="0087247B" w:rsidRDefault="00613D24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Che prima di formare d</w:t>
      </w:r>
      <w:r w:rsidR="009B5129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 xml:space="preserve">a volta siano </w:t>
      </w:r>
      <w:r w:rsidR="00281208" w:rsidRPr="0087247B">
        <w:rPr>
          <w:i/>
          <w:iCs/>
          <w:sz w:val="24"/>
          <w:szCs w:val="24"/>
        </w:rPr>
        <w:t>tenuti di disfare</w:t>
      </w:r>
      <w:r w:rsidRPr="0087247B">
        <w:rPr>
          <w:i/>
          <w:iCs/>
          <w:sz w:val="24"/>
          <w:szCs w:val="24"/>
        </w:rPr>
        <w:t xml:space="preserve"> parte del cornicione interiore </w:t>
      </w:r>
      <w:r w:rsidR="00281208" w:rsidRPr="0087247B">
        <w:rPr>
          <w:i/>
          <w:iCs/>
          <w:sz w:val="24"/>
          <w:szCs w:val="24"/>
        </w:rPr>
        <w:t>acci</w:t>
      </w:r>
      <w:r w:rsidR="009B5129">
        <w:rPr>
          <w:i/>
          <w:iCs/>
          <w:sz w:val="24"/>
          <w:szCs w:val="24"/>
        </w:rPr>
        <w:t>ò</w:t>
      </w:r>
      <w:r w:rsidR="00281208" w:rsidRPr="0087247B">
        <w:rPr>
          <w:i/>
          <w:iCs/>
          <w:sz w:val="24"/>
          <w:szCs w:val="24"/>
        </w:rPr>
        <w:t xml:space="preserve"> no</w:t>
      </w:r>
      <w:r w:rsidR="009B5129">
        <w:rPr>
          <w:i/>
          <w:iCs/>
          <w:sz w:val="24"/>
          <w:szCs w:val="24"/>
        </w:rPr>
        <w:t>n</w:t>
      </w:r>
      <w:r w:rsidR="00281208" w:rsidRPr="0087247B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si buss</w:t>
      </w:r>
      <w:r w:rsidR="00281208" w:rsidRPr="0087247B">
        <w:rPr>
          <w:i/>
          <w:iCs/>
          <w:sz w:val="24"/>
          <w:szCs w:val="24"/>
        </w:rPr>
        <w:t xml:space="preserve">ano </w:t>
      </w:r>
      <w:r w:rsidRPr="0087247B">
        <w:rPr>
          <w:i/>
          <w:iCs/>
          <w:sz w:val="24"/>
          <w:szCs w:val="24"/>
        </w:rPr>
        <w:t xml:space="preserve">le muraglie </w:t>
      </w:r>
      <w:r w:rsidR="00281208" w:rsidRPr="0087247B">
        <w:rPr>
          <w:i/>
          <w:iCs/>
          <w:sz w:val="24"/>
          <w:szCs w:val="24"/>
        </w:rPr>
        <w:t xml:space="preserve">doppo del </w:t>
      </w:r>
      <w:r w:rsidR="003F5D9A" w:rsidRPr="0087247B">
        <w:rPr>
          <w:i/>
          <w:iCs/>
          <w:sz w:val="24"/>
          <w:szCs w:val="24"/>
        </w:rPr>
        <w:t>[…] della</w:t>
      </w:r>
      <w:r w:rsidRPr="0087247B">
        <w:rPr>
          <w:i/>
          <w:iCs/>
          <w:sz w:val="24"/>
          <w:szCs w:val="24"/>
        </w:rPr>
        <w:t xml:space="preserve"> volta.</w:t>
      </w:r>
    </w:p>
    <w:p w14:paraId="5C6B6908" w14:textId="66B18F0A" w:rsidR="00ED790A" w:rsidRDefault="003F5D9A" w:rsidP="006A1E9B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</w:t>
      </w:r>
      <w:r w:rsidR="003237C2" w:rsidRPr="0087247B">
        <w:rPr>
          <w:i/>
          <w:iCs/>
          <w:sz w:val="24"/>
          <w:szCs w:val="24"/>
        </w:rPr>
        <w:t>he tutto il lavoro sia ben fatto e 2° l’ordine del Architetto e conforme riceve l’opera della fabricha.</w:t>
      </w:r>
      <w:r w:rsidR="00000000">
        <w:rPr>
          <w:i/>
          <w:iCs/>
          <w:sz w:val="24"/>
          <w:szCs w:val="24"/>
        </w:rPr>
        <w:pict w14:anchorId="67CEA5CF">
          <v:rect id="_x0000_i1029" style="width:0;height:1.5pt" o:hralign="center" o:hrstd="t" o:hr="t" fillcolor="#a0a0a0" stroked="f"/>
        </w:pict>
      </w:r>
    </w:p>
    <w:p w14:paraId="6761FF89" w14:textId="36D9CBC7" w:rsidR="00F3195B" w:rsidRPr="0087247B" w:rsidRDefault="003237C2" w:rsidP="00ED790A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a</w:t>
      </w:r>
      <w:r w:rsidR="00F3195B" w:rsidRPr="0087247B">
        <w:rPr>
          <w:i/>
          <w:iCs/>
          <w:sz w:val="24"/>
          <w:szCs w:val="24"/>
        </w:rPr>
        <w:t xml:space="preserve"> 26 Maggio 1717</w:t>
      </w:r>
    </w:p>
    <w:p w14:paraId="3CEE2FA2" w14:textId="77777777" w:rsidR="00ED790A" w:rsidRDefault="00F3195B" w:rsidP="00ED790A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05B50DCB">
          <v:rect id="_x0000_i1030" style="width:0;height:1.5pt" o:hralign="center" o:hrstd="t" o:hr="t" fillcolor="#a0a0a0" stroked="f"/>
        </w:pict>
      </w:r>
    </w:p>
    <w:p w14:paraId="7580554D" w14:textId="1FA94CA6" w:rsidR="0087247B" w:rsidRPr="0087247B" w:rsidRDefault="00F3195B" w:rsidP="00ED790A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5 (1717-1718) | fol. 52.</w:t>
      </w:r>
    </w:p>
    <w:p w14:paraId="5C11A6E8" w14:textId="77777777" w:rsidR="0087247B" w:rsidRDefault="0087247B" w:rsidP="00CF0778">
      <w:pPr>
        <w:rPr>
          <w:i/>
          <w:iCs/>
          <w:sz w:val="24"/>
          <w:szCs w:val="24"/>
        </w:rPr>
      </w:pPr>
    </w:p>
    <w:p w14:paraId="0D8481F6" w14:textId="77777777" w:rsidR="00257A08" w:rsidRDefault="003F5D9A" w:rsidP="00257A08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 xml:space="preserve">Instruzione per la scala scoperta di marmo di </w:t>
      </w:r>
      <w:r w:rsidR="005413C0" w:rsidRPr="0087247B">
        <w:rPr>
          <w:b/>
          <w:bCs/>
          <w:i/>
          <w:iCs/>
          <w:sz w:val="24"/>
          <w:szCs w:val="24"/>
        </w:rPr>
        <w:t>Foresto,</w:t>
      </w:r>
      <w:r w:rsidRPr="0087247B">
        <w:rPr>
          <w:b/>
          <w:bCs/>
          <w:i/>
          <w:iCs/>
          <w:sz w:val="24"/>
          <w:szCs w:val="24"/>
        </w:rPr>
        <w:t xml:space="preserve"> che va situata alla altezza del Padiglione di S.</w:t>
      </w:r>
      <w:r w:rsidRPr="0087247B">
        <w:rPr>
          <w:b/>
          <w:bCs/>
          <w:i/>
          <w:iCs/>
          <w:sz w:val="24"/>
          <w:szCs w:val="24"/>
          <w:vertAlign w:val="superscript"/>
        </w:rPr>
        <w:t>a</w:t>
      </w:r>
      <w:r w:rsidRPr="0087247B">
        <w:rPr>
          <w:b/>
          <w:bCs/>
          <w:i/>
          <w:iCs/>
          <w:sz w:val="24"/>
          <w:szCs w:val="24"/>
        </w:rPr>
        <w:t xml:space="preserve"> A.</w:t>
      </w:r>
      <w:r w:rsidRPr="0087247B">
        <w:rPr>
          <w:b/>
          <w:bCs/>
          <w:i/>
          <w:iCs/>
          <w:sz w:val="24"/>
          <w:szCs w:val="24"/>
          <w:vertAlign w:val="superscript"/>
        </w:rPr>
        <w:t>a</w:t>
      </w:r>
      <w:r w:rsidRPr="0087247B">
        <w:rPr>
          <w:b/>
          <w:bCs/>
          <w:i/>
          <w:iCs/>
          <w:sz w:val="24"/>
          <w:szCs w:val="24"/>
        </w:rPr>
        <w:t xml:space="preserve"> R.</w:t>
      </w:r>
      <w:r w:rsidRPr="0087247B">
        <w:rPr>
          <w:b/>
          <w:bCs/>
          <w:i/>
          <w:iCs/>
          <w:sz w:val="24"/>
          <w:szCs w:val="24"/>
          <w:vertAlign w:val="superscript"/>
        </w:rPr>
        <w:t>le</w:t>
      </w:r>
      <w:r w:rsidRPr="0087247B">
        <w:rPr>
          <w:b/>
          <w:bCs/>
          <w:i/>
          <w:iCs/>
          <w:sz w:val="24"/>
          <w:szCs w:val="24"/>
        </w:rPr>
        <w:t xml:space="preserve"> alla Reggia Venaria</w:t>
      </w:r>
      <w:r w:rsidR="00000000">
        <w:rPr>
          <w:i/>
          <w:iCs/>
          <w:sz w:val="24"/>
          <w:szCs w:val="24"/>
        </w:rPr>
        <w:pict w14:anchorId="1B0AD3C0">
          <v:rect id="_x0000_i1031" style="width:0;height:1.5pt" o:hralign="center" o:hrstd="t" o:hr="t" fillcolor="#a0a0a0" stroked="f"/>
        </w:pict>
      </w:r>
    </w:p>
    <w:p w14:paraId="472C34DE" w14:textId="4C0EF7BC" w:rsidR="00CF0778" w:rsidRPr="0087247B" w:rsidRDefault="005413C0" w:rsidP="00257A08">
      <w:pPr>
        <w:jc w:val="both"/>
        <w:rPr>
          <w:i/>
          <w:iCs/>
          <w:sz w:val="24"/>
          <w:szCs w:val="24"/>
        </w:rPr>
      </w:pPr>
      <w:r w:rsidRPr="00445771">
        <w:rPr>
          <w:i/>
          <w:iCs/>
          <w:sz w:val="24"/>
          <w:szCs w:val="24"/>
        </w:rPr>
        <w:t xml:space="preserve">La scala di marmo di Foresto sarà </w:t>
      </w:r>
      <w:r w:rsidR="00CF0778" w:rsidRPr="00445771">
        <w:rPr>
          <w:i/>
          <w:iCs/>
          <w:sz w:val="24"/>
          <w:szCs w:val="24"/>
        </w:rPr>
        <w:t>2°</w:t>
      </w:r>
      <w:r w:rsidRPr="00445771">
        <w:rPr>
          <w:i/>
          <w:iCs/>
          <w:sz w:val="24"/>
          <w:szCs w:val="24"/>
        </w:rPr>
        <w:t xml:space="preserve"> il </w:t>
      </w:r>
      <w:r w:rsidR="00CF0778" w:rsidRPr="00445771">
        <w:rPr>
          <w:i/>
          <w:iCs/>
          <w:sz w:val="24"/>
          <w:szCs w:val="24"/>
        </w:rPr>
        <w:t>d</w:t>
      </w:r>
      <w:r w:rsidRPr="00445771">
        <w:rPr>
          <w:i/>
          <w:iCs/>
          <w:sz w:val="24"/>
          <w:szCs w:val="24"/>
        </w:rPr>
        <w:t xml:space="preserve">isegno del </w:t>
      </w:r>
      <w:r w:rsidR="00CF0778" w:rsidRPr="00445771">
        <w:rPr>
          <w:i/>
          <w:iCs/>
          <w:sz w:val="24"/>
          <w:szCs w:val="24"/>
        </w:rPr>
        <w:t>altra già fatta, e messa in opera, solamente si deve avertire che i p</w:t>
      </w:r>
      <w:r w:rsidR="00445771">
        <w:rPr>
          <w:i/>
          <w:iCs/>
          <w:sz w:val="24"/>
          <w:szCs w:val="24"/>
        </w:rPr>
        <w:t>ezzi</w:t>
      </w:r>
      <w:r w:rsidR="00CF0778" w:rsidRPr="00445771">
        <w:rPr>
          <w:i/>
          <w:iCs/>
          <w:sz w:val="24"/>
          <w:szCs w:val="24"/>
        </w:rPr>
        <w:t xml:space="preserve"> siano della misura d’un trabucho di piedi 4 e piedi 3 in l</w:t>
      </w:r>
      <w:r w:rsidR="00445771">
        <w:rPr>
          <w:i/>
          <w:iCs/>
          <w:sz w:val="24"/>
          <w:szCs w:val="24"/>
        </w:rPr>
        <w:t>ongezza</w:t>
      </w:r>
      <w:r w:rsidR="00CF0778" w:rsidRPr="00445771">
        <w:rPr>
          <w:i/>
          <w:iCs/>
          <w:sz w:val="24"/>
          <w:szCs w:val="24"/>
        </w:rPr>
        <w:t xml:space="preserve"> che tutte le </w:t>
      </w:r>
      <w:r w:rsidR="00445771">
        <w:rPr>
          <w:i/>
          <w:iCs/>
          <w:sz w:val="24"/>
          <w:szCs w:val="24"/>
        </w:rPr>
        <w:t>risvoltte</w:t>
      </w:r>
      <w:r w:rsidR="006749AC" w:rsidRPr="00445771">
        <w:rPr>
          <w:i/>
          <w:iCs/>
          <w:sz w:val="24"/>
          <w:szCs w:val="24"/>
        </w:rPr>
        <w:t xml:space="preserve"> </w:t>
      </w:r>
      <w:r w:rsidR="00CF0778" w:rsidRPr="00445771">
        <w:rPr>
          <w:i/>
          <w:iCs/>
          <w:sz w:val="24"/>
          <w:szCs w:val="24"/>
        </w:rPr>
        <w:t>e comm</w:t>
      </w:r>
      <w:r w:rsidR="00445771">
        <w:rPr>
          <w:i/>
          <w:iCs/>
          <w:sz w:val="24"/>
          <w:szCs w:val="24"/>
        </w:rPr>
        <w:t>e</w:t>
      </w:r>
      <w:r w:rsidR="00CF0778" w:rsidRPr="00445771">
        <w:rPr>
          <w:i/>
          <w:iCs/>
          <w:sz w:val="24"/>
          <w:szCs w:val="24"/>
        </w:rPr>
        <w:t>sure della pietra siano in fianc</w:t>
      </w:r>
      <w:r w:rsidR="006749AC" w:rsidRPr="00445771">
        <w:rPr>
          <w:i/>
          <w:iCs/>
          <w:sz w:val="24"/>
          <w:szCs w:val="24"/>
        </w:rPr>
        <w:t>h</w:t>
      </w:r>
      <w:r w:rsidR="00CF0778" w:rsidRPr="00445771">
        <w:rPr>
          <w:i/>
          <w:iCs/>
          <w:sz w:val="24"/>
          <w:szCs w:val="24"/>
        </w:rPr>
        <w:t>o e no</w:t>
      </w:r>
      <w:r w:rsidR="00445771">
        <w:rPr>
          <w:i/>
          <w:iCs/>
          <w:sz w:val="24"/>
          <w:szCs w:val="24"/>
        </w:rPr>
        <w:t>n</w:t>
      </w:r>
      <w:r w:rsidR="00CF0778" w:rsidRPr="00445771">
        <w:rPr>
          <w:i/>
          <w:iCs/>
          <w:sz w:val="24"/>
          <w:szCs w:val="24"/>
        </w:rPr>
        <w:t xml:space="preserve"> in faccia nel angol</w:t>
      </w:r>
      <w:r w:rsidR="006749AC" w:rsidRPr="00445771">
        <w:rPr>
          <w:i/>
          <w:iCs/>
          <w:sz w:val="24"/>
          <w:szCs w:val="24"/>
        </w:rPr>
        <w:t>i</w:t>
      </w:r>
      <w:r w:rsidR="00CF0778" w:rsidRPr="00445771">
        <w:rPr>
          <w:i/>
          <w:iCs/>
          <w:sz w:val="24"/>
          <w:szCs w:val="24"/>
        </w:rPr>
        <w:t xml:space="preserve">; che il </w:t>
      </w:r>
      <w:r w:rsidR="00445771">
        <w:rPr>
          <w:i/>
          <w:iCs/>
          <w:sz w:val="24"/>
          <w:szCs w:val="24"/>
        </w:rPr>
        <w:t>cordon</w:t>
      </w:r>
      <w:r w:rsidR="00CF0778" w:rsidRPr="00445771">
        <w:rPr>
          <w:i/>
          <w:iCs/>
          <w:sz w:val="24"/>
          <w:szCs w:val="24"/>
        </w:rPr>
        <w:t>e sia ben cacciato</w:t>
      </w:r>
      <w:r w:rsidR="00CF0778" w:rsidRPr="0087247B">
        <w:rPr>
          <w:i/>
          <w:iCs/>
          <w:sz w:val="24"/>
          <w:szCs w:val="24"/>
        </w:rPr>
        <w:t xml:space="preserve"> co</w:t>
      </w:r>
      <w:r w:rsidR="00445771">
        <w:rPr>
          <w:i/>
          <w:iCs/>
          <w:sz w:val="24"/>
          <w:szCs w:val="24"/>
        </w:rPr>
        <w:t>n</w:t>
      </w:r>
      <w:r w:rsidR="006749AC" w:rsidRPr="0087247B">
        <w:rPr>
          <w:i/>
          <w:iCs/>
          <w:sz w:val="24"/>
          <w:szCs w:val="24"/>
        </w:rPr>
        <w:t xml:space="preserve"> </w:t>
      </w:r>
      <w:r w:rsidR="00CF0778" w:rsidRPr="0087247B">
        <w:rPr>
          <w:i/>
          <w:iCs/>
          <w:sz w:val="24"/>
          <w:szCs w:val="24"/>
        </w:rPr>
        <w:t>suo quadre</w:t>
      </w:r>
      <w:r w:rsidR="006749AC" w:rsidRPr="0087247B">
        <w:rPr>
          <w:i/>
          <w:iCs/>
          <w:sz w:val="24"/>
          <w:szCs w:val="24"/>
        </w:rPr>
        <w:t>tt</w:t>
      </w:r>
      <w:r w:rsidR="00CF0778" w:rsidRPr="0087247B">
        <w:rPr>
          <w:i/>
          <w:iCs/>
          <w:sz w:val="24"/>
          <w:szCs w:val="24"/>
        </w:rPr>
        <w:t>o</w:t>
      </w:r>
      <w:r w:rsidR="006749AC" w:rsidRPr="0087247B">
        <w:rPr>
          <w:i/>
          <w:iCs/>
          <w:sz w:val="24"/>
          <w:szCs w:val="24"/>
        </w:rPr>
        <w:t>,</w:t>
      </w:r>
      <w:r w:rsidR="00CF0778" w:rsidRPr="0087247B">
        <w:rPr>
          <w:i/>
          <w:iCs/>
          <w:sz w:val="24"/>
          <w:szCs w:val="24"/>
        </w:rPr>
        <w:t xml:space="preserve"> e l'altezza sia conforme</w:t>
      </w:r>
      <w:r w:rsidR="006749AC" w:rsidRPr="0087247B">
        <w:rPr>
          <w:i/>
          <w:iCs/>
          <w:sz w:val="24"/>
          <w:szCs w:val="24"/>
        </w:rPr>
        <w:t>;</w:t>
      </w:r>
      <w:r w:rsidR="00CF0778" w:rsidRPr="0087247B">
        <w:rPr>
          <w:i/>
          <w:iCs/>
          <w:sz w:val="24"/>
          <w:szCs w:val="24"/>
        </w:rPr>
        <w:t xml:space="preserve"> l'altra già terminata e fatta</w:t>
      </w:r>
      <w:r w:rsidR="006749AC" w:rsidRPr="0087247B">
        <w:rPr>
          <w:i/>
          <w:iCs/>
          <w:sz w:val="24"/>
          <w:szCs w:val="24"/>
        </w:rPr>
        <w:t>;</w:t>
      </w:r>
      <w:r w:rsidR="00CF0778" w:rsidRPr="0087247B">
        <w:rPr>
          <w:i/>
          <w:iCs/>
          <w:sz w:val="24"/>
          <w:szCs w:val="24"/>
        </w:rPr>
        <w:t xml:space="preserve"> che un scalino cavalchi sopra l'altro più d'un on</w:t>
      </w:r>
      <w:r w:rsidR="00445771">
        <w:rPr>
          <w:i/>
          <w:iCs/>
          <w:sz w:val="24"/>
          <w:szCs w:val="24"/>
        </w:rPr>
        <w:t>z</w:t>
      </w:r>
      <w:r w:rsidR="00CF0778" w:rsidRPr="0087247B">
        <w:rPr>
          <w:i/>
          <w:iCs/>
          <w:sz w:val="24"/>
          <w:szCs w:val="24"/>
        </w:rPr>
        <w:t>a.</w:t>
      </w:r>
    </w:p>
    <w:p w14:paraId="05F4F322" w14:textId="39D17551" w:rsidR="00CF0778" w:rsidRPr="0087247B" w:rsidRDefault="00CF0778" w:rsidP="00257A0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Che i p</w:t>
      </w:r>
      <w:r w:rsidR="00445771">
        <w:rPr>
          <w:i/>
          <w:iCs/>
          <w:sz w:val="24"/>
          <w:szCs w:val="24"/>
        </w:rPr>
        <w:t>ezz</w:t>
      </w:r>
      <w:r w:rsidRPr="0087247B">
        <w:rPr>
          <w:i/>
          <w:iCs/>
          <w:sz w:val="24"/>
          <w:szCs w:val="24"/>
        </w:rPr>
        <w:t>i di trabuc</w:t>
      </w:r>
      <w:r w:rsidR="006749AC" w:rsidRPr="0087247B">
        <w:rPr>
          <w:i/>
          <w:iCs/>
          <w:sz w:val="24"/>
          <w:szCs w:val="24"/>
        </w:rPr>
        <w:t>h</w:t>
      </w:r>
      <w:r w:rsidRPr="0087247B">
        <w:rPr>
          <w:i/>
          <w:iCs/>
          <w:sz w:val="24"/>
          <w:szCs w:val="24"/>
        </w:rPr>
        <w:t>o siano messi alla maggior lungezza e largezza di d</w:t>
      </w:r>
      <w:r w:rsidR="00445771">
        <w:rPr>
          <w:i/>
          <w:iCs/>
          <w:sz w:val="24"/>
          <w:szCs w:val="24"/>
        </w:rPr>
        <w:t>ett</w:t>
      </w:r>
      <w:r w:rsidR="006749AC" w:rsidRPr="0087247B">
        <w:rPr>
          <w:i/>
          <w:iCs/>
          <w:sz w:val="24"/>
          <w:szCs w:val="24"/>
        </w:rPr>
        <w:t xml:space="preserve">a </w:t>
      </w:r>
      <w:r w:rsidRPr="0087247B">
        <w:rPr>
          <w:i/>
          <w:iCs/>
          <w:sz w:val="24"/>
          <w:szCs w:val="24"/>
        </w:rPr>
        <w:t xml:space="preserve">scala il tutto fatto </w:t>
      </w:r>
      <w:r w:rsidR="006749AC" w:rsidRPr="0087247B">
        <w:rPr>
          <w:i/>
          <w:iCs/>
          <w:sz w:val="24"/>
          <w:szCs w:val="24"/>
        </w:rPr>
        <w:t>2°</w:t>
      </w:r>
      <w:r w:rsidRPr="0087247B">
        <w:rPr>
          <w:i/>
          <w:iCs/>
          <w:sz w:val="24"/>
          <w:szCs w:val="24"/>
        </w:rPr>
        <w:t xml:space="preserve"> </w:t>
      </w:r>
      <w:r w:rsidR="00445771">
        <w:rPr>
          <w:i/>
          <w:iCs/>
          <w:sz w:val="24"/>
          <w:szCs w:val="24"/>
        </w:rPr>
        <w:t>l’ordine e asistenza del</w:t>
      </w:r>
      <w:r w:rsidR="006749AC" w:rsidRPr="0087247B">
        <w:rPr>
          <w:i/>
          <w:iCs/>
          <w:sz w:val="24"/>
          <w:szCs w:val="24"/>
        </w:rPr>
        <w:t>’architetto</w:t>
      </w:r>
      <w:r w:rsidR="00445771">
        <w:rPr>
          <w:i/>
          <w:iCs/>
          <w:sz w:val="24"/>
          <w:szCs w:val="24"/>
        </w:rPr>
        <w:t xml:space="preserve"> o vero dal soprastante e 2° richiede l’arte.</w:t>
      </w:r>
    </w:p>
    <w:p w14:paraId="39E9A17A" w14:textId="7A1E1055" w:rsidR="006749AC" w:rsidRPr="0087247B" w:rsidRDefault="00CF0778" w:rsidP="00257A0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Sarà tenuto metterla in opera con</w:t>
      </w:r>
      <w:r w:rsidR="00445771">
        <w:rPr>
          <w:i/>
          <w:iCs/>
          <w:sz w:val="24"/>
          <w:szCs w:val="24"/>
        </w:rPr>
        <w:t xml:space="preserve"> dar</w:t>
      </w:r>
      <w:r w:rsidR="006749AC" w:rsidRPr="0087247B">
        <w:rPr>
          <w:i/>
          <w:iCs/>
          <w:sz w:val="24"/>
          <w:szCs w:val="24"/>
        </w:rPr>
        <w:t xml:space="preserve">gli solamente il </w:t>
      </w:r>
      <w:r w:rsidR="00445771">
        <w:rPr>
          <w:i/>
          <w:iCs/>
          <w:sz w:val="24"/>
          <w:szCs w:val="24"/>
        </w:rPr>
        <w:t>muratre</w:t>
      </w:r>
      <w:r w:rsidR="006749AC" w:rsidRPr="0087247B">
        <w:rPr>
          <w:i/>
          <w:iCs/>
          <w:sz w:val="24"/>
          <w:szCs w:val="24"/>
        </w:rPr>
        <w:t xml:space="preserve"> e m</w:t>
      </w:r>
      <w:r w:rsidRPr="0087247B">
        <w:rPr>
          <w:i/>
          <w:iCs/>
          <w:sz w:val="24"/>
          <w:szCs w:val="24"/>
        </w:rPr>
        <w:t>ettere</w:t>
      </w:r>
      <w:r w:rsidR="006749AC" w:rsidRPr="0087247B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le </w:t>
      </w:r>
      <w:r w:rsidR="00445771">
        <w:rPr>
          <w:i/>
          <w:iCs/>
          <w:sz w:val="24"/>
          <w:szCs w:val="24"/>
        </w:rPr>
        <w:t>g</w:t>
      </w:r>
      <w:r w:rsidRPr="0087247B">
        <w:rPr>
          <w:i/>
          <w:iCs/>
          <w:sz w:val="24"/>
          <w:szCs w:val="24"/>
        </w:rPr>
        <w:t>affe di ferro che saranno necessarie</w:t>
      </w:r>
      <w:r w:rsidR="006749AC" w:rsidRPr="0087247B">
        <w:rPr>
          <w:i/>
          <w:iCs/>
          <w:sz w:val="24"/>
          <w:szCs w:val="24"/>
        </w:rPr>
        <w:t>.</w:t>
      </w:r>
    </w:p>
    <w:p w14:paraId="54906447" w14:textId="5ECD142D" w:rsidR="00257A08" w:rsidRDefault="00CF0778" w:rsidP="00257A0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L’ultimo scalino sarà tutto in un pezzo e l</w:t>
      </w:r>
      <w:r w:rsidR="00717B0C">
        <w:rPr>
          <w:i/>
          <w:iCs/>
          <w:sz w:val="24"/>
          <w:szCs w:val="24"/>
        </w:rPr>
        <w:t>ongo</w:t>
      </w:r>
      <w:r w:rsidRPr="0087247B">
        <w:rPr>
          <w:i/>
          <w:iCs/>
          <w:sz w:val="24"/>
          <w:szCs w:val="24"/>
        </w:rPr>
        <w:t xml:space="preserve"> </w:t>
      </w:r>
      <w:r w:rsidR="006749AC" w:rsidRPr="0087247B">
        <w:rPr>
          <w:i/>
          <w:iCs/>
          <w:sz w:val="24"/>
          <w:szCs w:val="24"/>
        </w:rPr>
        <w:t>2°</w:t>
      </w:r>
      <w:r w:rsidRPr="0087247B">
        <w:rPr>
          <w:i/>
          <w:iCs/>
          <w:sz w:val="24"/>
          <w:szCs w:val="24"/>
        </w:rPr>
        <w:t xml:space="preserve"> l’altro già d</w:t>
      </w:r>
      <w:r w:rsidR="00717B0C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 xml:space="preserve">o tutta </w:t>
      </w:r>
      <w:r w:rsidR="006749AC" w:rsidRPr="0087247B">
        <w:rPr>
          <w:i/>
          <w:iCs/>
          <w:sz w:val="24"/>
          <w:szCs w:val="24"/>
        </w:rPr>
        <w:t>opera co</w:t>
      </w:r>
      <w:r w:rsidR="00717B0C">
        <w:rPr>
          <w:i/>
          <w:iCs/>
          <w:sz w:val="24"/>
          <w:szCs w:val="24"/>
        </w:rPr>
        <w:t>n</w:t>
      </w:r>
      <w:r w:rsidR="006749AC" w:rsidRPr="0087247B">
        <w:rPr>
          <w:i/>
          <w:iCs/>
          <w:sz w:val="24"/>
          <w:szCs w:val="24"/>
        </w:rPr>
        <w:t xml:space="preserve">laudata. </w:t>
      </w:r>
      <w:r w:rsidR="00000000">
        <w:rPr>
          <w:i/>
          <w:iCs/>
          <w:sz w:val="24"/>
          <w:szCs w:val="24"/>
        </w:rPr>
        <w:pict w14:anchorId="08133A04">
          <v:rect id="_x0000_i1032" style="width:0;height:1.5pt" o:hralign="center" o:hrstd="t" o:hr="t" fillcolor="#a0a0a0" stroked="f"/>
        </w:pict>
      </w:r>
    </w:p>
    <w:p w14:paraId="02F1E446" w14:textId="54BF93A8" w:rsidR="00CF0778" w:rsidRPr="0087247B" w:rsidRDefault="00CF0778" w:rsidP="00257A08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giorno di 26 Giugno 1717</w:t>
      </w:r>
    </w:p>
    <w:p w14:paraId="1A350A12" w14:textId="3519CA83" w:rsidR="00CF0778" w:rsidRPr="0087247B" w:rsidRDefault="00CF0778" w:rsidP="00257A08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7FD01A98">
          <v:rect id="_x0000_i1033" style="width:0;height:1.5pt" o:hralign="center" o:hrstd="t" o:hr="t" fillcolor="#a0a0a0" stroked="f"/>
        </w:pict>
      </w:r>
    </w:p>
    <w:p w14:paraId="0A504A83" w14:textId="4547466D" w:rsidR="0087247B" w:rsidRDefault="00CF0778" w:rsidP="00257A08">
      <w:pPr>
        <w:jc w:val="both"/>
        <w:rPr>
          <w:i/>
          <w:iCs/>
          <w:sz w:val="24"/>
          <w:szCs w:val="24"/>
        </w:rPr>
      </w:pPr>
      <w:r w:rsidRPr="0087247B">
        <w:rPr>
          <w:sz w:val="24"/>
          <w:szCs w:val="24"/>
        </w:rPr>
        <w:lastRenderedPageBreak/>
        <w:t>Archivio di Stato di Torino | Sezioni Riunite | Ministero della guerra | Azienda generale di fabbriche e fortificazioni (1733-1797) già Azienda generale d'artiglieria, fabbriche e fortificazioni (1717-1733) | Contratti fortificazioni | Mazzo 5 (1717-1718) | fol. 65.</w:t>
      </w:r>
    </w:p>
    <w:p w14:paraId="077821D0" w14:textId="77777777" w:rsidR="0087247B" w:rsidRPr="0087247B" w:rsidRDefault="0087247B" w:rsidP="005413C0">
      <w:pPr>
        <w:rPr>
          <w:i/>
          <w:iCs/>
          <w:sz w:val="24"/>
          <w:szCs w:val="24"/>
        </w:rPr>
      </w:pPr>
    </w:p>
    <w:p w14:paraId="65A0E562" w14:textId="7CE72F8B" w:rsidR="001661A6" w:rsidRPr="00945783" w:rsidRDefault="001661A6" w:rsidP="001661A6">
      <w:pPr>
        <w:jc w:val="center"/>
        <w:rPr>
          <w:sz w:val="28"/>
          <w:szCs w:val="28"/>
        </w:rPr>
      </w:pPr>
      <w:r>
        <w:rPr>
          <w:sz w:val="28"/>
          <w:szCs w:val="28"/>
        </w:rPr>
        <w:t>1718</w:t>
      </w:r>
    </w:p>
    <w:p w14:paraId="4132AC42" w14:textId="77777777" w:rsidR="00C3282D" w:rsidRDefault="0020676F" w:rsidP="00C3282D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 xml:space="preserve">Instruzione </w:t>
      </w:r>
      <w:r w:rsidR="00CE3688" w:rsidRPr="0087247B">
        <w:rPr>
          <w:b/>
          <w:bCs/>
          <w:i/>
          <w:iCs/>
          <w:sz w:val="24"/>
          <w:szCs w:val="24"/>
        </w:rPr>
        <w:t>per fare</w:t>
      </w:r>
      <w:r w:rsidRPr="0087247B">
        <w:rPr>
          <w:b/>
          <w:bCs/>
          <w:i/>
          <w:iCs/>
          <w:sz w:val="24"/>
          <w:szCs w:val="24"/>
        </w:rPr>
        <w:t xml:space="preserve"> la cancellata di f</w:t>
      </w:r>
      <w:r w:rsidR="00C3282D">
        <w:rPr>
          <w:b/>
          <w:bCs/>
          <w:i/>
          <w:iCs/>
          <w:sz w:val="24"/>
          <w:szCs w:val="24"/>
        </w:rPr>
        <w:t>ora</w:t>
      </w:r>
      <w:r w:rsidRPr="0087247B">
        <w:rPr>
          <w:b/>
          <w:bCs/>
          <w:i/>
          <w:iCs/>
          <w:sz w:val="24"/>
          <w:szCs w:val="24"/>
        </w:rPr>
        <w:t xml:space="preserve"> che va situata nella gran </w:t>
      </w:r>
      <w:r w:rsidR="009A048F" w:rsidRPr="0087247B">
        <w:rPr>
          <w:b/>
          <w:bCs/>
          <w:i/>
          <w:iCs/>
          <w:sz w:val="24"/>
          <w:szCs w:val="24"/>
        </w:rPr>
        <w:t>s</w:t>
      </w:r>
      <w:r w:rsidR="00C3282D">
        <w:rPr>
          <w:b/>
          <w:bCs/>
          <w:i/>
          <w:iCs/>
          <w:sz w:val="24"/>
          <w:szCs w:val="24"/>
        </w:rPr>
        <w:t>c</w:t>
      </w:r>
      <w:r w:rsidR="009A048F" w:rsidRPr="0087247B">
        <w:rPr>
          <w:b/>
          <w:bCs/>
          <w:i/>
          <w:iCs/>
          <w:sz w:val="24"/>
          <w:szCs w:val="24"/>
        </w:rPr>
        <w:t xml:space="preserve">ala </w:t>
      </w:r>
      <w:r w:rsidRPr="0087247B">
        <w:rPr>
          <w:b/>
          <w:bCs/>
          <w:i/>
          <w:iCs/>
          <w:sz w:val="24"/>
          <w:szCs w:val="24"/>
        </w:rPr>
        <w:t>della Real Venaria</w:t>
      </w:r>
      <w:r w:rsidR="00000000">
        <w:rPr>
          <w:i/>
          <w:iCs/>
          <w:sz w:val="24"/>
          <w:szCs w:val="24"/>
        </w:rPr>
        <w:pict w14:anchorId="05C8F500">
          <v:rect id="_x0000_i1034" style="width:0;height:1.5pt" o:hralign="center" o:hrstd="t" o:hr="t" fillcolor="#a0a0a0" stroked="f"/>
        </w:pict>
      </w:r>
    </w:p>
    <w:p w14:paraId="093D8DF3" w14:textId="2F17739B" w:rsidR="009A048F" w:rsidRPr="0087247B" w:rsidRDefault="00CE3688" w:rsidP="00C3282D">
      <w:pPr>
        <w:jc w:val="both"/>
        <w:rPr>
          <w:i/>
          <w:iCs/>
          <w:sz w:val="24"/>
          <w:szCs w:val="24"/>
        </w:rPr>
      </w:pPr>
      <w:r w:rsidRPr="00370B7F">
        <w:rPr>
          <w:i/>
          <w:iCs/>
          <w:sz w:val="24"/>
          <w:szCs w:val="24"/>
        </w:rPr>
        <w:t xml:space="preserve">Si farà la detta cancellata </w:t>
      </w:r>
      <w:r w:rsidR="009A048F" w:rsidRPr="00370B7F">
        <w:rPr>
          <w:i/>
          <w:iCs/>
          <w:sz w:val="24"/>
          <w:szCs w:val="24"/>
        </w:rPr>
        <w:t>2° dimostra il disegnio che le bacchette siano di ferro di Bro</w:t>
      </w:r>
      <w:r w:rsidR="00F6337D" w:rsidRPr="00370B7F">
        <w:rPr>
          <w:i/>
          <w:iCs/>
          <w:sz w:val="24"/>
          <w:szCs w:val="24"/>
        </w:rPr>
        <w:t>z</w:t>
      </w:r>
      <w:r w:rsidR="009A048F" w:rsidRPr="00370B7F">
        <w:rPr>
          <w:i/>
          <w:iCs/>
          <w:sz w:val="24"/>
          <w:szCs w:val="24"/>
        </w:rPr>
        <w:t>zo con sua picca in cima 2° il modello, o disegnio la grosezza delli quali sarà di mezza on</w:t>
      </w:r>
      <w:r w:rsidR="00F6337D" w:rsidRPr="00370B7F">
        <w:rPr>
          <w:i/>
          <w:iCs/>
          <w:sz w:val="24"/>
          <w:szCs w:val="24"/>
        </w:rPr>
        <w:t>z</w:t>
      </w:r>
      <w:r w:rsidR="009A048F" w:rsidRPr="00370B7F">
        <w:rPr>
          <w:i/>
          <w:iCs/>
          <w:sz w:val="24"/>
          <w:szCs w:val="24"/>
        </w:rPr>
        <w:t>a in quadro; e la distanza</w:t>
      </w:r>
      <w:r w:rsidR="009A048F" w:rsidRPr="0087247B">
        <w:rPr>
          <w:i/>
          <w:iCs/>
          <w:sz w:val="24"/>
          <w:szCs w:val="24"/>
        </w:rPr>
        <w:t xml:space="preserve"> f</w:t>
      </w:r>
      <w:r w:rsidR="00F6337D">
        <w:rPr>
          <w:i/>
          <w:iCs/>
          <w:sz w:val="24"/>
          <w:szCs w:val="24"/>
        </w:rPr>
        <w:t>r</w:t>
      </w:r>
      <w:r w:rsidR="009A048F" w:rsidRPr="0087247B">
        <w:rPr>
          <w:i/>
          <w:iCs/>
          <w:sz w:val="24"/>
          <w:szCs w:val="24"/>
        </w:rPr>
        <w:t>a una e l’altra no</w:t>
      </w:r>
      <w:r w:rsidR="00F6337D">
        <w:rPr>
          <w:i/>
          <w:iCs/>
          <w:sz w:val="24"/>
          <w:szCs w:val="24"/>
        </w:rPr>
        <w:t>n</w:t>
      </w:r>
      <w:r w:rsidR="009A048F" w:rsidRPr="0087247B">
        <w:rPr>
          <w:i/>
          <w:iCs/>
          <w:sz w:val="24"/>
          <w:szCs w:val="24"/>
        </w:rPr>
        <w:t xml:space="preserve"> sia più di on</w:t>
      </w:r>
      <w:r w:rsidR="00F6337D">
        <w:rPr>
          <w:i/>
          <w:iCs/>
          <w:sz w:val="24"/>
          <w:szCs w:val="24"/>
        </w:rPr>
        <w:t>z</w:t>
      </w:r>
      <w:r w:rsidR="009A048F" w:rsidRPr="0087247B">
        <w:rPr>
          <w:i/>
          <w:iCs/>
          <w:sz w:val="24"/>
          <w:szCs w:val="24"/>
        </w:rPr>
        <w:t>e 4 e siano messi in angolo.</w:t>
      </w:r>
    </w:p>
    <w:p w14:paraId="79760E12" w14:textId="6FEBB6A2" w:rsidR="00CE3688" w:rsidRPr="0087247B" w:rsidRDefault="009A048F" w:rsidP="00C3282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colonne che fanno le pilastrate angolari siano del medemo ferro di Brozzo co</w:t>
      </w:r>
      <w:r w:rsidR="00F6337D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suo finimento come il disegnio, e parimente quei che regeranno le </w:t>
      </w:r>
      <w:r w:rsidR="00F6337D">
        <w:rPr>
          <w:i/>
          <w:iCs/>
          <w:sz w:val="24"/>
          <w:szCs w:val="24"/>
        </w:rPr>
        <w:t>3e</w:t>
      </w:r>
      <w:r w:rsidRPr="0087247B">
        <w:rPr>
          <w:i/>
          <w:iCs/>
          <w:sz w:val="24"/>
          <w:szCs w:val="24"/>
        </w:rPr>
        <w:t xml:space="preserve"> porte e siano di grosezza in quadro no</w:t>
      </w:r>
      <w:r w:rsidR="00F6337D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più di 10 linee d’on</w:t>
      </w:r>
      <w:r w:rsidR="00F6337D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a tutti ben quadrati e le sue faccie dritte.</w:t>
      </w:r>
    </w:p>
    <w:p w14:paraId="5350BEF4" w14:textId="3B28BE73" w:rsidR="009A048F" w:rsidRPr="0087247B" w:rsidRDefault="009A048F" w:rsidP="00C3282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Le traverse che vanno bugati come l’altra legatura siano di ferro d’Agusta perfettissimo e saranno nella largezza, e grosezza, ragionevoli e a proporzione delle Bacchette tutta a opera conlaudata e nel </w:t>
      </w:r>
      <w:r w:rsidR="00F6337D">
        <w:rPr>
          <w:i/>
          <w:iCs/>
          <w:sz w:val="24"/>
          <w:szCs w:val="24"/>
        </w:rPr>
        <w:t>primo</w:t>
      </w:r>
      <w:r w:rsidRPr="0087247B">
        <w:rPr>
          <w:i/>
          <w:iCs/>
          <w:sz w:val="24"/>
          <w:szCs w:val="24"/>
        </w:rPr>
        <w:t xml:space="preserve"> zoccolo che posa </w:t>
      </w:r>
      <w:r w:rsidR="00F6337D">
        <w:rPr>
          <w:i/>
          <w:iCs/>
          <w:sz w:val="24"/>
          <w:szCs w:val="24"/>
        </w:rPr>
        <w:t>detta</w:t>
      </w:r>
      <w:r w:rsidRPr="0087247B">
        <w:rPr>
          <w:i/>
          <w:iCs/>
          <w:sz w:val="24"/>
          <w:szCs w:val="24"/>
        </w:rPr>
        <w:t xml:space="preserve"> cancelata saranno radopiate le Bacchette acciò inpedisc</w:t>
      </w:r>
      <w:r w:rsidR="00F6337D">
        <w:rPr>
          <w:i/>
          <w:iCs/>
          <w:sz w:val="24"/>
          <w:szCs w:val="24"/>
        </w:rPr>
        <w:t>a</w:t>
      </w:r>
      <w:r w:rsidRPr="0087247B">
        <w:rPr>
          <w:i/>
          <w:iCs/>
          <w:sz w:val="24"/>
          <w:szCs w:val="24"/>
        </w:rPr>
        <w:t xml:space="preserve"> a quando si </w:t>
      </w:r>
      <w:r w:rsidR="00F6337D">
        <w:rPr>
          <w:i/>
          <w:iCs/>
          <w:sz w:val="24"/>
          <w:szCs w:val="24"/>
        </w:rPr>
        <w:t>puo</w:t>
      </w:r>
      <w:r w:rsidR="00C13B6A" w:rsidRPr="0087247B">
        <w:rPr>
          <w:i/>
          <w:iCs/>
          <w:sz w:val="24"/>
          <w:szCs w:val="24"/>
        </w:rPr>
        <w:t>de l’ingresso a l’animale.</w:t>
      </w:r>
    </w:p>
    <w:p w14:paraId="3C148001" w14:textId="1288B20A" w:rsidR="00C13B6A" w:rsidRPr="0087247B" w:rsidRDefault="00C13B6A" w:rsidP="00C3282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Due saranno le porte si faranno co</w:t>
      </w:r>
      <w:r w:rsidR="00370B7F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il suo bilico sopra e sotto, e le due l</w:t>
      </w:r>
      <w:r w:rsidR="00370B7F">
        <w:rPr>
          <w:i/>
          <w:iCs/>
          <w:sz w:val="24"/>
          <w:szCs w:val="24"/>
        </w:rPr>
        <w:t>a</w:t>
      </w:r>
      <w:r w:rsidRPr="0087247B">
        <w:rPr>
          <w:i/>
          <w:iCs/>
          <w:sz w:val="24"/>
          <w:szCs w:val="24"/>
        </w:rPr>
        <w:t>miere saranno di metallo che ci saranno dati.</w:t>
      </w:r>
    </w:p>
    <w:p w14:paraId="357CB356" w14:textId="2CEA8F10" w:rsidR="00C13B6A" w:rsidRPr="0087247B" w:rsidRDefault="00C13B6A" w:rsidP="00C3282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Sarà obbligato asistere a metere in opera e condurlla sul posto, come anche fra le sue serrature co</w:t>
      </w:r>
      <w:r w:rsidR="00370B7F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due battenti co</w:t>
      </w:r>
      <w:r w:rsidR="00370B7F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il suo passo p</w:t>
      </w:r>
      <w:r w:rsidR="00370B7F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tutto  e le porte dove </w:t>
      </w:r>
      <w:r w:rsidR="00370B7F">
        <w:rPr>
          <w:i/>
          <w:iCs/>
          <w:sz w:val="24"/>
          <w:szCs w:val="24"/>
        </w:rPr>
        <w:t>vene</w:t>
      </w:r>
      <w:r w:rsidRPr="0087247B">
        <w:rPr>
          <w:i/>
          <w:iCs/>
          <w:sz w:val="24"/>
          <w:szCs w:val="24"/>
        </w:rPr>
        <w:t>ranno ci sarà fatto il suo batente nel medemo ferro tutta diligentemente fatta e perfettamente ribatute p</w:t>
      </w:r>
      <w:r w:rsidR="00370B7F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sotto le dette bachette e tutta o opera conlaudata.</w:t>
      </w:r>
    </w:p>
    <w:p w14:paraId="41728AE4" w14:textId="0DB3ED7E" w:rsidR="00C3282D" w:rsidRDefault="00C13B6A" w:rsidP="00C3282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Si fanno due pezzi di legnio con la grosezza delle bacchette sempre pero rimetendosi alle misure so</w:t>
      </w:r>
      <w:r w:rsidR="00370B7F">
        <w:rPr>
          <w:i/>
          <w:iCs/>
          <w:sz w:val="24"/>
          <w:szCs w:val="24"/>
        </w:rPr>
        <w:t>pra</w:t>
      </w:r>
      <w:r w:rsidRPr="0087247B">
        <w:rPr>
          <w:i/>
          <w:iCs/>
          <w:sz w:val="24"/>
          <w:szCs w:val="24"/>
        </w:rPr>
        <w:t xml:space="preserve"> eseguite. </w:t>
      </w:r>
      <w:r w:rsidR="00000000">
        <w:rPr>
          <w:i/>
          <w:iCs/>
          <w:sz w:val="24"/>
          <w:szCs w:val="24"/>
        </w:rPr>
        <w:pict w14:anchorId="037EC36E">
          <v:rect id="_x0000_i1035" style="width:0;height:1.5pt" o:hralign="center" o:hrstd="t" o:hr="t" fillcolor="#a0a0a0" stroked="f"/>
        </w:pict>
      </w:r>
    </w:p>
    <w:p w14:paraId="0DD2C22C" w14:textId="500741C2" w:rsidR="00C13B6A" w:rsidRPr="0087247B" w:rsidRDefault="00C13B6A" w:rsidP="00C3282D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 Torino a 12 Marzo 1718</w:t>
      </w:r>
    </w:p>
    <w:p w14:paraId="5C58DA2D" w14:textId="77777777" w:rsidR="00C3282D" w:rsidRDefault="00C13B6A" w:rsidP="00C3282D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144F869D">
          <v:rect id="_x0000_i1036" style="width:0;height:1.5pt" o:hralign="center" o:hrstd="t" o:hr="t" fillcolor="#a0a0a0" stroked="f"/>
        </w:pict>
      </w:r>
    </w:p>
    <w:p w14:paraId="3A9B3A9C" w14:textId="62471761" w:rsidR="003E1833" w:rsidRDefault="00C13B6A" w:rsidP="00C3282D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5 (1717-1718) | foll. 180-181.</w:t>
      </w:r>
    </w:p>
    <w:p w14:paraId="5FD36A09" w14:textId="77777777" w:rsidR="0087247B" w:rsidRPr="0087247B" w:rsidRDefault="0087247B" w:rsidP="005413C0">
      <w:pPr>
        <w:rPr>
          <w:sz w:val="24"/>
          <w:szCs w:val="24"/>
        </w:rPr>
      </w:pPr>
    </w:p>
    <w:p w14:paraId="17903EC6" w14:textId="77777777" w:rsidR="00D84276" w:rsidRDefault="00817861" w:rsidP="00D84276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sz w:val="24"/>
          <w:szCs w:val="24"/>
        </w:rPr>
        <w:t>Instruzione per il cornice e ordinetto in torno alle finestre per la Galleria della Real Venaria e ornamenti di stucco</w:t>
      </w:r>
      <w:r w:rsidR="00000000">
        <w:rPr>
          <w:i/>
          <w:iCs/>
          <w:sz w:val="24"/>
          <w:szCs w:val="24"/>
        </w:rPr>
        <w:pict w14:anchorId="06A32CC2">
          <v:rect id="_x0000_i1037" style="width:0;height:1.5pt" o:hralign="center" o:hrstd="t" o:hr="t" fillcolor="#a0a0a0" stroked="f"/>
        </w:pict>
      </w:r>
    </w:p>
    <w:p w14:paraId="357E5B26" w14:textId="15C03191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9155A4">
        <w:rPr>
          <w:i/>
          <w:iCs/>
          <w:sz w:val="24"/>
          <w:szCs w:val="24"/>
        </w:rPr>
        <w:lastRenderedPageBreak/>
        <w:t xml:space="preserve">Si farà la </w:t>
      </w:r>
      <w:r w:rsidR="00154D91" w:rsidRPr="009155A4">
        <w:rPr>
          <w:i/>
          <w:iCs/>
          <w:sz w:val="24"/>
          <w:szCs w:val="24"/>
        </w:rPr>
        <w:t>prima</w:t>
      </w:r>
      <w:r w:rsidRPr="009155A4">
        <w:rPr>
          <w:i/>
          <w:iCs/>
          <w:sz w:val="24"/>
          <w:szCs w:val="24"/>
        </w:rPr>
        <w:t xml:space="preserve"> cornice grande e sarà 2° il disegnio e sacoma e agetto, che darà l’Architetto; sarà ornata e intagliata co me</w:t>
      </w:r>
      <w:r w:rsidR="00154D91" w:rsidRPr="009155A4">
        <w:rPr>
          <w:i/>
          <w:iCs/>
          <w:sz w:val="24"/>
          <w:szCs w:val="24"/>
        </w:rPr>
        <w:t>zole</w:t>
      </w:r>
      <w:r w:rsidRPr="009155A4">
        <w:rPr>
          <w:i/>
          <w:iCs/>
          <w:sz w:val="24"/>
          <w:szCs w:val="24"/>
        </w:rPr>
        <w:t xml:space="preserve"> e riquadramenti co</w:t>
      </w:r>
      <w:r w:rsidR="00154D91" w:rsidRPr="009155A4">
        <w:rPr>
          <w:i/>
          <w:iCs/>
          <w:sz w:val="24"/>
          <w:szCs w:val="24"/>
        </w:rPr>
        <w:t>n</w:t>
      </w:r>
      <w:r w:rsidRPr="009155A4">
        <w:rPr>
          <w:i/>
          <w:iCs/>
          <w:sz w:val="24"/>
          <w:szCs w:val="24"/>
        </w:rPr>
        <w:t xml:space="preserve"> rose di rilievo in mezzo, co</w:t>
      </w:r>
      <w:r w:rsidR="00154D91" w:rsidRPr="009155A4">
        <w:rPr>
          <w:i/>
          <w:iCs/>
          <w:sz w:val="24"/>
          <w:szCs w:val="24"/>
        </w:rPr>
        <w:t>n</w:t>
      </w:r>
      <w:r w:rsidRPr="009155A4">
        <w:rPr>
          <w:i/>
          <w:iCs/>
          <w:sz w:val="24"/>
          <w:szCs w:val="24"/>
        </w:rPr>
        <w:t xml:space="preserve"> altri intagli cioè ovoli e tondini, la </w:t>
      </w:r>
      <w:r w:rsidR="00154D91" w:rsidRPr="009155A4">
        <w:rPr>
          <w:i/>
          <w:iCs/>
          <w:sz w:val="24"/>
          <w:szCs w:val="24"/>
        </w:rPr>
        <w:t>detta</w:t>
      </w:r>
      <w:r w:rsidRPr="009155A4">
        <w:rPr>
          <w:i/>
          <w:iCs/>
          <w:sz w:val="24"/>
          <w:szCs w:val="24"/>
        </w:rPr>
        <w:t xml:space="preserve"> cornice averà i suoi risalti, e scomparti conforme dimostra il disegnio, il maggior agetto delli sporti sarà on</w:t>
      </w:r>
      <w:r w:rsidR="00154D91" w:rsidRPr="009155A4">
        <w:rPr>
          <w:i/>
          <w:iCs/>
          <w:sz w:val="24"/>
          <w:szCs w:val="24"/>
        </w:rPr>
        <w:t>z</w:t>
      </w:r>
      <w:r w:rsidRPr="009155A4">
        <w:rPr>
          <w:i/>
          <w:iCs/>
          <w:sz w:val="24"/>
          <w:szCs w:val="24"/>
        </w:rPr>
        <w:t>e 4° f</w:t>
      </w:r>
      <w:r w:rsidR="009155A4" w:rsidRPr="009155A4">
        <w:rPr>
          <w:i/>
          <w:iCs/>
          <w:sz w:val="24"/>
          <w:szCs w:val="24"/>
        </w:rPr>
        <w:t>att</w:t>
      </w:r>
      <w:r w:rsidRPr="009155A4">
        <w:rPr>
          <w:i/>
          <w:iCs/>
          <w:sz w:val="24"/>
          <w:szCs w:val="24"/>
        </w:rPr>
        <w:t>o della stabilitura del muro.</w:t>
      </w:r>
    </w:p>
    <w:p w14:paraId="4B7B8EBB" w14:textId="68BDBDA9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FC1021">
        <w:rPr>
          <w:i/>
          <w:iCs/>
          <w:sz w:val="24"/>
          <w:szCs w:val="24"/>
        </w:rPr>
        <w:t>E per sostenere detto cornice è necessario che sotto l’incociolatoio si mettano delle squadre</w:t>
      </w:r>
      <w:r w:rsidRPr="0087247B">
        <w:rPr>
          <w:i/>
          <w:iCs/>
          <w:sz w:val="24"/>
          <w:szCs w:val="24"/>
        </w:rPr>
        <w:t xml:space="preserve"> di ferro cioè cavigli con il suo piede e questi siano in distanza che sopra si possa mettere il suo libice e che piglia sopra il ferro al meno un on</w:t>
      </w:r>
      <w:r w:rsidR="00FC1021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a come anche nelli intervalli ci siano altre cavicchie acciò sostegnio il stucco che anderà sopra; e detti ferri andarano dentro il muro quanto sarà soficiente al sostenimento di detta opera, come anche mettere grosse cavicche nel principio delli spazi onde anderano le lesene; o capitelli di pietra.</w:t>
      </w:r>
    </w:p>
    <w:p w14:paraId="5E1F722D" w14:textId="22693D11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Si farà il 2° cornice il quale </w:t>
      </w:r>
      <w:r w:rsidR="00FC1021">
        <w:rPr>
          <w:i/>
          <w:iCs/>
          <w:sz w:val="24"/>
          <w:szCs w:val="24"/>
        </w:rPr>
        <w:t>ri</w:t>
      </w:r>
      <w:r w:rsidRPr="0087247B">
        <w:rPr>
          <w:i/>
          <w:iCs/>
          <w:sz w:val="24"/>
          <w:szCs w:val="24"/>
        </w:rPr>
        <w:t>cinge la finestra ovale e sarà 2° la sacoma che darà l’Architetto e sarà intagliata co</w:t>
      </w:r>
      <w:r w:rsidR="00FC102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foglie e tondini </w:t>
      </w:r>
      <w:r w:rsidR="00FC1021">
        <w:rPr>
          <w:i/>
          <w:iCs/>
          <w:sz w:val="24"/>
          <w:szCs w:val="24"/>
        </w:rPr>
        <w:t>con</w:t>
      </w:r>
      <w:r w:rsidRPr="0087247B">
        <w:rPr>
          <w:i/>
          <w:iCs/>
          <w:sz w:val="24"/>
          <w:szCs w:val="24"/>
        </w:rPr>
        <w:t xml:space="preserve"> suo festone d’alloro, o rovere, o fiori; per variare sarà li stesso armato di ferri per la susistenza del opera.</w:t>
      </w:r>
    </w:p>
    <w:p w14:paraId="776C04CE" w14:textId="07963C06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Fra un cornice e l’altro ci saranno le l</w:t>
      </w:r>
      <w:r w:rsidR="00FC1021">
        <w:rPr>
          <w:i/>
          <w:iCs/>
          <w:sz w:val="24"/>
          <w:szCs w:val="24"/>
        </w:rPr>
        <w:t>esenett</w:t>
      </w:r>
      <w:r w:rsidRPr="0087247B">
        <w:rPr>
          <w:i/>
          <w:iCs/>
          <w:sz w:val="24"/>
          <w:szCs w:val="24"/>
        </w:rPr>
        <w:t>e scanelate con qualche intaglio d</w:t>
      </w:r>
      <w:r w:rsidR="00FC1021">
        <w:rPr>
          <w:i/>
          <w:iCs/>
          <w:sz w:val="24"/>
          <w:szCs w:val="24"/>
        </w:rPr>
        <w:t>and</w:t>
      </w:r>
      <w:r w:rsidRPr="0087247B">
        <w:rPr>
          <w:i/>
          <w:iCs/>
          <w:sz w:val="24"/>
          <w:szCs w:val="24"/>
        </w:rPr>
        <w:t>o, co</w:t>
      </w:r>
      <w:r w:rsidR="00FC102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sua base parimente intagliata, e f</w:t>
      </w:r>
      <w:r w:rsidR="00FC1021">
        <w:rPr>
          <w:i/>
          <w:iCs/>
          <w:sz w:val="24"/>
          <w:szCs w:val="24"/>
        </w:rPr>
        <w:t>r</w:t>
      </w:r>
      <w:r w:rsidRPr="0087247B">
        <w:rPr>
          <w:i/>
          <w:iCs/>
          <w:sz w:val="24"/>
          <w:szCs w:val="24"/>
        </w:rPr>
        <w:t xml:space="preserve">a una lesenetta e l’altra ci sarà i geroglifichi della </w:t>
      </w:r>
      <w:r w:rsidR="00FC1021">
        <w:rPr>
          <w:i/>
          <w:iCs/>
          <w:sz w:val="24"/>
          <w:szCs w:val="24"/>
        </w:rPr>
        <w:t>unità</w:t>
      </w:r>
      <w:r w:rsidRPr="0087247B">
        <w:rPr>
          <w:i/>
          <w:iCs/>
          <w:sz w:val="24"/>
          <w:szCs w:val="24"/>
        </w:rPr>
        <w:t xml:space="preserve"> che si daranno, è saranno fatti diferente una dal altra.</w:t>
      </w:r>
    </w:p>
    <w:p w14:paraId="06015896" w14:textId="4F976AE2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In torno alli dette fenestre o</w:t>
      </w:r>
      <w:r w:rsidR="00FC1021">
        <w:rPr>
          <w:i/>
          <w:iCs/>
          <w:sz w:val="24"/>
          <w:szCs w:val="24"/>
        </w:rPr>
        <w:t>v</w:t>
      </w:r>
      <w:r w:rsidRPr="0087247B">
        <w:rPr>
          <w:i/>
          <w:iCs/>
          <w:sz w:val="24"/>
          <w:szCs w:val="24"/>
        </w:rPr>
        <w:t>ate sarà la cornice che le cinge ornata co</w:t>
      </w:r>
      <w:r w:rsidR="00FC102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qualche intaglio come parimente che no</w:t>
      </w:r>
      <w:r w:rsidR="00FC102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dimostra il disegnio la grosezza che sarà 8 on</w:t>
      </w:r>
      <w:r w:rsidR="00FC1021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in </w:t>
      </w:r>
      <w:r w:rsidR="00FC1021">
        <w:rPr>
          <w:i/>
          <w:iCs/>
          <w:sz w:val="24"/>
          <w:szCs w:val="24"/>
        </w:rPr>
        <w:t>circa</w:t>
      </w:r>
      <w:r w:rsidRPr="0087247B">
        <w:rPr>
          <w:i/>
          <w:iCs/>
          <w:sz w:val="24"/>
          <w:szCs w:val="24"/>
        </w:rPr>
        <w:t>, sarà anche scamiciata co</w:t>
      </w:r>
      <w:r w:rsidR="00FC102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qualche piccolo intaglio in mezzo come dimostra il disegnio nel i</w:t>
      </w:r>
      <w:r w:rsidR="00FC1021">
        <w:rPr>
          <w:i/>
          <w:iCs/>
          <w:sz w:val="24"/>
          <w:szCs w:val="24"/>
        </w:rPr>
        <w:t>m</w:t>
      </w:r>
      <w:r w:rsidRPr="0087247B">
        <w:rPr>
          <w:i/>
          <w:iCs/>
          <w:sz w:val="24"/>
          <w:szCs w:val="24"/>
        </w:rPr>
        <w:t>magine a tutta a opera conlaudata.</w:t>
      </w:r>
    </w:p>
    <w:p w14:paraId="7CB02ECE" w14:textId="77777777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Saranno tenuti i detti Stuccatori di provedere tutta la robba di ponteggi e materiali e che siano obbligati di mettere quella quantita che sarà necesaria di polvere di marmo acciò l’opera sia più perfetta e durabile come anche tutto il ferro sopra espresso.</w:t>
      </w:r>
    </w:p>
    <w:p w14:paraId="0E009D82" w14:textId="099B361B" w:rsidR="00817861" w:rsidRPr="0087247B" w:rsidRDefault="00817861" w:rsidP="00B779C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Saranno far l’istesso nelli due teste delli semicirchi e fare </w:t>
      </w:r>
      <w:r w:rsidR="00FC1021">
        <w:rPr>
          <w:i/>
          <w:iCs/>
          <w:sz w:val="24"/>
          <w:szCs w:val="24"/>
        </w:rPr>
        <w:t>3e</w:t>
      </w:r>
      <w:r w:rsidRPr="0087247B">
        <w:rPr>
          <w:i/>
          <w:iCs/>
          <w:sz w:val="24"/>
          <w:szCs w:val="24"/>
        </w:rPr>
        <w:t xml:space="preserve"> o</w:t>
      </w:r>
      <w:r w:rsidR="00FC1021">
        <w:rPr>
          <w:i/>
          <w:iCs/>
          <w:sz w:val="24"/>
          <w:szCs w:val="24"/>
        </w:rPr>
        <w:t>v</w:t>
      </w:r>
      <w:r w:rsidRPr="0087247B">
        <w:rPr>
          <w:i/>
          <w:iCs/>
          <w:sz w:val="24"/>
          <w:szCs w:val="24"/>
        </w:rPr>
        <w:t>ati fin</w:t>
      </w:r>
      <w:r w:rsidR="00FC1021">
        <w:rPr>
          <w:i/>
          <w:iCs/>
          <w:sz w:val="24"/>
          <w:szCs w:val="24"/>
        </w:rPr>
        <w:t>i</w:t>
      </w:r>
      <w:r w:rsidRPr="0087247B">
        <w:rPr>
          <w:i/>
          <w:iCs/>
          <w:sz w:val="24"/>
          <w:szCs w:val="24"/>
        </w:rPr>
        <w:t>ti per caduna parte co</w:t>
      </w:r>
      <w:r w:rsidR="00FC102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l’istesso ornato del altri come anche le cornice e ordinetto.</w:t>
      </w:r>
    </w:p>
    <w:p w14:paraId="0506086C" w14:textId="082A2A91" w:rsidR="00D84276" w:rsidRDefault="00817861" w:rsidP="00B779C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Saranno obbligati d’agiustare le o</w:t>
      </w:r>
      <w:r w:rsidR="00FC1021">
        <w:rPr>
          <w:i/>
          <w:iCs/>
          <w:sz w:val="24"/>
          <w:szCs w:val="24"/>
        </w:rPr>
        <w:t>v</w:t>
      </w:r>
      <w:r w:rsidRPr="0087247B">
        <w:rPr>
          <w:i/>
          <w:iCs/>
          <w:sz w:val="24"/>
          <w:szCs w:val="24"/>
        </w:rPr>
        <w:t xml:space="preserve">ati perfetti e dove sarà necessario crescere o diminuire acciò siano tutti uniforme. Il tutto 2° il disegnio e sacome che ci </w:t>
      </w:r>
      <w:r w:rsidR="00FC1021">
        <w:rPr>
          <w:i/>
          <w:iCs/>
          <w:sz w:val="24"/>
          <w:szCs w:val="24"/>
        </w:rPr>
        <w:t>d</w:t>
      </w:r>
      <w:r w:rsidRPr="0087247B">
        <w:rPr>
          <w:i/>
          <w:iCs/>
          <w:sz w:val="24"/>
          <w:szCs w:val="24"/>
        </w:rPr>
        <w:t>aranno in grande il tutto ben fatto a tutta perffezione e diligenza e a opera conlaudata.</w:t>
      </w:r>
      <w:r w:rsidR="00000000">
        <w:rPr>
          <w:i/>
          <w:iCs/>
          <w:sz w:val="24"/>
          <w:szCs w:val="24"/>
        </w:rPr>
        <w:pict w14:anchorId="3CF8D13D">
          <v:rect id="_x0000_i1038" style="width:0;height:1.5pt" o:hralign="center" o:hrstd="t" o:hr="t" fillcolor="#a0a0a0" stroked="f"/>
        </w:pict>
      </w:r>
    </w:p>
    <w:p w14:paraId="48A743B1" w14:textId="13C4EEB3" w:rsidR="00817861" w:rsidRPr="0087247B" w:rsidRDefault="00817861" w:rsidP="00D84276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Torino giorno di 12 Marzo 1718</w:t>
      </w:r>
    </w:p>
    <w:p w14:paraId="19EDCFC7" w14:textId="77777777" w:rsidR="00D84276" w:rsidRDefault="00817861" w:rsidP="00D84276">
      <w:pPr>
        <w:jc w:val="right"/>
        <w:rPr>
          <w:i/>
          <w:iCs/>
          <w:sz w:val="24"/>
          <w:szCs w:val="24"/>
        </w:rPr>
      </w:pPr>
      <w:r w:rsidRPr="0087247B">
        <w:rPr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307FE4EE">
          <v:rect id="_x0000_i1039" style="width:0;height:1.5pt" o:hralign="center" o:hrstd="t" o:hr="t" fillcolor="#a0a0a0" stroked="f"/>
        </w:pict>
      </w:r>
    </w:p>
    <w:p w14:paraId="53DCB15F" w14:textId="537DBDF9" w:rsidR="00817861" w:rsidRDefault="00817861" w:rsidP="00D84276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5 (1717-1718) | foll. 210-211.</w:t>
      </w:r>
    </w:p>
    <w:p w14:paraId="4E04128F" w14:textId="77777777" w:rsidR="00817861" w:rsidRDefault="00817861" w:rsidP="005413C0">
      <w:pPr>
        <w:rPr>
          <w:b/>
          <w:bCs/>
          <w:i/>
          <w:iCs/>
          <w:sz w:val="24"/>
          <w:szCs w:val="24"/>
        </w:rPr>
      </w:pPr>
    </w:p>
    <w:p w14:paraId="6397CFD3" w14:textId="77777777" w:rsidR="00817400" w:rsidRDefault="003E1833" w:rsidP="00817400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>Instruzione per le 4</w:t>
      </w:r>
      <w:r w:rsidR="00A21A0D" w:rsidRPr="0087247B">
        <w:rPr>
          <w:b/>
          <w:bCs/>
          <w:i/>
          <w:iCs/>
          <w:sz w:val="24"/>
          <w:szCs w:val="24"/>
        </w:rPr>
        <w:t>°</w:t>
      </w:r>
      <w:r w:rsidRPr="0087247B">
        <w:rPr>
          <w:b/>
          <w:bCs/>
          <w:i/>
          <w:iCs/>
          <w:sz w:val="24"/>
          <w:szCs w:val="24"/>
        </w:rPr>
        <w:t xml:space="preserve"> colonne che vanno situa</w:t>
      </w:r>
      <w:r w:rsidR="00673074" w:rsidRPr="0087247B">
        <w:rPr>
          <w:b/>
          <w:bCs/>
          <w:i/>
          <w:iCs/>
          <w:sz w:val="24"/>
          <w:szCs w:val="24"/>
        </w:rPr>
        <w:t>te</w:t>
      </w:r>
      <w:r w:rsidRPr="0087247B">
        <w:rPr>
          <w:b/>
          <w:bCs/>
          <w:i/>
          <w:iCs/>
          <w:sz w:val="24"/>
          <w:szCs w:val="24"/>
        </w:rPr>
        <w:t xml:space="preserve"> nel Cappellone della Cappella Reale della Venaria di pietra di Gassino</w:t>
      </w:r>
      <w:r w:rsidR="00000000">
        <w:rPr>
          <w:i/>
          <w:iCs/>
          <w:sz w:val="24"/>
          <w:szCs w:val="24"/>
        </w:rPr>
        <w:pict w14:anchorId="6B0FEDA5">
          <v:rect id="_x0000_i1040" style="width:0;height:1.5pt" o:hralign="center" o:hrstd="t" o:hr="t" fillcolor="#a0a0a0" stroked="f"/>
        </w:pict>
      </w:r>
    </w:p>
    <w:p w14:paraId="065D3C39" w14:textId="36E61665" w:rsidR="005546E7" w:rsidRPr="0087247B" w:rsidRDefault="00A21A0D" w:rsidP="001B339C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lastRenderedPageBreak/>
        <w:t>Le n° 4° colonne i</w:t>
      </w:r>
      <w:r w:rsidR="00673074" w:rsidRPr="0087247B">
        <w:rPr>
          <w:i/>
          <w:iCs/>
          <w:sz w:val="24"/>
          <w:szCs w:val="24"/>
        </w:rPr>
        <w:t>solate</w:t>
      </w:r>
      <w:r w:rsidRPr="0087247B">
        <w:rPr>
          <w:i/>
          <w:iCs/>
          <w:sz w:val="24"/>
          <w:szCs w:val="24"/>
        </w:rPr>
        <w:t xml:space="preserve"> di ordine composito saranno di pietra di gassino ben lavorati e scanelati co</w:t>
      </w:r>
      <w:r w:rsidR="001B339C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n° 24 canallature e nel suo 3°</w:t>
      </w:r>
      <w:r w:rsidR="001B339C">
        <w:rPr>
          <w:i/>
          <w:iCs/>
          <w:sz w:val="24"/>
          <w:szCs w:val="24"/>
        </w:rPr>
        <w:t>,</w:t>
      </w:r>
      <w:r w:rsidRPr="0087247B">
        <w:rPr>
          <w:i/>
          <w:iCs/>
          <w:sz w:val="24"/>
          <w:szCs w:val="24"/>
        </w:rPr>
        <w:t xml:space="preserve"> 2° il disegnio saranno scanelli piani e che i  </w:t>
      </w:r>
      <w:r w:rsidR="005546E7" w:rsidRPr="0087247B">
        <w:rPr>
          <w:i/>
          <w:iCs/>
          <w:sz w:val="24"/>
          <w:szCs w:val="24"/>
        </w:rPr>
        <w:t>spicoli o piani f</w:t>
      </w:r>
      <w:r w:rsidR="001B339C">
        <w:rPr>
          <w:i/>
          <w:iCs/>
          <w:sz w:val="24"/>
          <w:szCs w:val="24"/>
        </w:rPr>
        <w:t>r</w:t>
      </w:r>
      <w:r w:rsidR="005546E7" w:rsidRPr="0087247B">
        <w:rPr>
          <w:i/>
          <w:iCs/>
          <w:sz w:val="24"/>
          <w:szCs w:val="24"/>
        </w:rPr>
        <w:t>a un scan</w:t>
      </w:r>
      <w:r w:rsidR="001B339C">
        <w:rPr>
          <w:i/>
          <w:iCs/>
          <w:sz w:val="24"/>
          <w:szCs w:val="24"/>
        </w:rPr>
        <w:t>z</w:t>
      </w:r>
      <w:r w:rsidR="005546E7" w:rsidRPr="0087247B">
        <w:rPr>
          <w:i/>
          <w:iCs/>
          <w:sz w:val="24"/>
          <w:szCs w:val="24"/>
        </w:rPr>
        <w:t>ello e l’altro sarano ben dritti a piombo e bene uniti asieme che terminata la colonna farsi conforme fosse in un pezzo. La quantità delli pezi sarà di 9: per ciascuna colon</w:t>
      </w:r>
      <w:r w:rsidR="001B339C">
        <w:rPr>
          <w:i/>
          <w:iCs/>
          <w:sz w:val="24"/>
          <w:szCs w:val="24"/>
        </w:rPr>
        <w:t>n</w:t>
      </w:r>
      <w:r w:rsidR="005546E7" w:rsidRPr="0087247B">
        <w:rPr>
          <w:i/>
          <w:iCs/>
          <w:sz w:val="24"/>
          <w:szCs w:val="24"/>
        </w:rPr>
        <w:t xml:space="preserve">a a e sino a </w:t>
      </w:r>
      <w:r w:rsidR="001B339C">
        <w:rPr>
          <w:i/>
          <w:iCs/>
          <w:sz w:val="24"/>
          <w:szCs w:val="24"/>
        </w:rPr>
        <w:t>primo</w:t>
      </w:r>
      <w:r w:rsidR="005546E7" w:rsidRPr="0087247B">
        <w:rPr>
          <w:i/>
          <w:iCs/>
          <w:sz w:val="24"/>
          <w:szCs w:val="24"/>
        </w:rPr>
        <w:t xml:space="preserve"> 3° siano </w:t>
      </w:r>
      <w:r w:rsidR="001B339C">
        <w:rPr>
          <w:i/>
          <w:iCs/>
          <w:sz w:val="24"/>
          <w:szCs w:val="24"/>
        </w:rPr>
        <w:t>3e</w:t>
      </w:r>
      <w:r w:rsidR="005546E7" w:rsidRPr="0087247B">
        <w:rPr>
          <w:i/>
          <w:iCs/>
          <w:sz w:val="24"/>
          <w:szCs w:val="24"/>
        </w:rPr>
        <w:t xml:space="preserve"> pezzi uguali nel altezza; accio se si vedesse la comesura sia al meno tutta a un sol piano e l’altri parimente lasciando in libertà se le volesse fare in pezzi più grandi.</w:t>
      </w:r>
    </w:p>
    <w:p w14:paraId="144075BF" w14:textId="33F60206" w:rsidR="00DF16F4" w:rsidRPr="0087247B" w:rsidRDefault="005546E7" w:rsidP="001411A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Sarà tenut</w:t>
      </w:r>
      <w:r w:rsidR="001B339C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 xml:space="preserve">o lavorarlli a tutta perfezione come anche quando saranno sul posto andare lussando fra un pezzo e l’altro mentre nel lussare le testa sempre restano al quanto ciechi e </w:t>
      </w:r>
      <w:r w:rsidR="00DF16F4" w:rsidRPr="0087247B">
        <w:rPr>
          <w:i/>
          <w:iCs/>
          <w:sz w:val="24"/>
          <w:szCs w:val="24"/>
        </w:rPr>
        <w:t>si intende quando saranno in opera.</w:t>
      </w:r>
    </w:p>
    <w:p w14:paraId="133766CB" w14:textId="63403E12" w:rsidR="00DF16F4" w:rsidRPr="0087247B" w:rsidRDefault="00DF16F4" w:rsidP="001411A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Il diametro nel suo primo </w:t>
      </w:r>
      <w:r w:rsidR="001411AD">
        <w:rPr>
          <w:i/>
          <w:iCs/>
          <w:sz w:val="24"/>
          <w:szCs w:val="24"/>
        </w:rPr>
        <w:t>viv</w:t>
      </w:r>
      <w:r w:rsidRPr="0087247B">
        <w:rPr>
          <w:i/>
          <w:iCs/>
          <w:sz w:val="24"/>
          <w:szCs w:val="24"/>
        </w:rPr>
        <w:t>o senza l’i</w:t>
      </w:r>
      <w:r w:rsidR="001411AD">
        <w:rPr>
          <w:i/>
          <w:iCs/>
          <w:sz w:val="24"/>
          <w:szCs w:val="24"/>
        </w:rPr>
        <w:t>mm</w:t>
      </w:r>
      <w:r w:rsidRPr="0087247B">
        <w:rPr>
          <w:i/>
          <w:iCs/>
          <w:sz w:val="24"/>
          <w:szCs w:val="24"/>
        </w:rPr>
        <w:t>o scapo, sarà di on</w:t>
      </w:r>
      <w:r w:rsidR="001411AD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20 nel 3° 21 e nel fine co</w:t>
      </w:r>
      <w:r w:rsidR="001411AD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suo colarino e quadreto sara on</w:t>
      </w:r>
      <w:r w:rsidR="001411AD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16 ½ 2° la diminuzione che ricer</w:t>
      </w:r>
      <w:r w:rsidR="001411AD">
        <w:rPr>
          <w:i/>
          <w:iCs/>
          <w:sz w:val="24"/>
          <w:szCs w:val="24"/>
        </w:rPr>
        <w:t>c</w:t>
      </w:r>
      <w:r w:rsidRPr="0087247B">
        <w:rPr>
          <w:i/>
          <w:iCs/>
          <w:sz w:val="24"/>
          <w:szCs w:val="24"/>
        </w:rPr>
        <w:t>a tale altezza, sarà il fuso della colonna con suo i</w:t>
      </w:r>
      <w:r w:rsidR="001411AD">
        <w:rPr>
          <w:i/>
          <w:iCs/>
          <w:sz w:val="24"/>
          <w:szCs w:val="24"/>
        </w:rPr>
        <w:t>mm</w:t>
      </w:r>
      <w:r w:rsidRPr="0087247B">
        <w:rPr>
          <w:i/>
          <w:iCs/>
          <w:sz w:val="24"/>
          <w:szCs w:val="24"/>
        </w:rPr>
        <w:t>o scappo e t</w:t>
      </w:r>
      <w:r w:rsidR="001411AD">
        <w:rPr>
          <w:i/>
          <w:iCs/>
          <w:sz w:val="24"/>
          <w:szCs w:val="24"/>
        </w:rPr>
        <w:t>o</w:t>
      </w:r>
      <w:r w:rsidRPr="0087247B">
        <w:rPr>
          <w:i/>
          <w:iCs/>
          <w:sz w:val="24"/>
          <w:szCs w:val="24"/>
        </w:rPr>
        <w:t xml:space="preserve">ndino </w:t>
      </w:r>
      <w:r w:rsidR="001411AD">
        <w:rPr>
          <w:i/>
          <w:iCs/>
          <w:sz w:val="24"/>
          <w:szCs w:val="24"/>
        </w:rPr>
        <w:t>tb</w:t>
      </w:r>
      <w:r w:rsidRPr="0087247B">
        <w:rPr>
          <w:i/>
          <w:iCs/>
          <w:sz w:val="24"/>
          <w:szCs w:val="24"/>
        </w:rPr>
        <w:t xml:space="preserve">: 2:2:8 di netto sul opera tutta opera ben fatta e collaudata. </w:t>
      </w:r>
    </w:p>
    <w:p w14:paraId="5C3ACDDB" w14:textId="77777777" w:rsidR="00677E0C" w:rsidRPr="0087247B" w:rsidRDefault="00DF16F4" w:rsidP="001411A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Si riceveranno in Torino, e si darà una centina di ferro per condurre sicure alla Real Venaria dette colonne e sul posto o dove si potrà più vicino si darà il baracone e </w:t>
      </w:r>
      <w:r w:rsidR="00677E0C" w:rsidRPr="0087247B">
        <w:rPr>
          <w:i/>
          <w:iCs/>
          <w:sz w:val="24"/>
          <w:szCs w:val="24"/>
        </w:rPr>
        <w:t xml:space="preserve">sarà obbligato prestare l’assistenza nel metterlli in opera. </w:t>
      </w:r>
    </w:p>
    <w:p w14:paraId="4DDEF2A1" w14:textId="329A1A19" w:rsidR="00817400" w:rsidRDefault="00677E0C" w:rsidP="001411AD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E dove ci fosse qualche tufo sarà tenuto di mettere il suo tassello co</w:t>
      </w:r>
      <w:r w:rsidR="001411AD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tutta pulitezza, e sopra tutto nella unione d’un pezzo e l’altro tutta o opera conlaudata.</w:t>
      </w:r>
      <w:r w:rsidR="00000000">
        <w:rPr>
          <w:i/>
          <w:iCs/>
          <w:sz w:val="24"/>
          <w:szCs w:val="24"/>
        </w:rPr>
        <w:pict w14:anchorId="61381455">
          <v:rect id="_x0000_i1041" style="width:0;height:1.5pt" o:hralign="center" o:hrstd="t" o:hr="t" fillcolor="#a0a0a0" stroked="f"/>
        </w:pict>
      </w:r>
    </w:p>
    <w:p w14:paraId="02A2D722" w14:textId="520CBDEC" w:rsidR="003E1833" w:rsidRPr="0087247B" w:rsidRDefault="003E1833" w:rsidP="00817400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giorno di 17 Marzo 1718</w:t>
      </w:r>
    </w:p>
    <w:p w14:paraId="379550E5" w14:textId="77777777" w:rsidR="00090C61" w:rsidRDefault="005546E7" w:rsidP="00817400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Don </w:t>
      </w:r>
      <w:r w:rsidR="003E1833" w:rsidRPr="0087247B">
        <w:rPr>
          <w:i/>
          <w:iCs/>
          <w:sz w:val="24"/>
          <w:szCs w:val="24"/>
        </w:rPr>
        <w:t xml:space="preserve">Filippo Juvarra Architetto </w:t>
      </w:r>
      <w:r w:rsidR="00000000">
        <w:rPr>
          <w:i/>
          <w:iCs/>
          <w:sz w:val="24"/>
          <w:szCs w:val="24"/>
        </w:rPr>
        <w:pict w14:anchorId="72F0E2D3">
          <v:rect id="_x0000_i1042" style="width:0;height:1.5pt" o:hralign="center" o:hrstd="t" o:hr="t" fillcolor="#a0a0a0" stroked="f"/>
        </w:pict>
      </w:r>
    </w:p>
    <w:p w14:paraId="429616F1" w14:textId="08C98F91" w:rsidR="00817400" w:rsidRDefault="00090C61" w:rsidP="00090C6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Base 10</w:t>
      </w:r>
    </w:p>
    <w:p w14:paraId="31760487" w14:textId="0F207B92" w:rsidR="00090C61" w:rsidRDefault="00090C61" w:rsidP="00090C6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Vivo della colonna 2.2.8</w:t>
      </w:r>
    </w:p>
    <w:p w14:paraId="3BACB175" w14:textId="2ED5539D" w:rsidR="00090C61" w:rsidRDefault="00090C61" w:rsidP="00090C6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Capitello 1.9</w:t>
      </w:r>
    </w:p>
    <w:p w14:paraId="0EE048BF" w14:textId="3B780988" w:rsidR="00090C61" w:rsidRDefault="00090C61" w:rsidP="00090C6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Tavola 3</w:t>
      </w:r>
    </w:p>
    <w:p w14:paraId="0840DD3A" w14:textId="77777777" w:rsidR="00090C61" w:rsidRDefault="00090C61" w:rsidP="00090C6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Mezza di tutta la colonna Tb. 2.5.6</w:t>
      </w:r>
      <w:r w:rsidR="00000000">
        <w:rPr>
          <w:i/>
          <w:iCs/>
          <w:sz w:val="24"/>
          <w:szCs w:val="24"/>
        </w:rPr>
        <w:pict w14:anchorId="2C6DBCD0">
          <v:rect id="_x0000_i1043" style="width:0;height:1.5pt" o:hralign="center" o:hrstd="t" o:hr="t" fillcolor="#a0a0a0" stroked="f"/>
        </w:pict>
      </w:r>
    </w:p>
    <w:p w14:paraId="6B224A51" w14:textId="764D22E7" w:rsidR="00090C61" w:rsidRDefault="00090C61" w:rsidP="00817400">
      <w:pPr>
        <w:jc w:val="right"/>
        <w:rPr>
          <w:i/>
          <w:iCs/>
          <w:sz w:val="24"/>
          <w:szCs w:val="24"/>
        </w:rPr>
      </w:pPr>
      <w:r w:rsidRPr="00090C61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7AD152CA">
          <v:rect id="_x0000_i1044" style="width:0;height:1.5pt" o:hralign="center" o:hrstd="t" o:hr="t" fillcolor="#a0a0a0" stroked="f"/>
        </w:pict>
      </w:r>
    </w:p>
    <w:p w14:paraId="50F4A6E9" w14:textId="7D0EF9E7" w:rsidR="00471CE4" w:rsidRDefault="003E1833" w:rsidP="00817400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 xml:space="preserve">Archivio di Stato di Torino | Sezioni Riunite | Ministero della guerra | Azienda generale di fabbriche e fortificazioni (1733-1797) già Azienda generale d'artiglieria, fabbriche e fortificazioni (1717-1733) | Contratti fortificazioni | Mazzo 5 (1717-1718) | foll. </w:t>
      </w:r>
      <w:r w:rsidR="00A21A0D" w:rsidRPr="0087247B">
        <w:rPr>
          <w:sz w:val="24"/>
          <w:szCs w:val="24"/>
        </w:rPr>
        <w:t>205-206</w:t>
      </w:r>
      <w:r w:rsidRPr="0087247B">
        <w:rPr>
          <w:sz w:val="24"/>
          <w:szCs w:val="24"/>
        </w:rPr>
        <w:t>.</w:t>
      </w:r>
    </w:p>
    <w:p w14:paraId="13DA1807" w14:textId="77777777" w:rsidR="0087247B" w:rsidRPr="0087247B" w:rsidRDefault="0087247B" w:rsidP="005413C0">
      <w:pPr>
        <w:rPr>
          <w:sz w:val="24"/>
          <w:szCs w:val="24"/>
        </w:rPr>
      </w:pPr>
    </w:p>
    <w:p w14:paraId="66ADFC58" w14:textId="77777777" w:rsidR="008F6B97" w:rsidRDefault="00237D1A" w:rsidP="008F6B97">
      <w:pPr>
        <w:jc w:val="center"/>
        <w:rPr>
          <w:i/>
          <w:iCs/>
          <w:sz w:val="24"/>
          <w:szCs w:val="24"/>
        </w:rPr>
      </w:pPr>
      <w:r w:rsidRPr="008F6B97">
        <w:rPr>
          <w:b/>
          <w:bCs/>
          <w:sz w:val="24"/>
          <w:szCs w:val="24"/>
        </w:rPr>
        <w:t xml:space="preserve">Notta et </w:t>
      </w:r>
      <w:r w:rsidR="008F6B97" w:rsidRPr="008F6B97">
        <w:rPr>
          <w:b/>
          <w:bCs/>
          <w:sz w:val="24"/>
          <w:szCs w:val="24"/>
        </w:rPr>
        <w:t>m</w:t>
      </w:r>
      <w:r w:rsidRPr="008F6B97">
        <w:rPr>
          <w:b/>
          <w:bCs/>
          <w:sz w:val="24"/>
          <w:szCs w:val="24"/>
        </w:rPr>
        <w:t xml:space="preserve">isura delle </w:t>
      </w:r>
      <w:r w:rsidR="00730029" w:rsidRPr="008F6B97">
        <w:rPr>
          <w:b/>
          <w:bCs/>
          <w:sz w:val="24"/>
          <w:szCs w:val="24"/>
        </w:rPr>
        <w:t xml:space="preserve">chiavi vive che vi vano presentamente ala nova Real Capella che S. M. fa construere in questo </w:t>
      </w:r>
      <w:r w:rsidR="008F6B97" w:rsidRPr="008F6B97">
        <w:rPr>
          <w:b/>
          <w:bCs/>
          <w:sz w:val="24"/>
          <w:szCs w:val="24"/>
        </w:rPr>
        <w:t>r</w:t>
      </w:r>
      <w:r w:rsidR="00730029" w:rsidRPr="008F6B97">
        <w:rPr>
          <w:b/>
          <w:bCs/>
          <w:sz w:val="24"/>
          <w:szCs w:val="24"/>
        </w:rPr>
        <w:t xml:space="preserve">eal </w:t>
      </w:r>
      <w:r w:rsidR="008F6B97" w:rsidRPr="008F6B97">
        <w:rPr>
          <w:b/>
          <w:bCs/>
          <w:sz w:val="24"/>
          <w:szCs w:val="24"/>
        </w:rPr>
        <w:t>l</w:t>
      </w:r>
      <w:r w:rsidR="00730029" w:rsidRPr="008F6B97">
        <w:rPr>
          <w:b/>
          <w:bCs/>
          <w:sz w:val="24"/>
          <w:szCs w:val="24"/>
        </w:rPr>
        <w:t>uogho la groseza de qual</w:t>
      </w:r>
      <w:r w:rsidR="008F6B97" w:rsidRPr="008F6B97">
        <w:rPr>
          <w:b/>
          <w:bCs/>
          <w:sz w:val="24"/>
          <w:szCs w:val="24"/>
        </w:rPr>
        <w:t>l</w:t>
      </w:r>
      <w:r w:rsidR="00730029" w:rsidRPr="008F6B97">
        <w:rPr>
          <w:b/>
          <w:bCs/>
          <w:sz w:val="24"/>
          <w:szCs w:val="24"/>
        </w:rPr>
        <w:t>e si sta</w:t>
      </w:r>
      <w:r w:rsidR="008F6B97" w:rsidRPr="008F6B97">
        <w:rPr>
          <w:b/>
          <w:bCs/>
          <w:sz w:val="24"/>
          <w:szCs w:val="24"/>
        </w:rPr>
        <w:t>va</w:t>
      </w:r>
      <w:r w:rsidR="00730029" w:rsidRPr="008F6B97">
        <w:rPr>
          <w:b/>
          <w:bCs/>
          <w:sz w:val="24"/>
          <w:szCs w:val="24"/>
        </w:rPr>
        <w:t xml:space="preserve"> al </w:t>
      </w:r>
      <w:r w:rsidR="008F6B97" w:rsidRPr="008F6B97">
        <w:rPr>
          <w:b/>
          <w:bCs/>
          <w:sz w:val="24"/>
          <w:szCs w:val="24"/>
        </w:rPr>
        <w:t>o</w:t>
      </w:r>
      <w:r w:rsidR="00730029" w:rsidRPr="008F6B97">
        <w:rPr>
          <w:b/>
          <w:bCs/>
          <w:sz w:val="24"/>
          <w:szCs w:val="24"/>
        </w:rPr>
        <w:t xml:space="preserve">rdine del </w:t>
      </w:r>
      <w:r w:rsidR="008F6B97" w:rsidRPr="008F6B97">
        <w:rPr>
          <w:b/>
          <w:bCs/>
          <w:sz w:val="24"/>
          <w:szCs w:val="24"/>
        </w:rPr>
        <w:t xml:space="preserve">Ill.mo </w:t>
      </w:r>
      <w:r w:rsidR="008F6B97" w:rsidRPr="008F6B97">
        <w:rPr>
          <w:b/>
          <w:bCs/>
          <w:sz w:val="24"/>
          <w:szCs w:val="24"/>
        </w:rPr>
        <w:lastRenderedPageBreak/>
        <w:t>s</w:t>
      </w:r>
      <w:r w:rsidR="00730029" w:rsidRPr="008F6B97">
        <w:rPr>
          <w:b/>
          <w:bCs/>
          <w:sz w:val="24"/>
          <w:szCs w:val="24"/>
        </w:rPr>
        <w:t>ig</w:t>
      </w:r>
      <w:r w:rsidR="008F6B97" w:rsidRPr="008F6B97">
        <w:rPr>
          <w:b/>
          <w:bCs/>
          <w:sz w:val="24"/>
          <w:szCs w:val="24"/>
        </w:rPr>
        <w:t>nore</w:t>
      </w:r>
      <w:r w:rsidR="00730029" w:rsidRPr="008F6B97">
        <w:rPr>
          <w:b/>
          <w:bCs/>
          <w:sz w:val="24"/>
          <w:szCs w:val="24"/>
        </w:rPr>
        <w:t xml:space="preserve"> </w:t>
      </w:r>
      <w:r w:rsidR="008F6B97" w:rsidRPr="008F6B97">
        <w:rPr>
          <w:b/>
          <w:bCs/>
          <w:sz w:val="24"/>
          <w:szCs w:val="24"/>
        </w:rPr>
        <w:t>a</w:t>
      </w:r>
      <w:r w:rsidR="00730029" w:rsidRPr="008F6B97">
        <w:rPr>
          <w:b/>
          <w:bCs/>
          <w:sz w:val="24"/>
          <w:szCs w:val="24"/>
        </w:rPr>
        <w:t>rchitett</w:t>
      </w:r>
      <w:r w:rsidR="008F6B97" w:rsidRPr="008F6B97">
        <w:rPr>
          <w:b/>
          <w:bCs/>
          <w:sz w:val="24"/>
          <w:szCs w:val="24"/>
        </w:rPr>
        <w:t>o</w:t>
      </w:r>
      <w:r w:rsidR="00000000">
        <w:rPr>
          <w:i/>
          <w:iCs/>
          <w:sz w:val="24"/>
          <w:szCs w:val="24"/>
        </w:rPr>
        <w:pict w14:anchorId="74C3C3F1">
          <v:rect id="_x0000_i1045" style="width:0;height:1.5pt" o:hralign="center" o:hrstd="t" o:hr="t" fillcolor="#a0a0a0" stroked="f"/>
        </w:pict>
      </w:r>
    </w:p>
    <w:p w14:paraId="156F6C52" w14:textId="27FC4EC2" w:rsidR="00835DD0" w:rsidRPr="0087247B" w:rsidRDefault="00835DD0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Primo </w:t>
      </w:r>
      <w:r w:rsidR="008F6B97">
        <w:rPr>
          <w:i/>
          <w:iCs/>
          <w:sz w:val="24"/>
          <w:szCs w:val="24"/>
        </w:rPr>
        <w:t xml:space="preserve">n. </w:t>
      </w:r>
      <w:r w:rsidRPr="0087247B">
        <w:rPr>
          <w:i/>
          <w:iCs/>
          <w:sz w:val="24"/>
          <w:szCs w:val="24"/>
        </w:rPr>
        <w:t>4 di longheza trab tre piedi tre on</w:t>
      </w:r>
      <w:r w:rsidR="008F6B97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cinque dico </w:t>
      </w:r>
      <w:r w:rsidR="008F6B97">
        <w:rPr>
          <w:i/>
          <w:iCs/>
          <w:sz w:val="24"/>
          <w:szCs w:val="24"/>
        </w:rPr>
        <w:t xml:space="preserve">t </w:t>
      </w:r>
      <w:r w:rsidRPr="0087247B">
        <w:rPr>
          <w:i/>
          <w:iCs/>
          <w:sz w:val="24"/>
          <w:szCs w:val="24"/>
        </w:rPr>
        <w:t>grosezza ¾</w:t>
      </w:r>
      <w:r w:rsidRPr="0087247B">
        <w:rPr>
          <w:b/>
          <w:bCs/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on</w:t>
      </w:r>
      <w:r w:rsidR="008F6B97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a trab 3.3.5 netto et brutto cioe incluso le due teste.</w:t>
      </w:r>
    </w:p>
    <w:p w14:paraId="118C403A" w14:textId="485045BF" w:rsidR="00AC706A" w:rsidRPr="0087247B" w:rsidRDefault="00AC706A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</w:t>
      </w:r>
      <w:r w:rsidR="00835DD0" w:rsidRPr="0087247B">
        <w:rPr>
          <w:i/>
          <w:iCs/>
          <w:sz w:val="24"/>
          <w:szCs w:val="24"/>
        </w:rPr>
        <w:t>iù altre due di longheza trab quattro et on</w:t>
      </w:r>
      <w:r w:rsidR="008F6B97">
        <w:rPr>
          <w:i/>
          <w:iCs/>
          <w:sz w:val="24"/>
          <w:szCs w:val="24"/>
        </w:rPr>
        <w:t>z</w:t>
      </w:r>
      <w:r w:rsidR="00835DD0" w:rsidRPr="0087247B">
        <w:rPr>
          <w:i/>
          <w:iCs/>
          <w:sz w:val="24"/>
          <w:szCs w:val="24"/>
        </w:rPr>
        <w:t>e sei dico t 4.0.6 incluso le muraglie come sopra</w:t>
      </w:r>
    </w:p>
    <w:p w14:paraId="5149282A" w14:textId="630182C7" w:rsidR="00AC706A" w:rsidRPr="0087247B" w:rsidRDefault="00AC706A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quattro di longheza trab uno piedi quattro on</w:t>
      </w:r>
      <w:r w:rsidR="008F6B97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quattro dico trab 1.4.4 incluso le muraglie come sopra</w:t>
      </w:r>
    </w:p>
    <w:p w14:paraId="35AA25AC" w14:textId="77777777" w:rsidR="008F6B97" w:rsidRDefault="00AC706A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due di longheza trab doi piedi uno on</w:t>
      </w:r>
      <w:r w:rsidR="008F6B97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tre dico trab 2.1.3 incluso parimente le muraglie</w:t>
      </w:r>
      <w:r w:rsidR="008F6B97">
        <w:rPr>
          <w:i/>
          <w:iCs/>
          <w:sz w:val="24"/>
          <w:szCs w:val="24"/>
        </w:rPr>
        <w:t>.</w:t>
      </w:r>
    </w:p>
    <w:p w14:paraId="2DA24008" w14:textId="7AD267DF" w:rsidR="00AC706A" w:rsidRPr="0087247B" w:rsidRDefault="00AC706A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Li Bolzoni delle sud</w:t>
      </w:r>
      <w:r w:rsidR="008F6B97">
        <w:rPr>
          <w:i/>
          <w:iCs/>
          <w:sz w:val="24"/>
          <w:szCs w:val="24"/>
        </w:rPr>
        <w:t>ett</w:t>
      </w:r>
      <w:r w:rsidRPr="0087247B">
        <w:rPr>
          <w:i/>
          <w:iCs/>
          <w:sz w:val="24"/>
          <w:szCs w:val="24"/>
        </w:rPr>
        <w:t xml:space="preserve">e chiave saranno di longheza secondo longezza </w:t>
      </w:r>
      <w:r w:rsidR="008F6B97">
        <w:rPr>
          <w:i/>
          <w:iCs/>
          <w:sz w:val="24"/>
          <w:szCs w:val="24"/>
        </w:rPr>
        <w:t xml:space="preserve">a 34 </w:t>
      </w:r>
      <w:r w:rsidRPr="0087247B">
        <w:rPr>
          <w:i/>
          <w:iCs/>
          <w:sz w:val="24"/>
          <w:szCs w:val="24"/>
        </w:rPr>
        <w:t>on</w:t>
      </w:r>
      <w:r w:rsidR="008F6B97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30 sino vero </w:t>
      </w:r>
      <w:r w:rsidR="008F6B97">
        <w:rPr>
          <w:i/>
          <w:iCs/>
          <w:sz w:val="24"/>
          <w:szCs w:val="24"/>
        </w:rPr>
        <w:t>o</w:t>
      </w:r>
      <w:r w:rsidRPr="0087247B">
        <w:rPr>
          <w:i/>
          <w:iCs/>
          <w:sz w:val="24"/>
          <w:szCs w:val="24"/>
        </w:rPr>
        <w:t>rd</w:t>
      </w:r>
      <w:r w:rsidR="008F6B97">
        <w:rPr>
          <w:i/>
          <w:iCs/>
          <w:sz w:val="24"/>
          <w:szCs w:val="24"/>
        </w:rPr>
        <w:t>ine</w:t>
      </w:r>
      <w:r w:rsidRPr="0087247B">
        <w:rPr>
          <w:i/>
          <w:iCs/>
          <w:sz w:val="24"/>
          <w:szCs w:val="24"/>
        </w:rPr>
        <w:t xml:space="preserve"> </w:t>
      </w:r>
      <w:r w:rsidR="005861A4" w:rsidRPr="0087247B">
        <w:rPr>
          <w:i/>
          <w:iCs/>
          <w:sz w:val="24"/>
          <w:szCs w:val="24"/>
        </w:rPr>
        <w:t>d</w:t>
      </w:r>
      <w:r w:rsidRPr="0087247B">
        <w:rPr>
          <w:i/>
          <w:iCs/>
          <w:sz w:val="24"/>
          <w:szCs w:val="24"/>
        </w:rPr>
        <w:t xml:space="preserve">el </w:t>
      </w:r>
      <w:r w:rsidR="005861A4" w:rsidRPr="0087247B">
        <w:rPr>
          <w:i/>
          <w:iCs/>
          <w:sz w:val="24"/>
          <w:szCs w:val="24"/>
        </w:rPr>
        <w:t xml:space="preserve">Ill.mo </w:t>
      </w:r>
      <w:r w:rsidRPr="0087247B">
        <w:rPr>
          <w:i/>
          <w:iCs/>
          <w:sz w:val="24"/>
          <w:szCs w:val="24"/>
        </w:rPr>
        <w:t>Sig</w:t>
      </w:r>
      <w:r w:rsidR="008F6B97">
        <w:rPr>
          <w:i/>
          <w:iCs/>
          <w:sz w:val="24"/>
          <w:szCs w:val="24"/>
        </w:rPr>
        <w:t>no</w:t>
      </w:r>
      <w:r w:rsidRPr="0087247B">
        <w:rPr>
          <w:i/>
          <w:iCs/>
          <w:sz w:val="24"/>
          <w:szCs w:val="24"/>
        </w:rPr>
        <w:t>re Architetto.</w:t>
      </w:r>
    </w:p>
    <w:p w14:paraId="67EA3E62" w14:textId="7BC9DFE6" w:rsidR="00AC706A" w:rsidRPr="0087247B" w:rsidRDefault="00AC706A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due chiave di lame a metersi lateralmente alle due scalette di l</w:t>
      </w:r>
      <w:r w:rsidR="00537FE6">
        <w:rPr>
          <w:i/>
          <w:iCs/>
          <w:sz w:val="24"/>
          <w:szCs w:val="24"/>
        </w:rPr>
        <w:t>on</w:t>
      </w:r>
      <w:r w:rsidRPr="0087247B">
        <w:rPr>
          <w:i/>
          <w:iCs/>
          <w:sz w:val="24"/>
          <w:szCs w:val="24"/>
        </w:rPr>
        <w:t>gheza trab uno pi</w:t>
      </w:r>
      <w:r w:rsidR="00537FE6">
        <w:rPr>
          <w:i/>
          <w:iCs/>
          <w:sz w:val="24"/>
          <w:szCs w:val="24"/>
        </w:rPr>
        <w:t>edi</w:t>
      </w:r>
      <w:r w:rsidRPr="0087247B">
        <w:rPr>
          <w:i/>
          <w:iCs/>
          <w:sz w:val="24"/>
          <w:szCs w:val="24"/>
        </w:rPr>
        <w:t xml:space="preserve"> </w:t>
      </w:r>
      <w:r w:rsidR="00537FE6">
        <w:rPr>
          <w:i/>
          <w:iCs/>
          <w:sz w:val="24"/>
          <w:szCs w:val="24"/>
        </w:rPr>
        <w:t>tre</w:t>
      </w:r>
      <w:r w:rsidRPr="0087247B">
        <w:rPr>
          <w:i/>
          <w:iCs/>
          <w:sz w:val="24"/>
          <w:szCs w:val="24"/>
        </w:rPr>
        <w:t xml:space="preserve"> o</w:t>
      </w:r>
      <w:r w:rsidR="00537FE6">
        <w:rPr>
          <w:i/>
          <w:iCs/>
          <w:sz w:val="24"/>
          <w:szCs w:val="24"/>
        </w:rPr>
        <w:t>nze</w:t>
      </w:r>
      <w:r w:rsidRPr="0087247B">
        <w:rPr>
          <w:i/>
          <w:iCs/>
          <w:sz w:val="24"/>
          <w:szCs w:val="24"/>
        </w:rPr>
        <w:t xml:space="preserve"> dieci dico trab 1.3.10 li bolzoni delle me</w:t>
      </w:r>
      <w:r w:rsidR="00537FE6">
        <w:rPr>
          <w:i/>
          <w:iCs/>
          <w:sz w:val="24"/>
          <w:szCs w:val="24"/>
        </w:rPr>
        <w:t>deme</w:t>
      </w:r>
      <w:r w:rsidRPr="0087247B">
        <w:rPr>
          <w:i/>
          <w:iCs/>
          <w:sz w:val="24"/>
          <w:szCs w:val="24"/>
        </w:rPr>
        <w:t xml:space="preserve"> sar</w:t>
      </w:r>
      <w:r w:rsidR="00537FE6">
        <w:rPr>
          <w:i/>
          <w:iCs/>
          <w:sz w:val="24"/>
          <w:szCs w:val="24"/>
        </w:rPr>
        <w:t>à</w:t>
      </w:r>
      <w:r w:rsidRPr="0087247B">
        <w:rPr>
          <w:i/>
          <w:iCs/>
          <w:sz w:val="24"/>
          <w:szCs w:val="24"/>
        </w:rPr>
        <w:t xml:space="preserve"> di longheza piedi due.</w:t>
      </w:r>
    </w:p>
    <w:p w14:paraId="52461B13" w14:textId="26311A61" w:rsidR="005861A4" w:rsidRPr="0087247B" w:rsidRDefault="00AC706A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grappe con suo ochio e grappone di longheza la meta piedi due e mezzo e l’altra met</w:t>
      </w:r>
      <w:r w:rsidR="00537FE6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 xml:space="preserve">a piedi due </w:t>
      </w:r>
      <w:r w:rsidR="00537FE6">
        <w:rPr>
          <w:i/>
          <w:iCs/>
          <w:sz w:val="24"/>
          <w:szCs w:val="24"/>
        </w:rPr>
        <w:t>vi</w:t>
      </w:r>
      <w:r w:rsidRPr="0087247B">
        <w:rPr>
          <w:i/>
          <w:iCs/>
          <w:sz w:val="24"/>
          <w:szCs w:val="24"/>
        </w:rPr>
        <w:t xml:space="preserve"> vogliono il n° di due cento dico 200</w:t>
      </w:r>
    </w:p>
    <w:p w14:paraId="767A1233" w14:textId="4C158437" w:rsidR="005861A4" w:rsidRPr="0087247B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n° due cento bolzoni p</w:t>
      </w:r>
      <w:r w:rsidR="00537FE6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le dietro s</w:t>
      </w:r>
      <w:r w:rsidR="00537FE6">
        <w:rPr>
          <w:i/>
          <w:iCs/>
          <w:sz w:val="24"/>
          <w:szCs w:val="24"/>
        </w:rPr>
        <w:t>ervi</w:t>
      </w:r>
      <w:r w:rsidRPr="0087247B">
        <w:rPr>
          <w:i/>
          <w:iCs/>
          <w:sz w:val="24"/>
          <w:szCs w:val="24"/>
        </w:rPr>
        <w:t>tte grape di longheza parte on</w:t>
      </w:r>
      <w:r w:rsidR="00537FE6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venti e parte on</w:t>
      </w:r>
      <w:r w:rsidR="00537FE6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ventiquatro.</w:t>
      </w:r>
    </w:p>
    <w:p w14:paraId="6381A673" w14:textId="77777777" w:rsidR="005861A4" w:rsidRPr="0087247B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grape a due graponi n° ottanta di longheza parte piedi due a parte piedi due e mezzo.</w:t>
      </w:r>
    </w:p>
    <w:p w14:paraId="027CDDD9" w14:textId="2E8429DE" w:rsidR="005861A4" w:rsidRPr="0087247B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chiodi p</w:t>
      </w:r>
      <w:r w:rsidR="00537FE6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chiodare dette grappe.</w:t>
      </w:r>
    </w:p>
    <w:p w14:paraId="29896BEF" w14:textId="1B4E4E19" w:rsidR="005861A4" w:rsidRPr="0087247B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ferrate secondo verano or</w:t>
      </w:r>
      <w:r w:rsidR="00537FE6">
        <w:rPr>
          <w:i/>
          <w:iCs/>
          <w:sz w:val="24"/>
          <w:szCs w:val="24"/>
        </w:rPr>
        <w:t>dinato</w:t>
      </w:r>
      <w:r w:rsidRPr="0087247B">
        <w:rPr>
          <w:i/>
          <w:iCs/>
          <w:sz w:val="24"/>
          <w:szCs w:val="24"/>
        </w:rPr>
        <w:t xml:space="preserve"> dell’Ill.mo Sig</w:t>
      </w:r>
      <w:r w:rsidR="00537FE6">
        <w:rPr>
          <w:i/>
          <w:iCs/>
          <w:sz w:val="24"/>
          <w:szCs w:val="24"/>
        </w:rPr>
        <w:t>no</w:t>
      </w:r>
      <w:r w:rsidRPr="0087247B">
        <w:rPr>
          <w:i/>
          <w:iCs/>
          <w:sz w:val="24"/>
          <w:szCs w:val="24"/>
        </w:rPr>
        <w:t>re Architetto.</w:t>
      </w:r>
    </w:p>
    <w:p w14:paraId="564060F7" w14:textId="6757A861" w:rsidR="005861A4" w:rsidRPr="0087247B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chiave dietro et sopra scritte con bolzone et grape servivano p</w:t>
      </w:r>
      <w:r w:rsidR="00537FE6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un piano sol</w:t>
      </w:r>
      <w:r w:rsidR="00537FE6">
        <w:rPr>
          <w:i/>
          <w:iCs/>
          <w:sz w:val="24"/>
          <w:szCs w:val="24"/>
        </w:rPr>
        <w:t>l</w:t>
      </w:r>
      <w:r w:rsidRPr="0087247B">
        <w:rPr>
          <w:i/>
          <w:iCs/>
          <w:sz w:val="24"/>
          <w:szCs w:val="24"/>
        </w:rPr>
        <w:t>o.</w:t>
      </w:r>
    </w:p>
    <w:p w14:paraId="406B8E00" w14:textId="5663AB9B" w:rsidR="005861A4" w:rsidRPr="0087247B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ferrate quadrate di longezza on</w:t>
      </w:r>
      <w:r w:rsidR="00537FE6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27 </w:t>
      </w:r>
      <w:r w:rsidR="00537FE6">
        <w:rPr>
          <w:i/>
          <w:iCs/>
          <w:sz w:val="24"/>
          <w:szCs w:val="24"/>
        </w:rPr>
        <w:t>i</w:t>
      </w:r>
      <w:r w:rsidRPr="0087247B">
        <w:rPr>
          <w:i/>
          <w:iCs/>
          <w:sz w:val="24"/>
          <w:szCs w:val="24"/>
        </w:rPr>
        <w:t xml:space="preserve">n circa e d’altezza simile a mandola di ferro d’Agusta </w:t>
      </w:r>
      <w:r w:rsidR="00537FE6">
        <w:rPr>
          <w:i/>
          <w:iCs/>
          <w:sz w:val="24"/>
          <w:szCs w:val="24"/>
        </w:rPr>
        <w:t>o</w:t>
      </w:r>
      <w:r w:rsidRPr="0087247B">
        <w:rPr>
          <w:i/>
          <w:iCs/>
          <w:sz w:val="24"/>
          <w:szCs w:val="24"/>
        </w:rPr>
        <w:t xml:space="preserve"> altro di uguale bontà.</w:t>
      </w:r>
    </w:p>
    <w:p w14:paraId="6924D1C6" w14:textId="4750E4F4" w:rsidR="008F6B97" w:rsidRDefault="005861A4" w:rsidP="00537FE6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fanre più grande </w:t>
      </w:r>
      <w:r w:rsidR="007E4E79" w:rsidRPr="0087247B">
        <w:rPr>
          <w:i/>
          <w:iCs/>
          <w:sz w:val="24"/>
          <w:szCs w:val="24"/>
        </w:rPr>
        <w:t>a ba</w:t>
      </w:r>
      <w:r w:rsidR="00537FE6">
        <w:rPr>
          <w:i/>
          <w:iCs/>
          <w:sz w:val="24"/>
          <w:szCs w:val="24"/>
        </w:rPr>
        <w:t>ch</w:t>
      </w:r>
      <w:r w:rsidR="007E4E79" w:rsidRPr="0087247B">
        <w:rPr>
          <w:i/>
          <w:iCs/>
          <w:sz w:val="24"/>
          <w:szCs w:val="24"/>
        </w:rPr>
        <w:t>etta liscia di ferro simile da farsi e 2° la misura che ci darà cioè longezza on</w:t>
      </w:r>
      <w:r w:rsidR="00537FE6">
        <w:rPr>
          <w:i/>
          <w:iCs/>
          <w:sz w:val="24"/>
          <w:szCs w:val="24"/>
        </w:rPr>
        <w:t>z</w:t>
      </w:r>
      <w:r w:rsidR="007E4E79" w:rsidRPr="0087247B">
        <w:rPr>
          <w:i/>
          <w:iCs/>
          <w:sz w:val="24"/>
          <w:szCs w:val="24"/>
        </w:rPr>
        <w:t>e 28 e altezza proporzionata.</w:t>
      </w:r>
      <w:r w:rsidR="00000000">
        <w:rPr>
          <w:i/>
          <w:iCs/>
          <w:sz w:val="24"/>
          <w:szCs w:val="24"/>
        </w:rPr>
        <w:pict w14:anchorId="5EEC50F5">
          <v:rect id="_x0000_i1046" style="width:0;height:1.5pt" o:hralign="center" o:hrstd="t" o:hr="t" fillcolor="#a0a0a0" stroked="f"/>
        </w:pict>
      </w:r>
    </w:p>
    <w:p w14:paraId="5573D29A" w14:textId="3BB6A6AB" w:rsidR="00730029" w:rsidRPr="0087247B" w:rsidRDefault="00730029" w:rsidP="008F6B97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a 9 Maggio 1718</w:t>
      </w:r>
    </w:p>
    <w:p w14:paraId="77E85AB2" w14:textId="77777777" w:rsidR="008F6B97" w:rsidRDefault="00730029" w:rsidP="008F6B97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34AB0147">
          <v:rect id="_x0000_i1047" style="width:0;height:1.5pt" o:hralign="center" o:hrstd="t" o:hr="t" fillcolor="#a0a0a0" stroked="f"/>
        </w:pict>
      </w:r>
    </w:p>
    <w:p w14:paraId="55AFEEC5" w14:textId="44908919" w:rsidR="004F72B8" w:rsidRDefault="00237D1A" w:rsidP="008F6B97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5 (1717-1718) | fol. 237.</w:t>
      </w:r>
    </w:p>
    <w:p w14:paraId="1123A84F" w14:textId="77777777" w:rsidR="0087247B" w:rsidRPr="0087247B" w:rsidRDefault="0087247B" w:rsidP="005413C0">
      <w:pPr>
        <w:rPr>
          <w:sz w:val="24"/>
          <w:szCs w:val="24"/>
        </w:rPr>
      </w:pPr>
    </w:p>
    <w:p w14:paraId="39517C5E" w14:textId="77777777" w:rsidR="00AC10D9" w:rsidRDefault="004F72B8" w:rsidP="00AC10D9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lastRenderedPageBreak/>
        <w:t xml:space="preserve">Notta delle lose che fa bisogno </w:t>
      </w:r>
      <w:r w:rsidR="00DB4E9D" w:rsidRPr="0087247B">
        <w:rPr>
          <w:b/>
          <w:bCs/>
          <w:i/>
          <w:iCs/>
          <w:sz w:val="24"/>
          <w:szCs w:val="24"/>
        </w:rPr>
        <w:t>p</w:t>
      </w:r>
      <w:r w:rsidR="007C1F00">
        <w:rPr>
          <w:b/>
          <w:bCs/>
          <w:i/>
          <w:iCs/>
          <w:sz w:val="24"/>
          <w:szCs w:val="24"/>
        </w:rPr>
        <w:t>er</w:t>
      </w:r>
      <w:r w:rsidRPr="0087247B">
        <w:rPr>
          <w:b/>
          <w:bCs/>
          <w:i/>
          <w:iCs/>
          <w:sz w:val="24"/>
          <w:szCs w:val="24"/>
        </w:rPr>
        <w:t xml:space="preserve"> li cornicioni della nova Real Cappella che S. M. fa constru</w:t>
      </w:r>
      <w:r w:rsidR="00DB4E9D" w:rsidRPr="0087247B">
        <w:rPr>
          <w:b/>
          <w:bCs/>
          <w:i/>
          <w:iCs/>
          <w:sz w:val="24"/>
          <w:szCs w:val="24"/>
        </w:rPr>
        <w:t>e</w:t>
      </w:r>
      <w:r w:rsidRPr="0087247B">
        <w:rPr>
          <w:b/>
          <w:bCs/>
          <w:i/>
          <w:iCs/>
          <w:sz w:val="24"/>
          <w:szCs w:val="24"/>
        </w:rPr>
        <w:t xml:space="preserve">re nella Venaria Realle </w:t>
      </w:r>
      <w:r w:rsidR="00DB4E9D" w:rsidRPr="0087247B">
        <w:rPr>
          <w:b/>
          <w:bCs/>
          <w:i/>
          <w:iCs/>
          <w:sz w:val="24"/>
          <w:szCs w:val="24"/>
        </w:rPr>
        <w:t>presentamente</w:t>
      </w:r>
      <w:r w:rsidR="00000000">
        <w:rPr>
          <w:i/>
          <w:iCs/>
          <w:sz w:val="24"/>
          <w:szCs w:val="24"/>
        </w:rPr>
        <w:pict w14:anchorId="5E9BFAB6">
          <v:rect id="_x0000_i1048" style="width:0;height:1.5pt" o:hralign="center" o:hrstd="t" o:hr="t" fillcolor="#a0a0a0" stroked="f"/>
        </w:pict>
      </w:r>
    </w:p>
    <w:p w14:paraId="5599DBF7" w14:textId="13798E36" w:rsidR="00DB4E9D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N°. 1 come in </w:t>
      </w:r>
      <w:r w:rsidR="008A446C" w:rsidRPr="0087247B">
        <w:rPr>
          <w:i/>
          <w:iCs/>
          <w:sz w:val="24"/>
          <w:szCs w:val="24"/>
        </w:rPr>
        <w:t>a</w:t>
      </w:r>
      <w:r w:rsidR="006D0082">
        <w:rPr>
          <w:i/>
          <w:iCs/>
          <w:sz w:val="24"/>
          <w:szCs w:val="24"/>
        </w:rPr>
        <w:t>lto</w:t>
      </w:r>
      <w:r w:rsidRPr="0087247B">
        <w:rPr>
          <w:i/>
          <w:iCs/>
          <w:sz w:val="24"/>
          <w:szCs w:val="24"/>
        </w:rPr>
        <w:t xml:space="preserve"> { P</w:t>
      </w:r>
      <w:r w:rsidR="006D0082">
        <w:rPr>
          <w:i/>
          <w:iCs/>
          <w:sz w:val="24"/>
          <w:szCs w:val="24"/>
        </w:rPr>
        <w:t>rimo</w:t>
      </w:r>
      <w:r w:rsidRPr="0087247B">
        <w:rPr>
          <w:i/>
          <w:iCs/>
          <w:sz w:val="24"/>
          <w:szCs w:val="24"/>
        </w:rPr>
        <w:t xml:space="preserve"> p</w:t>
      </w:r>
      <w:r w:rsidR="006D0082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riquadramento sopra le pa</w:t>
      </w:r>
      <w:r w:rsidR="006D0082">
        <w:rPr>
          <w:i/>
          <w:iCs/>
          <w:sz w:val="24"/>
          <w:szCs w:val="24"/>
        </w:rPr>
        <w:t>s</w:t>
      </w:r>
      <w:r w:rsidRPr="0087247B">
        <w:rPr>
          <w:i/>
          <w:iCs/>
          <w:sz w:val="24"/>
          <w:szCs w:val="24"/>
        </w:rPr>
        <w:t>ate lateral</w:t>
      </w:r>
      <w:r w:rsidR="006D0082">
        <w:rPr>
          <w:i/>
          <w:iCs/>
          <w:sz w:val="24"/>
          <w:szCs w:val="24"/>
        </w:rPr>
        <w:t>mente</w:t>
      </w:r>
      <w:r w:rsidRPr="0087247B">
        <w:rPr>
          <w:i/>
          <w:iCs/>
          <w:sz w:val="24"/>
          <w:szCs w:val="24"/>
        </w:rPr>
        <w:t xml:space="preserve"> alla Capella </w:t>
      </w:r>
      <w:r w:rsidR="006D0082">
        <w:rPr>
          <w:i/>
          <w:iCs/>
          <w:sz w:val="24"/>
          <w:szCs w:val="24"/>
        </w:rPr>
        <w:t>et</w:t>
      </w:r>
      <w:r w:rsidRPr="0087247B">
        <w:rPr>
          <w:i/>
          <w:iCs/>
          <w:sz w:val="24"/>
          <w:szCs w:val="24"/>
        </w:rPr>
        <w:t xml:space="preserve"> corpo della Chiesa</w:t>
      </w:r>
      <w:r w:rsidR="006D0082">
        <w:rPr>
          <w:i/>
          <w:iCs/>
          <w:sz w:val="24"/>
          <w:szCs w:val="24"/>
        </w:rPr>
        <w:t xml:space="preserve"> … trab 10</w:t>
      </w:r>
    </w:p>
    <w:p w14:paraId="2628AEDB" w14:textId="4CD9F2C9" w:rsidR="00DB4E9D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su</w:t>
      </w:r>
      <w:r w:rsidR="006D0082">
        <w:rPr>
          <w:i/>
          <w:iCs/>
          <w:sz w:val="24"/>
          <w:szCs w:val="24"/>
        </w:rPr>
        <w:t>dette s</w:t>
      </w:r>
      <w:r w:rsidRPr="0087247B">
        <w:rPr>
          <w:i/>
          <w:iCs/>
          <w:sz w:val="24"/>
          <w:szCs w:val="24"/>
        </w:rPr>
        <w:t>aranno di longeza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15 e spesore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</w:t>
      </w:r>
      <w:r w:rsidR="006D0082">
        <w:rPr>
          <w:i/>
          <w:iCs/>
          <w:sz w:val="24"/>
          <w:szCs w:val="24"/>
        </w:rPr>
        <w:t xml:space="preserve">1 </w:t>
      </w:r>
      <w:r w:rsidRPr="0087247B">
        <w:rPr>
          <w:i/>
          <w:iCs/>
          <w:sz w:val="24"/>
          <w:szCs w:val="24"/>
        </w:rPr>
        <w:t xml:space="preserve">½ </w:t>
      </w:r>
    </w:p>
    <w:p w14:paraId="7ECD901A" w14:textId="2A3E53EB" w:rsidR="00DB4E9D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N°. 2 come in </w:t>
      </w:r>
      <w:r w:rsidR="008A446C" w:rsidRPr="0087247B">
        <w:rPr>
          <w:i/>
          <w:iCs/>
          <w:sz w:val="24"/>
          <w:szCs w:val="24"/>
        </w:rPr>
        <w:t>alt</w:t>
      </w:r>
      <w:r w:rsidRPr="0087247B">
        <w:rPr>
          <w:i/>
          <w:iCs/>
          <w:sz w:val="24"/>
          <w:szCs w:val="24"/>
        </w:rPr>
        <w:t>o { Più altre lose p</w:t>
      </w:r>
      <w:r w:rsidR="006D0082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riquadramento sotto le v</w:t>
      </w:r>
      <w:r w:rsidR="006D0082">
        <w:rPr>
          <w:i/>
          <w:iCs/>
          <w:sz w:val="24"/>
          <w:szCs w:val="24"/>
        </w:rPr>
        <w:t>o</w:t>
      </w:r>
      <w:r w:rsidRPr="0087247B">
        <w:rPr>
          <w:i/>
          <w:iCs/>
          <w:sz w:val="24"/>
          <w:szCs w:val="24"/>
        </w:rPr>
        <w:t>l</w:t>
      </w:r>
      <w:r w:rsidR="006D0082">
        <w:rPr>
          <w:i/>
          <w:iCs/>
          <w:sz w:val="24"/>
          <w:szCs w:val="24"/>
        </w:rPr>
        <w:t>t</w:t>
      </w:r>
      <w:r w:rsidRPr="0087247B">
        <w:rPr>
          <w:i/>
          <w:iCs/>
          <w:sz w:val="24"/>
          <w:szCs w:val="24"/>
        </w:rPr>
        <w:t>e ne quat</w:t>
      </w:r>
      <w:r w:rsidR="006D0082">
        <w:rPr>
          <w:i/>
          <w:iCs/>
          <w:sz w:val="24"/>
          <w:szCs w:val="24"/>
        </w:rPr>
        <w:t>r</w:t>
      </w:r>
      <w:r w:rsidRPr="0087247B">
        <w:rPr>
          <w:i/>
          <w:iCs/>
          <w:sz w:val="24"/>
          <w:szCs w:val="24"/>
        </w:rPr>
        <w:t>i pilastroni</w:t>
      </w:r>
      <w:r w:rsidR="006D0082">
        <w:rPr>
          <w:i/>
          <w:iCs/>
          <w:sz w:val="24"/>
          <w:szCs w:val="24"/>
        </w:rPr>
        <w:t xml:space="preserve"> … trab 4.3</w:t>
      </w:r>
    </w:p>
    <w:p w14:paraId="6BA24928" w14:textId="26195466" w:rsidR="00DB4E9D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su</w:t>
      </w:r>
      <w:r w:rsidR="006D0082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</w:t>
      </w:r>
      <w:r w:rsidR="006D0082">
        <w:rPr>
          <w:i/>
          <w:iCs/>
          <w:sz w:val="24"/>
          <w:szCs w:val="24"/>
        </w:rPr>
        <w:t>d</w:t>
      </w:r>
      <w:r w:rsidRPr="0087247B">
        <w:rPr>
          <w:i/>
          <w:iCs/>
          <w:sz w:val="24"/>
          <w:szCs w:val="24"/>
        </w:rPr>
        <w:t>i l</w:t>
      </w:r>
      <w:r w:rsidR="006D0082">
        <w:rPr>
          <w:i/>
          <w:iCs/>
          <w:sz w:val="24"/>
          <w:szCs w:val="24"/>
        </w:rPr>
        <w:t>onge</w:t>
      </w:r>
      <w:r w:rsidRPr="0087247B">
        <w:rPr>
          <w:i/>
          <w:iCs/>
          <w:sz w:val="24"/>
          <w:szCs w:val="24"/>
        </w:rPr>
        <w:t>za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20 spesore simile ale altri </w:t>
      </w:r>
    </w:p>
    <w:p w14:paraId="0668FCEC" w14:textId="6491EAB6" w:rsidR="00DB4E9D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p</w:t>
      </w:r>
      <w:r w:rsidR="006D0082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cornicione lineale internamente</w:t>
      </w:r>
      <w:r w:rsidR="006D0082">
        <w:rPr>
          <w:i/>
          <w:iCs/>
          <w:sz w:val="24"/>
          <w:szCs w:val="24"/>
        </w:rPr>
        <w:t xml:space="preserve"> … trab. 5.6</w:t>
      </w:r>
    </w:p>
    <w:p w14:paraId="2647A9DA" w14:textId="0CD709B0" w:rsidR="00DB4E9D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N°. 3 come garantite </w:t>
      </w:r>
      <w:r w:rsidR="006D0082">
        <w:rPr>
          <w:i/>
          <w:iCs/>
          <w:sz w:val="24"/>
          <w:szCs w:val="24"/>
        </w:rPr>
        <w:t xml:space="preserve">in alto oncie </w:t>
      </w:r>
      <w:r w:rsidRPr="0087247B">
        <w:rPr>
          <w:i/>
          <w:iCs/>
          <w:sz w:val="24"/>
          <w:szCs w:val="24"/>
        </w:rPr>
        <w:t>due {Le su</w:t>
      </w:r>
      <w:r w:rsidR="006D0082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sarano di longeza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24 spesore desse simile alle altre </w:t>
      </w:r>
    </w:p>
    <w:p w14:paraId="3136B1ED" w14:textId="231AF436" w:rsidR="009F7143" w:rsidRPr="0087247B" w:rsidRDefault="00DB4E9D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p</w:t>
      </w:r>
      <w:r w:rsidR="006D0082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li </w:t>
      </w:r>
      <w:r w:rsidR="006D0082">
        <w:rPr>
          <w:i/>
          <w:iCs/>
          <w:sz w:val="24"/>
          <w:szCs w:val="24"/>
        </w:rPr>
        <w:t>risalt</w:t>
      </w:r>
      <w:r w:rsidRPr="0087247B">
        <w:rPr>
          <w:i/>
          <w:iCs/>
          <w:sz w:val="24"/>
          <w:szCs w:val="24"/>
        </w:rPr>
        <w:t>i delle otto lesene de pilastroni e che v</w:t>
      </w:r>
      <w:r w:rsidR="006D0082">
        <w:rPr>
          <w:i/>
          <w:iCs/>
          <w:sz w:val="24"/>
          <w:szCs w:val="24"/>
        </w:rPr>
        <w:t>oltte</w:t>
      </w:r>
      <w:r w:rsidRPr="0087247B">
        <w:rPr>
          <w:i/>
          <w:iCs/>
          <w:sz w:val="24"/>
          <w:szCs w:val="24"/>
        </w:rPr>
        <w:t xml:space="preserve"> di largheza in quadro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4 i di spesore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2 et </w:t>
      </w:r>
      <w:r w:rsidR="009F7143" w:rsidRPr="0087247B">
        <w:rPr>
          <w:i/>
          <w:iCs/>
          <w:sz w:val="24"/>
          <w:szCs w:val="24"/>
        </w:rPr>
        <w:t xml:space="preserve">non potendoli avere tutto in un pezzo li </w:t>
      </w:r>
      <w:r w:rsidR="006D0082">
        <w:rPr>
          <w:i/>
          <w:iCs/>
          <w:sz w:val="24"/>
          <w:szCs w:val="24"/>
        </w:rPr>
        <w:t>dividerano quelli in due pezzi che formino la sudetta misura di onze 4 i et quelle restarano quadrette perfette</w:t>
      </w:r>
    </w:p>
    <w:p w14:paraId="709BAF77" w14:textId="5AF8CEF8" w:rsidR="009F7143" w:rsidRPr="0087247B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lose simile come sopra p</w:t>
      </w:r>
      <w:r w:rsidR="006D0082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risalto di on</w:t>
      </w:r>
      <w:r w:rsidR="006D0082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16 lesene </w:t>
      </w:r>
      <w:r w:rsidR="006D0082">
        <w:rPr>
          <w:i/>
          <w:iCs/>
          <w:sz w:val="24"/>
          <w:szCs w:val="24"/>
        </w:rPr>
        <w:t>et</w:t>
      </w:r>
      <w:r w:rsidRPr="0087247B">
        <w:rPr>
          <w:i/>
          <w:iCs/>
          <w:sz w:val="24"/>
          <w:szCs w:val="24"/>
        </w:rPr>
        <w:t xml:space="preserve"> la largheza </w:t>
      </w:r>
      <w:r w:rsidR="006D0082">
        <w:rPr>
          <w:i/>
          <w:iCs/>
          <w:sz w:val="24"/>
          <w:szCs w:val="24"/>
        </w:rPr>
        <w:t>et</w:t>
      </w:r>
      <w:r w:rsidRPr="0087247B">
        <w:rPr>
          <w:i/>
          <w:iCs/>
          <w:sz w:val="24"/>
          <w:szCs w:val="24"/>
        </w:rPr>
        <w:t xml:space="preserve"> groseza simile al di sopra</w:t>
      </w:r>
    </w:p>
    <w:p w14:paraId="279F3CF0" w14:textId="77777777" w:rsidR="009F7143" w:rsidRPr="0087247B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altre lose sopra le colone nel coro il n° di 6 di grandeza quadrata silime alle sopra scritte.</w:t>
      </w:r>
    </w:p>
    <w:p w14:paraId="3D1082A1" w14:textId="730215F6" w:rsidR="009F7143" w:rsidRPr="0087247B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Segue le lose p</w:t>
      </w:r>
      <w:r w:rsidR="006D0082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primo cornicione della facciata esterior</w:t>
      </w:r>
      <w:r w:rsidR="00B600C0">
        <w:rPr>
          <w:i/>
          <w:iCs/>
          <w:sz w:val="24"/>
          <w:szCs w:val="24"/>
        </w:rPr>
        <w:t>mente</w:t>
      </w:r>
    </w:p>
    <w:p w14:paraId="5C6F2FE9" w14:textId="61824851" w:rsidR="009F7143" w:rsidRPr="0087247B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N°. 4 come in </w:t>
      </w:r>
      <w:r w:rsidR="008A446C" w:rsidRPr="0087247B">
        <w:rPr>
          <w:i/>
          <w:iCs/>
          <w:sz w:val="24"/>
          <w:szCs w:val="24"/>
        </w:rPr>
        <w:t>alt</w:t>
      </w:r>
      <w:r w:rsidRPr="0087247B">
        <w:rPr>
          <w:i/>
          <w:iCs/>
          <w:sz w:val="24"/>
          <w:szCs w:val="24"/>
        </w:rPr>
        <w:t>o { p</w:t>
      </w:r>
      <w:r w:rsidR="00B600C0">
        <w:rPr>
          <w:i/>
          <w:iCs/>
          <w:sz w:val="24"/>
          <w:szCs w:val="24"/>
        </w:rPr>
        <w:t>rimo</w:t>
      </w:r>
      <w:r w:rsidRPr="0087247B">
        <w:rPr>
          <w:i/>
          <w:iCs/>
          <w:sz w:val="24"/>
          <w:szCs w:val="24"/>
        </w:rPr>
        <w:t xml:space="preserve"> lateralmente alla porta grande p</w:t>
      </w:r>
      <w:r w:rsidR="00B600C0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riquadramento sopra le piccole nicchie</w:t>
      </w:r>
      <w:r w:rsidR="00B600C0">
        <w:rPr>
          <w:i/>
          <w:iCs/>
          <w:sz w:val="24"/>
          <w:szCs w:val="24"/>
        </w:rPr>
        <w:t xml:space="preserve"> …</w:t>
      </w:r>
      <w:r w:rsidRPr="0087247B">
        <w:rPr>
          <w:i/>
          <w:iCs/>
          <w:sz w:val="24"/>
          <w:szCs w:val="24"/>
        </w:rPr>
        <w:t xml:space="preserve"> trab 1.1</w:t>
      </w:r>
    </w:p>
    <w:p w14:paraId="33A2C497" w14:textId="5A1D4527" w:rsidR="009F7143" w:rsidRPr="0087247B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su</w:t>
      </w:r>
      <w:r w:rsidR="00B600C0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di longheza on</w:t>
      </w:r>
      <w:r w:rsidR="00B600C0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20 spesore on</w:t>
      </w:r>
      <w:r w:rsidR="00B600C0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</w:t>
      </w:r>
      <w:r w:rsidR="00B600C0">
        <w:rPr>
          <w:i/>
          <w:iCs/>
          <w:sz w:val="24"/>
          <w:szCs w:val="24"/>
        </w:rPr>
        <w:t xml:space="preserve"> 1</w:t>
      </w:r>
      <w:r w:rsidRPr="0087247B">
        <w:rPr>
          <w:i/>
          <w:iCs/>
          <w:sz w:val="24"/>
          <w:szCs w:val="24"/>
        </w:rPr>
        <w:t xml:space="preserve"> ½ </w:t>
      </w:r>
    </w:p>
    <w:p w14:paraId="674A1A66" w14:textId="5F89C235" w:rsidR="009F7143" w:rsidRPr="0087247B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p</w:t>
      </w:r>
      <w:r w:rsidR="00B600C0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riquadramento sopra le due porte lateralle alla grande</w:t>
      </w:r>
      <w:r w:rsidR="00B600C0">
        <w:rPr>
          <w:i/>
          <w:iCs/>
          <w:sz w:val="24"/>
          <w:szCs w:val="24"/>
        </w:rPr>
        <w:t xml:space="preserve"> … trab. 2.2</w:t>
      </w:r>
    </w:p>
    <w:p w14:paraId="3C8AF1B8" w14:textId="372898AF" w:rsidR="00B600C0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su</w:t>
      </w:r>
      <w:r w:rsidR="00B600C0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di longheza on</w:t>
      </w:r>
      <w:r w:rsidR="00B600C0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25 spesore simile alle altre</w:t>
      </w:r>
    </w:p>
    <w:p w14:paraId="7CE71E1A" w14:textId="4CDBAEE8" w:rsidR="00B600C0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Più il riquadramento sopra le due finestre lateralmente d’una parte ad altra dessa facciata</w:t>
      </w:r>
      <w:r w:rsidR="00B600C0">
        <w:rPr>
          <w:i/>
          <w:iCs/>
          <w:sz w:val="24"/>
          <w:szCs w:val="24"/>
        </w:rPr>
        <w:t xml:space="preserve"> …</w:t>
      </w:r>
      <w:r w:rsidRPr="0087247B">
        <w:rPr>
          <w:i/>
          <w:iCs/>
          <w:sz w:val="24"/>
          <w:szCs w:val="24"/>
        </w:rPr>
        <w:t xml:space="preserve"> trab 2.2 </w:t>
      </w:r>
    </w:p>
    <w:p w14:paraId="10382CFC" w14:textId="42EC4385" w:rsidR="009F7143" w:rsidRDefault="009F7143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di longheza e spessore simile alle sopra scritte</w:t>
      </w:r>
    </w:p>
    <w:p w14:paraId="164C265C" w14:textId="77777777" w:rsidR="00B600C0" w:rsidRDefault="00B600C0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N°. 5 come in alto { </w:t>
      </w:r>
      <w:r w:rsidR="009F7143" w:rsidRPr="0087247B">
        <w:rPr>
          <w:i/>
          <w:iCs/>
          <w:sz w:val="24"/>
          <w:szCs w:val="24"/>
        </w:rPr>
        <w:t>Più p</w:t>
      </w:r>
      <w:r>
        <w:rPr>
          <w:i/>
          <w:iCs/>
          <w:sz w:val="24"/>
          <w:szCs w:val="24"/>
        </w:rPr>
        <w:t>er</w:t>
      </w:r>
      <w:r w:rsidR="009F7143" w:rsidRPr="0087247B">
        <w:rPr>
          <w:i/>
          <w:iCs/>
          <w:sz w:val="24"/>
          <w:szCs w:val="24"/>
        </w:rPr>
        <w:t xml:space="preserve"> il riquadramento sopra le due grande niccie lateralmente d’una parte e l’altra d’essa facciata</w:t>
      </w:r>
      <w:r>
        <w:rPr>
          <w:i/>
          <w:iCs/>
          <w:sz w:val="24"/>
          <w:szCs w:val="24"/>
        </w:rPr>
        <w:t xml:space="preserve"> …</w:t>
      </w:r>
      <w:r w:rsidR="009F7143" w:rsidRPr="0087247B">
        <w:rPr>
          <w:i/>
          <w:iCs/>
          <w:sz w:val="24"/>
          <w:szCs w:val="24"/>
        </w:rPr>
        <w:t xml:space="preserve"> trab 2. </w:t>
      </w:r>
    </w:p>
    <w:p w14:paraId="30D4104C" w14:textId="51704F66" w:rsidR="008A446C" w:rsidRPr="0087247B" w:rsidRDefault="00B600C0" w:rsidP="00AC10D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</w:t>
      </w:r>
      <w:r w:rsidR="009F7143" w:rsidRPr="0087247B">
        <w:rPr>
          <w:i/>
          <w:iCs/>
          <w:sz w:val="24"/>
          <w:szCs w:val="24"/>
        </w:rPr>
        <w:t>i longheza on</w:t>
      </w:r>
      <w:r>
        <w:rPr>
          <w:i/>
          <w:iCs/>
          <w:sz w:val="24"/>
          <w:szCs w:val="24"/>
        </w:rPr>
        <w:t>z</w:t>
      </w:r>
      <w:r w:rsidR="009F7143" w:rsidRPr="0087247B">
        <w:rPr>
          <w:i/>
          <w:iCs/>
          <w:sz w:val="24"/>
          <w:szCs w:val="24"/>
        </w:rPr>
        <w:t xml:space="preserve">e 16 spesore simile alle altre </w:t>
      </w:r>
    </w:p>
    <w:p w14:paraId="0963DA9F" w14:textId="19C8CF54" w:rsidR="00C45DD6" w:rsidRPr="0087247B" w:rsidRDefault="008A446C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N°. 6 come in alto { Più p</w:t>
      </w:r>
      <w:r w:rsidR="00B600C0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cornicione linealle di detta facciata </w:t>
      </w:r>
      <w:r w:rsidR="00C45DD6" w:rsidRPr="0087247B">
        <w:rPr>
          <w:i/>
          <w:iCs/>
          <w:sz w:val="24"/>
          <w:szCs w:val="24"/>
        </w:rPr>
        <w:t>esteriormente</w:t>
      </w:r>
      <w:r w:rsidR="00B600C0">
        <w:rPr>
          <w:i/>
          <w:iCs/>
          <w:sz w:val="24"/>
          <w:szCs w:val="24"/>
        </w:rPr>
        <w:t xml:space="preserve"> …</w:t>
      </w:r>
      <w:r w:rsidR="00C45DD6" w:rsidRPr="0087247B">
        <w:rPr>
          <w:i/>
          <w:iCs/>
          <w:sz w:val="24"/>
          <w:szCs w:val="24"/>
        </w:rPr>
        <w:t xml:space="preserve"> trab 30.</w:t>
      </w:r>
    </w:p>
    <w:p w14:paraId="49B85413" w14:textId="43B9F057" w:rsidR="00C45DD6" w:rsidRPr="0087247B" w:rsidRDefault="00C45DD6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su</w:t>
      </w:r>
      <w:r w:rsidR="00B600C0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lose servirano solamente nella facciata d’una parte e l’altra escluso la faciata di mezzo, si averte che le su</w:t>
      </w:r>
      <w:r w:rsidR="00B600C0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losse nel esteriore dess</w:t>
      </w:r>
      <w:r w:rsidR="00B600C0">
        <w:rPr>
          <w:i/>
          <w:iCs/>
          <w:sz w:val="24"/>
          <w:szCs w:val="24"/>
        </w:rPr>
        <w:t>a</w:t>
      </w:r>
      <w:r w:rsidRPr="0087247B">
        <w:rPr>
          <w:i/>
          <w:iCs/>
          <w:sz w:val="24"/>
          <w:szCs w:val="24"/>
        </w:rPr>
        <w:t xml:space="preserve"> devano essere tagliate a cim</w:t>
      </w:r>
      <w:r w:rsidR="00B600C0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>ciriolo simile alla facciata.</w:t>
      </w:r>
    </w:p>
    <w:p w14:paraId="3CB73390" w14:textId="05F8CDA6" w:rsidR="00C45DD6" w:rsidRPr="0087247B" w:rsidRDefault="00C45DD6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lastRenderedPageBreak/>
        <w:t>Segue n°. 7 come in alto { Le lose p</w:t>
      </w:r>
      <w:r w:rsidR="00B600C0">
        <w:rPr>
          <w:i/>
          <w:iCs/>
          <w:sz w:val="24"/>
          <w:szCs w:val="24"/>
        </w:rPr>
        <w:t>er</w:t>
      </w:r>
      <w:r w:rsidRPr="0087247B">
        <w:rPr>
          <w:i/>
          <w:iCs/>
          <w:sz w:val="24"/>
          <w:szCs w:val="24"/>
        </w:rPr>
        <w:t xml:space="preserve"> il cornicione della facciata avanti li belli giaridni </w:t>
      </w:r>
      <w:r w:rsidR="00B600C0">
        <w:rPr>
          <w:i/>
          <w:iCs/>
          <w:sz w:val="24"/>
          <w:szCs w:val="24"/>
        </w:rPr>
        <w:t>et</w:t>
      </w:r>
      <w:r w:rsidRPr="0087247B">
        <w:rPr>
          <w:i/>
          <w:iCs/>
          <w:sz w:val="24"/>
          <w:szCs w:val="24"/>
        </w:rPr>
        <w:t xml:space="preserve"> sealla</w:t>
      </w:r>
      <w:r w:rsidR="00B600C0">
        <w:rPr>
          <w:i/>
          <w:iCs/>
          <w:sz w:val="24"/>
          <w:szCs w:val="24"/>
        </w:rPr>
        <w:t xml:space="preserve"> …</w:t>
      </w:r>
      <w:r w:rsidRPr="0087247B">
        <w:rPr>
          <w:i/>
          <w:iCs/>
          <w:sz w:val="24"/>
          <w:szCs w:val="24"/>
        </w:rPr>
        <w:t xml:space="preserve"> trab 5.3.</w:t>
      </w:r>
    </w:p>
    <w:p w14:paraId="71D3E2AF" w14:textId="3DAA5F27" w:rsidR="00C45DD6" w:rsidRPr="0087247B" w:rsidRDefault="00C45DD6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su</w:t>
      </w:r>
      <w:r w:rsidR="00B600C0">
        <w:rPr>
          <w:i/>
          <w:iCs/>
          <w:sz w:val="24"/>
          <w:szCs w:val="24"/>
        </w:rPr>
        <w:t>dette</w:t>
      </w:r>
      <w:r w:rsidRPr="0087247B">
        <w:rPr>
          <w:i/>
          <w:iCs/>
          <w:sz w:val="24"/>
          <w:szCs w:val="24"/>
        </w:rPr>
        <w:t xml:space="preserve"> sarano di longheza on</w:t>
      </w:r>
      <w:r w:rsidR="00B600C0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24 spessore  simile le altre </w:t>
      </w:r>
    </w:p>
    <w:p w14:paraId="6DA782A5" w14:textId="48262230" w:rsidR="00C45DD6" w:rsidRPr="0087247B" w:rsidRDefault="00C45DD6" w:rsidP="00AC10D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N°. 8 di oncie una e mezza grossa così comanda in consiglio che il D. Filippo Juvarra instruzione delli 9 luglio 1718 { Più resta il </w:t>
      </w:r>
      <w:r w:rsidR="00B600C0">
        <w:rPr>
          <w:i/>
          <w:iCs/>
          <w:sz w:val="24"/>
          <w:szCs w:val="24"/>
        </w:rPr>
        <w:t>p</w:t>
      </w:r>
      <w:r w:rsidRPr="0087247B">
        <w:rPr>
          <w:i/>
          <w:iCs/>
          <w:sz w:val="24"/>
          <w:szCs w:val="24"/>
        </w:rPr>
        <w:t xml:space="preserve">iro esteriore tutto al intorno e di fugha trab 48. che resta secondo al ordine del Ill.mo Sig.re Architetto. </w:t>
      </w:r>
    </w:p>
    <w:p w14:paraId="206F10EC" w14:textId="77777777" w:rsidR="00AC10D9" w:rsidRDefault="00B600C0" w:rsidP="00AC10D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longezz</w:t>
      </w:r>
      <w:r w:rsidR="00C45DD6" w:rsidRPr="0087247B">
        <w:rPr>
          <w:i/>
          <w:iCs/>
          <w:sz w:val="24"/>
          <w:szCs w:val="24"/>
        </w:rPr>
        <w:t>a on</w:t>
      </w:r>
      <w:r>
        <w:rPr>
          <w:i/>
          <w:iCs/>
          <w:sz w:val="24"/>
          <w:szCs w:val="24"/>
        </w:rPr>
        <w:t>z</w:t>
      </w:r>
      <w:r w:rsidR="00C45DD6" w:rsidRPr="0087247B">
        <w:rPr>
          <w:i/>
          <w:iCs/>
          <w:sz w:val="24"/>
          <w:szCs w:val="24"/>
        </w:rPr>
        <w:t>e 24: grosezza on</w:t>
      </w:r>
      <w:r>
        <w:rPr>
          <w:i/>
          <w:iCs/>
          <w:sz w:val="24"/>
          <w:szCs w:val="24"/>
        </w:rPr>
        <w:t>z</w:t>
      </w:r>
      <w:r w:rsidR="00C45DD6" w:rsidRPr="0087247B">
        <w:rPr>
          <w:i/>
          <w:iCs/>
          <w:sz w:val="24"/>
          <w:szCs w:val="24"/>
        </w:rPr>
        <w:t>e 2 ½ in giro anni oncie una e mezza grossa.</w:t>
      </w:r>
      <w:r w:rsidR="00000000">
        <w:rPr>
          <w:i/>
          <w:iCs/>
          <w:sz w:val="24"/>
          <w:szCs w:val="24"/>
        </w:rPr>
        <w:pict w14:anchorId="0C0BCDE3">
          <v:rect id="_x0000_i1049" style="width:0;height:1.5pt" o:hralign="center" o:hrstd="t" o:hr="t" fillcolor="#a0a0a0" stroked="f"/>
        </w:pict>
      </w:r>
    </w:p>
    <w:p w14:paraId="0707B536" w14:textId="061CF852" w:rsidR="004F72B8" w:rsidRPr="0087247B" w:rsidRDefault="00C45DD6" w:rsidP="00AC10D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Venaria Realle li 20 Giugnio</w:t>
      </w:r>
      <w:r w:rsidR="004F72B8" w:rsidRPr="0087247B">
        <w:rPr>
          <w:i/>
          <w:iCs/>
          <w:sz w:val="24"/>
          <w:szCs w:val="24"/>
        </w:rPr>
        <w:t xml:space="preserve"> 1718</w:t>
      </w:r>
    </w:p>
    <w:p w14:paraId="0587759C" w14:textId="77777777" w:rsidR="00AC10D9" w:rsidRDefault="004F72B8" w:rsidP="00AC10D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Don Filippo Juvarra Architetto</w:t>
      </w:r>
      <w:r w:rsidR="00000000">
        <w:rPr>
          <w:i/>
          <w:iCs/>
          <w:sz w:val="24"/>
          <w:szCs w:val="24"/>
        </w:rPr>
        <w:pict w14:anchorId="3BE62434">
          <v:rect id="_x0000_i1050" style="width:0;height:1.5pt" o:hralign="center" o:hrstd="t" o:hr="t" fillcolor="#a0a0a0" stroked="f"/>
        </w:pict>
      </w:r>
    </w:p>
    <w:p w14:paraId="72F33980" w14:textId="5FE8EAE0" w:rsidR="00D075B2" w:rsidRDefault="004F72B8" w:rsidP="00AC10D9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5 (1717-1718) | fol. 242.</w:t>
      </w:r>
    </w:p>
    <w:p w14:paraId="147CF88F" w14:textId="77777777" w:rsidR="0087247B" w:rsidRPr="0087247B" w:rsidRDefault="0087247B" w:rsidP="005413C0">
      <w:pPr>
        <w:rPr>
          <w:sz w:val="24"/>
          <w:szCs w:val="24"/>
        </w:rPr>
      </w:pPr>
    </w:p>
    <w:p w14:paraId="65923BD2" w14:textId="7998C9D4" w:rsidR="000F4FB9" w:rsidRDefault="00AC10D9" w:rsidP="00AC10D9">
      <w:pPr>
        <w:jc w:val="center"/>
        <w:rPr>
          <w:b/>
          <w:bCs/>
          <w:i/>
          <w:iCs/>
          <w:sz w:val="24"/>
          <w:szCs w:val="24"/>
        </w:rPr>
      </w:pPr>
      <w:r>
        <w:rPr>
          <w:sz w:val="28"/>
          <w:szCs w:val="28"/>
        </w:rPr>
        <w:t>1720</w:t>
      </w:r>
    </w:p>
    <w:p w14:paraId="2DE5C16C" w14:textId="77777777" w:rsidR="00AC10D9" w:rsidRDefault="00D075B2" w:rsidP="00AC10D9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 xml:space="preserve">Instruzione per li </w:t>
      </w:r>
      <w:r w:rsidR="003014AC" w:rsidRPr="0087247B">
        <w:rPr>
          <w:b/>
          <w:bCs/>
          <w:i/>
          <w:iCs/>
          <w:sz w:val="24"/>
          <w:szCs w:val="24"/>
        </w:rPr>
        <w:t>solari</w:t>
      </w:r>
      <w:r w:rsidRPr="0087247B">
        <w:rPr>
          <w:b/>
          <w:bCs/>
          <w:i/>
          <w:iCs/>
          <w:sz w:val="24"/>
          <w:szCs w:val="24"/>
        </w:rPr>
        <w:t>, stib</w:t>
      </w:r>
      <w:r w:rsidR="003014AC" w:rsidRPr="0087247B">
        <w:rPr>
          <w:b/>
          <w:bCs/>
          <w:i/>
          <w:iCs/>
          <w:sz w:val="24"/>
          <w:szCs w:val="24"/>
        </w:rPr>
        <w:t>i</w:t>
      </w:r>
      <w:r w:rsidRPr="0087247B">
        <w:rPr>
          <w:b/>
          <w:bCs/>
          <w:i/>
          <w:iCs/>
          <w:sz w:val="24"/>
          <w:szCs w:val="24"/>
        </w:rPr>
        <w:t>y di listelli</w:t>
      </w:r>
      <w:r w:rsidR="003014AC" w:rsidRPr="0087247B">
        <w:rPr>
          <w:b/>
          <w:bCs/>
          <w:i/>
          <w:iCs/>
          <w:sz w:val="24"/>
          <w:szCs w:val="24"/>
        </w:rPr>
        <w:t>,</w:t>
      </w:r>
      <w:r w:rsidRPr="0087247B">
        <w:rPr>
          <w:b/>
          <w:bCs/>
          <w:i/>
          <w:iCs/>
          <w:sz w:val="24"/>
          <w:szCs w:val="24"/>
        </w:rPr>
        <w:t xml:space="preserve"> </w:t>
      </w:r>
      <w:r w:rsidR="003014AC" w:rsidRPr="0087247B">
        <w:rPr>
          <w:b/>
          <w:bCs/>
          <w:i/>
          <w:iCs/>
          <w:sz w:val="24"/>
          <w:szCs w:val="24"/>
        </w:rPr>
        <w:t>e</w:t>
      </w:r>
      <w:r w:rsidRPr="0087247B">
        <w:rPr>
          <w:b/>
          <w:bCs/>
          <w:i/>
          <w:iCs/>
          <w:sz w:val="24"/>
          <w:szCs w:val="24"/>
        </w:rPr>
        <w:t xml:space="preserve"> altri lavori di murature cioè sterniti, </w:t>
      </w:r>
      <w:r w:rsidR="00351224" w:rsidRPr="0087247B">
        <w:rPr>
          <w:b/>
          <w:bCs/>
          <w:i/>
          <w:iCs/>
          <w:sz w:val="24"/>
          <w:szCs w:val="24"/>
        </w:rPr>
        <w:t>stibi</w:t>
      </w:r>
      <w:r w:rsidR="003014AC" w:rsidRPr="0087247B">
        <w:rPr>
          <w:b/>
          <w:bCs/>
          <w:i/>
          <w:iCs/>
          <w:sz w:val="24"/>
          <w:szCs w:val="24"/>
        </w:rPr>
        <w:t xml:space="preserve">: linne </w:t>
      </w:r>
      <w:r w:rsidRPr="0087247B">
        <w:rPr>
          <w:b/>
          <w:bCs/>
          <w:i/>
          <w:iCs/>
          <w:sz w:val="24"/>
          <w:szCs w:val="24"/>
        </w:rPr>
        <w:t>per il 3</w:t>
      </w:r>
      <w:r w:rsidR="003014AC" w:rsidRPr="0087247B">
        <w:rPr>
          <w:b/>
          <w:bCs/>
          <w:i/>
          <w:iCs/>
          <w:sz w:val="24"/>
          <w:szCs w:val="24"/>
        </w:rPr>
        <w:t>°:</w:t>
      </w:r>
      <w:r w:rsidRPr="0087247B">
        <w:rPr>
          <w:b/>
          <w:bCs/>
          <w:i/>
          <w:iCs/>
          <w:sz w:val="24"/>
          <w:szCs w:val="24"/>
        </w:rPr>
        <w:t xml:space="preserve"> Piano dell Padiglione di S</w:t>
      </w:r>
      <w:r w:rsidR="003014AC" w:rsidRPr="0087247B">
        <w:rPr>
          <w:b/>
          <w:bCs/>
          <w:i/>
          <w:iCs/>
          <w:sz w:val="24"/>
          <w:szCs w:val="24"/>
        </w:rPr>
        <w:t>:</w:t>
      </w:r>
      <w:r w:rsidRPr="0087247B">
        <w:rPr>
          <w:b/>
          <w:bCs/>
          <w:i/>
          <w:iCs/>
          <w:sz w:val="24"/>
          <w:szCs w:val="24"/>
          <w:vertAlign w:val="superscript"/>
        </w:rPr>
        <w:t>a</w:t>
      </w:r>
      <w:r w:rsidRPr="0087247B">
        <w:rPr>
          <w:b/>
          <w:bCs/>
          <w:i/>
          <w:iCs/>
          <w:sz w:val="24"/>
          <w:szCs w:val="24"/>
        </w:rPr>
        <w:t xml:space="preserve"> A</w:t>
      </w:r>
      <w:r w:rsidR="003014AC" w:rsidRPr="0087247B">
        <w:rPr>
          <w:b/>
          <w:bCs/>
          <w:i/>
          <w:iCs/>
          <w:sz w:val="24"/>
          <w:szCs w:val="24"/>
        </w:rPr>
        <w:t>:</w:t>
      </w:r>
      <w:r w:rsidRPr="0087247B">
        <w:rPr>
          <w:b/>
          <w:bCs/>
          <w:i/>
          <w:iCs/>
          <w:sz w:val="24"/>
          <w:szCs w:val="24"/>
          <w:vertAlign w:val="superscript"/>
        </w:rPr>
        <w:t>a</w:t>
      </w:r>
      <w:r w:rsidRPr="0087247B">
        <w:rPr>
          <w:b/>
          <w:bCs/>
          <w:i/>
          <w:iCs/>
          <w:sz w:val="24"/>
          <w:szCs w:val="24"/>
        </w:rPr>
        <w:t xml:space="preserve"> R</w:t>
      </w:r>
      <w:r w:rsidR="003014AC" w:rsidRPr="0087247B">
        <w:rPr>
          <w:b/>
          <w:bCs/>
          <w:i/>
          <w:iCs/>
          <w:sz w:val="24"/>
          <w:szCs w:val="24"/>
        </w:rPr>
        <w:t>:</w:t>
      </w:r>
      <w:r w:rsidRPr="0087247B">
        <w:rPr>
          <w:b/>
          <w:bCs/>
          <w:i/>
          <w:iCs/>
          <w:sz w:val="24"/>
          <w:szCs w:val="24"/>
          <w:vertAlign w:val="superscript"/>
        </w:rPr>
        <w:t>e</w:t>
      </w:r>
      <w:r w:rsidRPr="0087247B">
        <w:rPr>
          <w:b/>
          <w:bCs/>
          <w:i/>
          <w:iCs/>
          <w:sz w:val="24"/>
          <w:szCs w:val="24"/>
        </w:rPr>
        <w:t xml:space="preserve"> nella Reggia Venaria</w:t>
      </w:r>
      <w:r w:rsidR="00000000">
        <w:rPr>
          <w:i/>
          <w:iCs/>
          <w:sz w:val="24"/>
          <w:szCs w:val="24"/>
        </w:rPr>
        <w:pict w14:anchorId="15361739">
          <v:rect id="_x0000_i1051" style="width:0;height:1.5pt" o:hralign="center" o:hrstd="t" o:hr="t" fillcolor="#a0a0a0" stroked="f"/>
        </w:pict>
      </w:r>
    </w:p>
    <w:p w14:paraId="4933D1E0" w14:textId="147DCC10" w:rsidR="003014AC" w:rsidRPr="0087247B" w:rsidRDefault="003014AC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I solari di </w:t>
      </w:r>
      <w:r w:rsidR="001471FA">
        <w:rPr>
          <w:i/>
          <w:iCs/>
          <w:sz w:val="24"/>
          <w:szCs w:val="24"/>
        </w:rPr>
        <w:t>detto</w:t>
      </w:r>
      <w:r w:rsidRPr="0087247B">
        <w:rPr>
          <w:i/>
          <w:iCs/>
          <w:sz w:val="24"/>
          <w:szCs w:val="24"/>
        </w:rPr>
        <w:t xml:space="preserve"> Padiglione saranno parte </w:t>
      </w:r>
      <w:r w:rsidR="001471FA">
        <w:rPr>
          <w:i/>
          <w:iCs/>
          <w:sz w:val="24"/>
          <w:szCs w:val="24"/>
        </w:rPr>
        <w:t>r</w:t>
      </w:r>
      <w:r w:rsidRPr="0087247B">
        <w:rPr>
          <w:i/>
          <w:iCs/>
          <w:sz w:val="24"/>
          <w:szCs w:val="24"/>
        </w:rPr>
        <w:t>u</w:t>
      </w:r>
      <w:r w:rsidR="001471FA">
        <w:rPr>
          <w:i/>
          <w:iCs/>
          <w:sz w:val="24"/>
          <w:szCs w:val="24"/>
        </w:rPr>
        <w:t>st</w:t>
      </w:r>
      <w:r w:rsidRPr="0087247B">
        <w:rPr>
          <w:i/>
          <w:iCs/>
          <w:sz w:val="24"/>
          <w:szCs w:val="24"/>
        </w:rPr>
        <w:t xml:space="preserve">ichi, e altri a profilo i </w:t>
      </w:r>
      <w:r w:rsidR="001471FA">
        <w:rPr>
          <w:i/>
          <w:iCs/>
          <w:sz w:val="24"/>
          <w:szCs w:val="24"/>
        </w:rPr>
        <w:t>rusti</w:t>
      </w:r>
      <w:r w:rsidRPr="0087247B">
        <w:rPr>
          <w:i/>
          <w:iCs/>
          <w:sz w:val="24"/>
          <w:szCs w:val="24"/>
        </w:rPr>
        <w:t>chi saranno delle dette qualita cioè</w:t>
      </w:r>
    </w:p>
    <w:p w14:paraId="3C92FF21" w14:textId="514A20BD" w:rsidR="00A12BEB" w:rsidRPr="0087247B" w:rsidRDefault="003014AC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Devono abbassare i travi maestri, a </w:t>
      </w:r>
      <w:r w:rsidR="00901B2C" w:rsidRPr="0087247B">
        <w:rPr>
          <w:i/>
          <w:iCs/>
          <w:sz w:val="24"/>
          <w:szCs w:val="24"/>
        </w:rPr>
        <w:t>quella misura che gli sarà data sul posto; che al presente si ritrovano in opera, c</w:t>
      </w:r>
      <w:r w:rsidR="001471FA">
        <w:rPr>
          <w:i/>
          <w:iCs/>
          <w:sz w:val="24"/>
          <w:szCs w:val="24"/>
        </w:rPr>
        <w:t>on</w:t>
      </w:r>
      <w:r w:rsidR="00901B2C" w:rsidRPr="0087247B">
        <w:rPr>
          <w:i/>
          <w:iCs/>
          <w:sz w:val="24"/>
          <w:szCs w:val="24"/>
        </w:rPr>
        <w:t xml:space="preserve"> aggiungerne qualche altro che sarà necesario alla scomp</w:t>
      </w:r>
      <w:r w:rsidR="001471FA">
        <w:rPr>
          <w:i/>
          <w:iCs/>
          <w:sz w:val="24"/>
          <w:szCs w:val="24"/>
        </w:rPr>
        <w:t>art</w:t>
      </w:r>
      <w:r w:rsidR="00901B2C" w:rsidRPr="0087247B">
        <w:rPr>
          <w:i/>
          <w:iCs/>
          <w:sz w:val="24"/>
          <w:szCs w:val="24"/>
        </w:rPr>
        <w:t xml:space="preserve">izione di </w:t>
      </w:r>
      <w:r w:rsidR="001471FA">
        <w:rPr>
          <w:i/>
          <w:iCs/>
          <w:sz w:val="24"/>
          <w:szCs w:val="24"/>
        </w:rPr>
        <w:t>detto</w:t>
      </w:r>
      <w:r w:rsidR="00901B2C" w:rsidRPr="0087247B">
        <w:rPr>
          <w:i/>
          <w:iCs/>
          <w:sz w:val="24"/>
          <w:szCs w:val="24"/>
        </w:rPr>
        <w:t xml:space="preserve"> piano; i trave</w:t>
      </w:r>
      <w:r w:rsidR="001471FA">
        <w:rPr>
          <w:i/>
          <w:iCs/>
          <w:sz w:val="24"/>
          <w:szCs w:val="24"/>
        </w:rPr>
        <w:t>tt</w:t>
      </w:r>
      <w:r w:rsidR="00901B2C" w:rsidRPr="0087247B">
        <w:rPr>
          <w:i/>
          <w:iCs/>
          <w:sz w:val="24"/>
          <w:szCs w:val="24"/>
        </w:rPr>
        <w:t xml:space="preserve">i sarano di rovere ben staggionati </w:t>
      </w:r>
      <w:r w:rsidR="001471FA">
        <w:rPr>
          <w:i/>
          <w:iCs/>
          <w:sz w:val="24"/>
          <w:szCs w:val="24"/>
        </w:rPr>
        <w:t>e</w:t>
      </w:r>
      <w:r w:rsidR="00901B2C" w:rsidRPr="0087247B">
        <w:rPr>
          <w:i/>
          <w:iCs/>
          <w:sz w:val="24"/>
          <w:szCs w:val="24"/>
        </w:rPr>
        <w:t xml:space="preserve"> senza nesun defetto </w:t>
      </w:r>
      <w:r w:rsidR="001471FA">
        <w:rPr>
          <w:i/>
          <w:iCs/>
          <w:sz w:val="24"/>
          <w:szCs w:val="24"/>
        </w:rPr>
        <w:t>o</w:t>
      </w:r>
      <w:r w:rsidR="00901B2C" w:rsidRPr="0087247B">
        <w:rPr>
          <w:i/>
          <w:iCs/>
          <w:sz w:val="24"/>
          <w:szCs w:val="24"/>
        </w:rPr>
        <w:t xml:space="preserve"> gr</w:t>
      </w:r>
      <w:r w:rsidR="00064D8B">
        <w:rPr>
          <w:i/>
          <w:iCs/>
          <w:sz w:val="24"/>
          <w:szCs w:val="24"/>
        </w:rPr>
        <w:t>o</w:t>
      </w:r>
      <w:r w:rsidR="00901B2C" w:rsidRPr="0087247B">
        <w:rPr>
          <w:i/>
          <w:iCs/>
          <w:sz w:val="24"/>
          <w:szCs w:val="24"/>
        </w:rPr>
        <w:t>ppi che possonno essere pregiudi</w:t>
      </w:r>
      <w:r w:rsidR="00064D8B">
        <w:rPr>
          <w:i/>
          <w:iCs/>
          <w:sz w:val="24"/>
          <w:szCs w:val="24"/>
        </w:rPr>
        <w:t>ziale</w:t>
      </w:r>
      <w:r w:rsidR="00901B2C" w:rsidRPr="0087247B">
        <w:rPr>
          <w:i/>
          <w:iCs/>
          <w:sz w:val="24"/>
          <w:szCs w:val="24"/>
        </w:rPr>
        <w:t xml:space="preserve"> a detti trave</w:t>
      </w:r>
      <w:r w:rsidR="00064D8B">
        <w:rPr>
          <w:i/>
          <w:iCs/>
          <w:sz w:val="24"/>
          <w:szCs w:val="24"/>
        </w:rPr>
        <w:t>tt</w:t>
      </w:r>
      <w:r w:rsidR="00901B2C" w:rsidRPr="0087247B">
        <w:rPr>
          <w:i/>
          <w:iCs/>
          <w:sz w:val="24"/>
          <w:szCs w:val="24"/>
        </w:rPr>
        <w:t xml:space="preserve">i, e saranno spianati per la parte di sopra dove vanno inchiodate inchiodate le tavole e l’altre parte lasciarlli </w:t>
      </w:r>
      <w:r w:rsidR="00064D8B">
        <w:rPr>
          <w:i/>
          <w:iCs/>
          <w:sz w:val="24"/>
          <w:szCs w:val="24"/>
        </w:rPr>
        <w:t>rusti</w:t>
      </w:r>
      <w:r w:rsidR="00901B2C" w:rsidRPr="0087247B">
        <w:rPr>
          <w:i/>
          <w:iCs/>
          <w:sz w:val="24"/>
          <w:szCs w:val="24"/>
        </w:rPr>
        <w:t>chi, la loro grosezza sarà on</w:t>
      </w:r>
      <w:r w:rsidR="00064D8B">
        <w:rPr>
          <w:i/>
          <w:iCs/>
          <w:sz w:val="24"/>
          <w:szCs w:val="24"/>
        </w:rPr>
        <w:t>z</w:t>
      </w:r>
      <w:r w:rsidR="00901B2C" w:rsidRPr="0087247B">
        <w:rPr>
          <w:i/>
          <w:iCs/>
          <w:sz w:val="24"/>
          <w:szCs w:val="24"/>
        </w:rPr>
        <w:t>e 2 ½ per un verso é dell altro 3 ½; é le distanze loro da mezzo trave</w:t>
      </w:r>
      <w:r w:rsidR="00102B4E">
        <w:rPr>
          <w:i/>
          <w:iCs/>
          <w:sz w:val="24"/>
          <w:szCs w:val="24"/>
        </w:rPr>
        <w:t>tt</w:t>
      </w:r>
      <w:r w:rsidR="00901B2C" w:rsidRPr="0087247B">
        <w:rPr>
          <w:i/>
          <w:iCs/>
          <w:sz w:val="24"/>
          <w:szCs w:val="24"/>
        </w:rPr>
        <w:t>o a mezzo dall altro, n</w:t>
      </w:r>
      <w:r w:rsidR="00102B4E">
        <w:rPr>
          <w:i/>
          <w:iCs/>
          <w:sz w:val="24"/>
          <w:szCs w:val="24"/>
        </w:rPr>
        <w:t>on</w:t>
      </w:r>
      <w:r w:rsidR="00901B2C" w:rsidRPr="0087247B">
        <w:rPr>
          <w:i/>
          <w:iCs/>
          <w:sz w:val="24"/>
          <w:szCs w:val="24"/>
        </w:rPr>
        <w:t xml:space="preserve"> più di on</w:t>
      </w:r>
      <w:r w:rsidR="00102B4E">
        <w:rPr>
          <w:i/>
          <w:iCs/>
          <w:sz w:val="24"/>
          <w:szCs w:val="24"/>
        </w:rPr>
        <w:t>z</w:t>
      </w:r>
      <w:r w:rsidR="00901B2C" w:rsidRPr="0087247B">
        <w:rPr>
          <w:i/>
          <w:iCs/>
          <w:sz w:val="24"/>
          <w:szCs w:val="24"/>
        </w:rPr>
        <w:t>e 9</w:t>
      </w:r>
      <w:r w:rsidR="00102B4E">
        <w:rPr>
          <w:i/>
          <w:iCs/>
          <w:sz w:val="24"/>
          <w:szCs w:val="24"/>
        </w:rPr>
        <w:t xml:space="preserve"> </w:t>
      </w:r>
      <w:r w:rsidR="00901B2C" w:rsidRPr="0087247B">
        <w:rPr>
          <w:i/>
          <w:iCs/>
          <w:sz w:val="24"/>
          <w:szCs w:val="24"/>
        </w:rPr>
        <w:t xml:space="preserve">= é sopra </w:t>
      </w:r>
      <w:r w:rsidR="00EE0EB2" w:rsidRPr="0087247B">
        <w:rPr>
          <w:i/>
          <w:iCs/>
          <w:sz w:val="24"/>
          <w:szCs w:val="24"/>
        </w:rPr>
        <w:t>i legni grandi, detti sommeri; si faranno di maniera che giungano uno, c</w:t>
      </w:r>
      <w:r w:rsidR="00102B4E">
        <w:rPr>
          <w:i/>
          <w:iCs/>
          <w:sz w:val="24"/>
          <w:szCs w:val="24"/>
        </w:rPr>
        <w:t>on</w:t>
      </w:r>
      <w:r w:rsidR="00EE0EB2" w:rsidRPr="0087247B">
        <w:rPr>
          <w:i/>
          <w:iCs/>
          <w:sz w:val="24"/>
          <w:szCs w:val="24"/>
        </w:rPr>
        <w:t xml:space="preserve"> l’altro é inchiodati sopra detti sommeri a tutte le teste di detti trave</w:t>
      </w:r>
      <w:r w:rsidR="00102B4E">
        <w:rPr>
          <w:i/>
          <w:iCs/>
          <w:sz w:val="24"/>
          <w:szCs w:val="24"/>
        </w:rPr>
        <w:t>tt</w:t>
      </w:r>
      <w:r w:rsidR="00EE0EB2" w:rsidRPr="0087247B">
        <w:rPr>
          <w:i/>
          <w:iCs/>
          <w:sz w:val="24"/>
          <w:szCs w:val="24"/>
        </w:rPr>
        <w:t>i c</w:t>
      </w:r>
      <w:r w:rsidR="00102B4E">
        <w:rPr>
          <w:i/>
          <w:iCs/>
          <w:sz w:val="24"/>
          <w:szCs w:val="24"/>
        </w:rPr>
        <w:t>on</w:t>
      </w:r>
      <w:r w:rsidR="00EE0EB2" w:rsidRPr="0087247B">
        <w:rPr>
          <w:i/>
          <w:iCs/>
          <w:sz w:val="24"/>
          <w:szCs w:val="24"/>
        </w:rPr>
        <w:t xml:space="preserve"> chiodi di suficiente lungezza acciò stiano ben sode sul detto somm</w:t>
      </w:r>
      <w:r w:rsidR="00102B4E">
        <w:rPr>
          <w:i/>
          <w:iCs/>
          <w:sz w:val="24"/>
          <w:szCs w:val="24"/>
        </w:rPr>
        <w:t>e</w:t>
      </w:r>
      <w:r w:rsidR="00EE0EB2" w:rsidRPr="0087247B">
        <w:rPr>
          <w:i/>
          <w:iCs/>
          <w:sz w:val="24"/>
          <w:szCs w:val="24"/>
        </w:rPr>
        <w:t>ro;  e nella parte della muraglia vadino dentro al muro al meno 3</w:t>
      </w:r>
      <w:r w:rsidR="00102B4E">
        <w:rPr>
          <w:i/>
          <w:iCs/>
          <w:sz w:val="24"/>
          <w:szCs w:val="24"/>
        </w:rPr>
        <w:t xml:space="preserve"> o</w:t>
      </w:r>
      <w:r w:rsidR="00EE0EB2" w:rsidRPr="0087247B">
        <w:rPr>
          <w:i/>
          <w:iCs/>
          <w:sz w:val="24"/>
          <w:szCs w:val="24"/>
        </w:rPr>
        <w:t>n</w:t>
      </w:r>
      <w:r w:rsidR="00102B4E">
        <w:rPr>
          <w:i/>
          <w:iCs/>
          <w:sz w:val="24"/>
          <w:szCs w:val="24"/>
        </w:rPr>
        <w:t>z</w:t>
      </w:r>
      <w:r w:rsidR="00EE0EB2" w:rsidRPr="0087247B">
        <w:rPr>
          <w:i/>
          <w:iCs/>
          <w:sz w:val="24"/>
          <w:szCs w:val="24"/>
        </w:rPr>
        <w:t>e, e saranno tenuti di fare le rotture di dette muraglie per appoggiare i trave</w:t>
      </w:r>
      <w:r w:rsidR="00102B4E">
        <w:rPr>
          <w:i/>
          <w:iCs/>
          <w:sz w:val="24"/>
          <w:szCs w:val="24"/>
        </w:rPr>
        <w:t>tt</w:t>
      </w:r>
      <w:r w:rsidR="00EE0EB2" w:rsidRPr="0087247B">
        <w:rPr>
          <w:i/>
          <w:iCs/>
          <w:sz w:val="24"/>
          <w:szCs w:val="24"/>
        </w:rPr>
        <w:t xml:space="preserve">i </w:t>
      </w:r>
      <w:r w:rsidR="00102B4E">
        <w:rPr>
          <w:i/>
          <w:iCs/>
          <w:sz w:val="24"/>
          <w:szCs w:val="24"/>
        </w:rPr>
        <w:t>e</w:t>
      </w:r>
      <w:r w:rsidR="00EE0EB2" w:rsidRPr="0087247B">
        <w:rPr>
          <w:i/>
          <w:iCs/>
          <w:sz w:val="24"/>
          <w:szCs w:val="24"/>
        </w:rPr>
        <w:t xml:space="preserve"> due sranno co</w:t>
      </w:r>
      <w:r w:rsidR="00102B4E">
        <w:rPr>
          <w:i/>
          <w:iCs/>
          <w:sz w:val="24"/>
          <w:szCs w:val="24"/>
        </w:rPr>
        <w:t>tt</w:t>
      </w:r>
      <w:r w:rsidR="00EE0EB2" w:rsidRPr="0087247B">
        <w:rPr>
          <w:i/>
          <w:iCs/>
          <w:sz w:val="24"/>
          <w:szCs w:val="24"/>
        </w:rPr>
        <w:t xml:space="preserve">e </w:t>
      </w:r>
      <w:r w:rsidR="00102B4E">
        <w:rPr>
          <w:i/>
          <w:iCs/>
          <w:sz w:val="24"/>
          <w:szCs w:val="24"/>
        </w:rPr>
        <w:t>di</w:t>
      </w:r>
      <w:r w:rsidR="00EE0EB2" w:rsidRPr="0087247B">
        <w:rPr>
          <w:i/>
          <w:iCs/>
          <w:sz w:val="24"/>
          <w:szCs w:val="24"/>
        </w:rPr>
        <w:t xml:space="preserve"> fornello, si farà di maniera che li trave</w:t>
      </w:r>
      <w:r w:rsidR="00102B4E">
        <w:rPr>
          <w:i/>
          <w:iCs/>
          <w:sz w:val="24"/>
          <w:szCs w:val="24"/>
        </w:rPr>
        <w:t>tt</w:t>
      </w:r>
      <w:r w:rsidR="00EE0EB2" w:rsidRPr="0087247B">
        <w:rPr>
          <w:i/>
          <w:iCs/>
          <w:sz w:val="24"/>
          <w:szCs w:val="24"/>
        </w:rPr>
        <w:t>i liberi c</w:t>
      </w:r>
      <w:r w:rsidR="00102B4E">
        <w:rPr>
          <w:i/>
          <w:iCs/>
          <w:sz w:val="24"/>
          <w:szCs w:val="24"/>
        </w:rPr>
        <w:t>on</w:t>
      </w:r>
      <w:r w:rsidR="00EE0EB2" w:rsidRPr="0087247B">
        <w:rPr>
          <w:i/>
          <w:iCs/>
          <w:sz w:val="24"/>
          <w:szCs w:val="24"/>
        </w:rPr>
        <w:t xml:space="preserve"> altri a trave</w:t>
      </w:r>
      <w:r w:rsidR="00102B4E">
        <w:rPr>
          <w:i/>
          <w:iCs/>
          <w:sz w:val="24"/>
          <w:szCs w:val="24"/>
        </w:rPr>
        <w:t>tt</w:t>
      </w:r>
      <w:r w:rsidR="00EE0EB2" w:rsidRPr="0087247B">
        <w:rPr>
          <w:i/>
          <w:iCs/>
          <w:sz w:val="24"/>
          <w:szCs w:val="24"/>
        </w:rPr>
        <w:t>o fortificano li detti trave</w:t>
      </w:r>
      <w:r w:rsidR="00102B4E">
        <w:rPr>
          <w:i/>
          <w:iCs/>
          <w:sz w:val="24"/>
          <w:szCs w:val="24"/>
        </w:rPr>
        <w:t>tt</w:t>
      </w:r>
      <w:r w:rsidR="00EE0EB2" w:rsidRPr="0087247B">
        <w:rPr>
          <w:i/>
          <w:iCs/>
          <w:sz w:val="24"/>
          <w:szCs w:val="24"/>
        </w:rPr>
        <w:t>i che n</w:t>
      </w:r>
      <w:r w:rsidR="00102B4E">
        <w:rPr>
          <w:i/>
          <w:iCs/>
          <w:sz w:val="24"/>
          <w:szCs w:val="24"/>
        </w:rPr>
        <w:t>on</w:t>
      </w:r>
      <w:r w:rsidR="00EE0EB2" w:rsidRPr="0087247B">
        <w:rPr>
          <w:i/>
          <w:iCs/>
          <w:sz w:val="24"/>
          <w:szCs w:val="24"/>
        </w:rPr>
        <w:t xml:space="preserve"> possino andare nella muraglia; il tutto ben inchiodato c</w:t>
      </w:r>
      <w:r w:rsidR="00102B4E">
        <w:rPr>
          <w:i/>
          <w:iCs/>
          <w:sz w:val="24"/>
          <w:szCs w:val="24"/>
        </w:rPr>
        <w:t>on</w:t>
      </w:r>
      <w:r w:rsidR="00EE0EB2" w:rsidRPr="0087247B">
        <w:rPr>
          <w:i/>
          <w:iCs/>
          <w:sz w:val="24"/>
          <w:szCs w:val="24"/>
        </w:rPr>
        <w:t xml:space="preserve"> li suficienti chiodi </w:t>
      </w:r>
      <w:r w:rsidR="00102B4E">
        <w:rPr>
          <w:i/>
          <w:iCs/>
          <w:sz w:val="24"/>
          <w:szCs w:val="24"/>
        </w:rPr>
        <w:t>rivist</w:t>
      </w:r>
      <w:r w:rsidR="00A12BEB" w:rsidRPr="0087247B">
        <w:rPr>
          <w:i/>
          <w:iCs/>
          <w:sz w:val="24"/>
          <w:szCs w:val="24"/>
        </w:rPr>
        <w:t>i dall sopra stante.</w:t>
      </w:r>
    </w:p>
    <w:p w14:paraId="62DB872A" w14:textId="6D520DE8" w:rsidR="00900CE0" w:rsidRPr="0087247B" w:rsidRDefault="00A12BEB" w:rsidP="001471FA">
      <w:pPr>
        <w:jc w:val="both"/>
        <w:rPr>
          <w:i/>
          <w:iCs/>
          <w:sz w:val="24"/>
          <w:szCs w:val="24"/>
        </w:rPr>
      </w:pPr>
      <w:r w:rsidRPr="003014AC">
        <w:rPr>
          <w:i/>
          <w:iCs/>
          <w:sz w:val="24"/>
          <w:szCs w:val="24"/>
        </w:rPr>
        <w:t>Le tavole che sar</w:t>
      </w:r>
      <w:r w:rsidR="00102B4E">
        <w:rPr>
          <w:i/>
          <w:iCs/>
          <w:sz w:val="24"/>
          <w:szCs w:val="24"/>
        </w:rPr>
        <w:t>v</w:t>
      </w:r>
      <w:r w:rsidRPr="003014AC">
        <w:rPr>
          <w:i/>
          <w:iCs/>
          <w:sz w:val="24"/>
          <w:szCs w:val="24"/>
        </w:rPr>
        <w:t xml:space="preserve">ano detti solari, saranno spianate per </w:t>
      </w:r>
      <w:r w:rsidR="00102B4E">
        <w:rPr>
          <w:i/>
          <w:iCs/>
          <w:sz w:val="24"/>
          <w:szCs w:val="24"/>
        </w:rPr>
        <w:t>tutti i vers</w:t>
      </w:r>
      <w:r w:rsidRPr="003014AC">
        <w:rPr>
          <w:i/>
          <w:iCs/>
          <w:sz w:val="24"/>
          <w:szCs w:val="24"/>
        </w:rPr>
        <w:t>i e par</w:t>
      </w:r>
      <w:r w:rsidRPr="0087247B">
        <w:rPr>
          <w:i/>
          <w:iCs/>
          <w:sz w:val="24"/>
          <w:szCs w:val="24"/>
        </w:rPr>
        <w:t xml:space="preserve">ticolarmente </w:t>
      </w:r>
      <w:r w:rsidRPr="003014AC">
        <w:rPr>
          <w:i/>
          <w:iCs/>
          <w:sz w:val="24"/>
          <w:szCs w:val="24"/>
        </w:rPr>
        <w:t>dove posano sopra li trave</w:t>
      </w:r>
      <w:r w:rsidR="00102B4E">
        <w:rPr>
          <w:i/>
          <w:iCs/>
          <w:sz w:val="24"/>
          <w:szCs w:val="24"/>
        </w:rPr>
        <w:t>tt</w:t>
      </w:r>
      <w:r w:rsidRPr="003014AC">
        <w:rPr>
          <w:i/>
          <w:iCs/>
          <w:sz w:val="24"/>
          <w:szCs w:val="24"/>
        </w:rPr>
        <w:t xml:space="preserve">i, e saranno d’albero ben </w:t>
      </w:r>
      <w:r w:rsidRPr="0087247B">
        <w:rPr>
          <w:i/>
          <w:iCs/>
          <w:sz w:val="24"/>
          <w:szCs w:val="24"/>
        </w:rPr>
        <w:t xml:space="preserve">staggionati </w:t>
      </w:r>
      <w:r w:rsidR="00102B4E">
        <w:rPr>
          <w:i/>
          <w:iCs/>
          <w:sz w:val="24"/>
          <w:szCs w:val="24"/>
        </w:rPr>
        <w:t>e</w:t>
      </w:r>
      <w:r w:rsidRPr="003014AC">
        <w:rPr>
          <w:i/>
          <w:iCs/>
          <w:sz w:val="24"/>
          <w:szCs w:val="24"/>
        </w:rPr>
        <w:t xml:space="preserve"> sod</w:t>
      </w:r>
      <w:r w:rsidRPr="0087247B">
        <w:rPr>
          <w:i/>
          <w:iCs/>
          <w:sz w:val="24"/>
          <w:szCs w:val="24"/>
        </w:rPr>
        <w:t>i</w:t>
      </w:r>
      <w:r w:rsidRPr="003014AC">
        <w:rPr>
          <w:i/>
          <w:iCs/>
          <w:sz w:val="24"/>
          <w:szCs w:val="24"/>
        </w:rPr>
        <w:t>, e di grosezza messe in opera d</w:t>
      </w:r>
      <w:r w:rsidRPr="0087247B">
        <w:rPr>
          <w:i/>
          <w:iCs/>
          <w:sz w:val="24"/>
          <w:szCs w:val="24"/>
        </w:rPr>
        <w:t>i</w:t>
      </w:r>
      <w:r w:rsidRPr="003014AC">
        <w:rPr>
          <w:i/>
          <w:iCs/>
          <w:sz w:val="24"/>
          <w:szCs w:val="24"/>
        </w:rPr>
        <w:t xml:space="preserve"> ¾ d’on</w:t>
      </w:r>
      <w:r w:rsidR="00102B4E">
        <w:rPr>
          <w:i/>
          <w:iCs/>
          <w:sz w:val="24"/>
          <w:szCs w:val="24"/>
        </w:rPr>
        <w:t>z</w:t>
      </w:r>
      <w:r w:rsidRPr="003014AC">
        <w:rPr>
          <w:i/>
          <w:iCs/>
          <w:sz w:val="24"/>
          <w:szCs w:val="24"/>
        </w:rPr>
        <w:t xml:space="preserve">a </w:t>
      </w:r>
      <w:r w:rsidR="00102B4E">
        <w:rPr>
          <w:i/>
          <w:iCs/>
          <w:sz w:val="24"/>
          <w:szCs w:val="24"/>
        </w:rPr>
        <w:t>e</w:t>
      </w:r>
      <w:r w:rsidRPr="003014AC">
        <w:rPr>
          <w:i/>
          <w:iCs/>
          <w:sz w:val="24"/>
          <w:szCs w:val="24"/>
        </w:rPr>
        <w:t xml:space="preserve"> n</w:t>
      </w:r>
      <w:r w:rsidR="00102B4E">
        <w:rPr>
          <w:i/>
          <w:iCs/>
          <w:sz w:val="24"/>
          <w:szCs w:val="24"/>
        </w:rPr>
        <w:t>on</w:t>
      </w:r>
      <w:r w:rsidRPr="003014AC">
        <w:rPr>
          <w:i/>
          <w:iCs/>
          <w:sz w:val="24"/>
          <w:szCs w:val="24"/>
        </w:rPr>
        <w:t xml:space="preserve"> meno, </w:t>
      </w:r>
      <w:r w:rsidR="00102B4E">
        <w:rPr>
          <w:i/>
          <w:iCs/>
          <w:sz w:val="24"/>
          <w:szCs w:val="24"/>
        </w:rPr>
        <w:t>e</w:t>
      </w:r>
      <w:r w:rsidRPr="003014AC">
        <w:rPr>
          <w:i/>
          <w:iCs/>
          <w:sz w:val="24"/>
          <w:szCs w:val="24"/>
        </w:rPr>
        <w:t xml:space="preserve"> si dov</w:t>
      </w:r>
      <w:r w:rsidRPr="0087247B">
        <w:rPr>
          <w:i/>
          <w:iCs/>
          <w:sz w:val="24"/>
          <w:szCs w:val="24"/>
        </w:rPr>
        <w:t>e</w:t>
      </w:r>
      <w:r w:rsidRPr="003014AC">
        <w:rPr>
          <w:i/>
          <w:iCs/>
          <w:sz w:val="24"/>
          <w:szCs w:val="24"/>
        </w:rPr>
        <w:t>ranno inchiodare sopra i trave</w:t>
      </w:r>
      <w:r w:rsidR="00102B4E">
        <w:rPr>
          <w:i/>
          <w:iCs/>
          <w:sz w:val="24"/>
          <w:szCs w:val="24"/>
        </w:rPr>
        <w:t>tt</w:t>
      </w:r>
      <w:r w:rsidRPr="003014AC">
        <w:rPr>
          <w:i/>
          <w:iCs/>
          <w:sz w:val="24"/>
          <w:szCs w:val="24"/>
        </w:rPr>
        <w:t>i da due part</w:t>
      </w:r>
      <w:r w:rsidR="00102B4E">
        <w:rPr>
          <w:i/>
          <w:iCs/>
          <w:sz w:val="24"/>
          <w:szCs w:val="24"/>
        </w:rPr>
        <w:t>e</w:t>
      </w:r>
      <w:r w:rsidRPr="003014AC">
        <w:rPr>
          <w:i/>
          <w:iCs/>
          <w:sz w:val="24"/>
          <w:szCs w:val="24"/>
        </w:rPr>
        <w:t xml:space="preserve"> in qualunque trave</w:t>
      </w:r>
      <w:r w:rsidR="00102B4E">
        <w:rPr>
          <w:i/>
          <w:iCs/>
          <w:sz w:val="24"/>
          <w:szCs w:val="24"/>
        </w:rPr>
        <w:t>tt</w:t>
      </w:r>
      <w:r w:rsidRPr="003014AC">
        <w:rPr>
          <w:i/>
          <w:iCs/>
          <w:sz w:val="24"/>
          <w:szCs w:val="24"/>
        </w:rPr>
        <w:t>o che toccheranno; e saranno sopra tutto ben come</w:t>
      </w:r>
      <w:r w:rsidRPr="0087247B">
        <w:rPr>
          <w:i/>
          <w:iCs/>
          <w:sz w:val="24"/>
          <w:szCs w:val="24"/>
        </w:rPr>
        <w:t>s</w:t>
      </w:r>
      <w:r w:rsidRPr="003014AC">
        <w:rPr>
          <w:i/>
          <w:iCs/>
          <w:sz w:val="24"/>
          <w:szCs w:val="24"/>
        </w:rPr>
        <w:t>se a sieme</w:t>
      </w:r>
      <w:r w:rsidRPr="0087247B">
        <w:rPr>
          <w:i/>
          <w:iCs/>
          <w:sz w:val="24"/>
          <w:szCs w:val="24"/>
        </w:rPr>
        <w:t>,</w:t>
      </w:r>
      <w:r w:rsidRPr="003014AC">
        <w:rPr>
          <w:i/>
          <w:iCs/>
          <w:sz w:val="24"/>
          <w:szCs w:val="24"/>
        </w:rPr>
        <w:t xml:space="preserve"> per tutta la sua l</w:t>
      </w:r>
      <w:r w:rsidRPr="0087247B">
        <w:rPr>
          <w:i/>
          <w:iCs/>
          <w:sz w:val="24"/>
          <w:szCs w:val="24"/>
        </w:rPr>
        <w:t>o</w:t>
      </w:r>
      <w:r w:rsidRPr="003014AC">
        <w:rPr>
          <w:i/>
          <w:iCs/>
          <w:sz w:val="24"/>
          <w:szCs w:val="24"/>
        </w:rPr>
        <w:t>ngeza, e le congiunture siano sempre sopra i detti trave</w:t>
      </w:r>
      <w:r w:rsidR="00102B4E">
        <w:rPr>
          <w:i/>
          <w:iCs/>
          <w:sz w:val="24"/>
          <w:szCs w:val="24"/>
        </w:rPr>
        <w:t>tt</w:t>
      </w:r>
      <w:r w:rsidRPr="003014AC">
        <w:rPr>
          <w:i/>
          <w:iCs/>
          <w:sz w:val="24"/>
          <w:szCs w:val="24"/>
        </w:rPr>
        <w:t xml:space="preserve">i, </w:t>
      </w:r>
      <w:r w:rsidR="00102B4E">
        <w:rPr>
          <w:i/>
          <w:iCs/>
          <w:sz w:val="24"/>
          <w:szCs w:val="24"/>
        </w:rPr>
        <w:t>e</w:t>
      </w:r>
      <w:r w:rsidRPr="003014AC">
        <w:rPr>
          <w:i/>
          <w:iCs/>
          <w:sz w:val="24"/>
          <w:szCs w:val="24"/>
        </w:rPr>
        <w:t xml:space="preserve"> le teste di dette tavole dove si </w:t>
      </w:r>
      <w:r w:rsidRPr="003014AC">
        <w:rPr>
          <w:i/>
          <w:iCs/>
          <w:sz w:val="24"/>
          <w:szCs w:val="24"/>
        </w:rPr>
        <w:lastRenderedPageBreak/>
        <w:t xml:space="preserve">congiungono, abbiano </w:t>
      </w:r>
      <w:r w:rsidR="00102B4E">
        <w:rPr>
          <w:i/>
          <w:iCs/>
          <w:sz w:val="24"/>
          <w:szCs w:val="24"/>
        </w:rPr>
        <w:t>3e</w:t>
      </w:r>
      <w:r w:rsidRPr="003014AC">
        <w:rPr>
          <w:i/>
          <w:iCs/>
          <w:sz w:val="24"/>
          <w:szCs w:val="24"/>
        </w:rPr>
        <w:t xml:space="preserve"> chiodi per qual si sia parte e che vadino bene anche vicino al muro, e saranno in piano perfetto </w:t>
      </w:r>
      <w:r w:rsidR="00102B4E">
        <w:rPr>
          <w:i/>
          <w:iCs/>
          <w:sz w:val="24"/>
          <w:szCs w:val="24"/>
        </w:rPr>
        <w:t>a</w:t>
      </w:r>
      <w:r w:rsidRPr="003014AC">
        <w:rPr>
          <w:i/>
          <w:iCs/>
          <w:sz w:val="24"/>
          <w:szCs w:val="24"/>
        </w:rPr>
        <w:t xml:space="preserve"> opera co</w:t>
      </w:r>
      <w:r w:rsidRPr="0087247B">
        <w:rPr>
          <w:i/>
          <w:iCs/>
          <w:sz w:val="24"/>
          <w:szCs w:val="24"/>
        </w:rPr>
        <w:t>n</w:t>
      </w:r>
      <w:r w:rsidRPr="003014AC">
        <w:rPr>
          <w:i/>
          <w:iCs/>
          <w:sz w:val="24"/>
          <w:szCs w:val="24"/>
        </w:rPr>
        <w:t>laudata.</w:t>
      </w:r>
    </w:p>
    <w:p w14:paraId="54AA6721" w14:textId="3B63E544" w:rsidR="00D76A69" w:rsidRPr="0087247B" w:rsidRDefault="00900CE0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I solari a profilo saranno delle stesse misure dette ma con la </w:t>
      </w:r>
      <w:r w:rsidR="00FE1D49" w:rsidRPr="0087247B">
        <w:rPr>
          <w:i/>
          <w:iCs/>
          <w:sz w:val="24"/>
          <w:szCs w:val="24"/>
        </w:rPr>
        <w:t xml:space="preserve">diferenza che </w:t>
      </w:r>
      <w:r w:rsidR="00D76A69" w:rsidRPr="0087247B">
        <w:rPr>
          <w:i/>
          <w:iCs/>
          <w:sz w:val="24"/>
          <w:szCs w:val="24"/>
        </w:rPr>
        <w:t>ricercha la sua profilatura a ogni trave</w:t>
      </w:r>
      <w:r w:rsidR="00102B4E">
        <w:rPr>
          <w:i/>
          <w:iCs/>
          <w:sz w:val="24"/>
          <w:szCs w:val="24"/>
        </w:rPr>
        <w:t>tt</w:t>
      </w:r>
      <w:r w:rsidR="00D76A69" w:rsidRPr="0087247B">
        <w:rPr>
          <w:i/>
          <w:iCs/>
          <w:sz w:val="24"/>
          <w:szCs w:val="24"/>
        </w:rPr>
        <w:t xml:space="preserve">o, </w:t>
      </w:r>
      <w:r w:rsidR="00102B4E">
        <w:rPr>
          <w:i/>
          <w:iCs/>
          <w:sz w:val="24"/>
          <w:szCs w:val="24"/>
        </w:rPr>
        <w:t xml:space="preserve">o </w:t>
      </w:r>
      <w:r w:rsidR="00D76A69" w:rsidRPr="0087247B">
        <w:rPr>
          <w:i/>
          <w:iCs/>
          <w:sz w:val="24"/>
          <w:szCs w:val="24"/>
        </w:rPr>
        <w:t>s</w:t>
      </w:r>
      <w:r w:rsidR="00102B4E">
        <w:rPr>
          <w:i/>
          <w:iCs/>
          <w:sz w:val="24"/>
          <w:szCs w:val="24"/>
        </w:rPr>
        <w:t>ommar</w:t>
      </w:r>
      <w:r w:rsidR="00D76A69" w:rsidRPr="0087247B">
        <w:rPr>
          <w:i/>
          <w:iCs/>
          <w:sz w:val="24"/>
          <w:szCs w:val="24"/>
        </w:rPr>
        <w:t>o, e le tavole di sopra saranno dell istessa</w:t>
      </w:r>
      <w:r w:rsidR="00102B4E">
        <w:rPr>
          <w:i/>
          <w:iCs/>
          <w:sz w:val="24"/>
          <w:szCs w:val="24"/>
        </w:rPr>
        <w:t xml:space="preserve"> </w:t>
      </w:r>
      <w:r w:rsidR="00D76A69" w:rsidRPr="0087247B">
        <w:rPr>
          <w:i/>
          <w:iCs/>
          <w:sz w:val="24"/>
          <w:szCs w:val="24"/>
        </w:rPr>
        <w:t>legniame ma spianate e pulite c</w:t>
      </w:r>
      <w:r w:rsidR="00102B4E">
        <w:rPr>
          <w:i/>
          <w:iCs/>
          <w:sz w:val="24"/>
          <w:szCs w:val="24"/>
        </w:rPr>
        <w:t>on</w:t>
      </w:r>
      <w:r w:rsidR="00D76A69" w:rsidRPr="0087247B">
        <w:rPr>
          <w:i/>
          <w:iCs/>
          <w:sz w:val="24"/>
          <w:szCs w:val="24"/>
        </w:rPr>
        <w:t xml:space="preserve"> suoi listelli che corrino tutti in linea perfetta; e vicino all s</w:t>
      </w:r>
      <w:r w:rsidR="00102B4E">
        <w:rPr>
          <w:i/>
          <w:iCs/>
          <w:sz w:val="24"/>
          <w:szCs w:val="24"/>
        </w:rPr>
        <w:t>ommar</w:t>
      </w:r>
      <w:r w:rsidR="00D76A69" w:rsidRPr="0087247B">
        <w:rPr>
          <w:i/>
          <w:iCs/>
          <w:sz w:val="24"/>
          <w:szCs w:val="24"/>
        </w:rPr>
        <w:t>o il suoi giambini in torno e anche vicino al muro c</w:t>
      </w:r>
      <w:r w:rsidR="00102B4E">
        <w:rPr>
          <w:i/>
          <w:iCs/>
          <w:sz w:val="24"/>
          <w:szCs w:val="24"/>
        </w:rPr>
        <w:t>on</w:t>
      </w:r>
      <w:r w:rsidR="00D76A69" w:rsidRPr="0087247B">
        <w:rPr>
          <w:i/>
          <w:iCs/>
          <w:sz w:val="24"/>
          <w:szCs w:val="24"/>
        </w:rPr>
        <w:t xml:space="preserve"> la sua cornicetta é saranno inchiodati a ogni trave</w:t>
      </w:r>
      <w:r w:rsidR="00102B4E">
        <w:rPr>
          <w:i/>
          <w:iCs/>
          <w:sz w:val="24"/>
          <w:szCs w:val="24"/>
        </w:rPr>
        <w:t>tt</w:t>
      </w:r>
      <w:r w:rsidR="00D76A69" w:rsidRPr="0087247B">
        <w:rPr>
          <w:i/>
          <w:iCs/>
          <w:sz w:val="24"/>
          <w:szCs w:val="24"/>
        </w:rPr>
        <w:t>o c</w:t>
      </w:r>
      <w:r w:rsidR="00102B4E">
        <w:rPr>
          <w:i/>
          <w:iCs/>
          <w:sz w:val="24"/>
          <w:szCs w:val="24"/>
        </w:rPr>
        <w:t>on</w:t>
      </w:r>
      <w:r w:rsidR="00D76A69" w:rsidRPr="0087247B">
        <w:rPr>
          <w:i/>
          <w:iCs/>
          <w:sz w:val="24"/>
          <w:szCs w:val="24"/>
        </w:rPr>
        <w:t xml:space="preserve"> chioderia necesaria e sopra detta </w:t>
      </w:r>
      <w:r w:rsidR="00102B4E">
        <w:rPr>
          <w:i/>
          <w:iCs/>
          <w:sz w:val="24"/>
          <w:szCs w:val="24"/>
        </w:rPr>
        <w:t>rivist</w:t>
      </w:r>
      <w:r w:rsidR="00D76A69" w:rsidRPr="0087247B">
        <w:rPr>
          <w:i/>
          <w:iCs/>
          <w:sz w:val="24"/>
          <w:szCs w:val="24"/>
        </w:rPr>
        <w:t>i il tutto dall sopra stante tant</w:t>
      </w:r>
      <w:r w:rsidR="00102B4E">
        <w:rPr>
          <w:i/>
          <w:iCs/>
          <w:sz w:val="24"/>
          <w:szCs w:val="24"/>
        </w:rPr>
        <w:t>t</w:t>
      </w:r>
      <w:r w:rsidR="00D76A69" w:rsidRPr="0087247B">
        <w:rPr>
          <w:i/>
          <w:iCs/>
          <w:sz w:val="24"/>
          <w:szCs w:val="24"/>
        </w:rPr>
        <w:t>o per la bontà della legniame come per la longezza e grosezza de chiodi.</w:t>
      </w:r>
    </w:p>
    <w:p w14:paraId="225C4253" w14:textId="77777777" w:rsidR="00D76A69" w:rsidRPr="0087247B" w:rsidRDefault="00D76A69" w:rsidP="00102B4E">
      <w:pPr>
        <w:jc w:val="center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Stibj di listelli</w:t>
      </w:r>
    </w:p>
    <w:p w14:paraId="1340F710" w14:textId="6F56E16F" w:rsidR="00903F19" w:rsidRPr="0087247B" w:rsidRDefault="00D76A69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I stibi di listelli saranno doppi c</w:t>
      </w:r>
      <w:r w:rsidR="000E0BDF">
        <w:rPr>
          <w:i/>
          <w:iCs/>
          <w:sz w:val="24"/>
          <w:szCs w:val="24"/>
        </w:rPr>
        <w:t>on</w:t>
      </w:r>
      <w:r w:rsidRPr="0087247B">
        <w:rPr>
          <w:i/>
          <w:iCs/>
          <w:sz w:val="24"/>
          <w:szCs w:val="24"/>
        </w:rPr>
        <w:t xml:space="preserve"> la sua armatura in mezzo di legni raggionevoli </w:t>
      </w:r>
      <w:r w:rsidR="000E0BDF">
        <w:rPr>
          <w:i/>
          <w:iCs/>
          <w:sz w:val="24"/>
          <w:szCs w:val="24"/>
        </w:rPr>
        <w:t>e</w:t>
      </w:r>
      <w:r w:rsidRPr="0087247B">
        <w:rPr>
          <w:i/>
          <w:iCs/>
          <w:sz w:val="24"/>
          <w:szCs w:val="24"/>
        </w:rPr>
        <w:t xml:space="preserve"> saranno incastrati a mezzo a mezzo, con</w:t>
      </w:r>
      <w:r w:rsidR="00903F19" w:rsidRPr="0087247B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le sue </w:t>
      </w:r>
      <w:r w:rsidR="00903F19" w:rsidRPr="0087247B">
        <w:rPr>
          <w:i/>
          <w:iCs/>
          <w:sz w:val="24"/>
          <w:szCs w:val="24"/>
        </w:rPr>
        <w:t>battute, dove sono le porte, é dette ramture saranno messe n</w:t>
      </w:r>
      <w:r w:rsidR="000E0BDF">
        <w:rPr>
          <w:i/>
          <w:iCs/>
          <w:sz w:val="24"/>
          <w:szCs w:val="24"/>
        </w:rPr>
        <w:t>on</w:t>
      </w:r>
      <w:r w:rsidR="00903F19" w:rsidRPr="0087247B">
        <w:rPr>
          <w:i/>
          <w:iCs/>
          <w:sz w:val="24"/>
          <w:szCs w:val="24"/>
        </w:rPr>
        <w:t xml:space="preserve"> solo in piedi, é in piano ma a</w:t>
      </w:r>
      <w:r w:rsidR="000E0BDF">
        <w:rPr>
          <w:i/>
          <w:iCs/>
          <w:sz w:val="24"/>
          <w:szCs w:val="24"/>
        </w:rPr>
        <w:t>verann</w:t>
      </w:r>
      <w:r w:rsidR="00903F19" w:rsidRPr="0087247B">
        <w:rPr>
          <w:i/>
          <w:iCs/>
          <w:sz w:val="24"/>
          <w:szCs w:val="24"/>
        </w:rPr>
        <w:t>o le diagonale ancora, é dove si ri</w:t>
      </w:r>
      <w:r w:rsidR="000E0BDF">
        <w:rPr>
          <w:i/>
          <w:iCs/>
          <w:sz w:val="24"/>
          <w:szCs w:val="24"/>
        </w:rPr>
        <w:t>cerc</w:t>
      </w:r>
      <w:r w:rsidR="00903F19" w:rsidRPr="0087247B">
        <w:rPr>
          <w:i/>
          <w:iCs/>
          <w:sz w:val="24"/>
          <w:szCs w:val="24"/>
        </w:rPr>
        <w:t>a per n</w:t>
      </w:r>
      <w:r w:rsidR="000E0BDF">
        <w:rPr>
          <w:i/>
          <w:iCs/>
          <w:sz w:val="24"/>
          <w:szCs w:val="24"/>
        </w:rPr>
        <w:t>on</w:t>
      </w:r>
      <w:r w:rsidR="00903F19" w:rsidRPr="0087247B">
        <w:rPr>
          <w:i/>
          <w:iCs/>
          <w:sz w:val="24"/>
          <w:szCs w:val="24"/>
        </w:rPr>
        <w:t xml:space="preserve"> caricare i solari di sotto, metterli a modo di c</w:t>
      </w:r>
      <w:r w:rsidR="000E0BDF">
        <w:rPr>
          <w:i/>
          <w:iCs/>
          <w:sz w:val="24"/>
          <w:szCs w:val="24"/>
        </w:rPr>
        <w:t>avriat</w:t>
      </w:r>
      <w:r w:rsidR="00903F19" w:rsidRPr="0087247B">
        <w:rPr>
          <w:i/>
          <w:iCs/>
          <w:sz w:val="24"/>
          <w:szCs w:val="24"/>
        </w:rPr>
        <w:t>e, che portano tutto il peso nelle muraglie é questo s</w:t>
      </w:r>
      <w:r w:rsidR="000E0BDF">
        <w:rPr>
          <w:i/>
          <w:iCs/>
          <w:sz w:val="24"/>
          <w:szCs w:val="24"/>
        </w:rPr>
        <w:t xml:space="preserve">’ </w:t>
      </w:r>
      <w:r w:rsidR="00903F19" w:rsidRPr="0087247B">
        <w:rPr>
          <w:i/>
          <w:iCs/>
          <w:sz w:val="24"/>
          <w:szCs w:val="24"/>
        </w:rPr>
        <w:t>intende dove sarà necesario é dove sarà fatibile e che l’’armatura sia ben incastrata nelle muraglie e di tutta perfezione fatta, é a piombo perfetto, per tutte le part</w:t>
      </w:r>
      <w:r w:rsidR="000E0BDF">
        <w:rPr>
          <w:i/>
          <w:iCs/>
          <w:sz w:val="24"/>
          <w:szCs w:val="24"/>
        </w:rPr>
        <w:t>e</w:t>
      </w:r>
      <w:r w:rsidR="00903F19" w:rsidRPr="0087247B">
        <w:rPr>
          <w:i/>
          <w:iCs/>
          <w:sz w:val="24"/>
          <w:szCs w:val="24"/>
        </w:rPr>
        <w:t>.</w:t>
      </w:r>
    </w:p>
    <w:p w14:paraId="6B445947" w14:textId="40859677" w:rsidR="00447FC7" w:rsidRPr="0087247B" w:rsidRDefault="00903F19" w:rsidP="001471FA">
      <w:pPr>
        <w:jc w:val="both"/>
        <w:rPr>
          <w:i/>
          <w:iCs/>
          <w:sz w:val="24"/>
          <w:szCs w:val="24"/>
        </w:rPr>
      </w:pPr>
      <w:r w:rsidRPr="00FE1D49">
        <w:rPr>
          <w:i/>
          <w:iCs/>
          <w:sz w:val="24"/>
          <w:szCs w:val="24"/>
        </w:rPr>
        <w:t xml:space="preserve">La </w:t>
      </w:r>
      <w:r w:rsidRPr="0087247B">
        <w:rPr>
          <w:i/>
          <w:iCs/>
          <w:sz w:val="24"/>
          <w:szCs w:val="24"/>
        </w:rPr>
        <w:t>listellatura</w:t>
      </w:r>
      <w:r w:rsidRPr="00FE1D49">
        <w:rPr>
          <w:i/>
          <w:iCs/>
          <w:sz w:val="24"/>
          <w:szCs w:val="24"/>
        </w:rPr>
        <w:t xml:space="preserve"> sarà di perfezione e di grosezza on</w:t>
      </w:r>
      <w:r w:rsidR="000E0BDF">
        <w:rPr>
          <w:i/>
          <w:iCs/>
          <w:sz w:val="24"/>
          <w:szCs w:val="24"/>
        </w:rPr>
        <w:t>z</w:t>
      </w:r>
      <w:r w:rsidRPr="00FE1D49">
        <w:rPr>
          <w:i/>
          <w:iCs/>
          <w:sz w:val="24"/>
          <w:szCs w:val="24"/>
        </w:rPr>
        <w:t>a</w:t>
      </w:r>
      <w:r w:rsidRPr="0087247B">
        <w:rPr>
          <w:i/>
          <w:iCs/>
          <w:sz w:val="24"/>
          <w:szCs w:val="24"/>
        </w:rPr>
        <w:t>,</w:t>
      </w:r>
      <w:r w:rsidRPr="00FE1D49">
        <w:rPr>
          <w:i/>
          <w:iCs/>
          <w:sz w:val="24"/>
          <w:szCs w:val="24"/>
        </w:rPr>
        <w:t xml:space="preserve"> una p</w:t>
      </w:r>
      <w:r w:rsidR="000E0BDF">
        <w:rPr>
          <w:i/>
          <w:iCs/>
          <w:sz w:val="24"/>
          <w:szCs w:val="24"/>
        </w:rPr>
        <w:t>er</w:t>
      </w:r>
      <w:r w:rsidRPr="00FE1D49">
        <w:rPr>
          <w:i/>
          <w:iCs/>
          <w:sz w:val="24"/>
          <w:szCs w:val="24"/>
        </w:rPr>
        <w:t xml:space="preserve"> ogni verso, e tant</w:t>
      </w:r>
      <w:r w:rsidRPr="0087247B">
        <w:rPr>
          <w:i/>
          <w:iCs/>
          <w:sz w:val="24"/>
          <w:szCs w:val="24"/>
        </w:rPr>
        <w:t>t</w:t>
      </w:r>
      <w:r w:rsidRPr="00FE1D49">
        <w:rPr>
          <w:i/>
          <w:iCs/>
          <w:sz w:val="24"/>
          <w:szCs w:val="24"/>
        </w:rPr>
        <w:t xml:space="preserve">o quelli in piedi, che l’altri </w:t>
      </w:r>
      <w:r w:rsidRPr="0087247B">
        <w:rPr>
          <w:i/>
          <w:iCs/>
          <w:sz w:val="24"/>
          <w:szCs w:val="24"/>
        </w:rPr>
        <w:t>à</w:t>
      </w:r>
      <w:r w:rsidRPr="00FE1D49">
        <w:rPr>
          <w:i/>
          <w:iCs/>
          <w:sz w:val="24"/>
          <w:szCs w:val="24"/>
        </w:rPr>
        <w:t xml:space="preserve"> traverso n</w:t>
      </w:r>
      <w:r w:rsidR="000E0BDF">
        <w:rPr>
          <w:i/>
          <w:iCs/>
          <w:sz w:val="24"/>
          <w:szCs w:val="24"/>
        </w:rPr>
        <w:t>on</w:t>
      </w:r>
      <w:r w:rsidRPr="00FE1D49">
        <w:rPr>
          <w:i/>
          <w:iCs/>
          <w:sz w:val="24"/>
          <w:szCs w:val="24"/>
        </w:rPr>
        <w:t xml:space="preserve"> abbiano più</w:t>
      </w:r>
      <w:r w:rsidRPr="0087247B">
        <w:rPr>
          <w:i/>
          <w:iCs/>
          <w:sz w:val="24"/>
          <w:szCs w:val="24"/>
        </w:rPr>
        <w:t>,</w:t>
      </w:r>
      <w:r w:rsidRPr="00FE1D49">
        <w:rPr>
          <w:i/>
          <w:iCs/>
          <w:sz w:val="24"/>
          <w:szCs w:val="24"/>
        </w:rPr>
        <w:t xml:space="preserve"> de</w:t>
      </w:r>
      <w:r w:rsidR="000E0BDF">
        <w:rPr>
          <w:i/>
          <w:iCs/>
          <w:sz w:val="24"/>
          <w:szCs w:val="24"/>
        </w:rPr>
        <w:t>sta</w:t>
      </w:r>
      <w:r w:rsidRPr="00FE1D49">
        <w:rPr>
          <w:i/>
          <w:iCs/>
          <w:sz w:val="24"/>
          <w:szCs w:val="24"/>
        </w:rPr>
        <w:t>nza</w:t>
      </w:r>
      <w:r w:rsidRPr="0087247B">
        <w:rPr>
          <w:i/>
          <w:iCs/>
          <w:sz w:val="24"/>
          <w:szCs w:val="24"/>
        </w:rPr>
        <w:t>;</w:t>
      </w:r>
      <w:r w:rsidRPr="00FE1D49">
        <w:rPr>
          <w:i/>
          <w:iCs/>
          <w:sz w:val="24"/>
          <w:szCs w:val="24"/>
        </w:rPr>
        <w:t xml:space="preserve"> che la medema grosezza dell’istesso </w:t>
      </w:r>
      <w:r w:rsidRPr="0087247B">
        <w:rPr>
          <w:i/>
          <w:iCs/>
          <w:sz w:val="24"/>
          <w:szCs w:val="24"/>
        </w:rPr>
        <w:t>listello;</w:t>
      </w:r>
      <w:r w:rsidRPr="00FE1D49">
        <w:rPr>
          <w:i/>
          <w:iCs/>
          <w:sz w:val="24"/>
          <w:szCs w:val="24"/>
        </w:rPr>
        <w:t xml:space="preserve"> e inchiodati a ogni </w:t>
      </w:r>
      <w:r w:rsidRPr="0087247B">
        <w:rPr>
          <w:i/>
          <w:iCs/>
          <w:sz w:val="24"/>
          <w:szCs w:val="24"/>
        </w:rPr>
        <w:t>listello</w:t>
      </w:r>
      <w:r w:rsidRPr="00FE1D49">
        <w:rPr>
          <w:i/>
          <w:iCs/>
          <w:sz w:val="24"/>
          <w:szCs w:val="24"/>
        </w:rPr>
        <w:t xml:space="preserve">, </w:t>
      </w:r>
      <w:r w:rsidRPr="0087247B">
        <w:rPr>
          <w:i/>
          <w:iCs/>
          <w:sz w:val="24"/>
          <w:szCs w:val="24"/>
        </w:rPr>
        <w:t>é</w:t>
      </w:r>
      <w:r w:rsidRPr="00FE1D49">
        <w:rPr>
          <w:i/>
          <w:iCs/>
          <w:sz w:val="24"/>
          <w:szCs w:val="24"/>
        </w:rPr>
        <w:t xml:space="preserve"> in ogni parte che incrocia un </w:t>
      </w:r>
      <w:r w:rsidRPr="0087247B">
        <w:rPr>
          <w:i/>
          <w:iCs/>
          <w:sz w:val="24"/>
          <w:szCs w:val="24"/>
        </w:rPr>
        <w:t xml:space="preserve">listello </w:t>
      </w:r>
      <w:r w:rsidRPr="00FE1D49">
        <w:rPr>
          <w:i/>
          <w:iCs/>
          <w:sz w:val="24"/>
          <w:szCs w:val="24"/>
        </w:rPr>
        <w:t>con l’altro.</w:t>
      </w:r>
    </w:p>
    <w:p w14:paraId="235E57F8" w14:textId="24FC26A2" w:rsidR="00447FC7" w:rsidRPr="0087247B" w:rsidRDefault="00447FC7" w:rsidP="001471FA">
      <w:pPr>
        <w:jc w:val="both"/>
        <w:rPr>
          <w:i/>
          <w:iCs/>
          <w:sz w:val="24"/>
          <w:szCs w:val="24"/>
        </w:rPr>
      </w:pPr>
      <w:r w:rsidRPr="00FE1D49">
        <w:rPr>
          <w:i/>
          <w:iCs/>
          <w:sz w:val="24"/>
          <w:szCs w:val="24"/>
        </w:rPr>
        <w:t xml:space="preserve">E che siano in piano perfetto </w:t>
      </w:r>
      <w:r w:rsidRPr="0087247B">
        <w:rPr>
          <w:i/>
          <w:iCs/>
          <w:sz w:val="24"/>
          <w:szCs w:val="24"/>
        </w:rPr>
        <w:t>é</w:t>
      </w:r>
      <w:r w:rsidRPr="00FE1D49">
        <w:rPr>
          <w:i/>
          <w:iCs/>
          <w:sz w:val="24"/>
          <w:szCs w:val="24"/>
        </w:rPr>
        <w:t xml:space="preserve"> n</w:t>
      </w:r>
      <w:r w:rsidR="000E0BDF">
        <w:rPr>
          <w:i/>
          <w:iCs/>
          <w:sz w:val="24"/>
          <w:szCs w:val="24"/>
        </w:rPr>
        <w:t>on</w:t>
      </w:r>
      <w:r w:rsidRPr="00FE1D49">
        <w:rPr>
          <w:i/>
          <w:iCs/>
          <w:sz w:val="24"/>
          <w:szCs w:val="24"/>
        </w:rPr>
        <w:t xml:space="preserve"> faccia nessun</w:t>
      </w:r>
      <w:r w:rsidR="000E0BDF">
        <w:rPr>
          <w:i/>
          <w:iCs/>
          <w:sz w:val="24"/>
          <w:szCs w:val="24"/>
        </w:rPr>
        <w:t>o</w:t>
      </w:r>
      <w:r w:rsidRPr="00FE1D49">
        <w:rPr>
          <w:i/>
          <w:iCs/>
          <w:sz w:val="24"/>
          <w:szCs w:val="24"/>
        </w:rPr>
        <w:t xml:space="preserve"> a</w:t>
      </w:r>
      <w:r w:rsidRPr="0087247B">
        <w:rPr>
          <w:i/>
          <w:iCs/>
          <w:sz w:val="24"/>
          <w:szCs w:val="24"/>
        </w:rPr>
        <w:t>vanzament</w:t>
      </w:r>
      <w:r w:rsidRPr="00FE1D49">
        <w:rPr>
          <w:i/>
          <w:iCs/>
          <w:sz w:val="24"/>
          <w:szCs w:val="24"/>
        </w:rPr>
        <w:t xml:space="preserve">o </w:t>
      </w:r>
      <w:r w:rsidR="000E0BDF">
        <w:rPr>
          <w:i/>
          <w:iCs/>
          <w:sz w:val="24"/>
          <w:szCs w:val="24"/>
        </w:rPr>
        <w:t>o</w:t>
      </w:r>
      <w:r w:rsidRPr="00FE1D49">
        <w:rPr>
          <w:i/>
          <w:iCs/>
          <w:sz w:val="24"/>
          <w:szCs w:val="24"/>
        </w:rPr>
        <w:t xml:space="preserve"> gobba che saranno tenuti a rifa</w:t>
      </w:r>
      <w:r w:rsidRPr="0087247B">
        <w:rPr>
          <w:i/>
          <w:iCs/>
          <w:sz w:val="24"/>
          <w:szCs w:val="24"/>
        </w:rPr>
        <w:t>l</w:t>
      </w:r>
      <w:r w:rsidRPr="00FE1D49">
        <w:rPr>
          <w:i/>
          <w:iCs/>
          <w:sz w:val="24"/>
          <w:szCs w:val="24"/>
        </w:rPr>
        <w:t>li altra volt</w:t>
      </w:r>
      <w:r w:rsidRPr="0087247B">
        <w:rPr>
          <w:i/>
          <w:iCs/>
          <w:sz w:val="24"/>
          <w:szCs w:val="24"/>
        </w:rPr>
        <w:t>t</w:t>
      </w:r>
      <w:r w:rsidRPr="00FE1D49">
        <w:rPr>
          <w:i/>
          <w:iCs/>
          <w:sz w:val="24"/>
          <w:szCs w:val="24"/>
        </w:rPr>
        <w:t>a a loro spese.</w:t>
      </w:r>
    </w:p>
    <w:p w14:paraId="0046C1F4" w14:textId="4743E1F3" w:rsidR="009312DD" w:rsidRPr="0087247B" w:rsidRDefault="00447FC7" w:rsidP="001471FA">
      <w:pPr>
        <w:jc w:val="both"/>
        <w:rPr>
          <w:i/>
          <w:iCs/>
          <w:sz w:val="24"/>
          <w:szCs w:val="24"/>
        </w:rPr>
      </w:pPr>
      <w:r w:rsidRPr="00FE1D49">
        <w:rPr>
          <w:i/>
          <w:iCs/>
          <w:sz w:val="24"/>
          <w:szCs w:val="24"/>
        </w:rPr>
        <w:t>Le Volte in piano</w:t>
      </w:r>
      <w:r w:rsidRPr="0087247B">
        <w:rPr>
          <w:i/>
          <w:iCs/>
          <w:sz w:val="24"/>
          <w:szCs w:val="24"/>
        </w:rPr>
        <w:t>;</w:t>
      </w:r>
      <w:r w:rsidRPr="00FE1D49">
        <w:rPr>
          <w:i/>
          <w:iCs/>
          <w:sz w:val="24"/>
          <w:szCs w:val="24"/>
        </w:rPr>
        <w:t xml:space="preserve"> dett</w:t>
      </w:r>
      <w:r w:rsidRPr="0087247B">
        <w:rPr>
          <w:i/>
          <w:iCs/>
          <w:sz w:val="24"/>
          <w:szCs w:val="24"/>
        </w:rPr>
        <w:t>e</w:t>
      </w:r>
      <w:r w:rsidRPr="00FE1D49">
        <w:rPr>
          <w:i/>
          <w:iCs/>
          <w:sz w:val="24"/>
          <w:szCs w:val="24"/>
        </w:rPr>
        <w:t xml:space="preserve"> Plafoni c</w:t>
      </w:r>
      <w:r w:rsidR="000E0BDF">
        <w:rPr>
          <w:i/>
          <w:iCs/>
          <w:sz w:val="24"/>
          <w:szCs w:val="24"/>
        </w:rPr>
        <w:t>on</w:t>
      </w:r>
      <w:r w:rsidRPr="00FE1D49">
        <w:rPr>
          <w:i/>
          <w:iCs/>
          <w:sz w:val="24"/>
          <w:szCs w:val="24"/>
        </w:rPr>
        <w:t xml:space="preserve"> qualche semicircolo dove </w:t>
      </w:r>
      <w:r w:rsidRPr="0087247B">
        <w:rPr>
          <w:i/>
          <w:iCs/>
          <w:sz w:val="24"/>
          <w:szCs w:val="24"/>
        </w:rPr>
        <w:t>avien</w:t>
      </w:r>
      <w:r w:rsidRPr="00FE1D49">
        <w:rPr>
          <w:i/>
          <w:iCs/>
          <w:sz w:val="24"/>
          <w:szCs w:val="24"/>
        </w:rPr>
        <w:t>e l’angolo della muraglia a d</w:t>
      </w:r>
      <w:r w:rsidRPr="0087247B">
        <w:rPr>
          <w:i/>
          <w:iCs/>
          <w:sz w:val="24"/>
          <w:szCs w:val="24"/>
        </w:rPr>
        <w:t>et</w:t>
      </w:r>
      <w:r w:rsidRPr="00FE1D49">
        <w:rPr>
          <w:i/>
          <w:iCs/>
          <w:sz w:val="24"/>
          <w:szCs w:val="24"/>
        </w:rPr>
        <w:t>ta volta; saranno ben armat</w:t>
      </w:r>
      <w:r w:rsidRPr="0087247B">
        <w:rPr>
          <w:i/>
          <w:iCs/>
          <w:sz w:val="24"/>
          <w:szCs w:val="24"/>
        </w:rPr>
        <w:t>e</w:t>
      </w:r>
      <w:r w:rsidRPr="00FE1D49">
        <w:rPr>
          <w:i/>
          <w:iCs/>
          <w:sz w:val="24"/>
          <w:szCs w:val="24"/>
        </w:rPr>
        <w:t xml:space="preserve"> con centini doppi</w:t>
      </w:r>
      <w:r w:rsidRPr="0087247B">
        <w:rPr>
          <w:i/>
          <w:iCs/>
          <w:sz w:val="24"/>
          <w:szCs w:val="24"/>
        </w:rPr>
        <w:t>j</w:t>
      </w:r>
      <w:r w:rsidRPr="00FE1D49">
        <w:rPr>
          <w:i/>
          <w:iCs/>
          <w:sz w:val="24"/>
          <w:szCs w:val="24"/>
        </w:rPr>
        <w:t xml:space="preserve"> della grosezza delli tavoli n</w:t>
      </w:r>
      <w:r w:rsidR="000E0BDF">
        <w:rPr>
          <w:i/>
          <w:iCs/>
          <w:sz w:val="24"/>
          <w:szCs w:val="24"/>
        </w:rPr>
        <w:t>on</w:t>
      </w:r>
      <w:r w:rsidRPr="00FE1D49">
        <w:rPr>
          <w:i/>
          <w:iCs/>
          <w:sz w:val="24"/>
          <w:szCs w:val="24"/>
        </w:rPr>
        <w:t xml:space="preserve"> meno di un</w:t>
      </w:r>
      <w:r w:rsidRPr="0087247B">
        <w:rPr>
          <w:i/>
          <w:iCs/>
          <w:sz w:val="24"/>
          <w:szCs w:val="24"/>
        </w:rPr>
        <w:t xml:space="preserve"> </w:t>
      </w:r>
      <w:r w:rsidRPr="00FE1D49">
        <w:rPr>
          <w:i/>
          <w:iCs/>
          <w:sz w:val="24"/>
          <w:szCs w:val="24"/>
        </w:rPr>
        <w:t>on</w:t>
      </w:r>
      <w:r w:rsidR="000E0BDF">
        <w:rPr>
          <w:i/>
          <w:iCs/>
          <w:sz w:val="24"/>
          <w:szCs w:val="24"/>
        </w:rPr>
        <w:t>z</w:t>
      </w:r>
      <w:r w:rsidRPr="00FE1D49">
        <w:rPr>
          <w:i/>
          <w:iCs/>
          <w:sz w:val="24"/>
          <w:szCs w:val="24"/>
        </w:rPr>
        <w:t>a che radoppiati in molt</w:t>
      </w:r>
      <w:r w:rsidRPr="0087247B">
        <w:rPr>
          <w:i/>
          <w:iCs/>
          <w:sz w:val="24"/>
          <w:szCs w:val="24"/>
        </w:rPr>
        <w:t>t</w:t>
      </w:r>
      <w:r w:rsidRPr="00FE1D49">
        <w:rPr>
          <w:i/>
          <w:iCs/>
          <w:sz w:val="24"/>
          <w:szCs w:val="24"/>
        </w:rPr>
        <w:t>e part</w:t>
      </w:r>
      <w:r w:rsidRPr="0087247B">
        <w:rPr>
          <w:i/>
          <w:iCs/>
          <w:sz w:val="24"/>
          <w:szCs w:val="24"/>
        </w:rPr>
        <w:t>e</w:t>
      </w:r>
      <w:r w:rsidRPr="00FE1D49">
        <w:rPr>
          <w:i/>
          <w:iCs/>
          <w:sz w:val="24"/>
          <w:szCs w:val="24"/>
        </w:rPr>
        <w:t xml:space="preserve"> fac</w:t>
      </w:r>
      <w:r w:rsidRPr="0087247B">
        <w:rPr>
          <w:i/>
          <w:iCs/>
          <w:sz w:val="24"/>
          <w:szCs w:val="24"/>
        </w:rPr>
        <w:t>c</w:t>
      </w:r>
      <w:r w:rsidRPr="00FE1D49">
        <w:rPr>
          <w:i/>
          <w:iCs/>
          <w:sz w:val="24"/>
          <w:szCs w:val="24"/>
        </w:rPr>
        <w:t>ino on</w:t>
      </w:r>
      <w:r w:rsidR="000E0BDF">
        <w:rPr>
          <w:i/>
          <w:iCs/>
          <w:sz w:val="24"/>
          <w:szCs w:val="24"/>
        </w:rPr>
        <w:t>z</w:t>
      </w:r>
      <w:r w:rsidRPr="00FE1D49">
        <w:rPr>
          <w:i/>
          <w:iCs/>
          <w:sz w:val="24"/>
          <w:szCs w:val="24"/>
        </w:rPr>
        <w:t xml:space="preserve">e due e </w:t>
      </w:r>
      <w:r w:rsidRPr="0087247B">
        <w:rPr>
          <w:i/>
          <w:iCs/>
          <w:sz w:val="24"/>
          <w:szCs w:val="24"/>
        </w:rPr>
        <w:t>di</w:t>
      </w:r>
      <w:r w:rsidRPr="00FE1D49">
        <w:rPr>
          <w:i/>
          <w:iCs/>
          <w:sz w:val="24"/>
          <w:szCs w:val="24"/>
        </w:rPr>
        <w:t xml:space="preserve"> largezza al meno o</w:t>
      </w:r>
      <w:r w:rsidR="000E0BDF">
        <w:rPr>
          <w:i/>
          <w:iCs/>
          <w:sz w:val="24"/>
          <w:szCs w:val="24"/>
        </w:rPr>
        <w:t>z</w:t>
      </w:r>
      <w:r w:rsidRPr="00FE1D49">
        <w:rPr>
          <w:i/>
          <w:iCs/>
          <w:sz w:val="24"/>
          <w:szCs w:val="24"/>
        </w:rPr>
        <w:t>e 6 in circ</w:t>
      </w:r>
      <w:r w:rsidRPr="0087247B">
        <w:rPr>
          <w:i/>
          <w:iCs/>
          <w:sz w:val="24"/>
          <w:szCs w:val="24"/>
        </w:rPr>
        <w:t>h</w:t>
      </w:r>
      <w:r w:rsidRPr="00FE1D49">
        <w:rPr>
          <w:i/>
          <w:iCs/>
          <w:sz w:val="24"/>
          <w:szCs w:val="24"/>
        </w:rPr>
        <w:t>a c</w:t>
      </w:r>
      <w:r w:rsidR="000E0BDF">
        <w:rPr>
          <w:i/>
          <w:iCs/>
          <w:sz w:val="24"/>
          <w:szCs w:val="24"/>
        </w:rPr>
        <w:t>on</w:t>
      </w:r>
      <w:r w:rsidRPr="00FE1D49">
        <w:rPr>
          <w:i/>
          <w:iCs/>
          <w:sz w:val="24"/>
          <w:szCs w:val="24"/>
        </w:rPr>
        <w:t xml:space="preserve"> tutte le sue armature per reggerl</w:t>
      </w:r>
      <w:r w:rsidRPr="0087247B">
        <w:rPr>
          <w:i/>
          <w:iCs/>
          <w:sz w:val="24"/>
          <w:szCs w:val="24"/>
        </w:rPr>
        <w:t>l</w:t>
      </w:r>
      <w:r w:rsidR="000E0BDF">
        <w:rPr>
          <w:i/>
          <w:iCs/>
          <w:sz w:val="24"/>
          <w:szCs w:val="24"/>
        </w:rPr>
        <w:t>e</w:t>
      </w:r>
      <w:r w:rsidRPr="00FE1D49">
        <w:rPr>
          <w:i/>
          <w:iCs/>
          <w:sz w:val="24"/>
          <w:szCs w:val="24"/>
        </w:rPr>
        <w:t xml:space="preserve"> sodamente</w:t>
      </w:r>
      <w:r w:rsidRPr="0087247B">
        <w:rPr>
          <w:i/>
          <w:iCs/>
          <w:sz w:val="24"/>
          <w:szCs w:val="24"/>
        </w:rPr>
        <w:t>;</w:t>
      </w:r>
      <w:r w:rsidRPr="00FE1D49">
        <w:rPr>
          <w:i/>
          <w:iCs/>
          <w:sz w:val="24"/>
          <w:szCs w:val="24"/>
        </w:rPr>
        <w:t xml:space="preserve"> ben inchiodati co</w:t>
      </w:r>
      <w:r w:rsidR="000E0BDF">
        <w:rPr>
          <w:i/>
          <w:iCs/>
          <w:sz w:val="24"/>
          <w:szCs w:val="24"/>
        </w:rPr>
        <w:t>n</w:t>
      </w:r>
      <w:r w:rsidRPr="00FE1D49">
        <w:rPr>
          <w:i/>
          <w:iCs/>
          <w:sz w:val="24"/>
          <w:szCs w:val="24"/>
        </w:rPr>
        <w:t xml:space="preserve"> chiodi di l</w:t>
      </w:r>
      <w:r w:rsidRPr="0087247B">
        <w:rPr>
          <w:i/>
          <w:iCs/>
          <w:sz w:val="24"/>
          <w:szCs w:val="24"/>
        </w:rPr>
        <w:t>o</w:t>
      </w:r>
      <w:r w:rsidRPr="00FE1D49">
        <w:rPr>
          <w:i/>
          <w:iCs/>
          <w:sz w:val="24"/>
          <w:szCs w:val="24"/>
        </w:rPr>
        <w:t>ngezza che si possino ribattere dall</w:t>
      </w:r>
      <w:r w:rsidRPr="0087247B">
        <w:rPr>
          <w:i/>
          <w:iCs/>
          <w:sz w:val="24"/>
          <w:szCs w:val="24"/>
        </w:rPr>
        <w:t xml:space="preserve"> </w:t>
      </w:r>
      <w:r w:rsidRPr="00FE1D49">
        <w:rPr>
          <w:i/>
          <w:iCs/>
          <w:sz w:val="24"/>
          <w:szCs w:val="24"/>
        </w:rPr>
        <w:t>altra parte a tutta opera co</w:t>
      </w:r>
      <w:r w:rsidRPr="0087247B">
        <w:rPr>
          <w:i/>
          <w:iCs/>
          <w:sz w:val="24"/>
          <w:szCs w:val="24"/>
        </w:rPr>
        <w:t>n</w:t>
      </w:r>
      <w:r w:rsidRPr="00FE1D49">
        <w:rPr>
          <w:i/>
          <w:iCs/>
          <w:sz w:val="24"/>
          <w:szCs w:val="24"/>
        </w:rPr>
        <w:t>laudata, e dove sarà necesario qual</w:t>
      </w:r>
      <w:r w:rsidRPr="0087247B">
        <w:rPr>
          <w:i/>
          <w:iCs/>
          <w:sz w:val="24"/>
          <w:szCs w:val="24"/>
        </w:rPr>
        <w:t>che</w:t>
      </w:r>
      <w:r w:rsidRPr="00FE1D49">
        <w:rPr>
          <w:i/>
          <w:iCs/>
          <w:sz w:val="24"/>
          <w:szCs w:val="24"/>
        </w:rPr>
        <w:t xml:space="preserve"> staffa di ferro gli sarà pro</w:t>
      </w:r>
      <w:r w:rsidRPr="0087247B">
        <w:rPr>
          <w:i/>
          <w:iCs/>
          <w:sz w:val="24"/>
          <w:szCs w:val="24"/>
        </w:rPr>
        <w:t>vist</w:t>
      </w:r>
      <w:r w:rsidRPr="00FE1D49">
        <w:rPr>
          <w:i/>
          <w:iCs/>
          <w:sz w:val="24"/>
          <w:szCs w:val="24"/>
        </w:rPr>
        <w:t>a ma saranno tenuti a metterl</w:t>
      </w:r>
      <w:r w:rsidRPr="0087247B">
        <w:rPr>
          <w:i/>
          <w:iCs/>
          <w:sz w:val="24"/>
          <w:szCs w:val="24"/>
        </w:rPr>
        <w:t>l</w:t>
      </w:r>
      <w:r w:rsidRPr="00FE1D49">
        <w:rPr>
          <w:i/>
          <w:iCs/>
          <w:sz w:val="24"/>
          <w:szCs w:val="24"/>
        </w:rPr>
        <w:t>i in opera e inchioda</w:t>
      </w:r>
      <w:r w:rsidRPr="0087247B">
        <w:rPr>
          <w:i/>
          <w:iCs/>
          <w:sz w:val="24"/>
          <w:szCs w:val="24"/>
        </w:rPr>
        <w:t>t</w:t>
      </w:r>
      <w:r w:rsidRPr="00FE1D49">
        <w:rPr>
          <w:i/>
          <w:iCs/>
          <w:sz w:val="24"/>
          <w:szCs w:val="24"/>
        </w:rPr>
        <w:t>i a loro conto.</w:t>
      </w:r>
    </w:p>
    <w:p w14:paraId="358B6F21" w14:textId="34DECAAC" w:rsidR="009312DD" w:rsidRPr="0087247B" w:rsidRDefault="009312DD" w:rsidP="001471FA">
      <w:pPr>
        <w:jc w:val="both"/>
        <w:rPr>
          <w:i/>
          <w:iCs/>
          <w:sz w:val="24"/>
          <w:szCs w:val="24"/>
        </w:rPr>
      </w:pPr>
      <w:r w:rsidRPr="00467225">
        <w:rPr>
          <w:i/>
          <w:iCs/>
          <w:sz w:val="24"/>
          <w:szCs w:val="24"/>
        </w:rPr>
        <w:t>Stabiliture saranno di bona calcina d</w:t>
      </w:r>
      <w:r w:rsidRPr="0087247B">
        <w:rPr>
          <w:i/>
          <w:iCs/>
          <w:sz w:val="24"/>
          <w:szCs w:val="24"/>
        </w:rPr>
        <w:t>i Superg</w:t>
      </w:r>
      <w:r w:rsidRPr="00467225">
        <w:rPr>
          <w:i/>
          <w:iCs/>
          <w:sz w:val="24"/>
          <w:szCs w:val="24"/>
        </w:rPr>
        <w:t>a fa</w:t>
      </w:r>
      <w:r w:rsidRPr="0087247B">
        <w:rPr>
          <w:i/>
          <w:iCs/>
          <w:sz w:val="24"/>
          <w:szCs w:val="24"/>
        </w:rPr>
        <w:t>tt</w:t>
      </w:r>
      <w:r w:rsidRPr="00467225">
        <w:rPr>
          <w:i/>
          <w:iCs/>
          <w:sz w:val="24"/>
          <w:szCs w:val="24"/>
        </w:rPr>
        <w:t>e all’Italiana e guarni</w:t>
      </w:r>
      <w:r w:rsidRPr="0087247B">
        <w:rPr>
          <w:i/>
          <w:iCs/>
          <w:sz w:val="24"/>
          <w:szCs w:val="24"/>
        </w:rPr>
        <w:t>r</w:t>
      </w:r>
      <w:r w:rsidRPr="00467225">
        <w:rPr>
          <w:i/>
          <w:iCs/>
          <w:sz w:val="24"/>
          <w:szCs w:val="24"/>
        </w:rPr>
        <w:t xml:space="preserve">ano fra un </w:t>
      </w:r>
      <w:r w:rsidRPr="0087247B">
        <w:rPr>
          <w:i/>
          <w:iCs/>
          <w:sz w:val="24"/>
          <w:szCs w:val="24"/>
        </w:rPr>
        <w:t>listello</w:t>
      </w:r>
      <w:r w:rsidRPr="00467225">
        <w:rPr>
          <w:i/>
          <w:iCs/>
          <w:sz w:val="24"/>
          <w:szCs w:val="24"/>
        </w:rPr>
        <w:t xml:space="preserve"> e l’altro </w:t>
      </w:r>
      <w:r w:rsidRPr="0087247B">
        <w:rPr>
          <w:i/>
          <w:iCs/>
          <w:sz w:val="24"/>
          <w:szCs w:val="24"/>
        </w:rPr>
        <w:t>d</w:t>
      </w:r>
      <w:r w:rsidRPr="00467225">
        <w:rPr>
          <w:i/>
          <w:iCs/>
          <w:sz w:val="24"/>
          <w:szCs w:val="24"/>
        </w:rPr>
        <w:t>i p</w:t>
      </w:r>
      <w:r w:rsidRPr="0087247B">
        <w:rPr>
          <w:i/>
          <w:iCs/>
          <w:sz w:val="24"/>
          <w:szCs w:val="24"/>
        </w:rPr>
        <w:t>e</w:t>
      </w:r>
      <w:r w:rsidR="000E0BDF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etti</w:t>
      </w:r>
      <w:r w:rsidRPr="00467225">
        <w:rPr>
          <w:i/>
          <w:iCs/>
          <w:sz w:val="24"/>
          <w:szCs w:val="24"/>
        </w:rPr>
        <w:t xml:space="preserve"> di mattoni ben riempi</w:t>
      </w:r>
      <w:r w:rsidRPr="0087247B">
        <w:rPr>
          <w:i/>
          <w:iCs/>
          <w:sz w:val="24"/>
          <w:szCs w:val="24"/>
        </w:rPr>
        <w:t>ti</w:t>
      </w:r>
      <w:r w:rsidRPr="00467225">
        <w:rPr>
          <w:i/>
          <w:iCs/>
          <w:sz w:val="24"/>
          <w:szCs w:val="24"/>
        </w:rPr>
        <w:t xml:space="preserve"> co</w:t>
      </w:r>
      <w:r w:rsidR="000E0BDF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mettere la </w:t>
      </w:r>
      <w:r w:rsidR="000E0BDF">
        <w:rPr>
          <w:i/>
          <w:iCs/>
          <w:sz w:val="24"/>
          <w:szCs w:val="24"/>
        </w:rPr>
        <w:t>3a</w:t>
      </w:r>
      <w:r w:rsidRPr="00467225">
        <w:rPr>
          <w:i/>
          <w:iCs/>
          <w:sz w:val="24"/>
          <w:szCs w:val="24"/>
        </w:rPr>
        <w:t xml:space="preserve"> parte di gesso, come parimente nelle muraglie dove sono angoli s’intend</w:t>
      </w:r>
      <w:r w:rsidRPr="0087247B">
        <w:rPr>
          <w:i/>
          <w:iCs/>
          <w:sz w:val="24"/>
          <w:szCs w:val="24"/>
        </w:rPr>
        <w:t>e</w:t>
      </w:r>
      <w:r w:rsidRPr="00467225">
        <w:rPr>
          <w:i/>
          <w:iCs/>
          <w:sz w:val="24"/>
          <w:szCs w:val="24"/>
        </w:rPr>
        <w:t xml:space="preserve"> di mettere la 3a p</w:t>
      </w:r>
      <w:r w:rsidRPr="0087247B">
        <w:rPr>
          <w:i/>
          <w:iCs/>
          <w:sz w:val="24"/>
          <w:szCs w:val="24"/>
        </w:rPr>
        <w:t>a</w:t>
      </w:r>
      <w:r w:rsidR="000E0BDF">
        <w:rPr>
          <w:i/>
          <w:iCs/>
          <w:sz w:val="24"/>
          <w:szCs w:val="24"/>
        </w:rPr>
        <w:t>r</w:t>
      </w:r>
      <w:r w:rsidRPr="00467225">
        <w:rPr>
          <w:i/>
          <w:iCs/>
          <w:sz w:val="24"/>
          <w:szCs w:val="24"/>
        </w:rPr>
        <w:t>te di gesso, e l’istesso nelle volte o’ soffitti in piano, il tutto perfettamente lavorato co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suoi rigo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>i, a opera co</w:t>
      </w:r>
      <w:r w:rsidRPr="0087247B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>laudata</w:t>
      </w:r>
      <w:r w:rsidRPr="0087247B">
        <w:rPr>
          <w:i/>
          <w:iCs/>
          <w:sz w:val="24"/>
          <w:szCs w:val="24"/>
        </w:rPr>
        <w:t>.</w:t>
      </w:r>
    </w:p>
    <w:p w14:paraId="41331563" w14:textId="63F7D317" w:rsidR="009312DD" w:rsidRPr="00467225" w:rsidRDefault="009312DD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 xml:space="preserve">i </w:t>
      </w:r>
      <w:r w:rsidRPr="0087247B">
        <w:rPr>
          <w:i/>
          <w:iCs/>
          <w:sz w:val="24"/>
          <w:szCs w:val="24"/>
        </w:rPr>
        <w:t>listelli doverann</w:t>
      </w:r>
      <w:r w:rsidRPr="00467225">
        <w:rPr>
          <w:i/>
          <w:iCs/>
          <w:sz w:val="24"/>
          <w:szCs w:val="24"/>
        </w:rPr>
        <w:t xml:space="preserve">o prima </w:t>
      </w:r>
      <w:r w:rsidRPr="0087247B">
        <w:rPr>
          <w:i/>
          <w:iCs/>
          <w:sz w:val="24"/>
          <w:szCs w:val="24"/>
        </w:rPr>
        <w:t xml:space="preserve">tenerlli </w:t>
      </w:r>
      <w:r w:rsidRPr="00467225">
        <w:rPr>
          <w:i/>
          <w:iCs/>
          <w:sz w:val="24"/>
          <w:szCs w:val="24"/>
        </w:rPr>
        <w:t>nell’acqua al meno per 3</w:t>
      </w:r>
      <w:r w:rsidRPr="0087247B">
        <w:rPr>
          <w:i/>
          <w:iCs/>
          <w:sz w:val="24"/>
          <w:szCs w:val="24"/>
        </w:rPr>
        <w:t>e giorni</w:t>
      </w:r>
      <w:r w:rsidRPr="00467225">
        <w:rPr>
          <w:i/>
          <w:iCs/>
          <w:sz w:val="24"/>
          <w:szCs w:val="24"/>
        </w:rPr>
        <w:t xml:space="preserve"> acciò n</w:t>
      </w:r>
      <w:r w:rsidR="003A2EA7">
        <w:rPr>
          <w:i/>
          <w:iCs/>
          <w:sz w:val="24"/>
          <w:szCs w:val="24"/>
        </w:rPr>
        <w:t>on</w:t>
      </w:r>
      <w:r w:rsidRPr="0087247B">
        <w:rPr>
          <w:i/>
          <w:iCs/>
          <w:sz w:val="24"/>
          <w:szCs w:val="24"/>
        </w:rPr>
        <w:t xml:space="preserve"> mancano doppo </w:t>
      </w:r>
      <w:r w:rsidRPr="00467225">
        <w:rPr>
          <w:i/>
          <w:iCs/>
          <w:sz w:val="24"/>
          <w:szCs w:val="24"/>
        </w:rPr>
        <w:t>quando sono in opera.</w:t>
      </w:r>
    </w:p>
    <w:p w14:paraId="5FC85B5E" w14:textId="6C8724EC" w:rsidR="009312DD" w:rsidRPr="0087247B" w:rsidRDefault="009312DD" w:rsidP="001471FA">
      <w:pPr>
        <w:jc w:val="both"/>
        <w:rPr>
          <w:i/>
          <w:iCs/>
          <w:sz w:val="24"/>
          <w:szCs w:val="24"/>
        </w:rPr>
      </w:pPr>
      <w:r w:rsidRPr="00467225">
        <w:rPr>
          <w:i/>
          <w:iCs/>
          <w:sz w:val="24"/>
          <w:szCs w:val="24"/>
        </w:rPr>
        <w:t>Saranno tenuti detti impresari</w:t>
      </w:r>
      <w:r w:rsidRPr="0087247B">
        <w:rPr>
          <w:i/>
          <w:iCs/>
          <w:sz w:val="24"/>
          <w:szCs w:val="24"/>
        </w:rPr>
        <w:t>j</w:t>
      </w:r>
      <w:r w:rsidRPr="00467225">
        <w:rPr>
          <w:i/>
          <w:iCs/>
          <w:sz w:val="24"/>
          <w:szCs w:val="24"/>
        </w:rPr>
        <w:t xml:space="preserve"> a rispondere di detti </w:t>
      </w:r>
      <w:r w:rsidRPr="0087247B">
        <w:rPr>
          <w:i/>
          <w:iCs/>
          <w:sz w:val="24"/>
          <w:szCs w:val="24"/>
        </w:rPr>
        <w:t>stibbi</w:t>
      </w:r>
      <w:r w:rsidR="003A2EA7">
        <w:rPr>
          <w:i/>
          <w:iCs/>
          <w:sz w:val="24"/>
          <w:szCs w:val="24"/>
        </w:rPr>
        <w:t>j</w:t>
      </w:r>
      <w:r w:rsidRPr="00467225">
        <w:rPr>
          <w:i/>
          <w:iCs/>
          <w:sz w:val="24"/>
          <w:szCs w:val="24"/>
        </w:rPr>
        <w:t xml:space="preserve"> al meno per un anno </w:t>
      </w:r>
      <w:r w:rsidRPr="0087247B">
        <w:rPr>
          <w:i/>
          <w:iCs/>
          <w:sz w:val="24"/>
          <w:szCs w:val="24"/>
        </w:rPr>
        <w:t>é</w:t>
      </w:r>
      <w:r w:rsidRPr="00467225">
        <w:rPr>
          <w:i/>
          <w:iCs/>
          <w:sz w:val="24"/>
          <w:szCs w:val="24"/>
        </w:rPr>
        <w:t xml:space="preserve"> se in questo tempo i detti s</w:t>
      </w:r>
      <w:r w:rsidR="003A2EA7">
        <w:rPr>
          <w:i/>
          <w:iCs/>
          <w:sz w:val="24"/>
          <w:szCs w:val="24"/>
        </w:rPr>
        <w:t>tibb</w:t>
      </w:r>
      <w:r w:rsidRPr="00467225">
        <w:rPr>
          <w:i/>
          <w:iCs/>
          <w:sz w:val="24"/>
          <w:szCs w:val="24"/>
        </w:rPr>
        <w:t xml:space="preserve">i facino </w:t>
      </w:r>
      <w:r w:rsidRPr="0087247B">
        <w:rPr>
          <w:i/>
          <w:iCs/>
          <w:sz w:val="24"/>
          <w:szCs w:val="24"/>
        </w:rPr>
        <w:t>g</w:t>
      </w:r>
      <w:r w:rsidRPr="00467225">
        <w:rPr>
          <w:i/>
          <w:iCs/>
          <w:sz w:val="24"/>
          <w:szCs w:val="24"/>
        </w:rPr>
        <w:t>obb</w:t>
      </w:r>
      <w:r w:rsidRPr="0087247B">
        <w:rPr>
          <w:i/>
          <w:iCs/>
          <w:sz w:val="24"/>
          <w:szCs w:val="24"/>
        </w:rPr>
        <w:t>a</w:t>
      </w:r>
      <w:r w:rsidRPr="00467225">
        <w:rPr>
          <w:i/>
          <w:iCs/>
          <w:sz w:val="24"/>
          <w:szCs w:val="24"/>
        </w:rPr>
        <w:t xml:space="preserve"> o’ ma</w:t>
      </w:r>
      <w:r w:rsidRPr="0087247B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>chino in qualche parte per mancanza di bon legniame, o’ vero no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bene armate, o’ inchiodate, o per materie no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perfette, siano tenuti rifa</w:t>
      </w:r>
      <w:r w:rsidRPr="0087247B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 xml:space="preserve">li a loro spese. </w:t>
      </w:r>
    </w:p>
    <w:p w14:paraId="24660E46" w14:textId="77777777" w:rsidR="009312DD" w:rsidRPr="00467225" w:rsidRDefault="009312DD" w:rsidP="001471FA">
      <w:pPr>
        <w:jc w:val="both"/>
        <w:rPr>
          <w:i/>
          <w:iCs/>
          <w:sz w:val="24"/>
          <w:szCs w:val="24"/>
        </w:rPr>
      </w:pPr>
      <w:r w:rsidRPr="00467225">
        <w:rPr>
          <w:i/>
          <w:iCs/>
          <w:sz w:val="24"/>
          <w:szCs w:val="24"/>
        </w:rPr>
        <w:t>Intendendosi l’istesso per li solari, tan</w:t>
      </w:r>
      <w:r w:rsidRPr="0087247B">
        <w:rPr>
          <w:i/>
          <w:iCs/>
          <w:sz w:val="24"/>
          <w:szCs w:val="24"/>
        </w:rPr>
        <w:t>t</w:t>
      </w:r>
      <w:r w:rsidRPr="00467225">
        <w:rPr>
          <w:i/>
          <w:iCs/>
          <w:sz w:val="24"/>
          <w:szCs w:val="24"/>
        </w:rPr>
        <w:t>to rustici, o’ a profilo.</w:t>
      </w:r>
    </w:p>
    <w:p w14:paraId="7A3E6732" w14:textId="0A839AFD" w:rsidR="009312DD" w:rsidRPr="00467225" w:rsidRDefault="009312DD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I </w:t>
      </w:r>
      <w:r w:rsidRPr="00467225">
        <w:rPr>
          <w:i/>
          <w:iCs/>
          <w:sz w:val="24"/>
          <w:szCs w:val="24"/>
        </w:rPr>
        <w:t xml:space="preserve">sterniti saranno rigati e </w:t>
      </w:r>
      <w:r w:rsidR="003A2EA7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 xml:space="preserve">egati, e </w:t>
      </w:r>
      <w:r w:rsidRPr="0087247B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>egati s</w:t>
      </w:r>
      <w:r w:rsidRPr="0087247B">
        <w:rPr>
          <w:i/>
          <w:iCs/>
          <w:sz w:val="24"/>
          <w:szCs w:val="24"/>
        </w:rPr>
        <w:t>olamente</w:t>
      </w:r>
      <w:r w:rsidRPr="00467225">
        <w:rPr>
          <w:i/>
          <w:iCs/>
          <w:sz w:val="24"/>
          <w:szCs w:val="24"/>
        </w:rPr>
        <w:t xml:space="preserve"> ai </w:t>
      </w:r>
      <w:r w:rsidRPr="0087247B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 xml:space="preserve">egati e rigati saranno quadrettoni delle </w:t>
      </w:r>
      <w:r w:rsidRPr="0087247B">
        <w:rPr>
          <w:i/>
          <w:iCs/>
          <w:sz w:val="24"/>
          <w:szCs w:val="24"/>
        </w:rPr>
        <w:t>logie</w:t>
      </w:r>
      <w:r w:rsidRPr="00467225">
        <w:rPr>
          <w:i/>
          <w:iCs/>
          <w:sz w:val="24"/>
          <w:szCs w:val="24"/>
        </w:rPr>
        <w:t xml:space="preserve"> di Ri</w:t>
      </w:r>
      <w:r w:rsidRPr="0087247B">
        <w:rPr>
          <w:i/>
          <w:iCs/>
          <w:sz w:val="24"/>
          <w:szCs w:val="24"/>
        </w:rPr>
        <w:t>voli</w:t>
      </w:r>
      <w:r w:rsidRPr="00467225">
        <w:rPr>
          <w:i/>
          <w:iCs/>
          <w:sz w:val="24"/>
          <w:szCs w:val="24"/>
        </w:rPr>
        <w:t xml:space="preserve"> e saranno in piano perfetto, co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la sua fascia intorno a caduna s</w:t>
      </w:r>
      <w:r w:rsidRPr="0087247B">
        <w:rPr>
          <w:i/>
          <w:iCs/>
          <w:sz w:val="24"/>
          <w:szCs w:val="24"/>
        </w:rPr>
        <w:t>tanz</w:t>
      </w:r>
      <w:r w:rsidRPr="00467225">
        <w:rPr>
          <w:i/>
          <w:iCs/>
          <w:sz w:val="24"/>
          <w:szCs w:val="24"/>
        </w:rPr>
        <w:t xml:space="preserve">a e l’altri </w:t>
      </w:r>
      <w:r w:rsidRPr="00467225">
        <w:rPr>
          <w:i/>
          <w:iCs/>
          <w:sz w:val="24"/>
          <w:szCs w:val="24"/>
        </w:rPr>
        <w:lastRenderedPageBreak/>
        <w:t>messi a mandola e che la com</w:t>
      </w:r>
      <w:r w:rsidR="003A2EA7">
        <w:rPr>
          <w:i/>
          <w:iCs/>
          <w:sz w:val="24"/>
          <w:szCs w:val="24"/>
        </w:rPr>
        <w:t>i</w:t>
      </w:r>
      <w:r w:rsidRPr="00467225">
        <w:rPr>
          <w:i/>
          <w:iCs/>
          <w:sz w:val="24"/>
          <w:szCs w:val="24"/>
        </w:rPr>
        <w:t>sura f</w:t>
      </w:r>
      <w:r w:rsidR="003A2EA7">
        <w:rPr>
          <w:i/>
          <w:iCs/>
          <w:sz w:val="24"/>
          <w:szCs w:val="24"/>
        </w:rPr>
        <w:t>r</w:t>
      </w:r>
      <w:r w:rsidRPr="00467225">
        <w:rPr>
          <w:i/>
          <w:iCs/>
          <w:sz w:val="24"/>
          <w:szCs w:val="24"/>
        </w:rPr>
        <w:t>a un quadrettone e l’altro no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sia più d</w:t>
      </w:r>
      <w:r w:rsidRPr="0087247B">
        <w:rPr>
          <w:i/>
          <w:iCs/>
          <w:sz w:val="24"/>
          <w:szCs w:val="24"/>
        </w:rPr>
        <w:t xml:space="preserve">i </w:t>
      </w:r>
      <w:r w:rsidRPr="00467225">
        <w:rPr>
          <w:i/>
          <w:iCs/>
          <w:sz w:val="24"/>
          <w:szCs w:val="24"/>
        </w:rPr>
        <w:t xml:space="preserve">una </w:t>
      </w:r>
      <w:r w:rsidRPr="0087247B">
        <w:rPr>
          <w:i/>
          <w:iCs/>
          <w:sz w:val="24"/>
          <w:szCs w:val="24"/>
        </w:rPr>
        <w:t>12a</w:t>
      </w:r>
      <w:r w:rsidRPr="00467225">
        <w:rPr>
          <w:i/>
          <w:iCs/>
          <w:sz w:val="24"/>
          <w:szCs w:val="24"/>
        </w:rPr>
        <w:t xml:space="preserve"> parte d’on</w:t>
      </w:r>
      <w:r w:rsidR="003A2EA7">
        <w:rPr>
          <w:i/>
          <w:iCs/>
          <w:sz w:val="24"/>
          <w:szCs w:val="24"/>
        </w:rPr>
        <w:t>z</w:t>
      </w:r>
      <w:r w:rsidRPr="00467225">
        <w:rPr>
          <w:i/>
          <w:iCs/>
          <w:sz w:val="24"/>
          <w:szCs w:val="24"/>
        </w:rPr>
        <w:t>a, overo una sola lign</w:t>
      </w:r>
      <w:r w:rsidR="003A2EA7">
        <w:rPr>
          <w:i/>
          <w:iCs/>
          <w:sz w:val="24"/>
          <w:szCs w:val="24"/>
        </w:rPr>
        <w:t>iol</w:t>
      </w:r>
      <w:r w:rsidRPr="00467225">
        <w:rPr>
          <w:i/>
          <w:iCs/>
          <w:sz w:val="24"/>
          <w:szCs w:val="24"/>
        </w:rPr>
        <w:t>a e che nell angoli dove uniscono detti quadrettoni no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siano </w:t>
      </w:r>
      <w:r w:rsidR="003A2EA7">
        <w:rPr>
          <w:i/>
          <w:iCs/>
          <w:sz w:val="24"/>
          <w:szCs w:val="24"/>
        </w:rPr>
        <w:t>vo</w:t>
      </w:r>
      <w:r w:rsidRPr="00467225">
        <w:rPr>
          <w:i/>
          <w:iCs/>
          <w:sz w:val="24"/>
          <w:szCs w:val="24"/>
        </w:rPr>
        <w:t>ti ma uniti a tutta perfezione, e nell</w:t>
      </w:r>
      <w:r w:rsidRPr="0087247B">
        <w:rPr>
          <w:i/>
          <w:iCs/>
          <w:sz w:val="24"/>
          <w:szCs w:val="24"/>
        </w:rPr>
        <w:t xml:space="preserve"> meterlli</w:t>
      </w:r>
      <w:r w:rsidRPr="00467225">
        <w:rPr>
          <w:i/>
          <w:iCs/>
          <w:sz w:val="24"/>
          <w:szCs w:val="24"/>
        </w:rPr>
        <w:t xml:space="preserve"> in opera siano bene bagn</w:t>
      </w:r>
      <w:r w:rsidRPr="0087247B">
        <w:rPr>
          <w:i/>
          <w:iCs/>
          <w:sz w:val="24"/>
          <w:szCs w:val="24"/>
        </w:rPr>
        <w:t>i</w:t>
      </w:r>
      <w:r w:rsidRPr="00467225">
        <w:rPr>
          <w:i/>
          <w:iCs/>
          <w:sz w:val="24"/>
          <w:szCs w:val="24"/>
        </w:rPr>
        <w:t>ate e che notino in bona calcina e che siano a un solo livello perfetto per tutto il piano.</w:t>
      </w:r>
    </w:p>
    <w:p w14:paraId="4709EC37" w14:textId="5236DF17" w:rsidR="009312DD" w:rsidRPr="00467225" w:rsidRDefault="009312DD" w:rsidP="001471FA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I </w:t>
      </w:r>
      <w:r w:rsidRPr="00467225">
        <w:rPr>
          <w:i/>
          <w:iCs/>
          <w:sz w:val="24"/>
          <w:szCs w:val="24"/>
        </w:rPr>
        <w:t xml:space="preserve">sterniti </w:t>
      </w:r>
      <w:r w:rsidRPr="0087247B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>egati saranno anche dell’istessa qualità delli detti di Ri</w:t>
      </w:r>
      <w:r w:rsidRPr="0087247B">
        <w:rPr>
          <w:i/>
          <w:iCs/>
          <w:sz w:val="24"/>
          <w:szCs w:val="24"/>
        </w:rPr>
        <w:t>vol</w:t>
      </w:r>
      <w:r w:rsidRPr="00467225">
        <w:rPr>
          <w:i/>
          <w:iCs/>
          <w:sz w:val="24"/>
          <w:szCs w:val="24"/>
        </w:rPr>
        <w:t>i ben cotti e lavorati co</w:t>
      </w:r>
      <w:r w:rsidR="003A2EA7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 xml:space="preserve"> tutta quella diligenza che sarà possibile </w:t>
      </w:r>
      <w:r w:rsidRPr="0087247B">
        <w:rPr>
          <w:i/>
          <w:iCs/>
          <w:sz w:val="24"/>
          <w:szCs w:val="24"/>
        </w:rPr>
        <w:t>tutt</w:t>
      </w:r>
      <w:r w:rsidRPr="00467225">
        <w:rPr>
          <w:i/>
          <w:iCs/>
          <w:sz w:val="24"/>
          <w:szCs w:val="24"/>
        </w:rPr>
        <w:t>a a opera co</w:t>
      </w:r>
      <w:r w:rsidRPr="0087247B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>laudata.</w:t>
      </w:r>
    </w:p>
    <w:p w14:paraId="2D994ED9" w14:textId="1E195365" w:rsidR="00AC10D9" w:rsidRDefault="009312DD" w:rsidP="001471FA">
      <w:pPr>
        <w:jc w:val="both"/>
        <w:rPr>
          <w:i/>
          <w:iCs/>
          <w:sz w:val="24"/>
          <w:szCs w:val="24"/>
        </w:rPr>
      </w:pPr>
      <w:r w:rsidRPr="00467225">
        <w:rPr>
          <w:i/>
          <w:iCs/>
          <w:sz w:val="24"/>
          <w:szCs w:val="24"/>
        </w:rPr>
        <w:t>Il tutto rivisto dall</w:t>
      </w:r>
      <w:r w:rsidRPr="0087247B">
        <w:rPr>
          <w:i/>
          <w:iCs/>
          <w:sz w:val="24"/>
          <w:szCs w:val="24"/>
        </w:rPr>
        <w:t xml:space="preserve"> </w:t>
      </w:r>
      <w:r w:rsidRPr="00467225">
        <w:rPr>
          <w:i/>
          <w:iCs/>
          <w:sz w:val="24"/>
          <w:szCs w:val="24"/>
        </w:rPr>
        <w:t>sopra stante in</w:t>
      </w:r>
      <w:r w:rsidRPr="0087247B">
        <w:rPr>
          <w:i/>
          <w:iCs/>
          <w:sz w:val="24"/>
          <w:szCs w:val="24"/>
        </w:rPr>
        <w:t xml:space="preserve"> tutti</w:t>
      </w:r>
      <w:r w:rsidRPr="00467225">
        <w:rPr>
          <w:i/>
          <w:iCs/>
          <w:sz w:val="24"/>
          <w:szCs w:val="24"/>
        </w:rPr>
        <w:t xml:space="preserve"> di metterl</w:t>
      </w:r>
      <w:r w:rsidRPr="0087247B">
        <w:rPr>
          <w:i/>
          <w:iCs/>
          <w:sz w:val="24"/>
          <w:szCs w:val="24"/>
        </w:rPr>
        <w:t>l</w:t>
      </w:r>
      <w:r w:rsidRPr="00467225">
        <w:rPr>
          <w:i/>
          <w:iCs/>
          <w:sz w:val="24"/>
          <w:szCs w:val="24"/>
        </w:rPr>
        <w:t xml:space="preserve">i in opera acciò sia tutto a perfezione e </w:t>
      </w:r>
      <w:r w:rsidRPr="0087247B">
        <w:rPr>
          <w:i/>
          <w:iCs/>
          <w:sz w:val="24"/>
          <w:szCs w:val="24"/>
        </w:rPr>
        <w:t xml:space="preserve">2° </w:t>
      </w:r>
      <w:r w:rsidRPr="00467225">
        <w:rPr>
          <w:i/>
          <w:iCs/>
          <w:sz w:val="24"/>
          <w:szCs w:val="24"/>
        </w:rPr>
        <w:t>rice</w:t>
      </w:r>
      <w:r w:rsidRPr="0087247B">
        <w:rPr>
          <w:i/>
          <w:iCs/>
          <w:sz w:val="24"/>
          <w:szCs w:val="24"/>
        </w:rPr>
        <w:t>rch</w:t>
      </w:r>
      <w:r w:rsidRPr="00467225">
        <w:rPr>
          <w:i/>
          <w:iCs/>
          <w:sz w:val="24"/>
          <w:szCs w:val="24"/>
        </w:rPr>
        <w:t>a l’arte di caduna opera il tutto co</w:t>
      </w:r>
      <w:r w:rsidRPr="0087247B">
        <w:rPr>
          <w:i/>
          <w:iCs/>
          <w:sz w:val="24"/>
          <w:szCs w:val="24"/>
        </w:rPr>
        <w:t>n</w:t>
      </w:r>
      <w:r w:rsidRPr="00467225">
        <w:rPr>
          <w:i/>
          <w:iCs/>
          <w:sz w:val="24"/>
          <w:szCs w:val="24"/>
        </w:rPr>
        <w:t>laudata e rivist</w:t>
      </w:r>
      <w:r w:rsidRPr="0087247B">
        <w:rPr>
          <w:i/>
          <w:iCs/>
          <w:sz w:val="24"/>
          <w:szCs w:val="24"/>
        </w:rPr>
        <w:t>a</w:t>
      </w:r>
      <w:r w:rsidRPr="00467225">
        <w:rPr>
          <w:i/>
          <w:iCs/>
          <w:sz w:val="24"/>
          <w:szCs w:val="24"/>
        </w:rPr>
        <w:t>.</w:t>
      </w:r>
      <w:r w:rsidR="00000000">
        <w:rPr>
          <w:i/>
          <w:iCs/>
          <w:sz w:val="24"/>
          <w:szCs w:val="24"/>
        </w:rPr>
        <w:pict w14:anchorId="21F72EA9">
          <v:rect id="_x0000_i1052" style="width:0;height:1.5pt" o:hralign="center" o:hrstd="t" o:hr="t" fillcolor="#a0a0a0" stroked="f"/>
        </w:pict>
      </w:r>
    </w:p>
    <w:p w14:paraId="15B38266" w14:textId="4B7A4AED" w:rsidR="00D075B2" w:rsidRPr="0087247B" w:rsidRDefault="00D075B2" w:rsidP="00AC10D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giorno di 3 Gen</w:t>
      </w:r>
      <w:r w:rsidR="00AC10D9">
        <w:rPr>
          <w:i/>
          <w:iCs/>
          <w:sz w:val="24"/>
          <w:szCs w:val="24"/>
        </w:rPr>
        <w:t>ar</w:t>
      </w:r>
      <w:r w:rsidRPr="0087247B">
        <w:rPr>
          <w:i/>
          <w:iCs/>
          <w:sz w:val="24"/>
          <w:szCs w:val="24"/>
        </w:rPr>
        <w:t>o 1720</w:t>
      </w:r>
    </w:p>
    <w:p w14:paraId="6428408D" w14:textId="77777777" w:rsidR="00AC10D9" w:rsidRDefault="00D075B2" w:rsidP="00AC10D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50D26D50">
          <v:rect id="_x0000_i1053" style="width:0;height:1.5pt" o:hralign="center" o:hrstd="t" o:hr="t" fillcolor="#a0a0a0" stroked="f"/>
        </w:pict>
      </w:r>
    </w:p>
    <w:p w14:paraId="23DB597C" w14:textId="6D72B21F" w:rsidR="009312DD" w:rsidRDefault="00D075B2" w:rsidP="00AC10D9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7 (1720) |foll. 14-15</w:t>
      </w:r>
    </w:p>
    <w:p w14:paraId="3C7F7356" w14:textId="77777777" w:rsidR="0087247B" w:rsidRPr="0087247B" w:rsidRDefault="0087247B" w:rsidP="005413C0">
      <w:pPr>
        <w:rPr>
          <w:sz w:val="24"/>
          <w:szCs w:val="24"/>
        </w:rPr>
      </w:pPr>
    </w:p>
    <w:p w14:paraId="596377C7" w14:textId="77777777" w:rsidR="00997664" w:rsidRDefault="009312DD" w:rsidP="00997664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>Instruzione p</w:t>
      </w:r>
      <w:r w:rsidR="00997664">
        <w:rPr>
          <w:b/>
          <w:bCs/>
          <w:i/>
          <w:iCs/>
          <w:sz w:val="24"/>
          <w:szCs w:val="24"/>
        </w:rPr>
        <w:t>er</w:t>
      </w:r>
      <w:r w:rsidRPr="0087247B">
        <w:rPr>
          <w:b/>
          <w:bCs/>
          <w:i/>
          <w:iCs/>
          <w:sz w:val="24"/>
          <w:szCs w:val="24"/>
        </w:rPr>
        <w:t xml:space="preserve"> le </w:t>
      </w:r>
      <w:r w:rsidR="00997664">
        <w:rPr>
          <w:b/>
          <w:bCs/>
          <w:i/>
          <w:iCs/>
          <w:sz w:val="24"/>
          <w:szCs w:val="24"/>
        </w:rPr>
        <w:t>p</w:t>
      </w:r>
      <w:r w:rsidRPr="0087247B">
        <w:rPr>
          <w:b/>
          <w:bCs/>
          <w:i/>
          <w:iCs/>
          <w:sz w:val="24"/>
          <w:szCs w:val="24"/>
        </w:rPr>
        <w:t>orte e finestre del 3</w:t>
      </w:r>
      <w:r w:rsidR="00997664">
        <w:rPr>
          <w:b/>
          <w:bCs/>
          <w:i/>
          <w:iCs/>
          <w:sz w:val="24"/>
          <w:szCs w:val="24"/>
        </w:rPr>
        <w:t>°</w:t>
      </w:r>
      <w:r w:rsidRPr="0087247B">
        <w:rPr>
          <w:b/>
          <w:bCs/>
          <w:i/>
          <w:iCs/>
          <w:sz w:val="24"/>
          <w:szCs w:val="24"/>
        </w:rPr>
        <w:t xml:space="preserve"> </w:t>
      </w:r>
      <w:r w:rsidR="00997664">
        <w:rPr>
          <w:b/>
          <w:bCs/>
          <w:i/>
          <w:iCs/>
          <w:sz w:val="24"/>
          <w:szCs w:val="24"/>
        </w:rPr>
        <w:t>p</w:t>
      </w:r>
      <w:r w:rsidRPr="0087247B">
        <w:rPr>
          <w:b/>
          <w:bCs/>
          <w:i/>
          <w:iCs/>
          <w:sz w:val="24"/>
          <w:szCs w:val="24"/>
        </w:rPr>
        <w:t>iano del nuovo Paviglione alla venaria Reale</w:t>
      </w:r>
      <w:r w:rsidR="00926A08" w:rsidRPr="0087247B">
        <w:rPr>
          <w:b/>
          <w:bCs/>
          <w:i/>
          <w:iCs/>
          <w:sz w:val="24"/>
          <w:szCs w:val="24"/>
        </w:rPr>
        <w:t xml:space="preserve"> di 22 Gennaro 1720</w:t>
      </w:r>
      <w:r w:rsidR="00000000">
        <w:rPr>
          <w:i/>
          <w:iCs/>
          <w:sz w:val="24"/>
          <w:szCs w:val="24"/>
        </w:rPr>
        <w:pict w14:anchorId="3B0D66B2">
          <v:rect id="_x0000_i1054" style="width:0;height:1.5pt" o:hralign="center" o:hrstd="t" o:hr="t" fillcolor="#a0a0a0" stroked="f"/>
        </w:pict>
      </w:r>
    </w:p>
    <w:p w14:paraId="276D5A07" w14:textId="328EFB29" w:rsidR="0045404F" w:rsidRPr="0087247B" w:rsidRDefault="0045404F" w:rsidP="00997664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Le porte del </w:t>
      </w:r>
      <w:r w:rsidR="00C3193F">
        <w:rPr>
          <w:i/>
          <w:iCs/>
          <w:sz w:val="24"/>
          <w:szCs w:val="24"/>
        </w:rPr>
        <w:t xml:space="preserve">detto </w:t>
      </w:r>
      <w:r w:rsidRPr="0087247B">
        <w:rPr>
          <w:i/>
          <w:iCs/>
          <w:sz w:val="24"/>
          <w:szCs w:val="24"/>
        </w:rPr>
        <w:t>piano saranno d’albero ben fatti, e secondo dimostra il disegnio annesso con n° 5 pannelli scorniciati in torno di longhezza oncie 22 altezza oncie 50 lavorati e politi senza difetti a tutta opera colaudata.</w:t>
      </w:r>
    </w:p>
    <w:p w14:paraId="1D887C66" w14:textId="1D50BE1A" w:rsidR="009312DD" w:rsidRPr="0087247B" w:rsidRDefault="0045404F" w:rsidP="00997664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finestre saranno della maniera e secondo la mostra fatta.</w:t>
      </w:r>
      <w:r w:rsidR="00000000">
        <w:rPr>
          <w:i/>
          <w:iCs/>
          <w:sz w:val="24"/>
          <w:szCs w:val="24"/>
        </w:rPr>
        <w:pict w14:anchorId="43678764">
          <v:rect id="_x0000_i1055" style="width:0;height:1.5pt" o:hralign="center" o:hrstd="t" o:hr="t" fillcolor="#a0a0a0" stroked="f"/>
        </w:pict>
      </w:r>
    </w:p>
    <w:p w14:paraId="6AB00ADC" w14:textId="77777777" w:rsidR="00C3193F" w:rsidRDefault="00926A08" w:rsidP="00997664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Sottos</w:t>
      </w:r>
      <w:r w:rsidR="00997664">
        <w:rPr>
          <w:i/>
          <w:iCs/>
          <w:sz w:val="24"/>
          <w:szCs w:val="24"/>
        </w:rPr>
        <w:t xml:space="preserve">critta </w:t>
      </w:r>
      <w:r w:rsidR="009312DD" w:rsidRPr="0087247B">
        <w:rPr>
          <w:i/>
          <w:iCs/>
          <w:sz w:val="24"/>
          <w:szCs w:val="24"/>
        </w:rPr>
        <w:t>Cavaliere Don Filippo Juvarra</w:t>
      </w:r>
      <w:r w:rsidR="00000000">
        <w:rPr>
          <w:i/>
          <w:iCs/>
          <w:sz w:val="24"/>
          <w:szCs w:val="24"/>
        </w:rPr>
        <w:pict w14:anchorId="2E76536C">
          <v:rect id="_x0000_i1056" style="width:0;height:1.5pt" o:hralign="center" o:hrstd="t" o:hr="t" fillcolor="#a0a0a0" stroked="f"/>
        </w:pict>
      </w:r>
    </w:p>
    <w:p w14:paraId="1C11DD00" w14:textId="4AE5BDD2" w:rsidR="0045404F" w:rsidRDefault="009312DD" w:rsidP="00C3193F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7 (1720) |fol. 28.</w:t>
      </w:r>
    </w:p>
    <w:p w14:paraId="76F8745A" w14:textId="77777777" w:rsidR="0087247B" w:rsidRPr="0087247B" w:rsidRDefault="0087247B" w:rsidP="005413C0">
      <w:pPr>
        <w:rPr>
          <w:sz w:val="24"/>
          <w:szCs w:val="24"/>
        </w:rPr>
      </w:pPr>
    </w:p>
    <w:p w14:paraId="24D1C783" w14:textId="77777777" w:rsidR="00277AF8" w:rsidRDefault="0045404F" w:rsidP="00277AF8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 xml:space="preserve">Instruzione per le </w:t>
      </w:r>
      <w:r w:rsidR="00277AF8">
        <w:rPr>
          <w:b/>
          <w:bCs/>
          <w:i/>
          <w:iCs/>
          <w:sz w:val="24"/>
          <w:szCs w:val="24"/>
        </w:rPr>
        <w:t>p</w:t>
      </w:r>
      <w:r w:rsidRPr="0087247B">
        <w:rPr>
          <w:b/>
          <w:bCs/>
          <w:i/>
          <w:iCs/>
          <w:sz w:val="24"/>
          <w:szCs w:val="24"/>
        </w:rPr>
        <w:t>orte dell 3</w:t>
      </w:r>
      <w:r w:rsidR="00277AF8">
        <w:rPr>
          <w:b/>
          <w:bCs/>
          <w:i/>
          <w:iCs/>
          <w:sz w:val="24"/>
          <w:szCs w:val="24"/>
        </w:rPr>
        <w:t>°</w:t>
      </w:r>
      <w:r w:rsidRPr="0087247B">
        <w:rPr>
          <w:b/>
          <w:bCs/>
          <w:i/>
          <w:iCs/>
          <w:sz w:val="24"/>
          <w:szCs w:val="24"/>
        </w:rPr>
        <w:t xml:space="preserve"> </w:t>
      </w:r>
      <w:r w:rsidR="00277AF8">
        <w:rPr>
          <w:b/>
          <w:bCs/>
          <w:i/>
          <w:iCs/>
          <w:sz w:val="24"/>
          <w:szCs w:val="24"/>
        </w:rPr>
        <w:t>p</w:t>
      </w:r>
      <w:r w:rsidRPr="0087247B">
        <w:rPr>
          <w:b/>
          <w:bCs/>
          <w:i/>
          <w:iCs/>
          <w:sz w:val="24"/>
          <w:szCs w:val="24"/>
        </w:rPr>
        <w:t>iano dell Padiglione di Sa</w:t>
      </w:r>
      <w:r w:rsidR="00277AF8">
        <w:rPr>
          <w:b/>
          <w:bCs/>
          <w:i/>
          <w:iCs/>
          <w:sz w:val="24"/>
          <w:szCs w:val="24"/>
        </w:rPr>
        <w:t>.</w:t>
      </w:r>
      <w:r w:rsidRPr="0087247B">
        <w:rPr>
          <w:b/>
          <w:bCs/>
          <w:i/>
          <w:iCs/>
          <w:sz w:val="24"/>
          <w:szCs w:val="24"/>
        </w:rPr>
        <w:t xml:space="preserve"> Aa</w:t>
      </w:r>
      <w:r w:rsidR="00277AF8">
        <w:rPr>
          <w:b/>
          <w:bCs/>
          <w:i/>
          <w:iCs/>
          <w:sz w:val="24"/>
          <w:szCs w:val="24"/>
        </w:rPr>
        <w:t>.</w:t>
      </w:r>
      <w:r w:rsidRPr="0087247B">
        <w:rPr>
          <w:b/>
          <w:bCs/>
          <w:i/>
          <w:iCs/>
          <w:sz w:val="24"/>
          <w:szCs w:val="24"/>
        </w:rPr>
        <w:t xml:space="preserve"> Re</w:t>
      </w:r>
      <w:r w:rsidR="00277AF8">
        <w:rPr>
          <w:b/>
          <w:bCs/>
          <w:i/>
          <w:iCs/>
          <w:sz w:val="24"/>
          <w:szCs w:val="24"/>
        </w:rPr>
        <w:t>.</w:t>
      </w:r>
      <w:r w:rsidRPr="0087247B">
        <w:rPr>
          <w:b/>
          <w:bCs/>
          <w:i/>
          <w:iCs/>
          <w:sz w:val="24"/>
          <w:szCs w:val="24"/>
        </w:rPr>
        <w:t xml:space="preserve"> alla Reggia Venaria</w:t>
      </w:r>
      <w:r w:rsidR="00000000">
        <w:rPr>
          <w:i/>
          <w:iCs/>
          <w:sz w:val="24"/>
          <w:szCs w:val="24"/>
        </w:rPr>
        <w:pict w14:anchorId="0A4DF5FD">
          <v:rect id="_x0000_i1057" style="width:0;height:1.5pt" o:hralign="center" o:hrstd="t" o:hr="t" fillcolor="#a0a0a0" stroked="f"/>
        </w:pict>
      </w:r>
    </w:p>
    <w:p w14:paraId="753A3328" w14:textId="558C87FD" w:rsidR="006A2EAE" w:rsidRPr="0087247B" w:rsidRDefault="006A2EAE" w:rsidP="00277AF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porte dell d</w:t>
      </w:r>
      <w:r w:rsidR="003F78A5">
        <w:rPr>
          <w:i/>
          <w:iCs/>
          <w:sz w:val="24"/>
          <w:szCs w:val="24"/>
        </w:rPr>
        <w:t>etto</w:t>
      </w:r>
      <w:r w:rsidRPr="0087247B">
        <w:rPr>
          <w:i/>
          <w:iCs/>
          <w:sz w:val="24"/>
          <w:szCs w:val="24"/>
        </w:rPr>
        <w:t xml:space="preserve"> piano, saranno d’albero ben fatti e secondo demostra il disegnio anesso con n° 5 pannelli scorniciati in torno di longezza on</w:t>
      </w:r>
      <w:r w:rsidR="003F78A5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22</w:t>
      </w:r>
      <w:r w:rsidR="003F78A5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altezza on</w:t>
      </w:r>
      <w:r w:rsidR="003F78A5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50</w:t>
      </w:r>
      <w:r w:rsidR="003F78A5">
        <w:rPr>
          <w:i/>
          <w:iCs/>
          <w:sz w:val="24"/>
          <w:szCs w:val="24"/>
        </w:rPr>
        <w:t xml:space="preserve"> l</w:t>
      </w:r>
      <w:r w:rsidRPr="0087247B">
        <w:rPr>
          <w:i/>
          <w:iCs/>
          <w:sz w:val="24"/>
          <w:szCs w:val="24"/>
        </w:rPr>
        <w:t>avorati puliti senza difetti a tutta opera conlaudata.</w:t>
      </w:r>
    </w:p>
    <w:p w14:paraId="4B1363D2" w14:textId="5849FDF0" w:rsidR="006A2EAE" w:rsidRPr="0087247B" w:rsidRDefault="006A2EAE" w:rsidP="00277AF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finestre saranno della maniera e 2° la mostra fatta.</w:t>
      </w:r>
    </w:p>
    <w:p w14:paraId="49458B91" w14:textId="6B0FD2CE" w:rsidR="006A2EAE" w:rsidRPr="0087247B" w:rsidRDefault="006A2EAE" w:rsidP="00277AF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lastRenderedPageBreak/>
        <w:t>Li scalini saranno di long</w:t>
      </w:r>
      <w:r w:rsidR="003F78A5">
        <w:rPr>
          <w:i/>
          <w:iCs/>
          <w:sz w:val="24"/>
          <w:szCs w:val="24"/>
        </w:rPr>
        <w:t>ezz</w:t>
      </w:r>
      <w:r w:rsidRPr="0087247B">
        <w:rPr>
          <w:i/>
          <w:iCs/>
          <w:sz w:val="24"/>
          <w:szCs w:val="24"/>
        </w:rPr>
        <w:t>a piedi 3 e on</w:t>
      </w:r>
      <w:r w:rsidR="003F78A5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>e 8 la sua longezza incluso il cordone sarà di on</w:t>
      </w:r>
      <w:r w:rsidR="003F78A5">
        <w:rPr>
          <w:i/>
          <w:iCs/>
          <w:sz w:val="24"/>
          <w:szCs w:val="24"/>
        </w:rPr>
        <w:t>z</w:t>
      </w:r>
      <w:r w:rsidRPr="0087247B">
        <w:rPr>
          <w:i/>
          <w:iCs/>
          <w:sz w:val="24"/>
          <w:szCs w:val="24"/>
        </w:rPr>
        <w:t xml:space="preserve">e 10 ½; la sua altezza oncie 3 ½; </w:t>
      </w:r>
      <w:r w:rsidR="003F78A5">
        <w:rPr>
          <w:i/>
          <w:iCs/>
          <w:sz w:val="24"/>
          <w:szCs w:val="24"/>
        </w:rPr>
        <w:t>e si</w:t>
      </w:r>
      <w:r w:rsidRPr="0087247B">
        <w:rPr>
          <w:i/>
          <w:iCs/>
          <w:sz w:val="24"/>
          <w:szCs w:val="24"/>
        </w:rPr>
        <w:t xml:space="preserve"> intende che tal altezza sia per tutta la sua longezza e ci sia il suo cordone ben tondegiato e suo quadretto per tutta la sua long</w:t>
      </w:r>
      <w:r w:rsidR="003F78A5">
        <w:rPr>
          <w:i/>
          <w:iCs/>
          <w:sz w:val="24"/>
          <w:szCs w:val="24"/>
        </w:rPr>
        <w:t>ezz</w:t>
      </w:r>
      <w:r w:rsidRPr="0087247B">
        <w:rPr>
          <w:i/>
          <w:iCs/>
          <w:sz w:val="24"/>
          <w:szCs w:val="24"/>
        </w:rPr>
        <w:t>a ben cav</w:t>
      </w:r>
      <w:r w:rsidR="003F78A5">
        <w:rPr>
          <w:i/>
          <w:iCs/>
          <w:sz w:val="24"/>
          <w:szCs w:val="24"/>
        </w:rPr>
        <w:t>i</w:t>
      </w:r>
      <w:r w:rsidRPr="0087247B">
        <w:rPr>
          <w:i/>
          <w:iCs/>
          <w:sz w:val="24"/>
          <w:szCs w:val="24"/>
        </w:rPr>
        <w:t>ato e ril</w:t>
      </w:r>
      <w:r w:rsidR="003F78A5">
        <w:rPr>
          <w:i/>
          <w:iCs/>
          <w:sz w:val="24"/>
          <w:szCs w:val="24"/>
        </w:rPr>
        <w:t>a</w:t>
      </w:r>
      <w:r w:rsidRPr="0087247B">
        <w:rPr>
          <w:i/>
          <w:iCs/>
          <w:sz w:val="24"/>
          <w:szCs w:val="24"/>
        </w:rPr>
        <w:t>vato tutti di bonissima pietra, e dell medemo colore senza nessuna falda o linea che possa portare prigiudizio alla sodezza e bellezza delli medesimi, saranno di n°</w:t>
      </w:r>
      <w:r w:rsidR="003F78A5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98</w:t>
      </w:r>
    </w:p>
    <w:p w14:paraId="075C12B9" w14:textId="2D37D08E" w:rsidR="00277AF8" w:rsidRDefault="006A2EAE" w:rsidP="00277AF8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 xml:space="preserve">I ripiani saranno di sarizzo di bonissima qualita e colore; sodi senza falde e senza altra mancanza </w:t>
      </w:r>
      <w:r w:rsidR="00214977" w:rsidRPr="0087247B">
        <w:rPr>
          <w:i/>
          <w:iCs/>
          <w:sz w:val="24"/>
          <w:szCs w:val="24"/>
        </w:rPr>
        <w:t>pregiudiziale alla sodezza e saranno di piedi 3 e on</w:t>
      </w:r>
      <w:r w:rsidR="003F78A5">
        <w:rPr>
          <w:i/>
          <w:iCs/>
          <w:sz w:val="24"/>
          <w:szCs w:val="24"/>
        </w:rPr>
        <w:t>z</w:t>
      </w:r>
      <w:r w:rsidR="00214977" w:rsidRPr="0087247B">
        <w:rPr>
          <w:i/>
          <w:iCs/>
          <w:sz w:val="24"/>
          <w:szCs w:val="24"/>
        </w:rPr>
        <w:t>e 8 in quadro perfetto, di grosezza on</w:t>
      </w:r>
      <w:r w:rsidR="003F78A5">
        <w:rPr>
          <w:i/>
          <w:iCs/>
          <w:sz w:val="24"/>
          <w:szCs w:val="24"/>
        </w:rPr>
        <w:t>z</w:t>
      </w:r>
      <w:r w:rsidR="00214977" w:rsidRPr="0087247B">
        <w:rPr>
          <w:i/>
          <w:iCs/>
          <w:sz w:val="24"/>
          <w:szCs w:val="24"/>
        </w:rPr>
        <w:t xml:space="preserve">e 2 ½ e nelle testa o faccia </w:t>
      </w:r>
      <w:r w:rsidR="003F78A5">
        <w:rPr>
          <w:i/>
          <w:iCs/>
          <w:sz w:val="24"/>
          <w:szCs w:val="24"/>
        </w:rPr>
        <w:t>d</w:t>
      </w:r>
      <w:r w:rsidR="00214977" w:rsidRPr="0087247B">
        <w:rPr>
          <w:i/>
          <w:iCs/>
          <w:sz w:val="24"/>
          <w:szCs w:val="24"/>
        </w:rPr>
        <w:t>’inazi on</w:t>
      </w:r>
      <w:r w:rsidR="003F78A5">
        <w:rPr>
          <w:i/>
          <w:iCs/>
          <w:sz w:val="24"/>
          <w:szCs w:val="24"/>
        </w:rPr>
        <w:t>z</w:t>
      </w:r>
      <w:r w:rsidR="00214977" w:rsidRPr="0087247B">
        <w:rPr>
          <w:i/>
          <w:iCs/>
          <w:sz w:val="24"/>
          <w:szCs w:val="24"/>
        </w:rPr>
        <w:t>e 3 ½ e siano senza nesun tasello o difetto, o falda pregiudiziale e di colore e dell più perfetto che sia tutto ben martilinato, con il suo cordone e quadretto nella detta testa come i scalini il tutto a opera conlaudata, e approvata inazi di metterlli in opera e saranno di n° 18 della sopra dette qualità.</w:t>
      </w:r>
      <w:r w:rsidR="00000000">
        <w:rPr>
          <w:i/>
          <w:iCs/>
          <w:sz w:val="24"/>
          <w:szCs w:val="24"/>
        </w:rPr>
        <w:pict w14:anchorId="386CDEB3">
          <v:rect id="_x0000_i1058" style="width:0;height:1.5pt" o:hralign="center" o:hrstd="t" o:hr="t" fillcolor="#a0a0a0" stroked="f"/>
        </w:pict>
      </w:r>
    </w:p>
    <w:p w14:paraId="544390D9" w14:textId="513207A5" w:rsidR="0045404F" w:rsidRPr="0087247B" w:rsidRDefault="0045404F" w:rsidP="00277AF8">
      <w:pPr>
        <w:jc w:val="right"/>
        <w:rPr>
          <w:i/>
          <w:iCs/>
          <w:sz w:val="24"/>
          <w:szCs w:val="24"/>
        </w:rPr>
      </w:pPr>
      <w:r w:rsidRPr="0087247B">
        <w:rPr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giorno 22 Gen</w:t>
      </w:r>
      <w:r w:rsidR="00277AF8">
        <w:rPr>
          <w:i/>
          <w:iCs/>
          <w:sz w:val="24"/>
          <w:szCs w:val="24"/>
        </w:rPr>
        <w:t>ar</w:t>
      </w:r>
      <w:r w:rsidRPr="0087247B">
        <w:rPr>
          <w:i/>
          <w:iCs/>
          <w:sz w:val="24"/>
          <w:szCs w:val="24"/>
        </w:rPr>
        <w:t>o 1720</w:t>
      </w:r>
    </w:p>
    <w:p w14:paraId="04C47593" w14:textId="77777777" w:rsidR="00277AF8" w:rsidRDefault="0045404F" w:rsidP="00277AF8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13637747">
          <v:rect id="_x0000_i1059" style="width:0;height:1.5pt" o:hralign="center" o:hrstd="t" o:hr="t" fillcolor="#a0a0a0" stroked="f"/>
        </w:pict>
      </w:r>
    </w:p>
    <w:p w14:paraId="2791311F" w14:textId="1EDFA4DD" w:rsidR="001359E1" w:rsidRDefault="0045404F" w:rsidP="00277AF8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 xml:space="preserve"> Archivio di Stato di Torino | Sezioni Riunite | Ministero della guerra | Azienda generale di fabbriche e fortificazioni (1733-1797) già Azienda generale d'artiglieria, fabbriche e fortificazioni (1717-1733) | Contratti fortificazioni | Mazzo 7 (1720) |fol. 88.</w:t>
      </w:r>
    </w:p>
    <w:p w14:paraId="498A4A59" w14:textId="77777777" w:rsidR="0087247B" w:rsidRPr="0087247B" w:rsidRDefault="0087247B" w:rsidP="005413C0">
      <w:pPr>
        <w:rPr>
          <w:sz w:val="24"/>
          <w:szCs w:val="24"/>
        </w:rPr>
      </w:pPr>
    </w:p>
    <w:p w14:paraId="57EE7016" w14:textId="43E8ED95" w:rsidR="001359E1" w:rsidRPr="0087247B" w:rsidRDefault="001359E1" w:rsidP="005838E9">
      <w:pPr>
        <w:jc w:val="center"/>
        <w:rPr>
          <w:i/>
          <w:iCs/>
          <w:sz w:val="24"/>
          <w:szCs w:val="24"/>
        </w:rPr>
      </w:pPr>
      <w:r w:rsidRPr="0087247B">
        <w:rPr>
          <w:b/>
          <w:bCs/>
          <w:i/>
          <w:iCs/>
          <w:sz w:val="24"/>
          <w:szCs w:val="24"/>
        </w:rPr>
        <w:t xml:space="preserve">Instruzione per la ferramenta delle </w:t>
      </w:r>
      <w:r w:rsidR="005838E9">
        <w:rPr>
          <w:b/>
          <w:bCs/>
          <w:i/>
          <w:iCs/>
          <w:sz w:val="24"/>
          <w:szCs w:val="24"/>
        </w:rPr>
        <w:t>p</w:t>
      </w:r>
      <w:r w:rsidRPr="0087247B">
        <w:rPr>
          <w:b/>
          <w:bCs/>
          <w:i/>
          <w:iCs/>
          <w:sz w:val="24"/>
          <w:szCs w:val="24"/>
        </w:rPr>
        <w:t>orte e finestre dell Padiglione di S.a A.a R.e nella Reggia Venaria</w:t>
      </w:r>
      <w:r w:rsidR="00000000">
        <w:rPr>
          <w:i/>
          <w:iCs/>
          <w:sz w:val="24"/>
          <w:szCs w:val="24"/>
        </w:rPr>
        <w:pict w14:anchorId="6CE1BA31">
          <v:rect id="_x0000_i1060" style="width:0;height:1.5pt" o:hralign="center" o:hrstd="t" o:hr="t" fillcolor="#a0a0a0" stroked="f"/>
        </w:pict>
      </w:r>
    </w:p>
    <w:p w14:paraId="5F3E4DD3" w14:textId="79796AAF" w:rsidR="001359E1" w:rsidRPr="0087247B" w:rsidRDefault="001359E1" w:rsidP="005838E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porte in due parti saranno co</w:t>
      </w:r>
      <w:r w:rsidR="00E6713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4° varvelle con suoi chiodi ribattuti, e quelle in una parte con due varvelle co</w:t>
      </w:r>
      <w:r w:rsidR="00E67131">
        <w:rPr>
          <w:i/>
          <w:iCs/>
          <w:sz w:val="24"/>
          <w:szCs w:val="24"/>
        </w:rPr>
        <w:t>n</w:t>
      </w:r>
      <w:r w:rsidRPr="0087247B">
        <w:rPr>
          <w:i/>
          <w:iCs/>
          <w:sz w:val="24"/>
          <w:szCs w:val="24"/>
        </w:rPr>
        <w:t xml:space="preserve"> sue chiodi ribattuti e </w:t>
      </w:r>
      <w:r w:rsidR="00E67131">
        <w:rPr>
          <w:i/>
          <w:iCs/>
          <w:sz w:val="24"/>
          <w:szCs w:val="24"/>
        </w:rPr>
        <w:t>avit</w:t>
      </w:r>
      <w:r w:rsidRPr="0087247B">
        <w:rPr>
          <w:i/>
          <w:iCs/>
          <w:sz w:val="24"/>
          <w:szCs w:val="24"/>
        </w:rPr>
        <w:t>ati.</w:t>
      </w:r>
    </w:p>
    <w:p w14:paraId="084B3E3C" w14:textId="39DE7130" w:rsidR="001359E1" w:rsidRPr="0087247B" w:rsidRDefault="001359E1" w:rsidP="005838E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serrature saranno alla fenestra ben fatte e 2° la mostra con suoi p</w:t>
      </w:r>
      <w:r w:rsidR="00E67131">
        <w:rPr>
          <w:i/>
          <w:iCs/>
          <w:sz w:val="24"/>
          <w:szCs w:val="24"/>
        </w:rPr>
        <w:t>olic</w:t>
      </w:r>
      <w:r w:rsidRPr="0087247B">
        <w:rPr>
          <w:i/>
          <w:iCs/>
          <w:sz w:val="24"/>
          <w:szCs w:val="24"/>
        </w:rPr>
        <w:t>i e braccioli e sue anelli delle misure 2° la mostra e di tutta perfezione d’opera conlaudata.</w:t>
      </w:r>
    </w:p>
    <w:p w14:paraId="13BFB7B6" w14:textId="58377C53" w:rsidR="001359E1" w:rsidRPr="0087247B" w:rsidRDefault="001359E1" w:rsidP="005838E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Le finestre e sue chiasili saranno 2° la mostra e a tutta opera conlaudata e fatte 2°</w:t>
      </w:r>
      <w:r w:rsidR="00E67131">
        <w:rPr>
          <w:i/>
          <w:iCs/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 xml:space="preserve">l’altre fatte all altro padiglione e 2° le mostre. </w:t>
      </w:r>
    </w:p>
    <w:p w14:paraId="48EA67A4" w14:textId="63A955FD" w:rsidR="005838E9" w:rsidRDefault="001359E1" w:rsidP="005838E9">
      <w:pPr>
        <w:jc w:val="both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Il ferro sia di tutta perfezione e 2° la grosezza delle mostre.</w:t>
      </w:r>
      <w:r w:rsidR="00000000">
        <w:rPr>
          <w:i/>
          <w:iCs/>
          <w:sz w:val="24"/>
          <w:szCs w:val="24"/>
        </w:rPr>
        <w:pict w14:anchorId="1128615D">
          <v:rect id="_x0000_i1061" style="width:0;height:1.5pt" o:hralign="center" o:hrstd="t" o:hr="t" fillcolor="#a0a0a0" stroked="f"/>
        </w:pict>
      </w:r>
    </w:p>
    <w:p w14:paraId="3F5CDD3C" w14:textId="59EF35A9" w:rsidR="001359E1" w:rsidRPr="0087247B" w:rsidRDefault="001359E1" w:rsidP="005838E9">
      <w:pPr>
        <w:jc w:val="right"/>
        <w:rPr>
          <w:i/>
          <w:iCs/>
          <w:sz w:val="24"/>
          <w:szCs w:val="24"/>
        </w:rPr>
      </w:pPr>
      <w:r w:rsidRPr="0087247B">
        <w:rPr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giorno di 15 Marzo 1720</w:t>
      </w:r>
    </w:p>
    <w:p w14:paraId="2BD6FF9B" w14:textId="77777777" w:rsidR="005838E9" w:rsidRDefault="001359E1" w:rsidP="005838E9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15420EAC">
          <v:rect id="_x0000_i1062" style="width:0;height:1.5pt" o:hralign="center" o:hrstd="t" o:hr="t" fillcolor="#a0a0a0" stroked="f"/>
        </w:pict>
      </w:r>
    </w:p>
    <w:p w14:paraId="63A969A4" w14:textId="6396D0D9" w:rsidR="009B2AA0" w:rsidRDefault="001359E1" w:rsidP="005838E9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 xml:space="preserve"> Archivio di Stato di Torino | Sezioni Riunite | Ministero della guerra | Azienda generale di fabbriche e fortificazioni (1733-1797) già Azienda generale d'artiglieria, fabbriche e fortificazioni (1717-1733) | Contratti fortificazioni | Mazzo 7 (1720) |fol. 116.</w:t>
      </w:r>
    </w:p>
    <w:p w14:paraId="3CB41200" w14:textId="77777777" w:rsidR="0087247B" w:rsidRPr="0087247B" w:rsidRDefault="0087247B" w:rsidP="005413C0">
      <w:pPr>
        <w:rPr>
          <w:sz w:val="24"/>
          <w:szCs w:val="24"/>
        </w:rPr>
      </w:pPr>
    </w:p>
    <w:p w14:paraId="5C0459A2" w14:textId="77777777" w:rsidR="00E67131" w:rsidRDefault="009B2AA0" w:rsidP="00E67131">
      <w:pPr>
        <w:jc w:val="center"/>
        <w:rPr>
          <w:i/>
          <w:iCs/>
          <w:sz w:val="24"/>
          <w:szCs w:val="24"/>
        </w:rPr>
      </w:pPr>
      <w:r w:rsidRPr="004F21AC">
        <w:rPr>
          <w:b/>
          <w:bCs/>
          <w:i/>
          <w:iCs/>
          <w:sz w:val="24"/>
          <w:szCs w:val="24"/>
        </w:rPr>
        <w:lastRenderedPageBreak/>
        <w:t>Instruzione per li ferri che vanno nella Sala del</w:t>
      </w:r>
      <w:r w:rsidR="00E67131">
        <w:rPr>
          <w:b/>
          <w:bCs/>
          <w:i/>
          <w:iCs/>
          <w:sz w:val="24"/>
          <w:szCs w:val="24"/>
        </w:rPr>
        <w:t>l</w:t>
      </w:r>
      <w:r w:rsidRPr="004F21AC">
        <w:rPr>
          <w:b/>
          <w:bCs/>
          <w:i/>
          <w:iCs/>
          <w:sz w:val="24"/>
          <w:szCs w:val="24"/>
        </w:rPr>
        <w:t xml:space="preserve"> Padiglione di S.a A.a R.e nella Reggia Venaria</w:t>
      </w:r>
      <w:r w:rsidR="00000000">
        <w:rPr>
          <w:i/>
          <w:iCs/>
          <w:sz w:val="24"/>
          <w:szCs w:val="24"/>
        </w:rPr>
        <w:pict w14:anchorId="10024AC7">
          <v:rect id="_x0000_i1063" style="width:0;height:1.5pt" o:hralign="center" o:hrstd="t" o:hr="t" fillcolor="#a0a0a0" stroked="f"/>
        </w:pict>
      </w:r>
    </w:p>
    <w:p w14:paraId="02271F16" w14:textId="113FE4C1" w:rsidR="004F21AC" w:rsidRDefault="004F21AC" w:rsidP="00E6713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 barre di ferro di long</w:t>
      </w:r>
      <w:r w:rsidR="003050F2">
        <w:rPr>
          <w:i/>
          <w:iCs/>
          <w:sz w:val="24"/>
          <w:szCs w:val="24"/>
        </w:rPr>
        <w:t>ezza</w:t>
      </w:r>
      <w:r>
        <w:rPr>
          <w:i/>
          <w:iCs/>
          <w:sz w:val="24"/>
          <w:szCs w:val="24"/>
        </w:rPr>
        <w:t xml:space="preserve"> piedi 4.6 grosso on</w:t>
      </w:r>
      <w:r w:rsidR="003050F2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 xml:space="preserve">a una, in una e mezzo il </w:t>
      </w:r>
      <w:r w:rsidR="003050F2">
        <w:rPr>
          <w:i/>
          <w:iCs/>
          <w:sz w:val="24"/>
          <w:szCs w:val="24"/>
        </w:rPr>
        <w:t>detto</w:t>
      </w:r>
      <w:r>
        <w:rPr>
          <w:i/>
          <w:iCs/>
          <w:sz w:val="24"/>
          <w:szCs w:val="24"/>
        </w:rPr>
        <w:t xml:space="preserve"> ferro sia quadro di tutta perfezzione, e il ferro sia di c</w:t>
      </w:r>
      <w:r w:rsidR="003050F2">
        <w:rPr>
          <w:i/>
          <w:iCs/>
          <w:sz w:val="24"/>
          <w:szCs w:val="24"/>
        </w:rPr>
        <w:t>a</w:t>
      </w:r>
      <w:r>
        <w:rPr>
          <w:i/>
          <w:iCs/>
          <w:sz w:val="24"/>
          <w:szCs w:val="24"/>
        </w:rPr>
        <w:t>vi o dell meglio d</w:t>
      </w:r>
      <w:r w:rsidR="003050F2">
        <w:rPr>
          <w:i/>
          <w:iCs/>
          <w:sz w:val="24"/>
          <w:szCs w:val="24"/>
        </w:rPr>
        <w:t>i</w:t>
      </w:r>
      <w:r>
        <w:rPr>
          <w:i/>
          <w:iCs/>
          <w:sz w:val="24"/>
          <w:szCs w:val="24"/>
        </w:rPr>
        <w:t xml:space="preserve"> Agusta di tutta qualita colore, e perfezione</w:t>
      </w:r>
    </w:p>
    <w:p w14:paraId="5B31830B" w14:textId="21F5F7EC" w:rsidR="00E67131" w:rsidRDefault="004F21AC" w:rsidP="00E6713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La ringiera che va in torno alla detta scala, sarà con suoi bachette in distanza da una e l’altra on</w:t>
      </w:r>
      <w:r w:rsidR="003050F2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e 4 e sua cimata in cima parimente della medema distanza con suo ornamento 2° dimostra il disegnio anesso e sarà di ferro di d’Agusta di tutta perfezione numero, di bon colore, con li suoi colon</w:t>
      </w:r>
      <w:r w:rsidR="003050F2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e più grosse delle bachette, a tutta opera conlaudata. Le bachette no</w:t>
      </w:r>
      <w:r w:rsidR="003050F2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saranno più grosse di on</w:t>
      </w:r>
      <w:r w:rsidR="003050F2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a mezza, e le colon</w:t>
      </w:r>
      <w:r w:rsidR="003050F2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e di ¾ di on</w:t>
      </w:r>
      <w:r w:rsidR="003050F2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a con le sue punte per mettere i bolzoni d’</w:t>
      </w:r>
      <w:r w:rsidR="003050F2">
        <w:rPr>
          <w:i/>
          <w:iCs/>
          <w:sz w:val="24"/>
          <w:szCs w:val="24"/>
        </w:rPr>
        <w:t>o</w:t>
      </w:r>
      <w:r>
        <w:rPr>
          <w:i/>
          <w:iCs/>
          <w:sz w:val="24"/>
          <w:szCs w:val="24"/>
        </w:rPr>
        <w:t>tton</w:t>
      </w:r>
      <w:r w:rsidR="003050F2">
        <w:rPr>
          <w:i/>
          <w:iCs/>
          <w:sz w:val="24"/>
          <w:szCs w:val="24"/>
        </w:rPr>
        <w:t>e</w:t>
      </w:r>
      <w:r>
        <w:rPr>
          <w:i/>
          <w:iCs/>
          <w:sz w:val="24"/>
          <w:szCs w:val="24"/>
        </w:rPr>
        <w:t xml:space="preserve">, e le colonette nei ripiani e principio di scala ci sarà la sua stampella bene imbiombata nella losa o scalino, e che </w:t>
      </w:r>
      <w:r w:rsidR="003050F2">
        <w:rPr>
          <w:i/>
          <w:iCs/>
          <w:sz w:val="24"/>
          <w:szCs w:val="24"/>
        </w:rPr>
        <w:t xml:space="preserve">vada al meno </w:t>
      </w:r>
      <w:r>
        <w:rPr>
          <w:i/>
          <w:iCs/>
          <w:sz w:val="24"/>
          <w:szCs w:val="24"/>
        </w:rPr>
        <w:t>on</w:t>
      </w:r>
      <w:r w:rsidR="003050F2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e due in tre, il tutto a opera conlaudata e di tutta perfezione.</w:t>
      </w:r>
      <w:r w:rsidR="00000000">
        <w:rPr>
          <w:i/>
          <w:iCs/>
          <w:sz w:val="24"/>
          <w:szCs w:val="24"/>
        </w:rPr>
        <w:pict w14:anchorId="2F46CC18">
          <v:rect id="_x0000_i1064" style="width:0;height:1.5pt" o:hralign="right" o:hrstd="t" o:hr="t" fillcolor="#a0a0a0" stroked="f"/>
        </w:pict>
      </w:r>
    </w:p>
    <w:p w14:paraId="0E9197A5" w14:textId="2DEF94F0" w:rsidR="009B2AA0" w:rsidRPr="0087247B" w:rsidRDefault="009B2AA0" w:rsidP="00E67131">
      <w:pPr>
        <w:jc w:val="right"/>
        <w:rPr>
          <w:i/>
          <w:iCs/>
          <w:sz w:val="24"/>
          <w:szCs w:val="24"/>
        </w:rPr>
      </w:pPr>
      <w:r w:rsidRPr="0087247B">
        <w:rPr>
          <w:sz w:val="24"/>
          <w:szCs w:val="24"/>
        </w:rPr>
        <w:t xml:space="preserve"> </w:t>
      </w:r>
      <w:r w:rsidRPr="0087247B">
        <w:rPr>
          <w:i/>
          <w:iCs/>
          <w:sz w:val="24"/>
          <w:szCs w:val="24"/>
        </w:rPr>
        <w:t>giorno di 15 Marzo 1720</w:t>
      </w:r>
    </w:p>
    <w:p w14:paraId="7BFE749C" w14:textId="77777777" w:rsidR="00E67131" w:rsidRDefault="009B2AA0" w:rsidP="00E67131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6D5A3F9A">
          <v:rect id="_x0000_i1065" style="width:0;height:1.5pt" o:hralign="center" o:hrstd="t" o:hr="t" fillcolor="#a0a0a0" stroked="f"/>
        </w:pict>
      </w:r>
    </w:p>
    <w:p w14:paraId="31D308DE" w14:textId="157D1E42" w:rsidR="009B2AA0" w:rsidRDefault="009B2AA0" w:rsidP="00E67131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 xml:space="preserve"> Archivio di Stato di Torino | Sezioni Riunite | Ministero della guerra | Azienda generale di fabbriche e fortificazioni (1733-1797) già Azienda generale d'artiglieria, fabbriche e fortificazioni (1717-1733) | Contratti fortificazioni | Mazzo 7 (1720) |fol. 137.</w:t>
      </w:r>
    </w:p>
    <w:p w14:paraId="06BBF342" w14:textId="77777777" w:rsidR="004F21AC" w:rsidRDefault="004F21AC" w:rsidP="005413C0">
      <w:pPr>
        <w:rPr>
          <w:sz w:val="24"/>
          <w:szCs w:val="24"/>
        </w:rPr>
      </w:pPr>
    </w:p>
    <w:p w14:paraId="440EC912" w14:textId="77777777" w:rsidR="002D3CF8" w:rsidRDefault="004F21AC" w:rsidP="002D3CF8">
      <w:pPr>
        <w:jc w:val="center"/>
        <w:rPr>
          <w:i/>
          <w:iCs/>
          <w:sz w:val="24"/>
          <w:szCs w:val="24"/>
        </w:rPr>
      </w:pPr>
      <w:r w:rsidRPr="004C5CB1">
        <w:rPr>
          <w:b/>
          <w:bCs/>
          <w:i/>
          <w:iCs/>
          <w:sz w:val="24"/>
          <w:szCs w:val="24"/>
        </w:rPr>
        <w:t>Instruzione per le stabiliture e sterniti dell Padiglione di S.a A.a R.e nella Reggia Venaria</w:t>
      </w:r>
      <w:r w:rsidR="00000000">
        <w:rPr>
          <w:i/>
          <w:iCs/>
          <w:sz w:val="24"/>
          <w:szCs w:val="24"/>
        </w:rPr>
        <w:pict w14:anchorId="5DF1169C">
          <v:rect id="_x0000_i1066" style="width:0;height:1.5pt" o:hralign="center" o:hrstd="t" o:hr="t" fillcolor="#a0a0a0" stroked="f"/>
        </w:pict>
      </w:r>
    </w:p>
    <w:p w14:paraId="257FAFF8" w14:textId="6357BE59" w:rsidR="00FE29E5" w:rsidRDefault="00FE29E5" w:rsidP="002D3CF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Stabiliture delle muraglie, si faranno di calcina fatta di soperga, nelli spicoli, si metterà il 3° di gesso, e saranno alla Italiana con suoi rigo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i senza nesun avanzamento o infossamento, ma in piano perfetto, è li spicoli a piombo perfetto.</w:t>
      </w:r>
    </w:p>
    <w:p w14:paraId="4A178E3A" w14:textId="03E531F6" w:rsidR="00FE29E5" w:rsidRDefault="00FE29E5" w:rsidP="002D3CF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 cornicette intorno a dette stanze saranno di on</w:t>
      </w:r>
      <w:r w:rsidR="00C83925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e 6 con le sacome usate a detto padiglione, tirate di tutta perfezione con bon gesso, e calcina e polvere di marmo.</w:t>
      </w:r>
    </w:p>
    <w:p w14:paraId="03527899" w14:textId="408293D9" w:rsidR="00FE29E5" w:rsidRDefault="00FE29E5" w:rsidP="002D3CF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 sterniti saranno di quadrettoni legati e stilati delli tetti di Rivoli ben cotti e staggionati e che siano bene uniti asieme come nelli lati che nell’angoli e che no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come f</w:t>
      </w:r>
      <w:r w:rsidR="00C83925">
        <w:rPr>
          <w:i/>
          <w:iCs/>
          <w:sz w:val="24"/>
          <w:szCs w:val="24"/>
        </w:rPr>
        <w:t>r</w:t>
      </w:r>
      <w:r>
        <w:rPr>
          <w:i/>
          <w:iCs/>
          <w:sz w:val="24"/>
          <w:szCs w:val="24"/>
        </w:rPr>
        <w:t>a uno e l’altro più di una 12a parte d’on</w:t>
      </w:r>
      <w:r w:rsidR="00C83925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a e come si sol dire una sola ligiola saranno a torno le sue guide delli medemi quadrettoni e conforme e l’uso di detti sterniti saranno tenuti di spianare sotto co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bone calcinacci a</w:t>
      </w:r>
      <w:r w:rsidR="00C83925">
        <w:rPr>
          <w:i/>
          <w:iCs/>
          <w:sz w:val="24"/>
          <w:szCs w:val="24"/>
        </w:rPr>
        <w:t>sciut</w:t>
      </w:r>
      <w:r>
        <w:rPr>
          <w:i/>
          <w:iCs/>
          <w:sz w:val="24"/>
          <w:szCs w:val="24"/>
        </w:rPr>
        <w:t>o e messe in piano perfetto.</w:t>
      </w:r>
    </w:p>
    <w:p w14:paraId="209824FC" w14:textId="3FF71371" w:rsidR="002D3CF8" w:rsidRDefault="00FE29E5" w:rsidP="002D3CF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 for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elli saranno di stucco ben fatti e 2° le sacome che si daranno sul posto co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il suo cornici</w:t>
      </w:r>
      <w:r w:rsidR="00C83925">
        <w:rPr>
          <w:i/>
          <w:iCs/>
          <w:sz w:val="24"/>
          <w:szCs w:val="24"/>
        </w:rPr>
        <w:t>on</w:t>
      </w:r>
      <w:r>
        <w:rPr>
          <w:i/>
          <w:iCs/>
          <w:sz w:val="24"/>
          <w:szCs w:val="24"/>
        </w:rPr>
        <w:t>etto e saranno tenuti di stabilire il fondo di detti for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elli includendovi nel </w:t>
      </w:r>
      <w:r w:rsidR="00C83925">
        <w:rPr>
          <w:i/>
          <w:iCs/>
          <w:sz w:val="24"/>
          <w:szCs w:val="24"/>
        </w:rPr>
        <w:t>detto</w:t>
      </w:r>
      <w:r>
        <w:rPr>
          <w:i/>
          <w:iCs/>
          <w:sz w:val="24"/>
          <w:szCs w:val="24"/>
        </w:rPr>
        <w:t xml:space="preserve"> for</w:t>
      </w:r>
      <w:r w:rsidR="00C8392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ello nella clacina ci sia il 3° di gesso e di polvere di marmo ben fatti, e tutti a opera </w:t>
      </w:r>
      <w:r w:rsidR="004C5CB1">
        <w:rPr>
          <w:i/>
          <w:iCs/>
          <w:sz w:val="24"/>
          <w:szCs w:val="24"/>
        </w:rPr>
        <w:t>conlaudata a opera conlaudata.</w:t>
      </w:r>
      <w:r w:rsidR="00000000">
        <w:rPr>
          <w:i/>
          <w:iCs/>
          <w:sz w:val="24"/>
          <w:szCs w:val="24"/>
        </w:rPr>
        <w:pict w14:anchorId="626A3250">
          <v:rect id="_x0000_i1067" style="width:0;height:1.5pt" o:hralign="center" o:hrstd="t" o:hr="t" fillcolor="#a0a0a0" stroked="f"/>
        </w:pict>
      </w:r>
    </w:p>
    <w:p w14:paraId="2706950E" w14:textId="5DABBDAB" w:rsidR="004F21AC" w:rsidRDefault="004F21AC" w:rsidP="002D3CF8">
      <w:pPr>
        <w:jc w:val="right"/>
        <w:rPr>
          <w:i/>
          <w:iCs/>
          <w:sz w:val="24"/>
          <w:szCs w:val="24"/>
        </w:rPr>
      </w:pPr>
      <w:r w:rsidRPr="004F21AC">
        <w:lastRenderedPageBreak/>
        <w:t xml:space="preserve"> </w:t>
      </w:r>
      <w:r w:rsidRPr="004F21AC">
        <w:rPr>
          <w:i/>
          <w:iCs/>
          <w:sz w:val="24"/>
          <w:szCs w:val="24"/>
        </w:rPr>
        <w:t>Marzo 15 dell 1720</w:t>
      </w:r>
    </w:p>
    <w:p w14:paraId="58551BA9" w14:textId="77777777" w:rsidR="002D3CF8" w:rsidRDefault="004F21AC" w:rsidP="002D3CF8">
      <w:pPr>
        <w:jc w:val="right"/>
        <w:rPr>
          <w:i/>
          <w:iCs/>
          <w:sz w:val="24"/>
          <w:szCs w:val="24"/>
        </w:rPr>
      </w:pPr>
      <w:r w:rsidRPr="0087247B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0994E332">
          <v:rect id="_x0000_i1068" style="width:0;height:1.5pt" o:hralign="center" o:hrstd="t" o:hr="t" fillcolor="#a0a0a0" stroked="f"/>
        </w:pict>
      </w:r>
    </w:p>
    <w:p w14:paraId="26065631" w14:textId="2BC8FB15" w:rsidR="004F21AC" w:rsidRDefault="004F21AC" w:rsidP="002D3CF8">
      <w:pPr>
        <w:jc w:val="both"/>
        <w:rPr>
          <w:sz w:val="24"/>
          <w:szCs w:val="24"/>
        </w:rPr>
      </w:pPr>
      <w:r w:rsidRPr="004F21AC">
        <w:rPr>
          <w:sz w:val="24"/>
          <w:szCs w:val="24"/>
        </w:rPr>
        <w:t xml:space="preserve"> </w:t>
      </w: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7 (1720) |fol. 1</w:t>
      </w:r>
      <w:r>
        <w:rPr>
          <w:sz w:val="24"/>
          <w:szCs w:val="24"/>
        </w:rPr>
        <w:t>41</w:t>
      </w:r>
      <w:r w:rsidRPr="0087247B">
        <w:rPr>
          <w:sz w:val="24"/>
          <w:szCs w:val="24"/>
        </w:rPr>
        <w:t>.</w:t>
      </w:r>
    </w:p>
    <w:p w14:paraId="7E35AC55" w14:textId="77777777" w:rsidR="00A6434A" w:rsidRDefault="00A6434A" w:rsidP="005413C0">
      <w:pPr>
        <w:rPr>
          <w:sz w:val="24"/>
          <w:szCs w:val="24"/>
        </w:rPr>
      </w:pPr>
    </w:p>
    <w:p w14:paraId="5B3FEE6B" w14:textId="77777777" w:rsidR="00726995" w:rsidRDefault="00726995" w:rsidP="00726995">
      <w:pPr>
        <w:jc w:val="center"/>
        <w:rPr>
          <w:i/>
          <w:iCs/>
          <w:sz w:val="24"/>
          <w:szCs w:val="24"/>
        </w:rPr>
      </w:pPr>
      <w:r w:rsidRPr="00726995">
        <w:rPr>
          <w:b/>
          <w:bCs/>
          <w:i/>
          <w:iCs/>
          <w:sz w:val="24"/>
          <w:szCs w:val="24"/>
        </w:rPr>
        <w:t>Instruzione del cavo di terra e d</w:t>
      </w:r>
      <w:r>
        <w:rPr>
          <w:b/>
          <w:bCs/>
          <w:i/>
          <w:iCs/>
          <w:sz w:val="24"/>
          <w:szCs w:val="24"/>
        </w:rPr>
        <w:t>i</w:t>
      </w:r>
      <w:r w:rsidRPr="00726995">
        <w:rPr>
          <w:b/>
          <w:bCs/>
          <w:i/>
          <w:iCs/>
          <w:sz w:val="24"/>
          <w:szCs w:val="24"/>
        </w:rPr>
        <w:t xml:space="preserve">molizione di muraglie </w:t>
      </w:r>
      <w:r>
        <w:rPr>
          <w:b/>
          <w:bCs/>
          <w:i/>
          <w:iCs/>
          <w:sz w:val="24"/>
          <w:szCs w:val="24"/>
        </w:rPr>
        <w:t>vechie</w:t>
      </w:r>
      <w:r w:rsidR="00000000">
        <w:rPr>
          <w:i/>
          <w:iCs/>
          <w:sz w:val="24"/>
          <w:szCs w:val="24"/>
        </w:rPr>
        <w:pict w14:anchorId="19BE5893">
          <v:rect id="_x0000_i1069" style="width:0;height:1.5pt" o:hralign="center" o:hrstd="t" o:hr="t" fillcolor="#a0a0a0" stroked="f"/>
        </w:pict>
      </w:r>
    </w:p>
    <w:p w14:paraId="47E5A9CE" w14:textId="77777777" w:rsidR="00977BAB" w:rsidRDefault="00977BAB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cavo di terra sarà fatto della largezza e profondità che sarà destinato all architetto e detta terra sarà di mano in mano che si cava trasportata fuori della città e la grassa su li bastioni dell novo ingrandimento e secondo l’ordine dell Ill.mo signor Intendente generale Riccardini su darà la sua scarpa e in occasione di valanche siano tenuti a ripolirllo se viene la mancanza di detti impresarij.</w:t>
      </w:r>
    </w:p>
    <w:p w14:paraId="52FB1697" w14:textId="35B64E8A" w:rsidR="00977BAB" w:rsidRDefault="00977BAB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Tutte le pietre siano a benefizio delle reggio ufizio come parimente tutte le sabbije proveniente di detta cava e queste pasate a la griglia ordinatta e approvata e se in detto cavo si trovasse qualche selciata o sternito di pietre rustiche siano a conto di Sa. Ma. con farlle trasportare dove sarà necesario con l’obligo di detti impresarij di banonarlli a un sol luogo del medemo cavo dove s’indicherà sul posto.</w:t>
      </w:r>
    </w:p>
    <w:p w14:paraId="68A53147" w14:textId="77777777" w:rsidR="00135CBE" w:rsidRDefault="00977BAB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detto cavo sarà dato in piano perfetto senza nesuna deformità di altto a basso ma a una linea perfetta come anche saranno tenuti di fare il cavo de fondamenti 2à sarà ordinato sul posto e sopra tutto non doveranno mai lasciare terra ammuchiata e non bastonata ma di levelarlla tutta 2° sopra s’è detto acciò possa lasciare campo</w:t>
      </w:r>
      <w:r w:rsidR="00135CBE">
        <w:rPr>
          <w:i/>
          <w:iCs/>
          <w:sz w:val="24"/>
          <w:szCs w:val="24"/>
        </w:rPr>
        <w:t xml:space="preserve"> a l’altri materiali per esecuzione della fabricha.</w:t>
      </w:r>
    </w:p>
    <w:p w14:paraId="27849684" w14:textId="13CBDCDE" w:rsidR="00726995" w:rsidRDefault="00135CBE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demolire le muraglie sarà con tutta diligenza fatta per non rompere i materiali e detti materiali saranno scalcinate e messe in luogo dove non possa impedire dove di doverà fabricare e li legni ferri pietre e pietre di taglio o altro siano consegniate al sopra stante e saranno tenuti di levare for del posto il calcinacci che averanno delle dette muraglie ciechie con tutta puntualità e soletudine e sopra tutto che i vechi materiali siano ben scalcinati intenderà li mattoni e pietre 2° troverà capace il sopra detto soprastante o architetto.</w:t>
      </w:r>
      <w:r w:rsidR="00000000">
        <w:rPr>
          <w:i/>
          <w:iCs/>
          <w:sz w:val="24"/>
          <w:szCs w:val="24"/>
        </w:rPr>
        <w:pict w14:anchorId="38B72CCB">
          <v:rect id="_x0000_i1070" style="width:0;height:1.5pt" o:hralign="center" o:hrstd="t" o:hr="t" fillcolor="#a0a0a0" stroked="f"/>
        </w:pict>
      </w:r>
    </w:p>
    <w:p w14:paraId="5A568A82" w14:textId="3EAA54D0" w:rsidR="00AC10D9" w:rsidRPr="00726995" w:rsidRDefault="00726995" w:rsidP="00726995">
      <w:pPr>
        <w:jc w:val="right"/>
        <w:rPr>
          <w:i/>
          <w:iCs/>
          <w:sz w:val="24"/>
          <w:szCs w:val="24"/>
        </w:rPr>
      </w:pPr>
      <w:r w:rsidRPr="00726995">
        <w:rPr>
          <w:i/>
          <w:iCs/>
          <w:sz w:val="24"/>
          <w:szCs w:val="24"/>
        </w:rPr>
        <w:t>giorno di 18 Maggio 1720</w:t>
      </w:r>
    </w:p>
    <w:p w14:paraId="1F50DC9D" w14:textId="77777777" w:rsidR="00726995" w:rsidRDefault="00726995" w:rsidP="00726995">
      <w:pPr>
        <w:jc w:val="right"/>
        <w:rPr>
          <w:i/>
          <w:iCs/>
          <w:sz w:val="24"/>
          <w:szCs w:val="24"/>
        </w:rPr>
      </w:pPr>
      <w:r w:rsidRPr="00726995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7AFF6D1F">
          <v:rect id="_x0000_i1071" style="width:0;height:1.5pt" o:hralign="center" o:hrstd="t" o:hr="t" fillcolor="#a0a0a0" stroked="f"/>
        </w:pict>
      </w:r>
    </w:p>
    <w:p w14:paraId="23E17599" w14:textId="248F0F76" w:rsidR="00726995" w:rsidRDefault="00726995" w:rsidP="00726995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7 (1720) |fol. 1</w:t>
      </w:r>
      <w:r>
        <w:rPr>
          <w:sz w:val="24"/>
          <w:szCs w:val="24"/>
        </w:rPr>
        <w:t>76</w:t>
      </w:r>
      <w:r w:rsidRPr="0087247B">
        <w:rPr>
          <w:sz w:val="24"/>
          <w:szCs w:val="24"/>
        </w:rPr>
        <w:t>.</w:t>
      </w:r>
    </w:p>
    <w:p w14:paraId="1AB7572E" w14:textId="77777777" w:rsidR="00726995" w:rsidRDefault="00726995" w:rsidP="00726995">
      <w:pPr>
        <w:jc w:val="both"/>
        <w:rPr>
          <w:sz w:val="24"/>
          <w:szCs w:val="24"/>
        </w:rPr>
      </w:pPr>
    </w:p>
    <w:p w14:paraId="4724265D" w14:textId="77777777" w:rsidR="00726995" w:rsidRDefault="00726995" w:rsidP="00726995">
      <w:pPr>
        <w:jc w:val="center"/>
        <w:rPr>
          <w:i/>
          <w:iCs/>
          <w:sz w:val="24"/>
          <w:szCs w:val="24"/>
        </w:rPr>
      </w:pPr>
      <w:r w:rsidRPr="00726995">
        <w:rPr>
          <w:b/>
          <w:bCs/>
          <w:i/>
          <w:iCs/>
          <w:sz w:val="24"/>
          <w:szCs w:val="24"/>
        </w:rPr>
        <w:lastRenderedPageBreak/>
        <w:t>Instruzione per le sabie e mattoni e calcine</w:t>
      </w:r>
      <w:r w:rsidR="00000000">
        <w:rPr>
          <w:i/>
          <w:iCs/>
          <w:sz w:val="24"/>
          <w:szCs w:val="24"/>
        </w:rPr>
        <w:pict w14:anchorId="16973CC4">
          <v:rect id="_x0000_i1072" style="width:0;height:1.5pt" o:hralign="center" o:hrstd="t" o:hr="t" fillcolor="#a0a0a0" stroked="f"/>
        </w:pict>
      </w:r>
    </w:p>
    <w:p w14:paraId="24BBA732" w14:textId="77777777" w:rsidR="00591894" w:rsidRDefault="00591894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 mattoni doveranno essere 2° il campione cioè di onze 6 longezza onze 3 largezza e onza una e mezza grosezza e saranno ben cotti di tutta perfezione e che i voti no possano essere più di 10 per 100 i quali saranno approvati dall architetto e mancando le sopra detti misure 2° il solito detto campione di Torino siano obligati di adempire a tutta perfezione e 2° la mente di detta istituzione e misure dette.</w:t>
      </w:r>
    </w:p>
    <w:p w14:paraId="31813D2E" w14:textId="77777777" w:rsidR="00591894" w:rsidRDefault="00591894" w:rsidP="00591894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 sabbie di cava</w:t>
      </w:r>
    </w:p>
    <w:p w14:paraId="437AE4FC" w14:textId="77777777" w:rsidR="00EA5B12" w:rsidRDefault="00591894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La sabbia di cava sarà granita grigga e ben purgatadi terra o nitta o altra terra pregiudiziale a detta sabbia grigga e sia </w:t>
      </w:r>
      <w:r w:rsidR="00EA5B12">
        <w:rPr>
          <w:i/>
          <w:iCs/>
          <w:sz w:val="24"/>
          <w:szCs w:val="24"/>
        </w:rPr>
        <w:t>parimeramente approvata e se in caso i impresarij conducessero sabia senza le sopra dette qualità si ritornerà a loro conto fuori dell sito della fabricha.</w:t>
      </w:r>
    </w:p>
    <w:p w14:paraId="1FB132F6" w14:textId="77777777" w:rsidR="00EA5B12" w:rsidRDefault="00EA5B12" w:rsidP="00EA5B1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La sabbia di Dora</w:t>
      </w:r>
    </w:p>
    <w:p w14:paraId="193FD371" w14:textId="77777777" w:rsidR="00EA5B12" w:rsidRDefault="00EA5B12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Sarà la più perfetta granita e senza terra e non solite ma la più grossa che sia posibile per essere senza mita e terra prigiudiziale alla perfezione di detta saranno tenuti di metterlla in luogo che ci sarà asegniato a non impedire la fabricha e altri materiali.</w:t>
      </w:r>
    </w:p>
    <w:p w14:paraId="5D6C15BF" w14:textId="61908166" w:rsidR="00EA5B12" w:rsidRDefault="00EA5B12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S’averte che la sabbia di cava e quella di Dora dia condota riparatamente cioè un 3° di terra e due 3i di Dora e che non sia baronata a sieme ma divisa in due luogi acciò si possa con più sicureza mescolarlla il tutto approvato.</w:t>
      </w:r>
    </w:p>
    <w:p w14:paraId="79DDC542" w14:textId="77777777" w:rsidR="00EA5B12" w:rsidRDefault="00EA5B12" w:rsidP="00EA5B1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Calcine</w:t>
      </w:r>
    </w:p>
    <w:p w14:paraId="51203E13" w14:textId="48D2E693" w:rsidR="00726995" w:rsidRDefault="00EA5B12" w:rsidP="0072699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La calcina sarà di Soperga e sia in pietra e non il polvere la quale sarà forte della megliore che si fa in questo luogo di Soperga e si intende che si difalcherà le pietre che provengono nel bagniolo a conto dell impresario e che sia condota riparatamente a misura dell necesario di detta fabricha.</w:t>
      </w:r>
      <w:r w:rsidR="00000000">
        <w:rPr>
          <w:i/>
          <w:iCs/>
          <w:sz w:val="24"/>
          <w:szCs w:val="24"/>
        </w:rPr>
        <w:pict w14:anchorId="2AB15949">
          <v:rect id="_x0000_i1073" style="width:0;height:1.5pt" o:hralign="center" o:hrstd="t" o:hr="t" fillcolor="#a0a0a0" stroked="f"/>
        </w:pict>
      </w:r>
    </w:p>
    <w:p w14:paraId="19B0F5F0" w14:textId="50E08A23" w:rsidR="00726995" w:rsidRPr="00726995" w:rsidRDefault="00726995" w:rsidP="00726995">
      <w:pPr>
        <w:jc w:val="right"/>
        <w:rPr>
          <w:i/>
          <w:iCs/>
          <w:sz w:val="24"/>
          <w:szCs w:val="24"/>
        </w:rPr>
      </w:pPr>
      <w:r w:rsidRPr="00726995">
        <w:rPr>
          <w:i/>
          <w:iCs/>
          <w:sz w:val="24"/>
          <w:szCs w:val="24"/>
        </w:rPr>
        <w:t>giorno di 18 Maggio 1720</w:t>
      </w:r>
    </w:p>
    <w:p w14:paraId="083CCD3B" w14:textId="77777777" w:rsidR="00726995" w:rsidRDefault="00726995" w:rsidP="00726995">
      <w:pPr>
        <w:jc w:val="right"/>
        <w:rPr>
          <w:i/>
          <w:iCs/>
          <w:sz w:val="24"/>
          <w:szCs w:val="24"/>
        </w:rPr>
      </w:pPr>
      <w:r w:rsidRPr="00726995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562FAE20">
          <v:rect id="_x0000_i1074" style="width:0;height:1.5pt" o:hralign="center" o:hrstd="t" o:hr="t" fillcolor="#a0a0a0" stroked="f"/>
        </w:pict>
      </w:r>
    </w:p>
    <w:p w14:paraId="16E70392" w14:textId="5CFA452E" w:rsidR="00726995" w:rsidRDefault="00726995" w:rsidP="00726995">
      <w:pPr>
        <w:jc w:val="both"/>
        <w:rPr>
          <w:sz w:val="24"/>
          <w:szCs w:val="24"/>
        </w:rPr>
      </w:pPr>
      <w:r w:rsidRPr="0087247B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7 (1720) |fol. 1</w:t>
      </w:r>
      <w:r>
        <w:rPr>
          <w:sz w:val="24"/>
          <w:szCs w:val="24"/>
        </w:rPr>
        <w:t>77</w:t>
      </w:r>
      <w:r w:rsidRPr="0087247B">
        <w:rPr>
          <w:sz w:val="24"/>
          <w:szCs w:val="24"/>
        </w:rPr>
        <w:t>.</w:t>
      </w:r>
    </w:p>
    <w:p w14:paraId="5F56361F" w14:textId="1B69285B" w:rsidR="00726995" w:rsidRDefault="00726995" w:rsidP="005413C0">
      <w:pPr>
        <w:rPr>
          <w:b/>
          <w:bCs/>
          <w:i/>
          <w:iCs/>
          <w:sz w:val="24"/>
          <w:szCs w:val="24"/>
        </w:rPr>
      </w:pPr>
    </w:p>
    <w:p w14:paraId="700A0F2C" w14:textId="3CE3116E" w:rsidR="00AC10D9" w:rsidRDefault="00093125" w:rsidP="00093125">
      <w:pPr>
        <w:jc w:val="center"/>
        <w:rPr>
          <w:b/>
          <w:bCs/>
          <w:i/>
          <w:iCs/>
          <w:sz w:val="24"/>
          <w:szCs w:val="24"/>
        </w:rPr>
      </w:pPr>
      <w:r>
        <w:rPr>
          <w:sz w:val="28"/>
          <w:szCs w:val="28"/>
        </w:rPr>
        <w:t>1721</w:t>
      </w:r>
    </w:p>
    <w:p w14:paraId="7000C012" w14:textId="77777777" w:rsidR="002A6FDD" w:rsidRDefault="002A6FDD" w:rsidP="002A6FDD">
      <w:pPr>
        <w:jc w:val="center"/>
        <w:rPr>
          <w:i/>
          <w:iCs/>
          <w:sz w:val="24"/>
          <w:szCs w:val="24"/>
        </w:rPr>
      </w:pPr>
      <w:r w:rsidRPr="002A6FDD">
        <w:rPr>
          <w:b/>
          <w:bCs/>
          <w:i/>
          <w:iCs/>
          <w:sz w:val="24"/>
          <w:szCs w:val="24"/>
        </w:rPr>
        <w:t xml:space="preserve">Instruzione per le </w:t>
      </w:r>
      <w:r>
        <w:rPr>
          <w:b/>
          <w:bCs/>
          <w:i/>
          <w:iCs/>
          <w:sz w:val="24"/>
          <w:szCs w:val="24"/>
        </w:rPr>
        <w:t xml:space="preserve">ramate </w:t>
      </w:r>
      <w:r w:rsidRPr="002A6FDD">
        <w:rPr>
          <w:b/>
          <w:bCs/>
          <w:i/>
          <w:iCs/>
          <w:sz w:val="24"/>
          <w:szCs w:val="24"/>
        </w:rPr>
        <w:t>o gra</w:t>
      </w:r>
      <w:r>
        <w:rPr>
          <w:b/>
          <w:bCs/>
          <w:i/>
          <w:iCs/>
          <w:sz w:val="24"/>
          <w:szCs w:val="24"/>
        </w:rPr>
        <w:t>d</w:t>
      </w:r>
      <w:r w:rsidRPr="002A6FDD">
        <w:rPr>
          <w:b/>
          <w:bCs/>
          <w:i/>
          <w:iCs/>
          <w:sz w:val="24"/>
          <w:szCs w:val="24"/>
        </w:rPr>
        <w:t xml:space="preserve">icelle </w:t>
      </w:r>
      <w:r w:rsidR="00000000">
        <w:rPr>
          <w:i/>
          <w:iCs/>
          <w:sz w:val="24"/>
          <w:szCs w:val="24"/>
        </w:rPr>
        <w:pict w14:anchorId="46D6DF20">
          <v:rect id="_x0000_i1075" style="width:0;height:1.5pt" o:hralign="center" o:hrstd="t" o:hr="t" fillcolor="#a0a0a0" stroked="f"/>
        </w:pict>
      </w:r>
    </w:p>
    <w:p w14:paraId="486EC15B" w14:textId="77777777" w:rsidR="00E639A6" w:rsidRDefault="00E639A6" w:rsidP="002A6FDD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Saranno di filo d’ottone di grosezza della magiore che si usa fare e li bugi non siano più large che onza mezza in quadro e ne più grande che siano ben ritorse a sieme e ben fortificate su le telari di ferro l’ottone sia cotto e di megiore qualità il tutto a opera conlaudata e approvata.</w:t>
      </w:r>
    </w:p>
    <w:p w14:paraId="2D6FC41E" w14:textId="088B0F2F" w:rsidR="002A6FDD" w:rsidRDefault="00E639A6" w:rsidP="002A6FDD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Che siano in piano perfetto e ben tirati senza nesuna bonza o incavita il tutto fatto 2</w:t>
      </w:r>
      <w:r w:rsidR="00654522">
        <w:rPr>
          <w:i/>
          <w:iCs/>
          <w:sz w:val="24"/>
          <w:szCs w:val="24"/>
        </w:rPr>
        <w:t>°</w:t>
      </w:r>
      <w:r>
        <w:rPr>
          <w:i/>
          <w:iCs/>
          <w:sz w:val="24"/>
          <w:szCs w:val="24"/>
        </w:rPr>
        <w:t xml:space="preserve"> i telari di fino.</w:t>
      </w:r>
      <w:r w:rsidR="00000000">
        <w:rPr>
          <w:i/>
          <w:iCs/>
          <w:sz w:val="24"/>
          <w:szCs w:val="24"/>
        </w:rPr>
        <w:pict w14:anchorId="40EAF61D">
          <v:rect id="_x0000_i1076" style="width:0;height:1.5pt" o:hralign="center" o:hrstd="t" o:hr="t" fillcolor="#a0a0a0" stroked="f"/>
        </w:pict>
      </w:r>
    </w:p>
    <w:p w14:paraId="1053C40D" w14:textId="297FF892" w:rsidR="002A6FDD" w:rsidRPr="002A6FDD" w:rsidRDefault="002A6FDD" w:rsidP="002A6FDD">
      <w:pPr>
        <w:jc w:val="right"/>
        <w:rPr>
          <w:i/>
          <w:iCs/>
          <w:sz w:val="24"/>
          <w:szCs w:val="24"/>
        </w:rPr>
      </w:pPr>
      <w:r w:rsidRPr="002A6FDD">
        <w:rPr>
          <w:i/>
          <w:iCs/>
          <w:sz w:val="24"/>
          <w:szCs w:val="24"/>
        </w:rPr>
        <w:t>giorno di 7 Maggio 1721</w:t>
      </w:r>
    </w:p>
    <w:p w14:paraId="42A405D1" w14:textId="77777777" w:rsidR="002A6FDD" w:rsidRDefault="002A6FDD" w:rsidP="002A6FDD">
      <w:pPr>
        <w:jc w:val="right"/>
        <w:rPr>
          <w:i/>
          <w:iCs/>
          <w:sz w:val="24"/>
          <w:szCs w:val="24"/>
        </w:rPr>
      </w:pPr>
      <w:r w:rsidRPr="002A6FDD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2AD0787C">
          <v:rect id="_x0000_i1077" style="width:0;height:1.5pt" o:hralign="center" o:hrstd="t" o:hr="t" fillcolor="#a0a0a0" stroked="f"/>
        </w:pict>
      </w:r>
    </w:p>
    <w:p w14:paraId="07BD08D5" w14:textId="7B6F1EEB" w:rsidR="00C07209" w:rsidRDefault="002A6FDD" w:rsidP="00C23405">
      <w:pPr>
        <w:jc w:val="both"/>
        <w:rPr>
          <w:sz w:val="24"/>
          <w:szCs w:val="24"/>
        </w:rPr>
      </w:pPr>
      <w:r w:rsidRPr="00F241C6">
        <w:rPr>
          <w:sz w:val="24"/>
          <w:szCs w:val="24"/>
        </w:rPr>
        <w:t xml:space="preserve">Archivio di Stato di Torino | Sezioni Riunite | Ministero della guerra | Azienda generale di fabbriche e fortificazioni (1733-1797) già Azienda generale d'artiglieria, fabbriche e fortificazioni (1717-1733) | Contratti fortificazioni | Mazzo 8 (1721) | fol. </w:t>
      </w:r>
      <w:r>
        <w:rPr>
          <w:sz w:val="24"/>
          <w:szCs w:val="24"/>
        </w:rPr>
        <w:t>80</w:t>
      </w:r>
      <w:r w:rsidRPr="00F241C6">
        <w:rPr>
          <w:sz w:val="24"/>
          <w:szCs w:val="24"/>
        </w:rPr>
        <w:t>.</w:t>
      </w:r>
    </w:p>
    <w:p w14:paraId="7619260B" w14:textId="77777777" w:rsidR="00C23405" w:rsidRPr="00C23405" w:rsidRDefault="00C23405" w:rsidP="00C23405">
      <w:pPr>
        <w:jc w:val="both"/>
        <w:rPr>
          <w:sz w:val="24"/>
          <w:szCs w:val="24"/>
        </w:rPr>
      </w:pPr>
    </w:p>
    <w:p w14:paraId="1A03F332" w14:textId="77777777" w:rsidR="009266C3" w:rsidRDefault="009266C3" w:rsidP="009266C3">
      <w:pPr>
        <w:jc w:val="center"/>
        <w:rPr>
          <w:i/>
          <w:iCs/>
          <w:sz w:val="24"/>
          <w:szCs w:val="24"/>
        </w:rPr>
      </w:pPr>
      <w:r w:rsidRPr="00F241C6">
        <w:rPr>
          <w:b/>
          <w:bCs/>
          <w:i/>
          <w:iCs/>
          <w:sz w:val="24"/>
          <w:szCs w:val="24"/>
        </w:rPr>
        <w:t>Instruzione per le lose e modiglioni per le tribun</w:t>
      </w:r>
      <w:r>
        <w:rPr>
          <w:b/>
          <w:bCs/>
          <w:i/>
          <w:iCs/>
          <w:sz w:val="24"/>
          <w:szCs w:val="24"/>
        </w:rPr>
        <w:t>e</w:t>
      </w:r>
      <w:r w:rsidRPr="00F241C6">
        <w:rPr>
          <w:b/>
          <w:bCs/>
          <w:i/>
          <w:iCs/>
          <w:sz w:val="24"/>
          <w:szCs w:val="24"/>
        </w:rPr>
        <w:t xml:space="preserve"> della Real Cappella della Venaria</w:t>
      </w:r>
      <w:r w:rsidR="00000000">
        <w:rPr>
          <w:i/>
          <w:iCs/>
          <w:sz w:val="24"/>
          <w:szCs w:val="24"/>
        </w:rPr>
        <w:pict w14:anchorId="19D717E0">
          <v:rect id="_x0000_i1078" style="width:0;height:1.5pt" o:hralign="center" o:hrstd="t" o:hr="t" fillcolor="#a0a0a0" stroked="f"/>
        </w:pict>
      </w:r>
    </w:p>
    <w:p w14:paraId="2495848E" w14:textId="77777777" w:rsidR="009266C3" w:rsidRDefault="009266C3" w:rsidP="009266C3">
      <w:pPr>
        <w:jc w:val="both"/>
        <w:rPr>
          <w:i/>
          <w:iCs/>
          <w:sz w:val="24"/>
          <w:szCs w:val="24"/>
        </w:rPr>
      </w:pPr>
      <w:r w:rsidRPr="009A5061">
        <w:rPr>
          <w:i/>
          <w:iCs/>
          <w:sz w:val="24"/>
          <w:szCs w:val="24"/>
        </w:rPr>
        <w:t>Le lose che serverano per le tribune della Real Capella sarano di pietra di vaia o altra simile</w:t>
      </w:r>
      <w:r>
        <w:rPr>
          <w:i/>
          <w:iCs/>
          <w:sz w:val="24"/>
          <w:szCs w:val="24"/>
        </w:rPr>
        <w:t xml:space="preserve"> dell’istesso valore di bona sodezza e senza nesuna qualità che sia pregiudiziale alla stabilità. Le quattro sarano secondo la detta figura di grosezza onza una e mezza, in due, e doveranno essere contornati dell stessa figura disegniandolle in grande l’Architetto, e condarlle profilate alla venaria con l’angoli perfetti.</w:t>
      </w:r>
    </w:p>
    <w:p w14:paraId="170B08B1" w14:textId="77777777" w:rsidR="009266C3" w:rsidRDefault="009266C3" w:rsidP="009266C3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Modiglioni n°: 8. di sarizzo rustici secondo il disegnio.</w:t>
      </w:r>
    </w:p>
    <w:p w14:paraId="1D591E42" w14:textId="77777777" w:rsidR="009266C3" w:rsidRDefault="009266C3" w:rsidP="009266C3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Losone per le 2e: tribune n°: 8= dell’istessa pietra della figura qui espressa.</w:t>
      </w:r>
    </w:p>
    <w:p w14:paraId="7EEA870A" w14:textId="77777777" w:rsidR="009266C3" w:rsidRDefault="009266C3" w:rsidP="009266C3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Modiglioni n°: 16: della detta figura</w:t>
      </w:r>
    </w:p>
    <w:p w14:paraId="064B8C43" w14:textId="77777777" w:rsidR="009266C3" w:rsidRDefault="009266C3" w:rsidP="009266C3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tutto ben profilato, e condotto sul posto e presteranno l’assistenza in quello che porta l’arte di picca pietra e che le losone siano bene uguale spianate e messe con tutta uguaglianza a opera conlaudata.</w:t>
      </w:r>
      <w:r w:rsidRPr="00F241C6">
        <w:rPr>
          <w:i/>
          <w:iCs/>
          <w:sz w:val="24"/>
          <w:szCs w:val="24"/>
        </w:rPr>
        <w:t xml:space="preserve"> </w:t>
      </w:r>
      <w:r w:rsidR="00000000">
        <w:rPr>
          <w:i/>
          <w:iCs/>
          <w:sz w:val="24"/>
          <w:szCs w:val="24"/>
        </w:rPr>
        <w:pict w14:anchorId="6BBBA970">
          <v:rect id="_x0000_i1079" style="width:0;height:1.5pt" o:hralign="center" o:hrstd="t" o:hr="t" fillcolor="#a0a0a0" stroked="f"/>
        </w:pict>
      </w:r>
    </w:p>
    <w:p w14:paraId="1B50A31C" w14:textId="77777777" w:rsidR="009266C3" w:rsidRDefault="009266C3" w:rsidP="009266C3">
      <w:pPr>
        <w:jc w:val="right"/>
        <w:rPr>
          <w:i/>
          <w:iCs/>
          <w:sz w:val="24"/>
          <w:szCs w:val="24"/>
        </w:rPr>
      </w:pPr>
      <w:r w:rsidRPr="00F241C6">
        <w:rPr>
          <w:i/>
          <w:iCs/>
          <w:sz w:val="24"/>
          <w:szCs w:val="24"/>
        </w:rPr>
        <w:t>giorno di 28 Maggio 1721</w:t>
      </w:r>
    </w:p>
    <w:p w14:paraId="7F8E288F" w14:textId="77777777" w:rsidR="009266C3" w:rsidRDefault="009266C3" w:rsidP="009266C3">
      <w:pPr>
        <w:jc w:val="right"/>
        <w:rPr>
          <w:i/>
          <w:iCs/>
          <w:sz w:val="24"/>
          <w:szCs w:val="24"/>
        </w:rPr>
      </w:pPr>
      <w:r w:rsidRPr="00F241C6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19602F51">
          <v:rect id="_x0000_i1080" style="width:0;height:1.5pt" o:hralign="center" o:hrstd="t" o:hr="t" fillcolor="#a0a0a0" stroked="f"/>
        </w:pict>
      </w:r>
    </w:p>
    <w:p w14:paraId="0BB6E96B" w14:textId="77777777" w:rsidR="009266C3" w:rsidRDefault="009266C3" w:rsidP="009266C3">
      <w:pPr>
        <w:jc w:val="both"/>
        <w:rPr>
          <w:sz w:val="24"/>
          <w:szCs w:val="24"/>
        </w:rPr>
      </w:pPr>
      <w:r w:rsidRPr="00F241C6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8 (1721) | fol. 133.</w:t>
      </w:r>
    </w:p>
    <w:p w14:paraId="4B902AF4" w14:textId="77777777" w:rsidR="009266C3" w:rsidRDefault="009266C3" w:rsidP="00C23405">
      <w:pPr>
        <w:jc w:val="center"/>
        <w:rPr>
          <w:b/>
          <w:bCs/>
          <w:i/>
          <w:iCs/>
          <w:sz w:val="24"/>
          <w:szCs w:val="24"/>
        </w:rPr>
      </w:pPr>
    </w:p>
    <w:p w14:paraId="5272FBA6" w14:textId="03255DE7" w:rsidR="00C23405" w:rsidRDefault="00894CCF" w:rsidP="00C23405">
      <w:pPr>
        <w:jc w:val="center"/>
        <w:rPr>
          <w:i/>
          <w:iCs/>
          <w:sz w:val="24"/>
          <w:szCs w:val="24"/>
        </w:rPr>
      </w:pPr>
      <w:r w:rsidRPr="004547D1">
        <w:rPr>
          <w:b/>
          <w:bCs/>
          <w:i/>
          <w:iCs/>
          <w:sz w:val="24"/>
          <w:szCs w:val="24"/>
        </w:rPr>
        <w:t xml:space="preserve">Instruzione per le </w:t>
      </w:r>
      <w:r w:rsidR="004547D1" w:rsidRPr="004547D1">
        <w:rPr>
          <w:b/>
          <w:bCs/>
          <w:i/>
          <w:iCs/>
          <w:sz w:val="24"/>
          <w:szCs w:val="24"/>
        </w:rPr>
        <w:t>ferr</w:t>
      </w:r>
      <w:r w:rsidRPr="004547D1">
        <w:rPr>
          <w:b/>
          <w:bCs/>
          <w:i/>
          <w:iCs/>
          <w:sz w:val="24"/>
          <w:szCs w:val="24"/>
        </w:rPr>
        <w:t>ate da farsi alla Real Cappella della Venaria</w:t>
      </w:r>
      <w:r w:rsidR="00000000">
        <w:rPr>
          <w:i/>
          <w:iCs/>
          <w:sz w:val="24"/>
          <w:szCs w:val="24"/>
        </w:rPr>
        <w:pict w14:anchorId="75EA6CF3">
          <v:rect id="_x0000_i1081" style="width:0;height:1.5pt" o:hralign="center" o:hrstd="t" o:hr="t" fillcolor="#a0a0a0" stroked="f"/>
        </w:pict>
      </w:r>
    </w:p>
    <w:p w14:paraId="5CDEC571" w14:textId="5B8D58DE" w:rsidR="002C3B01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 dette ferrate saranno di ferro d’Agusta di bon colore nervo e bontà e saranno a bachett</w:t>
      </w:r>
      <w:r w:rsidR="00C23405">
        <w:rPr>
          <w:i/>
          <w:iCs/>
          <w:sz w:val="24"/>
          <w:szCs w:val="24"/>
        </w:rPr>
        <w:t>e</w:t>
      </w:r>
      <w:r>
        <w:rPr>
          <w:i/>
          <w:iCs/>
          <w:sz w:val="24"/>
          <w:szCs w:val="24"/>
        </w:rPr>
        <w:t xml:space="preserve"> per lung</w:t>
      </w:r>
      <w:r w:rsidR="00C23405">
        <w:rPr>
          <w:i/>
          <w:iCs/>
          <w:sz w:val="24"/>
          <w:szCs w:val="24"/>
        </w:rPr>
        <w:t>o</w:t>
      </w:r>
      <w:r>
        <w:rPr>
          <w:i/>
          <w:iCs/>
          <w:sz w:val="24"/>
          <w:szCs w:val="24"/>
        </w:rPr>
        <w:t xml:space="preserve"> n° 9.</w:t>
      </w:r>
    </w:p>
    <w:p w14:paraId="5F0F8ABF" w14:textId="5BA41E22" w:rsidR="002C3B01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 grande e le piccole a proporzione co</w:t>
      </w:r>
      <w:r w:rsidR="00C2340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n°</w:t>
      </w:r>
      <w:r w:rsidR="00C23405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traverse</w:t>
      </w:r>
      <w:r w:rsidR="00C23405">
        <w:rPr>
          <w:i/>
          <w:iCs/>
          <w:sz w:val="24"/>
          <w:szCs w:val="24"/>
        </w:rPr>
        <w:t>.</w:t>
      </w:r>
    </w:p>
    <w:p w14:paraId="22E33691" w14:textId="4A1DDDF0" w:rsidR="002C3B01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La grande e l</w:t>
      </w:r>
      <w:r w:rsidR="00C23405">
        <w:rPr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altra a proporzione li ferri no</w:t>
      </w:r>
      <w:r w:rsidR="00C2340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saranno più grossi di on</w:t>
      </w:r>
      <w:r w:rsidR="00C23405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a mezza abondante e l’archi saranno ben sbus</w:t>
      </w:r>
      <w:r w:rsidR="00C23405">
        <w:rPr>
          <w:i/>
          <w:iCs/>
          <w:sz w:val="24"/>
          <w:szCs w:val="24"/>
        </w:rPr>
        <w:t>i</w:t>
      </w:r>
      <w:r>
        <w:rPr>
          <w:i/>
          <w:iCs/>
          <w:sz w:val="24"/>
          <w:szCs w:val="24"/>
        </w:rPr>
        <w:t>ati in uguale distanza e che vadino dentro al muro al meno che o</w:t>
      </w:r>
      <w:r w:rsidR="00C23405">
        <w:rPr>
          <w:i/>
          <w:iCs/>
          <w:sz w:val="24"/>
          <w:szCs w:val="24"/>
        </w:rPr>
        <w:t>nz</w:t>
      </w:r>
      <w:r>
        <w:rPr>
          <w:i/>
          <w:iCs/>
          <w:sz w:val="24"/>
          <w:szCs w:val="24"/>
        </w:rPr>
        <w:t>e il tutto a opera conlaudata e saranno condotte sul posto e provisti co</w:t>
      </w:r>
      <w:r w:rsidR="00C2340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solecitudine acciò ugualmente si possano mettere. </w:t>
      </w:r>
    </w:p>
    <w:p w14:paraId="7B9A5CD8" w14:textId="77777777" w:rsidR="00C23405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Sagristia e Coro. N°: 22. Altezza 0. 5. 3. </w:t>
      </w:r>
    </w:p>
    <w:p w14:paraId="204A8ED1" w14:textId="6361B4B8" w:rsidR="002C3B01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Largezza 0. 2. 7. </w:t>
      </w:r>
    </w:p>
    <w:p w14:paraId="5B07AD93" w14:textId="77777777" w:rsidR="00C23405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Scala a lumaca N°: 2. Altezza 0. 2. 0. </w:t>
      </w:r>
    </w:p>
    <w:p w14:paraId="5CB2D382" w14:textId="7B03FF2F" w:rsidR="002C3B01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Largezza 0. 1. 1. </w:t>
      </w:r>
    </w:p>
    <w:p w14:paraId="70D44016" w14:textId="77777777" w:rsidR="00C23405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Stanze, facciata, e scala grande. N°: 15. Altezza 1. 0. 0. </w:t>
      </w:r>
    </w:p>
    <w:p w14:paraId="67D2F373" w14:textId="365EE06B" w:rsidR="002C3B01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</w:t>
      </w:r>
      <w:r w:rsidR="00C23405">
        <w:rPr>
          <w:i/>
          <w:iCs/>
          <w:sz w:val="24"/>
          <w:szCs w:val="24"/>
        </w:rPr>
        <w:t>on</w:t>
      </w:r>
      <w:r>
        <w:rPr>
          <w:i/>
          <w:iCs/>
          <w:sz w:val="24"/>
          <w:szCs w:val="24"/>
        </w:rPr>
        <w:t xml:space="preserve">gezza 0. 3. 0. </w:t>
      </w:r>
    </w:p>
    <w:p w14:paraId="5E539B6D" w14:textId="27A0D766" w:rsidR="00C169D5" w:rsidRDefault="002C3B01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Si</w:t>
      </w:r>
      <w:r w:rsidR="00C23405">
        <w:rPr>
          <w:i/>
          <w:iCs/>
          <w:sz w:val="24"/>
          <w:szCs w:val="24"/>
        </w:rPr>
        <w:t>e</w:t>
      </w:r>
      <w:r>
        <w:rPr>
          <w:i/>
          <w:iCs/>
          <w:sz w:val="24"/>
          <w:szCs w:val="24"/>
        </w:rPr>
        <w:t xml:space="preserve">gue il </w:t>
      </w:r>
      <w:r w:rsidR="0061075C">
        <w:rPr>
          <w:i/>
          <w:iCs/>
          <w:sz w:val="24"/>
          <w:szCs w:val="24"/>
        </w:rPr>
        <w:t>te</w:t>
      </w:r>
      <w:r>
        <w:rPr>
          <w:i/>
          <w:iCs/>
          <w:sz w:val="24"/>
          <w:szCs w:val="24"/>
        </w:rPr>
        <w:t>laro a vetri di mezzo all’al</w:t>
      </w:r>
      <w:r w:rsidR="00C23405">
        <w:rPr>
          <w:i/>
          <w:iCs/>
          <w:sz w:val="24"/>
          <w:szCs w:val="24"/>
        </w:rPr>
        <w:t>tare</w:t>
      </w:r>
      <w:r>
        <w:rPr>
          <w:i/>
          <w:iCs/>
          <w:sz w:val="24"/>
          <w:szCs w:val="24"/>
        </w:rPr>
        <w:t xml:space="preserve"> maggire.</w:t>
      </w:r>
    </w:p>
    <w:p w14:paraId="5954C42C" w14:textId="7FBFFFE2" w:rsidR="00C169D5" w:rsidRDefault="00C169D5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detto telaro di mezzo sarà di ferro d’Agusta di bon colore nervo e qualità perfetto e sarà lavorato con li suoi incastri e battenti per poter mettere li vetri co</w:t>
      </w:r>
      <w:r w:rsidR="00064DFE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sue vite per fortificare le bachette il tutto bene ugguale 2° il disegnio e i cerchi siano con la giusta ritondita e la grosezza e largezza di detto telarone co</w:t>
      </w:r>
      <w:r w:rsidR="00064DFE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suo contro telaro a vetri solamente no</w:t>
      </w:r>
      <w:r w:rsidR="00064DFE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sia più ¾ di on</w:t>
      </w:r>
      <w:r w:rsidR="00064DFE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e il tutto bene agius</w:t>
      </w:r>
      <w:r w:rsidR="00064DFE">
        <w:rPr>
          <w:i/>
          <w:iCs/>
          <w:sz w:val="24"/>
          <w:szCs w:val="24"/>
        </w:rPr>
        <w:t>t</w:t>
      </w:r>
      <w:r>
        <w:rPr>
          <w:i/>
          <w:iCs/>
          <w:sz w:val="24"/>
          <w:szCs w:val="24"/>
        </w:rPr>
        <w:t>tato a opera conlaudata.</w:t>
      </w:r>
    </w:p>
    <w:p w14:paraId="778B7001" w14:textId="1792506D" w:rsidR="00C23405" w:rsidRDefault="00C169D5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 ramate telari in un pezzo e alcuni in due pezzi sarà di ver</w:t>
      </w:r>
      <w:r w:rsidR="00064DFE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ella quata cioè piatta dell ordinaria con suoi batetti per piantarlli nelli telari il tutto 2° porta l’a</w:t>
      </w:r>
      <w:r w:rsidR="00064DFE">
        <w:rPr>
          <w:i/>
          <w:iCs/>
          <w:sz w:val="24"/>
          <w:szCs w:val="24"/>
        </w:rPr>
        <w:t>rte</w:t>
      </w:r>
      <w:r>
        <w:rPr>
          <w:i/>
          <w:iCs/>
          <w:sz w:val="24"/>
          <w:szCs w:val="24"/>
        </w:rPr>
        <w:t xml:space="preserve"> di ferraro e a opera conlaudata e la ramata di d</w:t>
      </w:r>
      <w:r w:rsidR="00064DFE">
        <w:rPr>
          <w:i/>
          <w:iCs/>
          <w:sz w:val="24"/>
          <w:szCs w:val="24"/>
        </w:rPr>
        <w:t>ett</w:t>
      </w:r>
      <w:r>
        <w:rPr>
          <w:i/>
          <w:iCs/>
          <w:sz w:val="24"/>
          <w:szCs w:val="24"/>
        </w:rPr>
        <w:t>o telarone sia in un pezzo con la medema figura dell medemo telarone.</w:t>
      </w:r>
      <w:r w:rsidR="00000000">
        <w:rPr>
          <w:i/>
          <w:iCs/>
          <w:sz w:val="24"/>
          <w:szCs w:val="24"/>
        </w:rPr>
        <w:pict w14:anchorId="75AB7CF5">
          <v:rect id="_x0000_i1082" style="width:0;height:1.5pt" o:hralign="center" o:hrstd="t" o:hr="t" fillcolor="#a0a0a0" stroked="f"/>
        </w:pict>
      </w:r>
    </w:p>
    <w:p w14:paraId="36C2535B" w14:textId="202CF3A3" w:rsidR="00C07209" w:rsidRDefault="00894CCF" w:rsidP="00C23405">
      <w:pPr>
        <w:jc w:val="right"/>
        <w:rPr>
          <w:i/>
          <w:iCs/>
          <w:sz w:val="24"/>
          <w:szCs w:val="24"/>
        </w:rPr>
      </w:pPr>
      <w:r w:rsidRPr="00894CCF">
        <w:rPr>
          <w:i/>
          <w:iCs/>
          <w:sz w:val="24"/>
          <w:szCs w:val="24"/>
        </w:rPr>
        <w:t>giorno di 28 Maggio 1721</w:t>
      </w:r>
    </w:p>
    <w:p w14:paraId="406D8DC9" w14:textId="77777777" w:rsidR="00C23405" w:rsidRDefault="00894CCF" w:rsidP="00C23405">
      <w:pPr>
        <w:jc w:val="right"/>
        <w:rPr>
          <w:i/>
          <w:iCs/>
          <w:sz w:val="24"/>
          <w:szCs w:val="24"/>
        </w:rPr>
      </w:pPr>
      <w:r w:rsidRPr="00A6434A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19EA8648">
          <v:rect id="_x0000_i1083" style="width:0;height:1.5pt" o:hralign="center" o:hrstd="t" o:hr="t" fillcolor="#a0a0a0" stroked="f"/>
        </w:pict>
      </w:r>
    </w:p>
    <w:p w14:paraId="2FBD9DED" w14:textId="3B54D49E" w:rsidR="00C169D5" w:rsidRDefault="00894CCF" w:rsidP="00C23405">
      <w:pPr>
        <w:jc w:val="both"/>
        <w:rPr>
          <w:sz w:val="24"/>
          <w:szCs w:val="24"/>
        </w:rPr>
      </w:pPr>
      <w:r w:rsidRPr="00F241C6">
        <w:rPr>
          <w:sz w:val="24"/>
          <w:szCs w:val="24"/>
        </w:rPr>
        <w:t xml:space="preserve"> Archivio di Stato di Torino | Sezioni Riunite | Ministero della guerra | Azienda generale di fabbriche e fortificazioni (1733-1797) già Azienda generale d'artiglieria, fabbriche e fortificazioni (1717-1733) | Contratti fortificazioni | Mazzo 8 (1721) | foll. 98-99.</w:t>
      </w:r>
    </w:p>
    <w:p w14:paraId="41789308" w14:textId="77777777" w:rsidR="00C23405" w:rsidRDefault="00C23405" w:rsidP="005413C0">
      <w:pPr>
        <w:rPr>
          <w:sz w:val="24"/>
          <w:szCs w:val="24"/>
        </w:rPr>
      </w:pPr>
    </w:p>
    <w:p w14:paraId="20708A98" w14:textId="70AA0FBF" w:rsidR="00064DFE" w:rsidRDefault="00064DFE" w:rsidP="00064DFE">
      <w:pPr>
        <w:jc w:val="center"/>
        <w:rPr>
          <w:i/>
          <w:iCs/>
          <w:sz w:val="24"/>
          <w:szCs w:val="24"/>
        </w:rPr>
      </w:pPr>
      <w:r w:rsidRPr="007E64D0">
        <w:rPr>
          <w:b/>
          <w:bCs/>
          <w:i/>
          <w:iCs/>
          <w:sz w:val="24"/>
          <w:szCs w:val="24"/>
        </w:rPr>
        <w:t>Instruzione per li telari e gr</w:t>
      </w:r>
      <w:r>
        <w:rPr>
          <w:b/>
          <w:bCs/>
          <w:i/>
          <w:iCs/>
          <w:sz w:val="24"/>
          <w:szCs w:val="24"/>
        </w:rPr>
        <w:t>atic</w:t>
      </w:r>
      <w:r w:rsidRPr="007E64D0">
        <w:rPr>
          <w:b/>
          <w:bCs/>
          <w:i/>
          <w:iCs/>
          <w:sz w:val="24"/>
          <w:szCs w:val="24"/>
        </w:rPr>
        <w:t>elli che vanno alle finestre della Cupola della Cappella della Real Venaria</w:t>
      </w:r>
      <w:r>
        <w:rPr>
          <w:rStyle w:val="Rimandonotaapidipagina"/>
          <w:b/>
          <w:bCs/>
          <w:i/>
          <w:iCs/>
          <w:sz w:val="24"/>
          <w:szCs w:val="24"/>
        </w:rPr>
        <w:footnoteReference w:id="1"/>
      </w:r>
      <w:r w:rsidR="00000000">
        <w:rPr>
          <w:i/>
          <w:iCs/>
          <w:sz w:val="24"/>
          <w:szCs w:val="24"/>
        </w:rPr>
        <w:pict w14:anchorId="3A996970">
          <v:rect id="_x0000_i1084" style="width:0;height:1.5pt" o:hralign="center" o:hrstd="t" o:hr="t" fillcolor="#a0a0a0" stroked="f"/>
        </w:pict>
      </w:r>
    </w:p>
    <w:p w14:paraId="29D16B54" w14:textId="4D0F0B8B" w:rsidR="00064DFE" w:rsidRDefault="00064DFE" w:rsidP="00064DF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 telari saranno di ferro d’Agusta di bon colore, nervo, e ottima qualità non saranno piu longe che onza mezza di grosezza un 4° d’onza con suoi rampini che si potessero piantare sul telaro e che siano al quanto in distanza dell cordone dell telaro con le sue treverse della figura dell telaro, e che nell angoli siano bene bolitti e di tutta perfezione.</w:t>
      </w:r>
    </w:p>
    <w:p w14:paraId="620F3760" w14:textId="65DCF16C" w:rsidR="00064DFE" w:rsidRDefault="00064DFE" w:rsidP="00064DF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Saranno i detti telari in pezzi cinque e che uno copra un onza a l’altro e che siano bene unite asieme quanto saranno sul posto.</w:t>
      </w:r>
    </w:p>
    <w:p w14:paraId="7CCC511C" w14:textId="67EDA79D" w:rsidR="00064DFE" w:rsidRDefault="00064DFE" w:rsidP="00064DF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Saranno tenuti a metterlle in opera e prestare tutta quella asistenza necesaria.</w:t>
      </w:r>
    </w:p>
    <w:p w14:paraId="748A7841" w14:textId="4B10DB79" w:rsidR="00064DFE" w:rsidRDefault="00064DFE" w:rsidP="00064DF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 telari saranno 2° dimostra la di sottofigura n° 1.2.3.4.5 il tutto a opera conlaudata.</w:t>
      </w:r>
      <w:r w:rsidR="00000000">
        <w:rPr>
          <w:i/>
          <w:iCs/>
          <w:sz w:val="24"/>
          <w:szCs w:val="24"/>
        </w:rPr>
        <w:pict w14:anchorId="2A6ECCB3">
          <v:rect id="_x0000_i1085" style="width:0;height:1.5pt" o:hralign="center" o:hrstd="t" o:hr="t" fillcolor="#a0a0a0" stroked="f"/>
        </w:pict>
      </w:r>
    </w:p>
    <w:p w14:paraId="1326A332" w14:textId="77777777" w:rsidR="00064DFE" w:rsidRDefault="00064DFE" w:rsidP="00064DFE">
      <w:pPr>
        <w:jc w:val="right"/>
        <w:rPr>
          <w:sz w:val="24"/>
          <w:szCs w:val="24"/>
        </w:rPr>
      </w:pPr>
      <w:r w:rsidRPr="0085448E">
        <w:t xml:space="preserve"> </w:t>
      </w:r>
      <w:r w:rsidRPr="0085448E">
        <w:rPr>
          <w:i/>
          <w:iCs/>
          <w:sz w:val="24"/>
          <w:szCs w:val="24"/>
        </w:rPr>
        <w:t>Cavaliere Don Filippo Juvarra Architetto</w:t>
      </w:r>
      <w:r w:rsidR="00000000">
        <w:rPr>
          <w:sz w:val="24"/>
          <w:szCs w:val="24"/>
        </w:rPr>
        <w:pict w14:anchorId="77AFAECA">
          <v:rect id="_x0000_i1086" style="width:0;height:1.5pt" o:hralign="center" o:hrstd="t" o:hr="t" fillcolor="#a0a0a0" stroked="f"/>
        </w:pict>
      </w:r>
    </w:p>
    <w:p w14:paraId="4550AD50" w14:textId="7F344421" w:rsidR="00064DFE" w:rsidRDefault="00064DFE" w:rsidP="00064DFE">
      <w:pPr>
        <w:jc w:val="both"/>
        <w:rPr>
          <w:sz w:val="24"/>
          <w:szCs w:val="24"/>
        </w:rPr>
      </w:pPr>
      <w:r w:rsidRPr="00F241C6">
        <w:rPr>
          <w:sz w:val="24"/>
          <w:szCs w:val="24"/>
        </w:rPr>
        <w:t xml:space="preserve"> Archivio di Stato di Torino | Sezioni Riunite | Ministero della guerra | Azienda generale di fabbriche e fortificazioni (1733-1797) già Azienda generale d'artiglieria, fabbriche e fortificazioni (1717-1733) | Contratti fortificazioni | Mazzo 8 (1721) | fol. 102.</w:t>
      </w:r>
    </w:p>
    <w:p w14:paraId="5D1C0814" w14:textId="77777777" w:rsidR="00064DFE" w:rsidRDefault="00064DFE" w:rsidP="00064DFE">
      <w:pPr>
        <w:rPr>
          <w:i/>
          <w:iCs/>
          <w:sz w:val="24"/>
          <w:szCs w:val="24"/>
        </w:rPr>
      </w:pPr>
    </w:p>
    <w:p w14:paraId="1D70D21A" w14:textId="77777777" w:rsidR="00C23405" w:rsidRDefault="00C23405" w:rsidP="00C23405">
      <w:pPr>
        <w:jc w:val="center"/>
        <w:rPr>
          <w:i/>
          <w:iCs/>
          <w:sz w:val="24"/>
          <w:szCs w:val="24"/>
        </w:rPr>
      </w:pPr>
      <w:r w:rsidRPr="00894CCF">
        <w:rPr>
          <w:b/>
          <w:bCs/>
          <w:i/>
          <w:iCs/>
          <w:sz w:val="24"/>
          <w:szCs w:val="24"/>
        </w:rPr>
        <w:t>Instruzione per li modiglioni di ferro per li p</w:t>
      </w:r>
      <w:r>
        <w:rPr>
          <w:b/>
          <w:bCs/>
          <w:i/>
          <w:iCs/>
          <w:sz w:val="24"/>
          <w:szCs w:val="24"/>
        </w:rPr>
        <w:t>ogioli</w:t>
      </w:r>
      <w:r w:rsidRPr="00894CCF">
        <w:rPr>
          <w:b/>
          <w:bCs/>
          <w:i/>
          <w:iCs/>
          <w:sz w:val="24"/>
          <w:szCs w:val="24"/>
        </w:rPr>
        <w:t xml:space="preserve"> delle due piccole Cappella della Real Chiesa della Venaria</w:t>
      </w:r>
      <w:r w:rsidR="00000000">
        <w:rPr>
          <w:i/>
          <w:iCs/>
          <w:sz w:val="24"/>
          <w:szCs w:val="24"/>
        </w:rPr>
        <w:pict w14:anchorId="5BB41E33">
          <v:rect id="_x0000_i1087" style="width:0;height:1.5pt" o:hralign="center" o:hrstd="t" o:hr="t" fillcolor="#a0a0a0" stroked="f"/>
        </w:pict>
      </w:r>
    </w:p>
    <w:p w14:paraId="0C38FA01" w14:textId="77777777" w:rsidR="00C23405" w:rsidRDefault="00C23405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Modiglioni di ferro di Brozolo secondo la sotto espressa figura, e detti siano di ferro ben fatti bulliti, voltati il ferro ciò di bon colore, nervo, e fenezza il n° delli medesimi sarà 32 cioè 16 più grandi e 16 più piccoli.</w:t>
      </w:r>
    </w:p>
    <w:p w14:paraId="00DBA194" w14:textId="77777777" w:rsidR="00C23405" w:rsidRDefault="00C23405" w:rsidP="00C2340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tutto a opera conlaudata.</w:t>
      </w:r>
      <w:r w:rsidRPr="00520B48">
        <w:rPr>
          <w:i/>
          <w:iCs/>
          <w:sz w:val="24"/>
          <w:szCs w:val="24"/>
        </w:rPr>
        <w:t xml:space="preserve"> </w:t>
      </w:r>
      <w:r w:rsidR="00000000">
        <w:rPr>
          <w:i/>
          <w:iCs/>
          <w:sz w:val="24"/>
          <w:szCs w:val="24"/>
        </w:rPr>
        <w:pict w14:anchorId="27F7765A">
          <v:rect id="_x0000_i1088" style="width:0;height:1.5pt" o:hralign="center" o:hrstd="t" o:hr="t" fillcolor="#a0a0a0" stroked="f"/>
        </w:pict>
      </w:r>
    </w:p>
    <w:p w14:paraId="04D25A80" w14:textId="77777777" w:rsidR="00C23405" w:rsidRDefault="00C23405" w:rsidP="00C23405">
      <w:pPr>
        <w:jc w:val="right"/>
        <w:rPr>
          <w:i/>
          <w:iCs/>
          <w:sz w:val="24"/>
          <w:szCs w:val="24"/>
        </w:rPr>
      </w:pPr>
      <w:r w:rsidRPr="00A6434A">
        <w:rPr>
          <w:i/>
          <w:iCs/>
          <w:sz w:val="24"/>
          <w:szCs w:val="24"/>
        </w:rPr>
        <w:t>a 7 Giugno1721</w:t>
      </w:r>
    </w:p>
    <w:p w14:paraId="14E688AA" w14:textId="77777777" w:rsidR="00C23405" w:rsidRDefault="00C23405" w:rsidP="00C23405">
      <w:pPr>
        <w:jc w:val="right"/>
        <w:rPr>
          <w:i/>
          <w:iCs/>
          <w:sz w:val="24"/>
          <w:szCs w:val="24"/>
        </w:rPr>
      </w:pPr>
      <w:r w:rsidRPr="00A6434A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5B841CC8">
          <v:rect id="_x0000_i1089" style="width:0;height:1.5pt" o:hralign="center" o:hrstd="t" o:hr="t" fillcolor="#a0a0a0" stroked="f"/>
        </w:pict>
      </w:r>
    </w:p>
    <w:p w14:paraId="25AA9803" w14:textId="051FC42C" w:rsidR="002928F6" w:rsidRDefault="00C23405" w:rsidP="002928F6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Ringhiere di ferro d’Agusta lisce per le scale e tribune interiori.</w:t>
      </w:r>
      <w:r w:rsidR="00000000">
        <w:rPr>
          <w:i/>
          <w:iCs/>
          <w:sz w:val="24"/>
          <w:szCs w:val="24"/>
        </w:rPr>
        <w:pict w14:anchorId="7651066F">
          <v:rect id="_x0000_i1090" style="width:0;height:1.5pt" o:hralign="center" o:hrstd="t" o:hr="t" fillcolor="#a0a0a0" stroked="f"/>
        </w:pict>
      </w:r>
      <w:r w:rsidRPr="00F241C6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8 (1721) | fol. 97.</w:t>
      </w:r>
    </w:p>
    <w:p w14:paraId="2252C19B" w14:textId="77777777" w:rsidR="00F241C6" w:rsidRDefault="00F241C6" w:rsidP="005413C0">
      <w:pPr>
        <w:rPr>
          <w:sz w:val="24"/>
          <w:szCs w:val="24"/>
        </w:rPr>
      </w:pPr>
    </w:p>
    <w:p w14:paraId="4CC3D6F9" w14:textId="77777777" w:rsidR="005D56B3" w:rsidRDefault="00F241C6" w:rsidP="00345749">
      <w:pPr>
        <w:jc w:val="center"/>
        <w:rPr>
          <w:i/>
          <w:iCs/>
          <w:sz w:val="24"/>
          <w:szCs w:val="24"/>
        </w:rPr>
      </w:pPr>
      <w:r w:rsidRPr="005A5D42">
        <w:rPr>
          <w:b/>
          <w:bCs/>
          <w:i/>
          <w:iCs/>
          <w:sz w:val="24"/>
          <w:szCs w:val="24"/>
        </w:rPr>
        <w:t>Instruzione della cantoria della Real Cappella della Venaria</w:t>
      </w:r>
      <w:r w:rsidR="00000000">
        <w:rPr>
          <w:i/>
          <w:iCs/>
          <w:sz w:val="24"/>
          <w:szCs w:val="24"/>
        </w:rPr>
        <w:pict w14:anchorId="168B117D">
          <v:rect id="_x0000_i1091" style="width:0;height:1.5pt" o:hralign="center" o:hrstd="t" o:hr="t" fillcolor="#a0a0a0" stroked="f"/>
        </w:pict>
      </w:r>
    </w:p>
    <w:p w14:paraId="5A147F3C" w14:textId="6945B798" w:rsidR="005A5D42" w:rsidRDefault="00F241C6" w:rsidP="005D56B3">
      <w:pPr>
        <w:jc w:val="both"/>
        <w:rPr>
          <w:i/>
          <w:iCs/>
          <w:sz w:val="24"/>
          <w:szCs w:val="24"/>
        </w:rPr>
      </w:pPr>
      <w:r w:rsidRPr="00663026">
        <w:rPr>
          <w:i/>
          <w:iCs/>
          <w:sz w:val="24"/>
          <w:szCs w:val="24"/>
        </w:rPr>
        <w:t>L'ornamento di detta tribuna, o’ cantoria sarà di sc</w:t>
      </w:r>
      <w:r w:rsidR="00663026" w:rsidRPr="00663026">
        <w:rPr>
          <w:i/>
          <w:iCs/>
          <w:sz w:val="24"/>
          <w:szCs w:val="24"/>
        </w:rPr>
        <w:t>o</w:t>
      </w:r>
      <w:r w:rsidRPr="00663026">
        <w:rPr>
          <w:i/>
          <w:iCs/>
          <w:sz w:val="24"/>
          <w:szCs w:val="24"/>
        </w:rPr>
        <w:t>rniciamenti</w:t>
      </w:r>
      <w:r w:rsidR="005A5D42" w:rsidRPr="00663026">
        <w:rPr>
          <w:i/>
          <w:iCs/>
          <w:sz w:val="24"/>
          <w:szCs w:val="24"/>
        </w:rPr>
        <w:t>,</w:t>
      </w:r>
      <w:r w:rsidRPr="00663026">
        <w:rPr>
          <w:i/>
          <w:iCs/>
          <w:sz w:val="24"/>
          <w:szCs w:val="24"/>
        </w:rPr>
        <w:t xml:space="preserve"> e intagli di alberone ben</w:t>
      </w:r>
      <w:r w:rsidRPr="00F241C6">
        <w:rPr>
          <w:i/>
          <w:iCs/>
          <w:sz w:val="24"/>
          <w:szCs w:val="24"/>
        </w:rPr>
        <w:t xml:space="preserve"> staggionato, e le cornice saranno delle sacome che faranno i partitanti ma rivist</w:t>
      </w:r>
      <w:r w:rsidR="00663026">
        <w:rPr>
          <w:i/>
          <w:iCs/>
          <w:sz w:val="24"/>
          <w:szCs w:val="24"/>
        </w:rPr>
        <w:t>i</w:t>
      </w:r>
      <w:r w:rsidRPr="00F241C6">
        <w:rPr>
          <w:i/>
          <w:iCs/>
          <w:sz w:val="24"/>
          <w:szCs w:val="24"/>
        </w:rPr>
        <w:t>, e accomodat</w:t>
      </w:r>
      <w:r w:rsidR="00663026">
        <w:rPr>
          <w:i/>
          <w:iCs/>
          <w:sz w:val="24"/>
          <w:szCs w:val="24"/>
        </w:rPr>
        <w:t xml:space="preserve">i </w:t>
      </w:r>
      <w:r w:rsidRPr="00F241C6">
        <w:rPr>
          <w:i/>
          <w:iCs/>
          <w:sz w:val="24"/>
          <w:szCs w:val="24"/>
        </w:rPr>
        <w:t xml:space="preserve">dall’Architeto se saranno necesarie il tutto bene inchiodato e incolato di legniame staggionato e l'intagli saranno di tutta pulitezza e bontà e </w:t>
      </w:r>
      <w:r w:rsidR="005A5D42">
        <w:rPr>
          <w:i/>
          <w:iCs/>
          <w:sz w:val="24"/>
          <w:szCs w:val="24"/>
        </w:rPr>
        <w:t>2°</w:t>
      </w:r>
      <w:r w:rsidRPr="00F241C6">
        <w:rPr>
          <w:i/>
          <w:iCs/>
          <w:sz w:val="24"/>
          <w:szCs w:val="24"/>
        </w:rPr>
        <w:t xml:space="preserve"> il </w:t>
      </w:r>
      <w:r w:rsidR="00663026">
        <w:rPr>
          <w:i/>
          <w:iCs/>
          <w:sz w:val="24"/>
          <w:szCs w:val="24"/>
        </w:rPr>
        <w:t>d</w:t>
      </w:r>
      <w:r w:rsidRPr="00F241C6">
        <w:rPr>
          <w:i/>
          <w:iCs/>
          <w:sz w:val="24"/>
          <w:szCs w:val="24"/>
        </w:rPr>
        <w:t xml:space="preserve">isegno approvato in grande. </w:t>
      </w:r>
    </w:p>
    <w:p w14:paraId="3CD51682" w14:textId="6D159E55" w:rsidR="005A5D42" w:rsidRDefault="00F241C6" w:rsidP="005D56B3">
      <w:pPr>
        <w:jc w:val="both"/>
        <w:rPr>
          <w:i/>
          <w:iCs/>
          <w:sz w:val="24"/>
          <w:szCs w:val="24"/>
        </w:rPr>
      </w:pPr>
      <w:r w:rsidRPr="00F241C6">
        <w:rPr>
          <w:i/>
          <w:iCs/>
          <w:sz w:val="24"/>
          <w:szCs w:val="24"/>
        </w:rPr>
        <w:t>I modiglioni saranno di t</w:t>
      </w:r>
      <w:r w:rsidR="00663026">
        <w:rPr>
          <w:i/>
          <w:iCs/>
          <w:sz w:val="24"/>
          <w:szCs w:val="24"/>
        </w:rPr>
        <w:t>ondon</w:t>
      </w:r>
      <w:r w:rsidRPr="00F241C6">
        <w:rPr>
          <w:i/>
          <w:iCs/>
          <w:sz w:val="24"/>
          <w:szCs w:val="24"/>
        </w:rPr>
        <w:t>i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 xml:space="preserve"> rilievo adatato all'</w:t>
      </w:r>
      <w:r w:rsidR="005A5D42">
        <w:rPr>
          <w:i/>
          <w:iCs/>
          <w:sz w:val="24"/>
          <w:szCs w:val="24"/>
        </w:rPr>
        <w:t>detto lavoro</w:t>
      </w:r>
      <w:r w:rsidRPr="00F241C6">
        <w:rPr>
          <w:i/>
          <w:iCs/>
          <w:sz w:val="24"/>
          <w:szCs w:val="24"/>
        </w:rPr>
        <w:t xml:space="preserve"> che siano ben rivetati e puliti e </w:t>
      </w:r>
      <w:r w:rsidR="00663026">
        <w:rPr>
          <w:i/>
          <w:iCs/>
          <w:sz w:val="24"/>
          <w:szCs w:val="24"/>
        </w:rPr>
        <w:t>trafora</w:t>
      </w:r>
      <w:r w:rsidRPr="00F241C6">
        <w:rPr>
          <w:i/>
          <w:iCs/>
          <w:sz w:val="24"/>
          <w:szCs w:val="24"/>
        </w:rPr>
        <w:t>ti, e inchiodati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 xml:space="preserve"> chiodi di suficiente grosezza e lungezza. </w:t>
      </w:r>
    </w:p>
    <w:p w14:paraId="617BA0AF" w14:textId="3D9B8397" w:rsidR="007F36F6" w:rsidRDefault="00F241C6" w:rsidP="005D56B3">
      <w:pPr>
        <w:jc w:val="both"/>
        <w:rPr>
          <w:i/>
          <w:iCs/>
          <w:sz w:val="24"/>
          <w:szCs w:val="24"/>
        </w:rPr>
      </w:pPr>
      <w:r w:rsidRPr="00F241C6">
        <w:rPr>
          <w:i/>
          <w:iCs/>
          <w:sz w:val="24"/>
          <w:szCs w:val="24"/>
        </w:rPr>
        <w:lastRenderedPageBreak/>
        <w:t>La Cornice che fa facciata verso la d</w:t>
      </w:r>
      <w:r w:rsidR="00663026">
        <w:rPr>
          <w:i/>
          <w:iCs/>
          <w:sz w:val="24"/>
          <w:szCs w:val="24"/>
        </w:rPr>
        <w:t>ett</w:t>
      </w:r>
      <w:r w:rsidRPr="00F241C6">
        <w:rPr>
          <w:i/>
          <w:iCs/>
          <w:sz w:val="24"/>
          <w:szCs w:val="24"/>
        </w:rPr>
        <w:t xml:space="preserve">a Real Capella sarà di bona sacoma rivista dall'Architetto, e intagliata, come anche fare la figura e le centinature </w:t>
      </w:r>
      <w:r w:rsidR="007F36F6">
        <w:rPr>
          <w:i/>
          <w:iCs/>
          <w:sz w:val="24"/>
          <w:szCs w:val="24"/>
        </w:rPr>
        <w:t>2°</w:t>
      </w:r>
      <w:r w:rsidRPr="00F241C6">
        <w:rPr>
          <w:i/>
          <w:iCs/>
          <w:sz w:val="24"/>
          <w:szCs w:val="24"/>
        </w:rPr>
        <w:t xml:space="preserve"> il disegno. </w:t>
      </w:r>
    </w:p>
    <w:p w14:paraId="20E5A0A9" w14:textId="409D2880" w:rsidR="007F36F6" w:rsidRDefault="00F241C6" w:rsidP="005D56B3">
      <w:pPr>
        <w:jc w:val="both"/>
        <w:rPr>
          <w:i/>
          <w:iCs/>
          <w:sz w:val="24"/>
          <w:szCs w:val="24"/>
        </w:rPr>
      </w:pPr>
      <w:r w:rsidRPr="00F241C6">
        <w:rPr>
          <w:i/>
          <w:iCs/>
          <w:sz w:val="24"/>
          <w:szCs w:val="24"/>
        </w:rPr>
        <w:t>La balaustrata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 xml:space="preserve"> suoi piedistalini intagliati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 xml:space="preserve"> foglie, sarà quadrata e intagliata in qualche parte e </w:t>
      </w:r>
      <w:r w:rsidR="007F36F6">
        <w:rPr>
          <w:i/>
          <w:iCs/>
          <w:sz w:val="24"/>
          <w:szCs w:val="24"/>
        </w:rPr>
        <w:t>2°</w:t>
      </w:r>
      <w:r w:rsidRPr="00F241C6">
        <w:rPr>
          <w:i/>
          <w:iCs/>
          <w:sz w:val="24"/>
          <w:szCs w:val="24"/>
        </w:rPr>
        <w:t xml:space="preserve"> verrà con</w:t>
      </w:r>
      <w:r w:rsidR="00663026">
        <w:rPr>
          <w:i/>
          <w:iCs/>
          <w:sz w:val="24"/>
          <w:szCs w:val="24"/>
        </w:rPr>
        <w:t>venu</w:t>
      </w:r>
      <w:r w:rsidRPr="00F241C6">
        <w:rPr>
          <w:i/>
          <w:iCs/>
          <w:sz w:val="24"/>
          <w:szCs w:val="24"/>
        </w:rPr>
        <w:t>ta la sacoma gradita e di bon garbo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 xml:space="preserve"> l'Architetto, il tutto a opera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>laudata se ci vorrà qualche ferro, cioè qualche g</w:t>
      </w:r>
      <w:r w:rsidR="00663026">
        <w:rPr>
          <w:i/>
          <w:iCs/>
          <w:sz w:val="24"/>
          <w:szCs w:val="24"/>
        </w:rPr>
        <w:t>af</w:t>
      </w:r>
      <w:r w:rsidRPr="00F241C6">
        <w:rPr>
          <w:i/>
          <w:iCs/>
          <w:sz w:val="24"/>
          <w:szCs w:val="24"/>
        </w:rPr>
        <w:t xml:space="preserve">one sarà provisto dall'Reggio Ufizio. </w:t>
      </w:r>
    </w:p>
    <w:p w14:paraId="75A9802C" w14:textId="65CE8D4D" w:rsidR="005D56B3" w:rsidRDefault="00F241C6" w:rsidP="005D56B3">
      <w:pPr>
        <w:jc w:val="both"/>
        <w:rPr>
          <w:i/>
          <w:iCs/>
          <w:sz w:val="24"/>
          <w:szCs w:val="24"/>
        </w:rPr>
      </w:pPr>
      <w:r w:rsidRPr="00F241C6">
        <w:rPr>
          <w:i/>
          <w:iCs/>
          <w:sz w:val="24"/>
          <w:szCs w:val="24"/>
        </w:rPr>
        <w:t>Il tutto saranno obligati di meterlo in opera e ben comesso, e nelli angoli delle cornice ben unito asieme il tutto a opera finita e co</w:t>
      </w:r>
      <w:r w:rsidR="00663026">
        <w:rPr>
          <w:i/>
          <w:iCs/>
          <w:sz w:val="24"/>
          <w:szCs w:val="24"/>
        </w:rPr>
        <w:t>n</w:t>
      </w:r>
      <w:r w:rsidRPr="00F241C6">
        <w:rPr>
          <w:i/>
          <w:iCs/>
          <w:sz w:val="24"/>
          <w:szCs w:val="24"/>
        </w:rPr>
        <w:t>laudata.</w:t>
      </w:r>
      <w:r w:rsidR="007F36F6" w:rsidRPr="007F36F6">
        <w:rPr>
          <w:i/>
          <w:iCs/>
          <w:sz w:val="24"/>
          <w:szCs w:val="24"/>
        </w:rPr>
        <w:t xml:space="preserve"> </w:t>
      </w:r>
      <w:r w:rsidR="00000000">
        <w:rPr>
          <w:i/>
          <w:iCs/>
          <w:sz w:val="24"/>
          <w:szCs w:val="24"/>
        </w:rPr>
        <w:pict w14:anchorId="7EA54C84">
          <v:rect id="_x0000_i1092" style="width:0;height:1.5pt" o:hralign="center" o:hrstd="t" o:hr="t" fillcolor="#a0a0a0" stroked="f"/>
        </w:pict>
      </w:r>
    </w:p>
    <w:p w14:paraId="40A07F1E" w14:textId="7FDDA901" w:rsidR="00F241C6" w:rsidRDefault="007F36F6" w:rsidP="005D56B3">
      <w:pPr>
        <w:jc w:val="right"/>
        <w:rPr>
          <w:i/>
          <w:iCs/>
          <w:sz w:val="24"/>
          <w:szCs w:val="24"/>
        </w:rPr>
      </w:pPr>
      <w:r w:rsidRPr="007F36F6">
        <w:rPr>
          <w:i/>
          <w:iCs/>
          <w:sz w:val="24"/>
          <w:szCs w:val="24"/>
        </w:rPr>
        <w:t>giorno di 3 Agosto 1721</w:t>
      </w:r>
    </w:p>
    <w:p w14:paraId="7682AEBE" w14:textId="77777777" w:rsidR="009C7BD4" w:rsidRDefault="007F36F6" w:rsidP="005D56B3">
      <w:pPr>
        <w:jc w:val="right"/>
        <w:rPr>
          <w:i/>
          <w:iCs/>
          <w:sz w:val="24"/>
          <w:szCs w:val="24"/>
        </w:rPr>
      </w:pPr>
      <w:r w:rsidRPr="007F36F6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371B8832">
          <v:rect id="_x0000_i1093" style="width:0;height:1.5pt" o:hralign="center" o:hrstd="t" o:hr="t" fillcolor="#a0a0a0" stroked="f"/>
        </w:pict>
      </w:r>
    </w:p>
    <w:p w14:paraId="60602F49" w14:textId="42C76536" w:rsidR="005D56B3" w:rsidRDefault="009C7BD4" w:rsidP="009C7BD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Pianta dell’sofitto della cantoria della Real Capella della Venaria.</w:t>
      </w:r>
    </w:p>
    <w:p w14:paraId="689595A0" w14:textId="5B1153C4" w:rsidR="009C7BD4" w:rsidRDefault="009C7BD4" w:rsidP="009C7BD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Profilo con suoi modiglioni a balaustrata della faccia della cantoria verso la chiesa.</w:t>
      </w:r>
      <w:r w:rsidRPr="009C7BD4">
        <w:rPr>
          <w:i/>
          <w:iCs/>
          <w:sz w:val="24"/>
          <w:szCs w:val="24"/>
        </w:rPr>
        <w:t xml:space="preserve"> </w:t>
      </w:r>
      <w:r w:rsidR="00000000">
        <w:rPr>
          <w:i/>
          <w:iCs/>
          <w:sz w:val="24"/>
          <w:szCs w:val="24"/>
        </w:rPr>
        <w:pict w14:anchorId="4757F939">
          <v:rect id="_x0000_i1094" style="width:0;height:1.5pt" o:hralign="center" o:hrstd="t" o:hr="t" fillcolor="#a0a0a0" stroked="f"/>
        </w:pict>
      </w:r>
    </w:p>
    <w:p w14:paraId="40B8A78D" w14:textId="10722FFE" w:rsidR="007F36F6" w:rsidRDefault="007F36F6" w:rsidP="005D56B3">
      <w:pPr>
        <w:jc w:val="both"/>
        <w:rPr>
          <w:sz w:val="24"/>
          <w:szCs w:val="24"/>
        </w:rPr>
      </w:pPr>
      <w:r w:rsidRPr="007F36F6">
        <w:rPr>
          <w:sz w:val="24"/>
          <w:szCs w:val="24"/>
        </w:rPr>
        <w:t xml:space="preserve"> </w:t>
      </w:r>
      <w:r w:rsidRPr="00F241C6">
        <w:rPr>
          <w:sz w:val="24"/>
          <w:szCs w:val="24"/>
        </w:rPr>
        <w:t xml:space="preserve">Archivio di Stato di Torino | Sezioni Riunite | Ministero della guerra | Azienda generale di fabbriche e fortificazioni (1733-1797) già Azienda generale d'artiglieria, fabbriche e fortificazioni (1717-1733) | Contratti fortificazioni | Mazzo 8 (1721) | </w:t>
      </w:r>
      <w:r w:rsidR="005D56B3">
        <w:rPr>
          <w:sz w:val="24"/>
          <w:szCs w:val="24"/>
        </w:rPr>
        <w:t xml:space="preserve">prima del </w:t>
      </w:r>
      <w:r w:rsidRPr="00F241C6">
        <w:rPr>
          <w:sz w:val="24"/>
          <w:szCs w:val="24"/>
        </w:rPr>
        <w:t xml:space="preserve">fol. </w:t>
      </w:r>
      <w:r w:rsidR="005D56B3">
        <w:rPr>
          <w:sz w:val="24"/>
          <w:szCs w:val="24"/>
        </w:rPr>
        <w:t>143.</w:t>
      </w:r>
    </w:p>
    <w:p w14:paraId="58CCEE4E" w14:textId="77777777" w:rsidR="007F36F6" w:rsidRDefault="007F36F6" w:rsidP="00F241C6">
      <w:pPr>
        <w:rPr>
          <w:sz w:val="24"/>
          <w:szCs w:val="24"/>
        </w:rPr>
      </w:pPr>
    </w:p>
    <w:p w14:paraId="7E25B3AE" w14:textId="605B3150" w:rsidR="009E57AE" w:rsidRDefault="0093763C" w:rsidP="0093763C">
      <w:pPr>
        <w:jc w:val="center"/>
        <w:rPr>
          <w:b/>
          <w:bCs/>
          <w:i/>
          <w:iCs/>
          <w:sz w:val="24"/>
          <w:szCs w:val="24"/>
        </w:rPr>
      </w:pPr>
      <w:r>
        <w:rPr>
          <w:sz w:val="28"/>
          <w:szCs w:val="28"/>
        </w:rPr>
        <w:t>1722</w:t>
      </w:r>
    </w:p>
    <w:p w14:paraId="2F5E4147" w14:textId="1638A1E1" w:rsidR="007F36F6" w:rsidRDefault="00DB5F50" w:rsidP="00FC6F39">
      <w:pPr>
        <w:jc w:val="center"/>
        <w:rPr>
          <w:i/>
          <w:iCs/>
          <w:sz w:val="24"/>
          <w:szCs w:val="24"/>
        </w:rPr>
      </w:pPr>
      <w:r w:rsidRPr="00FC6F39">
        <w:rPr>
          <w:b/>
          <w:bCs/>
          <w:i/>
          <w:iCs/>
          <w:sz w:val="24"/>
          <w:szCs w:val="24"/>
        </w:rPr>
        <w:t xml:space="preserve">Instruzione per edificare la Orangeria e porte delle salle che </w:t>
      </w:r>
      <w:r w:rsidR="00FC6F39" w:rsidRPr="00FC6F39">
        <w:rPr>
          <w:b/>
          <w:bCs/>
          <w:i/>
          <w:iCs/>
          <w:sz w:val="24"/>
          <w:szCs w:val="24"/>
        </w:rPr>
        <w:t>vanno</w:t>
      </w:r>
      <w:r w:rsidRPr="00FC6F39">
        <w:rPr>
          <w:b/>
          <w:bCs/>
          <w:i/>
          <w:iCs/>
          <w:sz w:val="24"/>
          <w:szCs w:val="24"/>
        </w:rPr>
        <w:t xml:space="preserve"> situate nella Venaria Reale 2</w:t>
      </w:r>
      <w:r w:rsidR="00FC6F39" w:rsidRPr="00FC6F39">
        <w:rPr>
          <w:b/>
          <w:bCs/>
          <w:i/>
          <w:iCs/>
          <w:sz w:val="24"/>
          <w:szCs w:val="24"/>
        </w:rPr>
        <w:t>°</w:t>
      </w:r>
      <w:r w:rsidRPr="00FC6F39">
        <w:rPr>
          <w:b/>
          <w:bCs/>
          <w:i/>
          <w:iCs/>
          <w:sz w:val="24"/>
          <w:szCs w:val="24"/>
        </w:rPr>
        <w:t xml:space="preserve"> il disegnio</w:t>
      </w:r>
      <w:r w:rsidR="00000000">
        <w:rPr>
          <w:i/>
          <w:iCs/>
          <w:sz w:val="24"/>
          <w:szCs w:val="24"/>
        </w:rPr>
        <w:pict w14:anchorId="143A8DE8">
          <v:rect id="_x0000_i1095" style="width:0;height:1.5pt" o:hralign="center" o:hrstd="t" o:hr="t" fillcolor="#a0a0a0" stroked="f"/>
        </w:pict>
      </w:r>
    </w:p>
    <w:p w14:paraId="566235EA" w14:textId="18B69184" w:rsidR="001028AE" w:rsidRDefault="00DB5F50" w:rsidP="00FC6F39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Demolizione</w:t>
      </w:r>
    </w:p>
    <w:p w14:paraId="6B7918FD" w14:textId="3543B07C" w:rsidR="00DB5F50" w:rsidRDefault="00DB5F50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Saranno obbligati di d</w:t>
      </w:r>
      <w:r w:rsidR="00E80CE7">
        <w:rPr>
          <w:i/>
          <w:iCs/>
          <w:sz w:val="24"/>
          <w:szCs w:val="24"/>
        </w:rPr>
        <w:t>i</w:t>
      </w:r>
      <w:r>
        <w:rPr>
          <w:i/>
          <w:iCs/>
          <w:sz w:val="24"/>
          <w:szCs w:val="24"/>
        </w:rPr>
        <w:t>molire qual si sia sorte di muragia tant</w:t>
      </w:r>
      <w:r w:rsidR="00E80CE7">
        <w:rPr>
          <w:i/>
          <w:iCs/>
          <w:sz w:val="24"/>
          <w:szCs w:val="24"/>
        </w:rPr>
        <w:t>t</w:t>
      </w:r>
      <w:r>
        <w:rPr>
          <w:i/>
          <w:iCs/>
          <w:sz w:val="24"/>
          <w:szCs w:val="24"/>
        </w:rPr>
        <w:t>o ordinaria che di mattoni, come sopra terra che sotto terra, e parimente qual si sia volta di grotta, scale, stanze, e qual si sia maniera, e li materiali saranno ben scalcinati e messi in luogo comodo per la fabrica.</w:t>
      </w:r>
    </w:p>
    <w:p w14:paraId="038B8598" w14:textId="1F6584B9" w:rsidR="00DB5F50" w:rsidRDefault="00DB5F50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 solari saranno disfatti e messi li travi e s</w:t>
      </w:r>
      <w:r w:rsidR="00E80CE7">
        <w:rPr>
          <w:i/>
          <w:iCs/>
          <w:sz w:val="24"/>
          <w:szCs w:val="24"/>
        </w:rPr>
        <w:t>ommar</w:t>
      </w:r>
      <w:r>
        <w:rPr>
          <w:i/>
          <w:iCs/>
          <w:sz w:val="24"/>
          <w:szCs w:val="24"/>
        </w:rPr>
        <w:t>i in luogo di qualche ala che resterà in piede, come vuole tutti i travetti saranno messi a suo luogo al coperto come parimente l’assi e listelli e porte, e finestre, e tutta la ferramenta sarà fedelmente consegniata al sopra stante e dette cose saranno messe all coperto sotto qualche casa che rimarrà senza di demolirsi per ora.</w:t>
      </w:r>
    </w:p>
    <w:p w14:paraId="4AC4E7A6" w14:textId="14A16362" w:rsidR="00DB5F50" w:rsidRDefault="00DB5F50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Detta demolizione sarà fatta con diligenza senza rovinare li materiali e tutti ben scalcinati con tutta esatezza. </w:t>
      </w:r>
    </w:p>
    <w:p w14:paraId="64F04B53" w14:textId="437DD9EA" w:rsidR="00DB5F50" w:rsidRDefault="00DB5F50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Li coperti parimente saranno disfatti con </w:t>
      </w:r>
      <w:r w:rsidR="001028AE">
        <w:rPr>
          <w:i/>
          <w:iCs/>
          <w:sz w:val="24"/>
          <w:szCs w:val="24"/>
        </w:rPr>
        <w:t xml:space="preserve">atenzione e i coppi banonati e messi </w:t>
      </w:r>
      <w:r w:rsidR="00E80CE7">
        <w:rPr>
          <w:i/>
          <w:iCs/>
          <w:sz w:val="24"/>
          <w:szCs w:val="24"/>
        </w:rPr>
        <w:t>dove</w:t>
      </w:r>
      <w:r w:rsidR="001028AE">
        <w:rPr>
          <w:i/>
          <w:iCs/>
          <w:sz w:val="24"/>
          <w:szCs w:val="24"/>
        </w:rPr>
        <w:t xml:space="preserve"> sarà destinato dall sopra stante in parte coperta come anche li listelli </w:t>
      </w:r>
      <w:r w:rsidR="00E80CE7">
        <w:rPr>
          <w:i/>
          <w:iCs/>
          <w:sz w:val="24"/>
          <w:szCs w:val="24"/>
        </w:rPr>
        <w:t>rem</w:t>
      </w:r>
      <w:r w:rsidR="001028AE">
        <w:rPr>
          <w:i/>
          <w:iCs/>
          <w:sz w:val="24"/>
          <w:szCs w:val="24"/>
        </w:rPr>
        <w:t xml:space="preserve">e e tutti messi asieme in un luogo o più e la chiodatura levata e messa da parte il tutto fatto con atenzione acciò no si </w:t>
      </w:r>
      <w:r w:rsidR="00E80CE7">
        <w:rPr>
          <w:i/>
          <w:iCs/>
          <w:sz w:val="24"/>
          <w:szCs w:val="24"/>
        </w:rPr>
        <w:t xml:space="preserve">romppano </w:t>
      </w:r>
      <w:r w:rsidR="001028AE">
        <w:rPr>
          <w:i/>
          <w:iCs/>
          <w:sz w:val="24"/>
          <w:szCs w:val="24"/>
        </w:rPr>
        <w:t>canali ne tegoli e li sterniti disfatti co</w:t>
      </w:r>
      <w:r w:rsidR="00E80CE7">
        <w:rPr>
          <w:i/>
          <w:iCs/>
          <w:sz w:val="24"/>
          <w:szCs w:val="24"/>
        </w:rPr>
        <w:t>n</w:t>
      </w:r>
      <w:r w:rsidR="001028AE">
        <w:rPr>
          <w:i/>
          <w:iCs/>
          <w:sz w:val="24"/>
          <w:szCs w:val="24"/>
        </w:rPr>
        <w:t xml:space="preserve">  patienza e messi a ponte co</w:t>
      </w:r>
      <w:r w:rsidR="00E80CE7">
        <w:rPr>
          <w:i/>
          <w:iCs/>
          <w:sz w:val="24"/>
          <w:szCs w:val="24"/>
        </w:rPr>
        <w:t>n</w:t>
      </w:r>
      <w:r w:rsidR="001028AE">
        <w:rPr>
          <w:i/>
          <w:iCs/>
          <w:sz w:val="24"/>
          <w:szCs w:val="24"/>
        </w:rPr>
        <w:t xml:space="preserve"> tutta esatezza </w:t>
      </w:r>
      <w:r w:rsidR="001028AE">
        <w:rPr>
          <w:i/>
          <w:iCs/>
          <w:sz w:val="24"/>
          <w:szCs w:val="24"/>
        </w:rPr>
        <w:lastRenderedPageBreak/>
        <w:t>in luogo il più vicino che sarà posibile e 2° verrà destinato a luogo più com</w:t>
      </w:r>
      <w:r w:rsidR="00E80CE7">
        <w:rPr>
          <w:i/>
          <w:iCs/>
          <w:sz w:val="24"/>
          <w:szCs w:val="24"/>
        </w:rPr>
        <w:t>m</w:t>
      </w:r>
      <w:r w:rsidR="001028AE">
        <w:rPr>
          <w:i/>
          <w:iCs/>
          <w:sz w:val="24"/>
          <w:szCs w:val="24"/>
        </w:rPr>
        <w:t>odo dell soprastante.</w:t>
      </w:r>
    </w:p>
    <w:p w14:paraId="525B9278" w14:textId="272C3A29" w:rsidR="001028AE" w:rsidRDefault="001028AE" w:rsidP="00FC6F39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Cavo di terra</w:t>
      </w:r>
    </w:p>
    <w:p w14:paraId="79935E39" w14:textId="02C0B39A" w:rsidR="001028AE" w:rsidRDefault="001028AE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cavo di terra sarà fat</w:t>
      </w:r>
      <w:r w:rsidR="00E80CE7">
        <w:rPr>
          <w:i/>
          <w:iCs/>
          <w:sz w:val="24"/>
          <w:szCs w:val="24"/>
        </w:rPr>
        <w:t>t</w:t>
      </w:r>
      <w:r>
        <w:rPr>
          <w:i/>
          <w:iCs/>
          <w:sz w:val="24"/>
          <w:szCs w:val="24"/>
        </w:rPr>
        <w:t>o dove sarà necesario per d</w:t>
      </w:r>
      <w:r w:rsidR="00E80CE7">
        <w:rPr>
          <w:i/>
          <w:iCs/>
          <w:sz w:val="24"/>
          <w:szCs w:val="24"/>
        </w:rPr>
        <w:t>ett</w:t>
      </w:r>
      <w:r>
        <w:rPr>
          <w:i/>
          <w:iCs/>
          <w:sz w:val="24"/>
          <w:szCs w:val="24"/>
        </w:rPr>
        <w:t>a fabricha e sarà disegniato dall architetto della profondità e l</w:t>
      </w:r>
      <w:r w:rsidR="00E80CE7">
        <w:rPr>
          <w:i/>
          <w:iCs/>
          <w:sz w:val="24"/>
          <w:szCs w:val="24"/>
        </w:rPr>
        <w:t>ong</w:t>
      </w:r>
      <w:r>
        <w:rPr>
          <w:i/>
          <w:iCs/>
          <w:sz w:val="24"/>
          <w:szCs w:val="24"/>
        </w:rPr>
        <w:t>ezza necesaria a tale muraglie e sarà fatto a un livello perfetto per fondare la muraglia e se in caso il terreno sarà falzo saranno tenuti di fare de scalini più profondi</w:t>
      </w:r>
      <w:r w:rsidR="00E80CE7">
        <w:rPr>
          <w:i/>
          <w:iCs/>
          <w:sz w:val="24"/>
          <w:szCs w:val="24"/>
        </w:rPr>
        <w:t xml:space="preserve"> 2°</w:t>
      </w:r>
      <w:r>
        <w:rPr>
          <w:i/>
          <w:iCs/>
          <w:sz w:val="24"/>
          <w:szCs w:val="24"/>
        </w:rPr>
        <w:t xml:space="preserve"> determinerà l’architetto sul posto e </w:t>
      </w:r>
      <w:r w:rsidR="00E80CE7">
        <w:rPr>
          <w:i/>
          <w:iCs/>
          <w:sz w:val="24"/>
          <w:szCs w:val="24"/>
        </w:rPr>
        <w:t>caveranno</w:t>
      </w:r>
      <w:r>
        <w:rPr>
          <w:i/>
          <w:iCs/>
          <w:sz w:val="24"/>
          <w:szCs w:val="24"/>
        </w:rPr>
        <w:t xml:space="preserve"> qual si sia sorte di giarone</w:t>
      </w:r>
      <w:r w:rsidR="00E60999">
        <w:rPr>
          <w:i/>
          <w:iCs/>
          <w:sz w:val="24"/>
          <w:szCs w:val="24"/>
        </w:rPr>
        <w:t xml:space="preserve">, </w:t>
      </w:r>
      <w:r w:rsidR="00E80CE7">
        <w:rPr>
          <w:i/>
          <w:iCs/>
          <w:sz w:val="24"/>
          <w:szCs w:val="24"/>
        </w:rPr>
        <w:t>terr</w:t>
      </w:r>
      <w:r w:rsidR="00E60999">
        <w:rPr>
          <w:i/>
          <w:iCs/>
          <w:sz w:val="24"/>
          <w:szCs w:val="24"/>
        </w:rPr>
        <w:t xml:space="preserve">a impurita </w:t>
      </w:r>
      <w:r w:rsidR="00E80CE7">
        <w:rPr>
          <w:i/>
          <w:iCs/>
          <w:sz w:val="24"/>
          <w:szCs w:val="24"/>
        </w:rPr>
        <w:t>terr</w:t>
      </w:r>
      <w:r w:rsidR="00E60999">
        <w:rPr>
          <w:i/>
          <w:iCs/>
          <w:sz w:val="24"/>
          <w:szCs w:val="24"/>
        </w:rPr>
        <w:t xml:space="preserve">a mossa e qual si sia </w:t>
      </w:r>
      <w:r w:rsidR="00E80CE7">
        <w:rPr>
          <w:i/>
          <w:iCs/>
          <w:sz w:val="24"/>
          <w:szCs w:val="24"/>
        </w:rPr>
        <w:t>sorte</w:t>
      </w:r>
      <w:r w:rsidR="00E60999">
        <w:rPr>
          <w:i/>
          <w:iCs/>
          <w:sz w:val="24"/>
          <w:szCs w:val="24"/>
        </w:rPr>
        <w:t xml:space="preserve"> di terra che si potrà dare e saranno obbligati di lasciarne sul posto quella quantità </w:t>
      </w:r>
      <w:r w:rsidR="00E80CE7">
        <w:rPr>
          <w:i/>
          <w:iCs/>
          <w:sz w:val="24"/>
          <w:szCs w:val="24"/>
        </w:rPr>
        <w:t xml:space="preserve">per </w:t>
      </w:r>
      <w:r w:rsidR="00E60999">
        <w:rPr>
          <w:i/>
          <w:iCs/>
          <w:sz w:val="24"/>
          <w:szCs w:val="24"/>
        </w:rPr>
        <w:t>riscal</w:t>
      </w:r>
      <w:r w:rsidR="00E80CE7">
        <w:rPr>
          <w:i/>
          <w:iCs/>
          <w:sz w:val="24"/>
          <w:szCs w:val="24"/>
        </w:rPr>
        <w:t>zar</w:t>
      </w:r>
      <w:r w:rsidR="00E60999">
        <w:rPr>
          <w:i/>
          <w:iCs/>
          <w:sz w:val="24"/>
          <w:szCs w:val="24"/>
        </w:rPr>
        <w:t>e la muragie e l’altra trasportarlla dove gli verrà designato co</w:t>
      </w:r>
      <w:r w:rsidR="00E80CE7">
        <w:rPr>
          <w:i/>
          <w:iCs/>
          <w:sz w:val="24"/>
          <w:szCs w:val="24"/>
        </w:rPr>
        <w:t>n</w:t>
      </w:r>
      <w:r w:rsidR="00E60999">
        <w:rPr>
          <w:i/>
          <w:iCs/>
          <w:sz w:val="24"/>
          <w:szCs w:val="24"/>
        </w:rPr>
        <w:t xml:space="preserve"> il solito trasporto di n° 25 e il di più pagato 2°</w:t>
      </w:r>
      <w:r w:rsidR="00E80CE7">
        <w:rPr>
          <w:i/>
          <w:iCs/>
          <w:sz w:val="24"/>
          <w:szCs w:val="24"/>
        </w:rPr>
        <w:t xml:space="preserve"> </w:t>
      </w:r>
      <w:r w:rsidR="00E60999">
        <w:rPr>
          <w:i/>
          <w:iCs/>
          <w:sz w:val="24"/>
          <w:szCs w:val="24"/>
        </w:rPr>
        <w:t xml:space="preserve">il patto dato o </w:t>
      </w:r>
      <w:r w:rsidR="00E80CE7">
        <w:rPr>
          <w:i/>
          <w:iCs/>
          <w:sz w:val="24"/>
          <w:szCs w:val="24"/>
        </w:rPr>
        <w:t>ver</w:t>
      </w:r>
      <w:r w:rsidR="00E60999">
        <w:rPr>
          <w:i/>
          <w:iCs/>
          <w:sz w:val="24"/>
          <w:szCs w:val="24"/>
        </w:rPr>
        <w:t>o doppo tal lontananza volendola trasportare a iconomia Sa</w:t>
      </w:r>
      <w:r w:rsidR="00E80CE7">
        <w:rPr>
          <w:i/>
          <w:iCs/>
          <w:sz w:val="24"/>
          <w:szCs w:val="24"/>
        </w:rPr>
        <w:t>.</w:t>
      </w:r>
      <w:r w:rsidR="00E60999">
        <w:rPr>
          <w:i/>
          <w:iCs/>
          <w:sz w:val="24"/>
          <w:szCs w:val="24"/>
        </w:rPr>
        <w:t xml:space="preserve"> Ma</w:t>
      </w:r>
      <w:r w:rsidR="00E80CE7">
        <w:rPr>
          <w:i/>
          <w:iCs/>
          <w:sz w:val="24"/>
          <w:szCs w:val="24"/>
        </w:rPr>
        <w:t>.</w:t>
      </w:r>
      <w:r w:rsidR="00E60999">
        <w:rPr>
          <w:i/>
          <w:iCs/>
          <w:sz w:val="24"/>
          <w:szCs w:val="24"/>
        </w:rPr>
        <w:t xml:space="preserve"> no</w:t>
      </w:r>
      <w:r w:rsidR="00E80CE7">
        <w:rPr>
          <w:i/>
          <w:iCs/>
          <w:sz w:val="24"/>
          <w:szCs w:val="24"/>
        </w:rPr>
        <w:t>n</w:t>
      </w:r>
      <w:r w:rsidR="00E60999">
        <w:rPr>
          <w:i/>
          <w:iCs/>
          <w:sz w:val="24"/>
          <w:szCs w:val="24"/>
        </w:rPr>
        <w:t xml:space="preserve"> s’intende altro pagamento o obligo.</w:t>
      </w:r>
    </w:p>
    <w:p w14:paraId="00CB8A13" w14:textId="24A5C12A" w:rsidR="00F241C6" w:rsidRDefault="00E60999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Le pietre che </w:t>
      </w:r>
      <w:r w:rsidR="00E80CE7">
        <w:rPr>
          <w:i/>
          <w:iCs/>
          <w:sz w:val="24"/>
          <w:szCs w:val="24"/>
        </w:rPr>
        <w:t>vera</w:t>
      </w:r>
      <w:r>
        <w:rPr>
          <w:i/>
          <w:iCs/>
          <w:sz w:val="24"/>
          <w:szCs w:val="24"/>
        </w:rPr>
        <w:t>nno di</w:t>
      </w:r>
      <w:r w:rsidR="00E80CE7">
        <w:rPr>
          <w:i/>
          <w:iCs/>
          <w:sz w:val="24"/>
          <w:szCs w:val="24"/>
        </w:rPr>
        <w:t xml:space="preserve"> detto cavo</w:t>
      </w:r>
      <w:r>
        <w:rPr>
          <w:i/>
          <w:iCs/>
          <w:sz w:val="24"/>
          <w:szCs w:val="24"/>
        </w:rPr>
        <w:t xml:space="preserve"> saranno messe da parte per servizio e conto di Sa</w:t>
      </w:r>
      <w:r w:rsidR="00E80CE7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Ma</w:t>
      </w:r>
      <w:r w:rsidR="00E80CE7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come anche tutta la sabia che sarà giudicata </w:t>
      </w:r>
      <w:r w:rsidR="00F57A23">
        <w:rPr>
          <w:i/>
          <w:iCs/>
          <w:sz w:val="24"/>
          <w:szCs w:val="24"/>
        </w:rPr>
        <w:t>perfetta e sarà passata in benefizio di Sa</w:t>
      </w:r>
      <w:r w:rsidR="00E80CE7">
        <w:rPr>
          <w:i/>
          <w:iCs/>
          <w:sz w:val="24"/>
          <w:szCs w:val="24"/>
        </w:rPr>
        <w:t>.</w:t>
      </w:r>
      <w:r w:rsidR="00F57A23">
        <w:rPr>
          <w:i/>
          <w:iCs/>
          <w:sz w:val="24"/>
          <w:szCs w:val="24"/>
        </w:rPr>
        <w:t xml:space="preserve"> Ma</w:t>
      </w:r>
      <w:r w:rsidR="00E80CE7">
        <w:rPr>
          <w:i/>
          <w:iCs/>
          <w:sz w:val="24"/>
          <w:szCs w:val="24"/>
        </w:rPr>
        <w:t>.</w:t>
      </w:r>
      <w:r w:rsidR="00F57A23">
        <w:rPr>
          <w:i/>
          <w:iCs/>
          <w:sz w:val="24"/>
          <w:szCs w:val="24"/>
        </w:rPr>
        <w:t xml:space="preserve"> e messa in buone</w:t>
      </w:r>
      <w:r w:rsidR="00E2739F">
        <w:rPr>
          <w:i/>
          <w:iCs/>
          <w:sz w:val="24"/>
          <w:szCs w:val="24"/>
        </w:rPr>
        <w:t xml:space="preserve"> a comando della fabrica saranno tenuti di </w:t>
      </w:r>
      <w:r w:rsidR="00E80CE7">
        <w:rPr>
          <w:i/>
          <w:iCs/>
          <w:sz w:val="24"/>
          <w:szCs w:val="24"/>
        </w:rPr>
        <w:t>sbancare</w:t>
      </w:r>
      <w:r w:rsidR="00E2739F">
        <w:rPr>
          <w:i/>
          <w:iCs/>
          <w:sz w:val="24"/>
          <w:szCs w:val="24"/>
        </w:rPr>
        <w:t xml:space="preserve"> il cavo di d</w:t>
      </w:r>
      <w:r w:rsidR="00E80CE7">
        <w:rPr>
          <w:i/>
          <w:iCs/>
          <w:sz w:val="24"/>
          <w:szCs w:val="24"/>
        </w:rPr>
        <w:t>ett</w:t>
      </w:r>
      <w:r w:rsidR="00E2739F">
        <w:rPr>
          <w:i/>
          <w:iCs/>
          <w:sz w:val="24"/>
          <w:szCs w:val="24"/>
        </w:rPr>
        <w:t>a terra acciò no</w:t>
      </w:r>
      <w:r w:rsidR="00E80CE7">
        <w:rPr>
          <w:i/>
          <w:iCs/>
          <w:sz w:val="24"/>
          <w:szCs w:val="24"/>
        </w:rPr>
        <w:t>n</w:t>
      </w:r>
      <w:r w:rsidR="00E2739F">
        <w:rPr>
          <w:i/>
          <w:iCs/>
          <w:sz w:val="24"/>
          <w:szCs w:val="24"/>
        </w:rPr>
        <w:t xml:space="preserve"> facci delle valanche e se in caso fosero per sua negligenza le valanche no</w:t>
      </w:r>
      <w:r w:rsidR="00E80CE7">
        <w:rPr>
          <w:i/>
          <w:iCs/>
          <w:sz w:val="24"/>
          <w:szCs w:val="24"/>
        </w:rPr>
        <w:t>n</w:t>
      </w:r>
      <w:r w:rsidR="00E2739F">
        <w:rPr>
          <w:i/>
          <w:iCs/>
          <w:sz w:val="24"/>
          <w:szCs w:val="24"/>
        </w:rPr>
        <w:t xml:space="preserve"> si misureranno per cavo e s</w:t>
      </w:r>
      <w:r w:rsidR="00E80CE7">
        <w:rPr>
          <w:i/>
          <w:iCs/>
          <w:sz w:val="24"/>
          <w:szCs w:val="24"/>
        </w:rPr>
        <w:t>o</w:t>
      </w:r>
      <w:r w:rsidR="00E2739F">
        <w:rPr>
          <w:i/>
          <w:iCs/>
          <w:sz w:val="24"/>
          <w:szCs w:val="24"/>
        </w:rPr>
        <w:t xml:space="preserve">nno tenuti di </w:t>
      </w:r>
      <w:r w:rsidR="00E80CE7">
        <w:rPr>
          <w:i/>
          <w:iCs/>
          <w:sz w:val="24"/>
          <w:szCs w:val="24"/>
        </w:rPr>
        <w:t>veta</w:t>
      </w:r>
      <w:r w:rsidR="00E2739F">
        <w:rPr>
          <w:i/>
          <w:iCs/>
          <w:sz w:val="24"/>
          <w:szCs w:val="24"/>
        </w:rPr>
        <w:t>rlla a loro spese.</w:t>
      </w:r>
    </w:p>
    <w:p w14:paraId="4CB45DF1" w14:textId="6AAC2734" w:rsidR="00E2739F" w:rsidRDefault="00E2739F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Se per disgrazia ci fosse necessario di fare i pozzi per fondare saranno anche tenuti di farlli dove averà ordinato </w:t>
      </w:r>
      <w:r w:rsidR="00E80CE7">
        <w:rPr>
          <w:i/>
          <w:iCs/>
          <w:sz w:val="24"/>
          <w:szCs w:val="24"/>
        </w:rPr>
        <w:t>d</w:t>
      </w:r>
      <w:r>
        <w:rPr>
          <w:i/>
          <w:iCs/>
          <w:sz w:val="24"/>
          <w:szCs w:val="24"/>
        </w:rPr>
        <w:t>all architetto.</w:t>
      </w:r>
    </w:p>
    <w:p w14:paraId="1FC7522A" w14:textId="66C00711" w:rsidR="00E2739F" w:rsidRDefault="00E2739F" w:rsidP="00FC6F39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Muraglia ordinaria di fondamenta</w:t>
      </w:r>
    </w:p>
    <w:p w14:paraId="3A0AA6B2" w14:textId="1BE78422" w:rsidR="00E80CE7" w:rsidRDefault="004C3003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La muraglia di d</w:t>
      </w:r>
      <w:r w:rsidR="00E80CE7">
        <w:rPr>
          <w:i/>
          <w:iCs/>
          <w:sz w:val="24"/>
          <w:szCs w:val="24"/>
        </w:rPr>
        <w:t>ett</w:t>
      </w:r>
      <w:r>
        <w:rPr>
          <w:i/>
          <w:iCs/>
          <w:sz w:val="24"/>
          <w:szCs w:val="24"/>
        </w:rPr>
        <w:t>a fondamenta sarà ordinaria cioè di pietre con sue cinte di mattoni di on</w:t>
      </w:r>
      <w:r w:rsidR="00E80CE7">
        <w:rPr>
          <w:i/>
          <w:iCs/>
          <w:sz w:val="24"/>
          <w:szCs w:val="24"/>
        </w:rPr>
        <w:t>z</w:t>
      </w:r>
      <w:r>
        <w:rPr>
          <w:i/>
          <w:iCs/>
          <w:sz w:val="24"/>
          <w:szCs w:val="24"/>
        </w:rPr>
        <w:t>e 8 d’altezza li scanzelli e saranno obligati di fare qual si sia sorte di muraglia tanto in linea che circolare e le pietre saranno battute co</w:t>
      </w:r>
      <w:r w:rsidR="00E80CE7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il martello e bene scagiate e guarnite e che notino in calcina co</w:t>
      </w:r>
      <w:r w:rsidR="00E80CE7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 xml:space="preserve"> </w:t>
      </w:r>
      <w:r w:rsidR="00E80CE7">
        <w:rPr>
          <w:i/>
          <w:iCs/>
          <w:sz w:val="24"/>
          <w:szCs w:val="24"/>
        </w:rPr>
        <w:t>oturare</w:t>
      </w:r>
      <w:r>
        <w:rPr>
          <w:i/>
          <w:iCs/>
          <w:sz w:val="24"/>
          <w:szCs w:val="24"/>
        </w:rPr>
        <w:t xml:space="preserve"> tutti i </w:t>
      </w:r>
      <w:r w:rsidR="001F23D1">
        <w:rPr>
          <w:i/>
          <w:iCs/>
          <w:sz w:val="24"/>
          <w:szCs w:val="24"/>
        </w:rPr>
        <w:t xml:space="preserve"> </w:t>
      </w:r>
      <w:r w:rsidR="00E80CE7">
        <w:rPr>
          <w:i/>
          <w:iCs/>
          <w:sz w:val="24"/>
          <w:szCs w:val="24"/>
        </w:rPr>
        <w:t>vacuij</w:t>
      </w:r>
      <w:r w:rsidR="001F23D1">
        <w:rPr>
          <w:i/>
          <w:iCs/>
          <w:sz w:val="24"/>
          <w:szCs w:val="24"/>
        </w:rPr>
        <w:t xml:space="preserve"> fra una pietra e l’altra e le cinte di mattoni saranno per tutta la sua grosezza della muragia e fra un mattone e l’altro no</w:t>
      </w:r>
      <w:r w:rsidR="00E80CE7">
        <w:rPr>
          <w:i/>
          <w:iCs/>
          <w:sz w:val="24"/>
          <w:szCs w:val="24"/>
        </w:rPr>
        <w:t>n</w:t>
      </w:r>
      <w:r w:rsidR="001F23D1">
        <w:rPr>
          <w:i/>
          <w:iCs/>
          <w:sz w:val="24"/>
          <w:szCs w:val="24"/>
        </w:rPr>
        <w:t xml:space="preserve"> sia più che un 3°</w:t>
      </w:r>
      <w:r w:rsidR="00E80CE7">
        <w:rPr>
          <w:i/>
          <w:iCs/>
          <w:sz w:val="24"/>
          <w:szCs w:val="24"/>
        </w:rPr>
        <w:t xml:space="preserve"> </w:t>
      </w:r>
      <w:r w:rsidR="001F23D1">
        <w:rPr>
          <w:i/>
          <w:iCs/>
          <w:sz w:val="24"/>
          <w:szCs w:val="24"/>
        </w:rPr>
        <w:t>d’on</w:t>
      </w:r>
      <w:r w:rsidR="00E80CE7">
        <w:rPr>
          <w:i/>
          <w:iCs/>
          <w:sz w:val="24"/>
          <w:szCs w:val="24"/>
        </w:rPr>
        <w:t>z</w:t>
      </w:r>
      <w:r w:rsidR="001F23D1">
        <w:rPr>
          <w:i/>
          <w:iCs/>
          <w:sz w:val="24"/>
          <w:szCs w:val="24"/>
        </w:rPr>
        <w:t xml:space="preserve">a di calcina e li spicoli siano perfettamente </w:t>
      </w:r>
      <w:r w:rsidR="0075003F">
        <w:rPr>
          <w:i/>
          <w:iCs/>
          <w:sz w:val="24"/>
          <w:szCs w:val="24"/>
        </w:rPr>
        <w:t>a piombo come anche e saranno obbligati di fare dell archi voltini so</w:t>
      </w:r>
      <w:r w:rsidR="00E80CE7">
        <w:rPr>
          <w:i/>
          <w:iCs/>
          <w:sz w:val="24"/>
          <w:szCs w:val="24"/>
        </w:rPr>
        <w:t>r</w:t>
      </w:r>
      <w:r w:rsidR="0075003F">
        <w:rPr>
          <w:i/>
          <w:iCs/>
          <w:sz w:val="24"/>
          <w:szCs w:val="24"/>
        </w:rPr>
        <w:t xml:space="preserve">dini di muragia di mattoni di tutta perfezione 2° verrà ordinato dall’architetto e suddette volte o cinte </w:t>
      </w:r>
      <w:r w:rsidR="00E80CE7">
        <w:rPr>
          <w:i/>
          <w:iCs/>
          <w:sz w:val="24"/>
          <w:szCs w:val="24"/>
        </w:rPr>
        <w:t>d</w:t>
      </w:r>
      <w:r w:rsidR="0075003F">
        <w:rPr>
          <w:i/>
          <w:iCs/>
          <w:sz w:val="24"/>
          <w:szCs w:val="24"/>
        </w:rPr>
        <w:t>i mattoni. La sua calcinata pur tutto prima abagniare e farllo stendere per ogni parte</w:t>
      </w:r>
      <w:r w:rsidR="00E80CE7">
        <w:rPr>
          <w:i/>
          <w:iCs/>
          <w:sz w:val="24"/>
          <w:szCs w:val="24"/>
        </w:rPr>
        <w:t>.</w:t>
      </w:r>
      <w:r w:rsidR="0075003F">
        <w:rPr>
          <w:i/>
          <w:iCs/>
          <w:sz w:val="24"/>
          <w:szCs w:val="24"/>
        </w:rPr>
        <w:t xml:space="preserve"> </w:t>
      </w:r>
      <w:r w:rsidR="00E80CE7">
        <w:rPr>
          <w:i/>
          <w:iCs/>
          <w:sz w:val="24"/>
          <w:szCs w:val="24"/>
        </w:rPr>
        <w:t>S</w:t>
      </w:r>
      <w:r w:rsidR="0075003F">
        <w:rPr>
          <w:i/>
          <w:iCs/>
          <w:sz w:val="24"/>
          <w:szCs w:val="24"/>
        </w:rPr>
        <w:t xml:space="preserve">aranno tenuti di abagniare e </w:t>
      </w:r>
      <w:r w:rsidR="00E80CE7">
        <w:rPr>
          <w:i/>
          <w:iCs/>
          <w:sz w:val="24"/>
          <w:szCs w:val="24"/>
        </w:rPr>
        <w:t xml:space="preserve">fare la calcina a proporzione di detta fabrica e questa curarllo più con tutta diligenza e levare le giare che ne pervengono. Saranno tenuti di farsi più di due bagnioli con sue tomppe per avere in pronto della calcina. Saranno obligati provedere tutta la servitù necesaria e sarà a suo conto pasare alla griglia fina tutta la sabia che si farà condonare a luogo comodo per il lavoro. </w:t>
      </w:r>
    </w:p>
    <w:p w14:paraId="6A4A0848" w14:textId="77A47CF1" w:rsidR="00E80CE7" w:rsidRDefault="00E80CE7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Si pigieranno tutti i materiali che si ritrovano sul posto delle dimolizione e altri che si sono al presente circonvicini cioè dalla capella sino alla fabricha e l’altri ci saranno provisti e scaricati dove sarà al maggior comodo che permette il terreno.</w:t>
      </w:r>
    </w:p>
    <w:p w14:paraId="270F84BF" w14:textId="17F676AA" w:rsidR="00E80CE7" w:rsidRDefault="00E80CE7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Se fosse necesario mettere li radici o chiavi di ferro siano obligati e li metteranno due verrà determinato dall architetto con farlli tirare a tutta forza.</w:t>
      </w:r>
    </w:p>
    <w:p w14:paraId="2A4EF4C2" w14:textId="77777777" w:rsidR="00FC6F39" w:rsidRDefault="00FC6F39" w:rsidP="00FC6F39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Muraglia di mattone</w:t>
      </w:r>
    </w:p>
    <w:p w14:paraId="22001A65" w14:textId="34BB52DD" w:rsidR="00E80CE7" w:rsidRDefault="00FC6F39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La muraglia di mattone sarà fatta sotilmente in calcina e che i corsi </w:t>
      </w:r>
      <w:r w:rsidR="00E80CE7">
        <w:rPr>
          <w:i/>
          <w:iCs/>
          <w:sz w:val="24"/>
          <w:szCs w:val="24"/>
        </w:rPr>
        <w:t xml:space="preserve">rimaniano in piano perfetto con l’apiombature perfette e fra un mattone e l’altro non ci sia che il 3° d’onza di calcina e </w:t>
      </w:r>
      <w:r w:rsidR="00E80CE7">
        <w:rPr>
          <w:i/>
          <w:iCs/>
          <w:sz w:val="24"/>
          <w:szCs w:val="24"/>
        </w:rPr>
        <w:lastRenderedPageBreak/>
        <w:t>saranno fatte le sue calcinate ogni 3e corsi e la sabia sarà pasata a suo conto con griglia aprovata dall architetto cioè sotile acciò la distanza d’un mattone e l’altro possa essere alla misura sopra detta e saranno tenuti di fare tantto muraglie in linea che semicircolari e l’apiombature perfette le quali saranno inclusi nella misura della muragia qual ci sia impiombature che ci sarà in detta fabrica e saranno incluse voltini, archi, sordini di qual si sia grandezza e qualità il tutto a opera conlaudata e approvata.</w:t>
      </w:r>
    </w:p>
    <w:p w14:paraId="2C43AD8B" w14:textId="7EB4B0E4" w:rsidR="00E80CE7" w:rsidRDefault="00E80CE7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Ornamenti 2° il partito che si darà l’anno ventimo.</w:t>
      </w:r>
    </w:p>
    <w:p w14:paraId="52314D8D" w14:textId="1971135A" w:rsidR="00FC6F39" w:rsidRDefault="00000000" w:rsidP="00FC6F39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pict w14:anchorId="75512C9F">
          <v:rect id="_x0000_i1096" style="width:0;height:1.5pt" o:hralign="center" o:hrstd="t" o:hr="t" fillcolor="#a0a0a0" stroked="f"/>
        </w:pict>
      </w:r>
    </w:p>
    <w:p w14:paraId="59E064A4" w14:textId="228E8FD9" w:rsidR="00465384" w:rsidRDefault="00312FCB" w:rsidP="00FC6F39">
      <w:pPr>
        <w:jc w:val="right"/>
        <w:rPr>
          <w:i/>
          <w:iCs/>
          <w:sz w:val="24"/>
          <w:szCs w:val="24"/>
        </w:rPr>
      </w:pPr>
      <w:r w:rsidRPr="00312FCB">
        <w:rPr>
          <w:i/>
          <w:iCs/>
          <w:sz w:val="24"/>
          <w:szCs w:val="24"/>
        </w:rPr>
        <w:t>giorno di 20 Luglio 1722</w:t>
      </w:r>
    </w:p>
    <w:p w14:paraId="620CE8EF" w14:textId="77777777" w:rsidR="00FC6F39" w:rsidRDefault="00312FCB" w:rsidP="00FC6F39">
      <w:pPr>
        <w:jc w:val="right"/>
        <w:rPr>
          <w:i/>
          <w:iCs/>
          <w:sz w:val="24"/>
          <w:szCs w:val="24"/>
        </w:rPr>
      </w:pPr>
      <w:r w:rsidRPr="00312FCB">
        <w:rPr>
          <w:i/>
          <w:iCs/>
          <w:sz w:val="24"/>
          <w:szCs w:val="24"/>
        </w:rPr>
        <w:t>Cavaliere Don Filippo Juvarra Architetto</w:t>
      </w:r>
      <w:r w:rsidR="00000000">
        <w:rPr>
          <w:i/>
          <w:iCs/>
          <w:sz w:val="24"/>
          <w:szCs w:val="24"/>
        </w:rPr>
        <w:pict w14:anchorId="450C84ED">
          <v:rect id="_x0000_i1097" style="width:0;height:1.5pt" o:hralign="center" o:hrstd="t" o:hr="t" fillcolor="#a0a0a0" stroked="f"/>
        </w:pict>
      </w:r>
    </w:p>
    <w:p w14:paraId="657EA6E4" w14:textId="4878EC45" w:rsidR="00312FCB" w:rsidRPr="001D1F42" w:rsidRDefault="00312FCB" w:rsidP="00FC6F39">
      <w:pPr>
        <w:jc w:val="both"/>
        <w:rPr>
          <w:sz w:val="24"/>
          <w:szCs w:val="24"/>
        </w:rPr>
      </w:pPr>
      <w:r w:rsidRPr="001D1F42">
        <w:rPr>
          <w:sz w:val="24"/>
          <w:szCs w:val="24"/>
        </w:rPr>
        <w:t>Archivio di Stato di Torino | Sezioni Riunite | Ministero della guerra | Azienda generale di fabbriche e fortificazioni (1733-1797) già Azienda generale d'artiglieria, fabbriche e fortificazioni (1717-1733) | Contratti fortificazioni | Mazzo 9 (1712-1723) | foll. 78-79-80-81.</w:t>
      </w:r>
    </w:p>
    <w:p w14:paraId="5AED2172" w14:textId="77777777" w:rsidR="00312FCB" w:rsidRDefault="00312FCB" w:rsidP="005413C0">
      <w:pPr>
        <w:rPr>
          <w:i/>
          <w:iCs/>
          <w:sz w:val="24"/>
          <w:szCs w:val="24"/>
        </w:rPr>
      </w:pPr>
    </w:p>
    <w:p w14:paraId="2858FFA6" w14:textId="77777777" w:rsidR="001D1F42" w:rsidRDefault="00312FCB" w:rsidP="001D1F42">
      <w:pPr>
        <w:jc w:val="center"/>
        <w:rPr>
          <w:i/>
          <w:iCs/>
          <w:sz w:val="24"/>
          <w:szCs w:val="24"/>
        </w:rPr>
      </w:pPr>
      <w:r w:rsidRPr="00312FCB">
        <w:rPr>
          <w:b/>
          <w:bCs/>
          <w:i/>
          <w:iCs/>
          <w:sz w:val="24"/>
          <w:szCs w:val="24"/>
        </w:rPr>
        <w:t xml:space="preserve">Instruzione per proseguire la fabricha dell' </w:t>
      </w:r>
      <w:r w:rsidR="001D1F42">
        <w:rPr>
          <w:b/>
          <w:bCs/>
          <w:i/>
          <w:iCs/>
          <w:sz w:val="24"/>
          <w:szCs w:val="24"/>
        </w:rPr>
        <w:t xml:space="preserve">orangieri </w:t>
      </w:r>
      <w:r w:rsidRPr="00312FCB">
        <w:rPr>
          <w:b/>
          <w:bCs/>
          <w:i/>
          <w:iCs/>
          <w:sz w:val="24"/>
          <w:szCs w:val="24"/>
        </w:rPr>
        <w:t>e s</w:t>
      </w:r>
      <w:r w:rsidR="001D1F42">
        <w:rPr>
          <w:b/>
          <w:bCs/>
          <w:i/>
          <w:iCs/>
          <w:sz w:val="24"/>
          <w:szCs w:val="24"/>
        </w:rPr>
        <w:t>tal</w:t>
      </w:r>
      <w:r w:rsidRPr="00312FCB">
        <w:rPr>
          <w:b/>
          <w:bCs/>
          <w:i/>
          <w:iCs/>
          <w:sz w:val="24"/>
          <w:szCs w:val="24"/>
        </w:rPr>
        <w:t xml:space="preserve">le e </w:t>
      </w:r>
      <w:r w:rsidR="001D1F42">
        <w:rPr>
          <w:b/>
          <w:bCs/>
          <w:i/>
          <w:iCs/>
          <w:sz w:val="24"/>
          <w:szCs w:val="24"/>
        </w:rPr>
        <w:t>rimesse</w:t>
      </w:r>
      <w:r w:rsidRPr="00312FCB">
        <w:rPr>
          <w:b/>
          <w:bCs/>
          <w:i/>
          <w:iCs/>
          <w:sz w:val="24"/>
          <w:szCs w:val="24"/>
        </w:rPr>
        <w:t xml:space="preserve"> da farsi nella Real Venaria</w:t>
      </w:r>
      <w:r w:rsidR="00000000">
        <w:rPr>
          <w:i/>
          <w:iCs/>
          <w:sz w:val="24"/>
          <w:szCs w:val="24"/>
        </w:rPr>
        <w:pict w14:anchorId="0D89B11F">
          <v:rect id="_x0000_i1098" style="width:0;height:1.5pt" o:hralign="center" o:hrstd="t" o:hr="t" fillcolor="#a0a0a0" stroked="f"/>
        </w:pict>
      </w:r>
    </w:p>
    <w:p w14:paraId="231950BF" w14:textId="7CD23C1C" w:rsidR="001D1F42" w:rsidRDefault="001D1F42" w:rsidP="001D1F4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Dimolizione</w:t>
      </w:r>
    </w:p>
    <w:p w14:paraId="33CE2E64" w14:textId="4573921E" w:rsidR="001D1F42" w:rsidRDefault="001D1F42" w:rsidP="001D1F42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La parte della dimolizione che resta sarà 2° l’istruzione della già fatta riportandosi a tutte le particolarità spiegate.</w:t>
      </w:r>
    </w:p>
    <w:p w14:paraId="43874846" w14:textId="77777777" w:rsidR="001D1F42" w:rsidRDefault="001D1F42" w:rsidP="001D1F4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Cavo di terra</w:t>
      </w:r>
    </w:p>
    <w:p w14:paraId="4BBD41F4" w14:textId="055076F9" w:rsidR="001D1F42" w:rsidRDefault="001D1F42" w:rsidP="001D1F42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cavo di terra sarà fatto 2° disegnierà l’architetto sul posto e della profondità necesaria come anche largezza e sarà in parte solamente dove andranno le muraglie e parte cavo interno per uso di grotte o per udere più aciutte le rimesse o stanze di abitazione in somma saranno obligati di fare qual si sia sorte di cavo di terra cioè terra mossa garone o altro genere di terra e le pietre saranno in beneficio di Sa. Ma. come tutta la sabia che provienerà di detto cavo con essere pasata alla griglia e messe in luogo comodo per la fabrica nel detto cavo se sarà necesario sbacci per impedire le valanche saranno tenuti di metterlle e se in caso le valanche venissero doppo il cavo fatto per sua nigligenza di non aver sbacciato bene e sicuro saranno tenuti di ripulire detto cavo a loro proprio costo saranno tenuti di ricalzare le muraglie con la istessa terra prevenuta dell cavo e baterlla intorno alle muraglie e l’altra terra condurlla in parte dove verrà distinato dall Emo. consiglio come anche dell maggior trasporto.</w:t>
      </w:r>
    </w:p>
    <w:p w14:paraId="021A46C9" w14:textId="681032CC" w:rsidR="001D1F42" w:rsidRDefault="001D1F42" w:rsidP="001D1F4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Muraglia ordinaria</w:t>
      </w:r>
    </w:p>
    <w:p w14:paraId="282DD825" w14:textId="1C725233" w:rsidR="001D1F42" w:rsidRDefault="001D1F42" w:rsidP="001D1F42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La muraglia ordinaria sarà fatta 2° le misure de scanzelli detti nell’altra mia istruzione cioè di onze 8 9 per potere entrare nelli spicoli di mattoni, li mattoni fra una cinta e l’altra e la cinta o corerà sarà sempre per tutta la grosezza della muraglia e sarà sempre fatta in piano perfetto e saranno tenuti di fare tutti l’angoli, spicoli, voltini, sordini, archi, arconi, canne di fornello, il tutto </w:t>
      </w:r>
      <w:r>
        <w:rPr>
          <w:i/>
          <w:iCs/>
          <w:sz w:val="24"/>
          <w:szCs w:val="24"/>
        </w:rPr>
        <w:lastRenderedPageBreak/>
        <w:t>con mattoni ben cotti e di bona calcina di Soperga forte con sabia di Soronda della più perfetta e questa pasata alla griglia fina per poi esendo impastata con la calcina possa fare la distanza dell’3° d’onza al più di grosezza fra un mattone e l’altro e questa grosezza s’intende tantto nelle cinte che angoli o qual si sia lavoro di mattone. Li mattoni di bona qualità già detti non saranno messe in opera se prima abagiati nelli cebri a matton coperto e prima delle calcinate di deve abagiare per tutti e per avenire a questo fine ogni due mastri debbono essere provisti d’un cebro d’aqua e suo cazulo. Se sarà necesario fare delle incamisate di mattoni li quali si faranno di onze 6 e 3 che in misura farà onze 4 ½ per muraglia di mattone e il verso si misura per ordinaria di pietra la quale sarà ben lavorata con mettere le pietre in piano e tutti battuti con il martello e scagliate con scaglie di mattoni e pietre senza lasciarre nesun voto e saranno dette muragie imbocate a pietra coperta come anche li spicoli o muragie di mattoni o archi o voltini saranno parimente tenuti imbocarlli e fare a suo costo le centine tantto dell archi, archoni, voltini e saranno tenuti di fare qual si sia sorte di muraglia cioè lineale e semicircolare e 2° verrà disegniata dall architetto il tutto a opera conlaudata e approvata.</w:t>
      </w:r>
    </w:p>
    <w:p w14:paraId="5FB6EE0B" w14:textId="77777777" w:rsidR="001D1F42" w:rsidRDefault="001D1F42" w:rsidP="001D1F4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Muraglia di mattoni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